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Гражданский кодекс Российской Федерации. Часть первая</w:t>
      </w:r>
    </w:p>
    <w:p>
      <w:pPr>
        <w:pStyle w:val="Heading2"/>
      </w:pPr>
      <w:r>
        <w:t>Общие положения</w:t>
      </w:r>
    </w:p>
    <w:p>
      <w:pPr>
        <w:pStyle w:val="Heading3"/>
      </w:pPr>
      <w:r>
        <w:t>Гражданское законодательство</w:t>
      </w:r>
    </w:p>
    <w:p>
      <w:r>
        <w:rPr>
          <w:b/>
        </w:rPr>
        <w:t>Статья 1. Основные начала гражданского законодательства</w:t>
      </w:r>
    </w:p>
    <w:p>
      <w:r>
        <w:rPr>
          <w:b/>
        </w:rPr>
        <w:t xml:space="preserve">1. </w:t>
      </w:r>
      <w:r>
        <w:t>Гражданское законодательство основывается на признании равенства участников регулируемых им отношений, неприкосновенности собственности, свободы договора, недопустимости произвольного вмешательства кого-либо в частные дела, необходимости беспрепятственного осуществления гражданских прав, обеспечения восстановления нарушенных прав, их судебной защиты</w:t>
      </w:r>
    </w:p>
    <w:p>
      <w:r>
        <w:rPr>
          <w:b/>
        </w:rPr>
        <w:t xml:space="preserve">2. </w:t>
      </w:r>
      <w:r>
        <w:t>Граждане (физические лица)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 Гражданские права могут быть ограничены на основании федерального закона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
        <w:rPr>
          <w:b/>
        </w:rPr>
        <w:t xml:space="preserve">3. </w:t>
      </w:r>
      <w:r>
        <w:t>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w:t>
      </w:r>
    </w:p>
    <w:p>
      <w:r>
        <w:rPr>
          <w:b/>
        </w:rPr>
        <w:t xml:space="preserve">4. </w:t>
      </w:r>
      <w:r>
        <w:t>Никто не вправе извлекать преимущество из своего незаконного или недобросовестного поведения</w:t>
      </w:r>
    </w:p>
    <w:p>
      <w:r>
        <w:rPr>
          <w:b/>
        </w:rPr>
        <w:t xml:space="preserve">5. </w:t>
      </w:r>
      <w:r>
        <w:t>Товары, услуги и финансовые средства свободно перемещаются на всей территории Российской Федерации. Ограничения перемещения товаров и услуг могут вводиться в соответствии с федеральным законом, если это необходимо для обеспечения безопасности, защиты жизни и здоровья людей, охраны природы и культурных ценностей. (Статья в редакции Федерального закона от 30.12.2012 № 302-ФЗ)</w:t>
      </w:r>
    </w:p>
    <w:p>
      <w:r>
        <w:rPr>
          <w:b/>
        </w:rPr>
        <w:t>Статья 2. Отношения, регулируемые гражданским законодательством</w:t>
      </w:r>
    </w:p>
    <w:p>
      <w:r>
        <w:rPr>
          <w:b/>
        </w:rPr>
        <w:t xml:space="preserve">1. </w:t>
      </w:r>
      <w:r>
        <w:t>Гражданское законодательство определяет правовое положение участников гражданского оборота, основания возникновения и порядок осуществления права собственности и других вещных прав, прав на результаты интеллектуальной деятельности и приравненные к ним средства индивидуализации (интеллектуальных прав), регулирует отношения, связанные с участием в корпоративных организациях или с управлением ими (корпоративные отношения), договорные и иные обязательства, а также другие имущественные и личные неимущественные отношения, основанные на равенстве, автономии воли и имущественной самостоятельности участников. (В редакции федеральных законов от 18.12.2006 № 231-ФЗ; от 30.12.2012 № 302-ФЗ) Участниками регулируемых гражданским законодательством отношений являются граждане и юридические лица. В регулируемых гражданским законодательством отношениях могут участвовать также Российская Федерация, субъекты Российской Федерации и муниципальные образования (статья 124). Гражданское законодательство регулирует отношения между лицами, осуществляющими предпринимательскую деятельность, или с их участием, исходя из того, что предпринимательской является самостоятельная, осуществляемая на свой риск деятельность, направленная на систематическое получение прибыли от пользования имуществом, продажи товаров, выполнения работ или оказания услуг. Лица, осуществляющие предпринимательскую деятельность, должны быть зарегистрированы в этом качестве в установленном законом порядке, если иное не предусмотрено настоящим Кодексом. (В редакции Федерального закона от 26.07.2017 № 199-ФЗ) Правила, установленные гражданским законодательством, применяются к отношениям с участием иностранных граждан, лиц без гражданства и иностранных юридических лиц, если иное не предусмотрено федеральным законом</w:t>
      </w:r>
    </w:p>
    <w:p>
      <w:r>
        <w:rPr>
          <w:b/>
        </w:rPr>
        <w:t xml:space="preserve">2. </w:t>
      </w:r>
      <w:r>
        <w:t>Неотчуждаемые права и свободы человека и другие нематериальные блага защищаются гражданским законодательством, если иное не вытекает из существа этих нематериальных благ</w:t>
      </w:r>
    </w:p>
    <w:p>
      <w:r>
        <w:rPr>
          <w:b/>
        </w:rPr>
        <w:t xml:space="preserve">3. </w:t>
      </w:r>
      <w:r>
        <w:t>К имущественным отношениям, основанным на административном или ином властном подчинении одной стороны другой, в том числе к налоговым и другим финансовым и административным отношениям, гражданское законодательство не применяется, если иное не предусмотрено законодательством</w:t>
      </w:r>
    </w:p>
    <w:p>
      <w:r>
        <w:rPr>
          <w:b/>
        </w:rPr>
        <w:t>Статья 3. Гражданское законодательство и иные акты, содержащие нормы гражданского права</w:t>
      </w:r>
    </w:p>
    <w:p>
      <w:r>
        <w:rPr>
          <w:b/>
        </w:rPr>
        <w:t xml:space="preserve">1. </w:t>
      </w:r>
      <w:r>
        <w:t>В соответствии с Конституцией Российской Федерации гражданское законодательство находится в ведении Российской Федерации</w:t>
      </w:r>
    </w:p>
    <w:p>
      <w:r>
        <w:rPr>
          <w:b/>
        </w:rPr>
        <w:t xml:space="preserve">2. </w:t>
      </w:r>
      <w:r>
        <w:t>Гражданское законодательство состоит из настоящего Кодекса и принятых в соответствии с ним иных федеральных законов (далее - законы), регулирующих отношения, указанные в пунктах 1 и 2 статьи 2 настоящего Кодекса. Нормы гражданского права, содержащиеся в других законах, должны соответствовать настоящему Кодексу</w:t>
      </w:r>
    </w:p>
    <w:p>
      <w:r>
        <w:rPr>
          <w:b/>
        </w:rPr>
        <w:t xml:space="preserve">21. </w:t>
      </w:r>
      <w:r>
        <w:t>Внесение изменений в настоящий Кодекс, а также приостановление действия или признание утратившими силу положений настоящего Кодекса осуществляется отдельными законами. Положения, предусматривающие внесение изменений в настоящий Кодекс, приостановление действия или признание утратившими силу положений настоящего Кодекса, не могут быть включены в тексты законов, изменяющих (приостанавливающих действие или признающих утратившими силу) другие законодательные акты Российской Федерации или содержащих самостоятельный предмет правового регулирования. (Дополнение пунктом - Федеральный закон от 28.12.2016 № 497-ФЗ)</w:t>
      </w:r>
    </w:p>
    <w:p>
      <w:r>
        <w:rPr>
          <w:b/>
        </w:rPr>
        <w:t xml:space="preserve">3. </w:t>
      </w:r>
      <w:r>
        <w:t>Отношения, указанные в пунктах 1 и 2 статьи 2 настоящего Кодекса, могут регулироваться также указами Президента Российской Федерации, которые не должны противоречить настоящему Кодексу и иным законам</w:t>
      </w:r>
    </w:p>
    <w:p>
      <w:r>
        <w:rPr>
          <w:b/>
        </w:rPr>
        <w:t xml:space="preserve">4. </w:t>
      </w:r>
      <w:r>
        <w:t>На основании и во исполнение настоящего Кодекса и иных законов, указов Президента Российской Федерации Правительство Российской Федерации вправе принимать постановления, содержащие нормы гражданского права</w:t>
      </w:r>
    </w:p>
    <w:p>
      <w:r>
        <w:rPr>
          <w:b/>
        </w:rPr>
        <w:t xml:space="preserve">5. </w:t>
      </w:r>
      <w:r>
        <w:t>В случае противоречия указа Президента Российской Федерации или постановления Правительства Российской Федерации настоящему Кодексу или иному закону применяется настоящий Кодекс или соответствующий закон</w:t>
      </w:r>
    </w:p>
    <w:p>
      <w:r>
        <w:rPr>
          <w:b/>
        </w:rPr>
        <w:t xml:space="preserve">6. </w:t>
      </w:r>
      <w:r>
        <w:t>Действие и применение норм гражданского права, содержащихся в указах Президента Российской Федерации и постановлениях Правительства Российской Федерации (далее - иные правовые акты), определяются правилами настоящей главы</w:t>
      </w:r>
    </w:p>
    <w:p>
      <w:r>
        <w:rPr>
          <w:b/>
        </w:rPr>
        <w:t xml:space="preserve">7. </w:t>
      </w:r>
      <w:r>
        <w:t>Министерства и иные федеральные органы исполнительной власти могут издавать акты, содержащие нормы гражданского права, в случаях и в пределах, предусмотренных настоящим Кодексом, другими законами и иными правовыми актами</w:t>
      </w:r>
    </w:p>
    <w:p>
      <w:r>
        <w:rPr>
          <w:b/>
        </w:rPr>
        <w:t>Статья 4. Действие гражданского законодательства во времени</w:t>
      </w:r>
    </w:p>
    <w:p>
      <w:r>
        <w:rPr>
          <w:b/>
        </w:rPr>
        <w:t xml:space="preserve">1. </w:t>
      </w:r>
      <w:r>
        <w:t>Акты гражданского законодательства не имеют обратной силы и применяются к отношениям, возникшим после введения их в действие. Действие закона распространяется на отношения, возникшие до введения его в действие, только в случаях, когда это прямо предусмотрено законом</w:t>
      </w:r>
    </w:p>
    <w:p>
      <w:r>
        <w:rPr>
          <w:b/>
        </w:rPr>
        <w:t xml:space="preserve">2. </w:t>
      </w:r>
      <w:r>
        <w:t>По отношениям, возникшим до введения в действие акта гражданского законодательства, он применяется к правам и обязанностям, возникшим после введения его в действие. Отношения сторон по договору, заключенному до введения в действие акта гражданского законодательства, регулируются в соответствии со статьей 422 настоящего Кодекса</w:t>
      </w:r>
    </w:p>
    <w:p>
      <w:r>
        <w:rPr>
          <w:b/>
        </w:rPr>
        <w:t>Статья 5. Обычаи</w:t>
      </w:r>
    </w:p>
    <w:p>
      <w:r>
        <w:t>(Наименование в редакции Федерального закона от 30.12.2012 № 302-ФЗ)</w:t>
      </w:r>
    </w:p>
    <w:p>
      <w:r>
        <w:rPr>
          <w:b/>
        </w:rPr>
        <w:t xml:space="preserve">1. </w:t>
      </w:r>
      <w:r>
        <w:t>Обычаем признается сложившееся и широко применяемое в какой-либо области предпринимательской или иной деятельности, не предусмотренное законодательством правило поведения, независимо от того, зафиксировано ли оно в каком-либо документе. (В редакции Федерального закона от 30.12.2012 № 302-ФЗ)</w:t>
      </w:r>
    </w:p>
    <w:p>
      <w:r>
        <w:rPr>
          <w:b/>
        </w:rPr>
        <w:t xml:space="preserve">2. </w:t>
      </w:r>
      <w:r>
        <w:t>Обычаи, противоречащие обязательным для участников соответствующего отношения положениям законодательства или договору, не применяются. (В редакции Федерального закона от 30.12.2012 № 302-ФЗ)</w:t>
      </w:r>
    </w:p>
    <w:p>
      <w:r>
        <w:rPr>
          <w:b/>
        </w:rPr>
        <w:t>Статья 6. Применение гражданского законодательства по аналогии</w:t>
      </w:r>
    </w:p>
    <w:p>
      <w:r>
        <w:rPr>
          <w:b/>
        </w:rPr>
        <w:t xml:space="preserve">1. </w:t>
      </w:r>
      <w:r>
        <w:t>В случаях, когда предусмотренные пунктами 1 и 2 статьи 2 настоящего Кодекса отношения прямо не урегулированы законодательством или соглашением сторон и отсутствует применимый к ним обычай, к таким отношениям, если это не противоречит их существу, применяется гражданское законодательство, регулирующее сходные отношения (аналогия закона). (В редакции Федерального закона от 30.12.2012 № 302-ФЗ)</w:t>
      </w:r>
    </w:p>
    <w:p>
      <w:r>
        <w:rPr>
          <w:b/>
        </w:rPr>
        <w:t xml:space="preserve">2. </w:t>
      </w:r>
      <w:r>
        <w:t>При невозможности использования аналогии закона права и обязанности сторон определяются исходя из общих начал и смысла гражданского законодательства (аналогия права) и требований добросовестности, разумности и справедливости</w:t>
      </w:r>
    </w:p>
    <w:p>
      <w:r>
        <w:rPr>
          <w:b/>
        </w:rPr>
        <w:t>Статья 7. Гражданское законодательство и нормы международного права</w:t>
      </w:r>
    </w:p>
    <w:p>
      <w:r>
        <w:rPr>
          <w:b/>
        </w:rPr>
        <w:t xml:space="preserve">1. </w:t>
      </w:r>
      <w:r>
        <w:t>Общепризнанные принципы и нормы международного права и международные договоры Российской Федерации являются в соответствии с Конституцией Российской Федерации составной частью правовой системы Российской Федерации</w:t>
      </w:r>
    </w:p>
    <w:p>
      <w:r>
        <w:rPr>
          <w:b/>
        </w:rPr>
        <w:t xml:space="preserve">2. </w:t>
      </w:r>
      <w:r>
        <w:t>Международные договоры Российской Федерации применяются к отношениям, указанным в пунктах 1 и 2 статьи 2 настоящего Кодекса, непосредственно, кроме случаев, когда из международного договора следует, что для его применения требуется издание внутригосударственного акта. Если международным договором Российской Федерации установлены иные правила, чем те, которые предусмотрены гражданским законодательством, применяются правила международного договора. Не допускается применение правил международных договоров Российской Федерации в их истолковании, противоречащем Конституции Российской Федерации. Такое противоречие может быть установлено в порядке, определенном федеральным конституционным законом. (В редакции Федерального закона от 08.12.2020 № 427-ФЗ)</w:t>
      </w:r>
    </w:p>
    <w:p>
      <w:pPr>
        <w:pStyle w:val="Heading3"/>
      </w:pPr>
      <w:r>
        <w:t>Возникновение гражданских прав и обязанностей, осуществление и защита гражданских прав</w:t>
      </w:r>
    </w:p>
    <w:p>
      <w:r>
        <w:rPr>
          <w:b/>
        </w:rPr>
        <w:t>Статья 8. Основания возникновения гражданских прав и обязанностей</w:t>
      </w:r>
    </w:p>
    <w:p>
      <w:r>
        <w:rPr>
          <w:b/>
        </w:rPr>
        <w:t xml:space="preserve">1. </w:t>
      </w:r>
      <w:r>
        <w:t>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 В соответствии с этим гражданские права и обязанности возникают</w:t>
      </w:r>
    </w:p>
    <w:p>
      <w:r>
        <w:rPr>
          <w:b/>
        </w:rPr>
        <w:t xml:space="preserve">2. </w:t>
      </w:r>
      <w:r>
        <w:t>(Пункт утратил силу - Федеральный закон от 30.12.2012 № 302-ФЗ)</w:t>
      </w:r>
    </w:p>
    <w:p>
      <w:r>
        <w:rPr>
          <w:b/>
        </w:rPr>
        <w:t xml:space="preserve">1. </w:t>
      </w:r>
      <w:r>
        <w:t>из договоров и иных сделок, предусмотренных законом, а также из договоров и иных сделок, хотя и не предусмотренных законом, но не противоречащих ему</w:t>
      </w:r>
    </w:p>
    <w:p>
      <w:r>
        <w:rPr>
          <w:b/>
        </w:rPr>
        <w:t xml:space="preserve">1. </w:t>
      </w:r>
      <w:r>
        <w:t>из решений собраний в случаях, предусмотренных законом; (Дополнение подпунктом - Федеральный закон от 30.12.2012 № 302-ФЗ) 2) из актов государственных органов и органов местного самоуправления, которые предусмотрены законом в качестве основания возникновения гражданских прав и обязанностей</w:t>
      </w:r>
    </w:p>
    <w:p>
      <w:r>
        <w:rPr>
          <w:b/>
        </w:rPr>
        <w:t xml:space="preserve">1. </w:t>
      </w:r>
      <w:r>
        <w:t>из судебного решения, установившего гражданские права и обязанности</w:t>
      </w:r>
    </w:p>
    <w:p>
      <w:r>
        <w:rPr>
          <w:b/>
        </w:rPr>
        <w:t xml:space="preserve">1. </w:t>
      </w:r>
      <w:r>
        <w:t>в результате приобретения имущества по основаниям, допускаемым законом</w:t>
      </w:r>
    </w:p>
    <w:p>
      <w:r>
        <w:rPr>
          <w:b/>
        </w:rPr>
        <w:t xml:space="preserve">1. </w:t>
      </w:r>
      <w:r>
        <w:t>в результате создания произведений науки, литературы, искусства, изобретений и иных результатов интеллектуальной деятельности</w:t>
      </w:r>
    </w:p>
    <w:p>
      <w:r>
        <w:rPr>
          <w:b/>
        </w:rPr>
        <w:t xml:space="preserve">1. </w:t>
      </w:r>
      <w:r>
        <w:t>вследствие причинения вреда другому лицу</w:t>
      </w:r>
    </w:p>
    <w:p>
      <w:r>
        <w:rPr>
          <w:b/>
        </w:rPr>
        <w:t xml:space="preserve">1. </w:t>
      </w:r>
      <w:r>
        <w:t>вследствие неосновательного обогащения</w:t>
      </w:r>
    </w:p>
    <w:p>
      <w:r>
        <w:rPr>
          <w:b/>
        </w:rPr>
        <w:t xml:space="preserve">1. </w:t>
      </w:r>
      <w:r>
        <w:t>вследствие иных действий граждан и юридических лиц</w:t>
      </w:r>
    </w:p>
    <w:p>
      <w:r>
        <w:rPr>
          <w:b/>
        </w:rPr>
        <w:t xml:space="preserve">1. </w:t>
      </w:r>
      <w:r>
        <w:t>вследствие событий, с которыми закон или иной правовой акт связывает наступление гражданско-правовых последствий</w:t>
      </w:r>
    </w:p>
    <w:p>
      <w:r>
        <w:rPr>
          <w:b/>
        </w:rPr>
        <w:t>Статья 81. Государственная регистрация прав на имущество</w:t>
      </w:r>
    </w:p>
    <w:p>
      <w:r>
        <w:rPr>
          <w:b/>
        </w:rPr>
        <w:t xml:space="preserve">1. </w:t>
      </w:r>
      <w:r>
        <w:t>В случаях, предусмотренных законом, права, закрепляющие принадлежность объекта гражданских прав определенному лицу, ограничения таких прав и обременения имущества (права на имущество) подлежат государственной регистрации. Государственная регистрация прав на имущество осуществляется уполномоченным в соответствии с законом органом на основе принципов проверки законности оснований регистрации, публичности и достоверности государственного реестра. В государственном реестре должны быть указаны данные, позволяющие определенно установить объект, на который устанавливается право, управомоченное лицо, содержание права, основание его возникновения</w:t>
      </w:r>
    </w:p>
    <w:p>
      <w:r>
        <w:rPr>
          <w:b/>
        </w:rPr>
        <w:t xml:space="preserve">2. </w:t>
      </w:r>
      <w:r>
        <w:t>Права на имущество, подлежащие государственной регистрации, возникают, изменяются и прекращаются с момента внесения соответствующей записи в государственный реестр, если иное не установлено законом</w:t>
      </w:r>
    </w:p>
    <w:p>
      <w:r>
        <w:rPr>
          <w:b/>
        </w:rPr>
        <w:t xml:space="preserve">3. </w:t>
      </w:r>
      <w:r>
        <w:t>В случаях, предусмотренных законом или соглашением сторон, сделка, влекущая возникновение, изменение или прекращение прав на имущество, которые подлежат государственной регистрации, должна быть нотариально удостоверена. Запись в государственный реестр вносится при наличии заявлений об этом всех лиц, совершивших сделку, если иное не установлено законом. Если сделка совершена в нотариальной форме, запись в государственный реестр может быть внесена по заявлению любой стороны сделки, в том числе через нотариуса</w:t>
      </w:r>
    </w:p>
    <w:p>
      <w:r>
        <w:rPr>
          <w:b/>
        </w:rPr>
        <w:t xml:space="preserve">4. </w:t>
      </w:r>
      <w:r>
        <w:t>Если право на имущество возникает, изменяется или прекращается вследствие наступления обстоятельств, указанных в законе, запись о возникновении, об изменении или о прекращении этого права вносится в государственный реестр по заявлению лица, для которого наступают такие правовые последствия. Законом может быть предусмотрено также право иных лиц обращаться с заявлением о внесении соответствующей записи в государственный реестр</w:t>
      </w:r>
    </w:p>
    <w:p>
      <w:r>
        <w:rPr>
          <w:b/>
        </w:rPr>
        <w:t xml:space="preserve">5. </w:t>
      </w:r>
      <w:r>
        <w:t>Уполномоченный в соответствии с законом орган, осуществляющий государственную регистрацию прав на имущество, проверяет полномочия лица, обратившегося с заявлением о государственной регистрации права, законность оснований регистрации, иные предусмотренные законом обстоятельства и документы, а в случаях, указанных в пункте 4 настоящей статьи, также наступление соответствующего обстоятельства. (В редакции Федерального закона от 23.05.2018 № 116-ФЗ) Если право на имущество возникает, изменяется или прекращается на основании нотариально удостоверенной сделки, уполномоченный в соответствии с законом орган вправе проверить законность соответствующей сделки в случаях и в порядке, которые предусмотрены законом</w:t>
      </w:r>
    </w:p>
    <w:p>
      <w:r>
        <w:rPr>
          <w:b/>
        </w:rPr>
        <w:t xml:space="preserve">6. </w:t>
      </w:r>
      <w:r>
        <w:t>Зарегистрированное право может быть оспорено только в судебном порядке. Лицо, указанное в государственном реестре в качестве правообладателя, признается таковым, пока в установленном законом порядке в реестр не внесена запись об ином. При возникновении спора в отношении зарегистрированного права лицо, которое знало или должно было знать о недостоверности данных государственного реестра, не вправе ссылаться на соответствующие данные. Приобретатель недвижимого имущества, полагавшийся при его приобретении на данные государственного реестра, признается добросовестным (статьи 234 и 302), пока в судебном порядке не доказано, что он знал или должен был знать об отсутствии права на отчуждение этого имущества у лица, от которого ему перешли права на него. (Дополнение абзацем - Федеральный закон от 16.12.2019 № 430-ФЗ)</w:t>
      </w:r>
    </w:p>
    <w:p>
      <w:r>
        <w:rPr>
          <w:b/>
        </w:rPr>
        <w:t xml:space="preserve">7. </w:t>
      </w:r>
      <w:r>
        <w:t>В отношении зарегистрированного права в государственный реестр может быть внесена в порядке, установленном законом, отметка о возражении лица, соответствующее право которого было зарегистрировано ранее. Если в течение трех месяцев со дня внесения в государственный реестр отметки о возражении в отношении зарегистрированного права лицо, по заявлению которого она внесена, не оспорило зарегистрированное право в суде, отметка о возражении аннулируется. В этом случае повторное внесение отметки о возражении указанного лица не допускается. Лицо, оспаривающее зарегистрированное право в суде, вправе требовать внесения в государственный реестр отметки о наличии судебного спора в отношении этого права</w:t>
      </w:r>
    </w:p>
    <w:p>
      <w:r>
        <w:rPr>
          <w:b/>
        </w:rPr>
        <w:t xml:space="preserve">8. </w:t>
      </w:r>
      <w:r>
        <w:t>Отказ в государственной регистрации прав на имущество либо уклонение от государственной регистрации могут быть оспорены в суде</w:t>
      </w:r>
    </w:p>
    <w:p>
      <w:r>
        <w:rPr>
          <w:b/>
        </w:rPr>
        <w:t xml:space="preserve">9. </w:t>
      </w:r>
      <w:r>
        <w:t>Убытки, причиненные незаконным отказом в государственной регистрации прав на имущество, уклонением от государственной регистрации, внесением в государственный реестр незаконных или недостоверных данных о праве либо нарушением предусмотренного законом порядка государственной регистрации прав на имущество, по вине органа, осуществляющего государственную регистрацию прав на имущество, подлежат возмещению за счет казны Российской Федерации</w:t>
      </w:r>
    </w:p>
    <w:p>
      <w:r>
        <w:rPr>
          <w:b/>
        </w:rPr>
        <w:t xml:space="preserve">10. </w:t>
      </w:r>
      <w:r>
        <w:t>Правила, предусмотренные настоящей статьей, применяются, поскольку иное не установлено настоящим Кодексом. (Дополнение статьей - Федеральный закон от 30.12.2012 № 302-ФЗ)</w:t>
      </w:r>
    </w:p>
    <w:p>
      <w:r>
        <w:t>Полное товарищество ликвидируется по основаниям, указанным в статье 61 настоящего Кодекса, а также в случае, когда в товариществе остается единственный участник. Такой участник вправе в течение шести месяцев с момента, когда он стал единственным участником товарищества, преобразовать такое товарищество в хозяйственное общество в порядке, установленном настоящим Кодексом. Полное товарищество ликвидируется также в случаях, указанных в пункте 1 статьи 76 настоящего Кодекса, если учредительным договором товарищества или соглашением остающихся участников не предусмотрено, что товарищество продолжит свою деятельность.</w:t>
      </w:r>
    </w:p>
    <w:p>
      <w:r>
        <w:rPr>
          <w:b/>
        </w:rPr>
        <w:t xml:space="preserve">3. </w:t>
      </w:r>
      <w:r>
        <w:t>Товарищество на вере</w:t>
      </w:r>
    </w:p>
    <w:p>
      <w:r>
        <w:rPr>
          <w:b/>
        </w:rPr>
        <w:t>Статья 9. Осуществление гражданских прав</w:t>
      </w:r>
    </w:p>
    <w:p>
      <w:r>
        <w:rPr>
          <w:b/>
        </w:rPr>
        <w:t xml:space="preserve">1. </w:t>
      </w:r>
      <w:r>
        <w:t>Граждане и юридические лица по своему усмотрению осуществляют принадлежащие им гражданские права</w:t>
      </w:r>
    </w:p>
    <w:p>
      <w:r>
        <w:rPr>
          <w:b/>
        </w:rPr>
        <w:t xml:space="preserve">2. </w:t>
      </w:r>
      <w:r>
        <w:t>Отказ граждан и юридических лиц от осуществления принадлежащих им прав не влечет прекращения этих прав, за исключением случаев, предусмотренных законом</w:t>
      </w:r>
    </w:p>
    <w:p>
      <w:r>
        <w:rPr>
          <w:b/>
        </w:rPr>
        <w:t>Статья 10. Пределы осуществления гражданских прав</w:t>
      </w:r>
    </w:p>
    <w:p>
      <w:r>
        <w:rPr>
          <w:b/>
        </w:rPr>
        <w:t xml:space="preserve">1. </w:t>
      </w:r>
      <w:r>
        <w:t>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Не допускается использование гражданских прав в целях ограничения конкуренции, а также злоупотребление доминирующим положением на рынке</w:t>
      </w:r>
    </w:p>
    <w:p>
      <w:r>
        <w:rPr>
          <w:b/>
        </w:rPr>
        <w:t xml:space="preserve">2. </w:t>
      </w:r>
      <w:r>
        <w:t>В случае несоблюдения требований, предусмотренных пунктом 1 настоящей статьи, суд, арбитражный суд или третейский суд с учетом характера и последствий допущенного злоупотребления отказывает лицу в защите принадлежащего ему права полностью или частично, а также применяет иные меры, предусмотренные законом</w:t>
      </w:r>
    </w:p>
    <w:p>
      <w:r>
        <w:rPr>
          <w:b/>
        </w:rPr>
        <w:t xml:space="preserve">3. </w:t>
      </w:r>
      <w:r>
        <w:t>В случае, если злоупотребление правом выражается в совершении действий в обход закона с противоправной целью, последствия, предусмотренные пунктом 2 настоящей статьи, применяются, поскольку иные последствия таких действий не установлены настоящим Кодексом</w:t>
      </w:r>
    </w:p>
    <w:p>
      <w:r>
        <w:rPr>
          <w:b/>
        </w:rPr>
        <w:t xml:space="preserve">4. </w:t>
      </w:r>
      <w:r>
        <w:t>Если злоупотребление правом повлекло нарушение права другого лица, такое лицо вправе требовать возмещения причиненных этим убытков</w:t>
      </w:r>
    </w:p>
    <w:p>
      <w:r>
        <w:rPr>
          <w:b/>
        </w:rPr>
        <w:t xml:space="preserve">5. </w:t>
      </w:r>
      <w:r>
        <w:t>Добросовестность участников гражданских правоотношений и разумность их действий предполагаются. (Статья в редакции Федерального закона от 30.12.2012 № 302-ФЗ)</w:t>
      </w:r>
    </w:p>
    <w:p>
      <w:r>
        <w:rPr>
          <w:b/>
        </w:rPr>
        <w:t>Статья 11. Судебная защита гражданских прав</w:t>
      </w:r>
    </w:p>
    <w:p>
      <w:r>
        <w:rPr>
          <w:b/>
        </w:rPr>
        <w:t xml:space="preserve">1. </w:t>
      </w:r>
      <w:r>
        <w:t>Защиту нарушенных или оспоренных гражданских прав осуществляет суд, арбитражный суд или третейский суд (далее - суд) в соответствии с их компетенцией. (В редакции Федерального закона от 18.07.2019 № 177-ФЗ)</w:t>
      </w:r>
    </w:p>
    <w:p>
      <w:r>
        <w:rPr>
          <w:b/>
        </w:rPr>
        <w:t xml:space="preserve">2. </w:t>
      </w:r>
      <w:r>
        <w:t>Защита гражданских прав в административном порядке осуществляется лишь в случаях, предусмотренных законом. Решение, принятое в административном порядке, может быть оспорено в суде. (В редакции Федерального закона от 18.12.2006 № 231-ФЗ)</w:t>
      </w:r>
    </w:p>
    <w:p>
      <w:r>
        <w:rPr>
          <w:b/>
        </w:rPr>
        <w:t>Статья 12. Способы защиты гражданских прав</w:t>
      </w:r>
    </w:p>
    <w:p>
      <w:r>
        <w:t>Защита гражданских прав осуществляется путем: признания права; восстановления положения, существовавшего до нарушения права, и пресечения действий, нарушающих право или создающих угрозу его нарушения; признания оспоримой сделки недействительной и применения последствий ее недействительности, применения последствий недействительности ничтожной сделки; признания недействительным решения собрания; (Дополнение абзацем - Федеральный закон от 30.12.2012 № 302-ФЗ) признания недействительным акта государственного органа или органа местного самоуправления; самозащиты права; присуждения к исполнению обязанности в натуре; возмещения убытков; взыскания неустойки; компенсации морального вреда; прекращения или изменения правоотношения; неприменения судом акта государственного органа или органа местного самоуправления, противоречащего закону; иными способами, предусмотренными законом.</w:t>
      </w:r>
    </w:p>
    <w:p>
      <w:r>
        <w:rPr>
          <w:b/>
        </w:rPr>
        <w:t>Статья 13. Признание недействительным акта государственного органа или органа местного самоуправления</w:t>
      </w:r>
    </w:p>
    <w:p>
      <w:r>
        <w:t>Ненормативный акт государственного органа или органа местного самоуправления, а в случаях, предусмотренных законом, также нормативный акт, не соответствующие закону или иным правовым актам и нарушающие гражданские права и охраняемые законом интересы гражданина или юридического лица, могут быть признаны судом недействительными. В случае признания судом акта недействительным нарушенное право подлежит восстановлению либо защите иными способами, предусмотренными статьей 12 настоящего Кодекса.</w:t>
      </w:r>
    </w:p>
    <w:p>
      <w:r>
        <w:rPr>
          <w:b/>
        </w:rPr>
        <w:t>Статья 14. Самозащита гражданских прав</w:t>
      </w:r>
    </w:p>
    <w:p>
      <w:r>
        <w:t>Допускается самозащита гражданских прав. Способы самозащиты должны быть соразмерны нарушению и не выходить за пределы действий, необходимых для его пресечения.</w:t>
      </w:r>
    </w:p>
    <w:p>
      <w:r>
        <w:rPr>
          <w:b/>
        </w:rPr>
        <w:t>Статья 15. Возмещение убытков</w:t>
      </w:r>
    </w:p>
    <w:p>
      <w:r>
        <w:rPr>
          <w:b/>
        </w:rPr>
        <w:t xml:space="preserve">1. </w:t>
      </w:r>
      <w:r>
        <w:t>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w:t>
      </w:r>
    </w:p>
    <w:p>
      <w:r>
        <w:rPr>
          <w:b/>
        </w:rPr>
        <w:t xml:space="preserve">2. </w:t>
      </w:r>
      <w:r>
        <w:t>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Если лицо, нарушившее право, получило вследствие этого доходы, лицо, право которого нарушено, вправе требовать возмещения наряду с другими убытками упущенной выгоды в размере не меньшем, чем такие доходы</w:t>
      </w:r>
    </w:p>
    <w:p>
      <w:r>
        <w:rPr>
          <w:b/>
        </w:rPr>
        <w:t>Статья 16. Возмещение убытков, причиненных государственными органами и органами местного самоуправления</w:t>
      </w:r>
    </w:p>
    <w:p>
      <w:r>
        <w:t>Убытки, причиненные гражданину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в том числе издания не соответствующего закону или иному правовому акту акта государственного органа или органа местного самоуправления, подлежат возмещению Российской Федерацией, соответствующим субъектом Российской Федерации или муниципальным образованием.</w:t>
      </w:r>
    </w:p>
    <w:p>
      <w:r>
        <w:rPr>
          <w:b/>
        </w:rPr>
        <w:t>Статья 161. Компенсация ущерба, причиненного правомерными действиями государственных органов и органов местного самоуправления</w:t>
      </w:r>
    </w:p>
    <w:p>
      <w:r>
        <w:t>В случаях и в порядке, которые предусмотрены законом, ущерб, причиненный личности или имуществу гражданина либо имуществу юридического лица правомерными действиями государственных органов, органов местного самоуправления или должностных лиц этих органов, а также иных лиц, которым государством делегированы властные полномочия, подлежит компенсации. (Дополнение статьей - Федеральный закон от 30.12.2012 № 302-ФЗ) Подраздел 2. Лица</w:t>
      </w:r>
    </w:p>
    <w:p>
      <w:r>
        <w:rPr>
          <w:b/>
        </w:rPr>
        <w:t xml:space="preserve">1. </w:t>
      </w:r>
      <w:r>
        <w:t>Должны совершаться в простой письменной форме, за исключением сделок, требующих нотариального удостоверения</w:t>
      </w:r>
    </w:p>
    <w:p>
      <w:r>
        <w:rPr>
          <w:b/>
        </w:rPr>
        <w:t xml:space="preserve">2. </w:t>
      </w:r>
      <w:r>
        <w:t>Соблюдение простой письменной формы не требуется для сделок, которые в соответствии со статьей 159 настоящего Кодекса могут быть совершены устно</w:t>
      </w:r>
    </w:p>
    <w:p>
      <w:r>
        <w:rPr>
          <w:b/>
        </w:rPr>
        <w:t xml:space="preserve">1. </w:t>
      </w:r>
      <w:r>
        <w:t>сделки юридических лиц между собой и с гражданами</w:t>
      </w:r>
    </w:p>
    <w:p>
      <w:r>
        <w:rPr>
          <w:b/>
        </w:rPr>
        <w:t xml:space="preserve">1. </w:t>
      </w:r>
      <w:r>
        <w:t>сделки граждан между собой на сумму, превышающую десять тысяч рублей, а в случаях, предусмотренных законом, - независимо от суммы сделки. (В редакции Федерального закона от 07.05.2013 № 100-ФЗ)</w:t>
      </w:r>
    </w:p>
    <w:p>
      <w:pPr>
        <w:pStyle w:val="Heading3"/>
      </w:pPr>
      <w:r>
        <w:t>Граждане (физические лица)</w:t>
      </w:r>
    </w:p>
    <w:p>
      <w:r>
        <w:rPr>
          <w:b/>
        </w:rPr>
        <w:t>Статья 17. Правоспособность гражданина</w:t>
      </w:r>
    </w:p>
    <w:p>
      <w:r>
        <w:rPr>
          <w:b/>
        </w:rPr>
        <w:t xml:space="preserve">1. </w:t>
      </w:r>
      <w:r>
        <w:t>Способность иметь гражданские права и нести обязанности (гражданская правоспособность) признается в равной мере за всеми гражданами</w:t>
      </w:r>
    </w:p>
    <w:p>
      <w:r>
        <w:rPr>
          <w:b/>
        </w:rPr>
        <w:t xml:space="preserve">2. </w:t>
      </w:r>
      <w:r>
        <w:t>Правоспособность гражданина возникает в момент его рождения и прекращается смертью</w:t>
      </w:r>
    </w:p>
    <w:p>
      <w:r>
        <w:rPr>
          <w:b/>
        </w:rPr>
        <w:t>Статья 18. Содержание правоспособности граждан</w:t>
      </w:r>
    </w:p>
    <w:p>
      <w:r>
        <w:t>Граждане могут иметь имущество на праве собственности; наследовать и завещать имущество; заниматься предпринимательской и любой иной не запрещенной законом деятельностью; создавать юридические лица самостоятельно или совместно с другими гражданами и юридическими лицами; совершать любые не противоречащие закону сделки и участвовать в обязательствах; избирать место жительства; иметь права авторов произведений науки, литературы и искусства, изобретений и иных охраняемых законом результатов интеллектуальной деятельности; иметь иные имущественные и личные неимущественные права.</w:t>
      </w:r>
    </w:p>
    <w:p>
      <w:r>
        <w:rPr>
          <w:b/>
        </w:rPr>
        <w:t>Статья 19. Имя гражданина</w:t>
      </w:r>
    </w:p>
    <w:p>
      <w:r>
        <w:rPr>
          <w:b/>
        </w:rPr>
        <w:t xml:space="preserve">1. </w:t>
      </w:r>
      <w:r>
        <w:t>Гражданин приобретает и осуществляет права и обязанности под своим именем, включающим фамилию и собственно имя, а также отчество, если иное не вытекает из закона или национального обычая. В случаях и в порядке, предусмотренных законом, гражданин может использовать псевдоним (вымышленное имя)</w:t>
      </w:r>
    </w:p>
    <w:p>
      <w:r>
        <w:rPr>
          <w:b/>
        </w:rPr>
        <w:t xml:space="preserve">2. </w:t>
      </w:r>
      <w:r>
        <w:t>Гражданин вправе переменить свое имя в порядке, установленном законом. Перемена гражданином имени не является основанием для прекращения или изменения его прав и обязанностей, приобретенных под прежним именем. Гражданин обязан принимать необходимые меры для уведомления своих должников и кредиторов о перемене своего имени и несет риск последствий, вызванных отсутствием у этих лиц сведений о перемене его имени. Гражданин, переменивший имя, вправе требовать внесения за свой счет соответствующих изменений в документы, оформленные на его прежнее имя</w:t>
      </w:r>
    </w:p>
    <w:p>
      <w:r>
        <w:rPr>
          <w:b/>
        </w:rPr>
        <w:t xml:space="preserve">3. </w:t>
      </w:r>
      <w:r>
        <w:t>Имя, полученное гражданином при рождении, а также перемена имени подлежат регистрации в порядке, установленном для регистрации актов гражданского состояния</w:t>
      </w:r>
    </w:p>
    <w:p>
      <w:r>
        <w:rPr>
          <w:b/>
        </w:rPr>
        <w:t xml:space="preserve">4. </w:t>
      </w:r>
      <w:r>
        <w:t>Приобретение прав и обязанностей под именем другого лица не допускается. Имя физического лица или его псевдоним могут быть использованы с согласия этого лица другими лицами в их творческой деятельности, предпринимательской или иной экономической деятельности способами, исключающими введение в заблуждение третьих лиц относительно тождества граждан, а также исключающими злоупотребление правом в других формах. (Дополнение абзацем - Федеральный закон от 30.12.2012 № 302-ФЗ)</w:t>
      </w:r>
    </w:p>
    <w:p>
      <w:r>
        <w:rPr>
          <w:b/>
        </w:rPr>
        <w:t xml:space="preserve">5. </w:t>
      </w:r>
      <w:r>
        <w:t>Вред, причиненный гражданину в результате нарушения его права на имя или псевдоним, подлежит возмещению в соответствии с настоящим Кодексом. При искажении имени гражданина либо при использовании имени способами или в форме, которые затрагивают его честь, умаляют достоинство или деловую репутацию, гражданин вправе требовать опровержения, возмещения причиненного ему вреда, а также компенсации морального вреда. (Пункт в редакции Федерального закона от 30.12.2012 № 302-ФЗ)</w:t>
      </w:r>
    </w:p>
    <w:p>
      <w:r>
        <w:rPr>
          <w:b/>
        </w:rPr>
        <w:t>Статья 20. Место жительства гражданина</w:t>
      </w:r>
    </w:p>
    <w:p>
      <w:r>
        <w:rPr>
          <w:b/>
        </w:rPr>
        <w:t xml:space="preserve">1. </w:t>
      </w:r>
      <w:r>
        <w:t>Местом жительства признается место, где гражданин постоянно или преимущественно проживает. Гражданин, сообщивший кредиторам, а также другим лицам сведения об ином месте своего жительства, несет риск вызванных этим последствий. (В редакции Федерального закона от 30.12.2012 № 302-ФЗ)</w:t>
      </w:r>
    </w:p>
    <w:p>
      <w:r>
        <w:rPr>
          <w:b/>
        </w:rPr>
        <w:t xml:space="preserve">2. </w:t>
      </w:r>
      <w:r>
        <w:t>Местом жительства несовершеннолетних, не достигших четырнадцати лет, или граждан, находящихся под опекой, признается место жительства их законных представителей - родителей, усыновителей или опекунов</w:t>
      </w:r>
    </w:p>
    <w:p>
      <w:r>
        <w:rPr>
          <w:b/>
        </w:rPr>
        <w:t>Статья 21. Дееспособность гражданина</w:t>
      </w:r>
    </w:p>
    <w:p>
      <w:r>
        <w:rPr>
          <w:b/>
        </w:rPr>
        <w:t xml:space="preserve">1. </w:t>
      </w:r>
      <w:r>
        <w:t>Способность гражданина своими действиями приобретать и осуществлять гражданские права, создавать для себя гражданские обязанности и исполнять их (гражданская дееспособность) возникает в полном объеме с наступлением совершеннолетия, то есть по достижении восемнадцатилетнего возраста</w:t>
      </w:r>
    </w:p>
    <w:p>
      <w:r>
        <w:rPr>
          <w:b/>
        </w:rPr>
        <w:t xml:space="preserve">2. </w:t>
      </w:r>
      <w:r>
        <w:t>В случае, когда законом допускается вступление в брак до достижения восемнадцати лет, гражданин, не достигший восемнадцатилетнего возраста, приобретает дееспособность в полном объеме со времени вступления в брак. Приобретенная в результате заключения брака дееспособность сохраняется в полном объеме и в случае расторжения брака до достижения восемнадцати лет. При признании брака недействительным суд может принять решение об утрате несовершеннолетним супругом полной дееспособности с момента, определяемого судом</w:t>
      </w:r>
    </w:p>
    <w:p>
      <w:r>
        <w:rPr>
          <w:b/>
        </w:rPr>
        <w:t>Статья 22. Недопустимость лишения и ограничения правоспособности и дееспособности гражданина</w:t>
      </w:r>
    </w:p>
    <w:p>
      <w:r>
        <w:rPr>
          <w:b/>
        </w:rPr>
        <w:t xml:space="preserve">1. </w:t>
      </w:r>
      <w:r>
        <w:t>Никто не может быть ограничен в правоспособности и дееспособности иначе, как в случаях и в порядке, установленных законом</w:t>
      </w:r>
    </w:p>
    <w:p>
      <w:r>
        <w:rPr>
          <w:b/>
        </w:rPr>
        <w:t xml:space="preserve">2. </w:t>
      </w:r>
      <w:r>
        <w:t>Несоблюдение установленных законом условий и порядка ограничения дееспособности граждан или их права заниматься предпринимательской либо иной деятельностью влечет недействительность акта государственного или иного органа, устанавливающего соответствующее ограничение</w:t>
      </w:r>
    </w:p>
    <w:p>
      <w:r>
        <w:rPr>
          <w:b/>
        </w:rPr>
        <w:t xml:space="preserve">3. </w:t>
      </w:r>
      <w:r>
        <w:t>Полный или частичный отказ гражданина от правоспособности или дееспособности и другие сделки, направленные на ограничение правоспособности или дееспособности, ничтожны, за исключением случаев, когда такие сделки допускаются законом</w:t>
      </w:r>
    </w:p>
    <w:p>
      <w:r>
        <w:rPr>
          <w:b/>
        </w:rPr>
        <w:t>Статья 23. Предпринимательская деятельность гражданина</w:t>
      </w:r>
    </w:p>
    <w:p>
      <w:r>
        <w:rPr>
          <w:b/>
        </w:rPr>
        <w:t xml:space="preserve">1. </w:t>
      </w:r>
      <w:r>
        <w:t>Гражданин вправе заниматься предпринимательской деятельностью без образования юридического лица с момента государственной регистрации в качестве индивидуального предпринимателя, за исключением случаев, предусмотренных абзацем вторым настоящего пункта. В отношении отдельных видов предпринимательской деятельности законом могут быть предусмотрены условия осуществления гражданами такой деятельности без государственной регистрации в качестве индивидуального предпринимателя. (Пункт в редакции Федерального закона от 26.07.2017 № 199-ФЗ)</w:t>
      </w:r>
    </w:p>
    <w:p>
      <w:r>
        <w:rPr>
          <w:b/>
        </w:rPr>
        <w:t xml:space="preserve">2. </w:t>
      </w:r>
      <w:r>
        <w:t>(Пункт утратил силу - Федеральный закон от 30.12.2012 № 302-ФЗ)</w:t>
      </w:r>
    </w:p>
    <w:p>
      <w:r>
        <w:rPr>
          <w:b/>
        </w:rPr>
        <w:t xml:space="preserve">3. </w:t>
      </w:r>
      <w:r>
        <w:t>К предпринимательской деятельности граждан, осуществляемой без образования юридического лица, соответственно применяются правила настоящего Кодекса, которые регулируют деятельность юридических лиц, являющихся коммерческими организациями, если иное не вытекает из закона, иных правовых актов или существа правоотношения</w:t>
      </w:r>
    </w:p>
    <w:p>
      <w:r>
        <w:rPr>
          <w:b/>
        </w:rPr>
        <w:t xml:space="preserve">4. </w:t>
      </w:r>
      <w:r>
        <w:t>Гражданин, осуществляющий предпринимательскую деятельность без образования юридического лица с нарушением требований пункта 1 настоящей статьи, не вправе ссылаться в отношении заключенных им при этом сделок на то, что он не является предпринимателем. Суд может применить к таким сделкам правила настоящего Кодекса об обязательствах, связанных с осуществлением предпринимательской деятельности</w:t>
      </w:r>
    </w:p>
    <w:p>
      <w:r>
        <w:rPr>
          <w:b/>
        </w:rPr>
        <w:t xml:space="preserve">5. </w:t>
      </w:r>
      <w:r>
        <w:t>Граждане вправе заниматься производственной или иной хозяйственной деятельностью в области сельского хозяйства без образования юридического лица на основе соглашения о создании крестьянского (фермерского) хозяйства, заключенного в соответствии с законом о крестьянском (фермерском) хозяйстве. Главой крестьянского (фермерского) хозяйства может быть гражданин, зарегистрированный в качестве индивидуального предпринимателя. (Дополнение пунктом - Федеральный закон от 30.12.2012 № 302-ФЗ)</w:t>
      </w:r>
    </w:p>
    <w:p>
      <w:r>
        <w:rPr>
          <w:b/>
        </w:rPr>
        <w:t>Статья 24. Имущественная ответственность гражданина</w:t>
      </w:r>
    </w:p>
    <w:p>
      <w:r>
        <w:t>Гражданин отвечает по своим обязательствам всем принадлежащим ему имуществом, за исключением имущества, на которое в соответствии с законом не может быть обращено взыскание. Перечень имущества граждан, на которое не может быть обращено взыскание, устанавливается гражданским процессуальным законодательством.</w:t>
      </w:r>
    </w:p>
    <w:p>
      <w:r>
        <w:rPr>
          <w:b/>
        </w:rPr>
        <w:t>Статья 25. Несостоятельность (банкротство) гражданина</w:t>
      </w:r>
    </w:p>
    <w:p>
      <w:r>
        <w:rPr>
          <w:b/>
        </w:rPr>
        <w:t xml:space="preserve">1. </w:t>
      </w:r>
      <w:r>
        <w:t>Гражданин, который не способен удовлетворить требования кредиторов по денежным обязательствам и (или) исполнить обязанность по уплате обязательных платежей, может быть признан несостоятельным (банкротом) по решению арбитражного суда</w:t>
      </w:r>
    </w:p>
    <w:p>
      <w:r>
        <w:rPr>
          <w:b/>
        </w:rPr>
        <w:t xml:space="preserve">2. </w:t>
      </w:r>
      <w:r>
        <w:t>Основания, порядок и последствия признания арбитражным судом гражданина несостоятельным (банкротом), очередность удовлетворения требований кредиторов, порядок применения процедур в деле о несостоятельности (банкротстве) гражданина устанавливаются законом, регулирующим вопросы несостоятельности (банкротства). (Статья в редакции Федерального закона от 29.06.2015 № 154-ФЗ)</w:t>
      </w:r>
    </w:p>
    <w:p>
      <w:r>
        <w:rPr>
          <w:b/>
        </w:rPr>
        <w:t>Статья 26. Дееспособность несовершеннолетних в возрасте от четырнадцати до восемнадцати лет</w:t>
      </w:r>
    </w:p>
    <w:p>
      <w:r>
        <w:rPr>
          <w:b/>
        </w:rPr>
        <w:t xml:space="preserve">1. </w:t>
      </w:r>
      <w:r>
        <w:t>Несовершеннолетние в возрасте от четырнадцати до восемнадцати лет совершают сделки, за исключением названных в пункте 2 настоящей статьи, с письменного согласия своих законных представителей - родителей, усыновителей или попечителя. Сделка, совершенная таким несовершеннолетним, действительна также при ее последующем письменном одобрении его родителями, усыновителями или попечителем</w:t>
      </w:r>
    </w:p>
    <w:p>
      <w:r>
        <w:rPr>
          <w:b/>
        </w:rPr>
        <w:t xml:space="preserve">2. </w:t>
      </w:r>
      <w:r>
        <w:t>Несовершеннолетние в возрасте от четырнадцати до восемнадцати лет вправе самостоятельно, без согласия родителей, усыновителей и попечителя</w:t>
      </w:r>
    </w:p>
    <w:p>
      <w:r>
        <w:rPr>
          <w:b/>
        </w:rPr>
        <w:t xml:space="preserve">3. </w:t>
      </w:r>
      <w:r>
        <w:t>Несовершеннолетние в возрасте от четырнадцати до восемнадцати лет самостоятельно несут имущественную ответственность по сделкам, совершенным ими в соответствии с пунктами 1 и 2 настоящей статьи. За причиненный ими вред такие несовершеннолетние несут ответственность в соответствии с настоящим Кодексом</w:t>
      </w:r>
    </w:p>
    <w:p>
      <w:r>
        <w:rPr>
          <w:b/>
        </w:rPr>
        <w:t xml:space="preserve">4. </w:t>
      </w:r>
      <w:r>
        <w:t>При наличии достаточных оснований суд по ходатайству родителей, усыновителей или попечителя либо органа опеки и попечительства может ограничить или лишить несовершеннолетнего в возрасте от четырнадцати до восемнадцати лет права самостоятельно распоряжаться своими заработком, стипендией или иными доходами, за исключением случаев, когда такой несовершеннолетний приобрел дееспособность в полном объеме в соответствии с пунктом 2 статьи 21 или со статьей 27 настоящего Кодекса</w:t>
      </w:r>
    </w:p>
    <w:p>
      <w:r>
        <w:rPr>
          <w:b/>
        </w:rPr>
        <w:t xml:space="preserve">5. </w:t>
      </w:r>
      <w:r>
        <w:t>Несовершеннолетние в возрасте от четырнадцати до восемнадцати лет вправе открыть банковский счет (статья 846) с согласия родителей, усыновителей или попечителя, за исключением случаев, когда такие несовершеннолетние приобрели дееспособность в полном объеме в соответствии с пунктом 2 статьи 21 или со статьей 27 настоящего Кодекса. (Дополнение пунктом - Федеральный закон от 24.06.2025 № 178-ФЗ)</w:t>
      </w:r>
    </w:p>
    <w:p>
      <w:r>
        <w:rPr>
          <w:b/>
        </w:rPr>
        <w:t xml:space="preserve">2. </w:t>
      </w:r>
      <w:r>
        <w:t>распоряжаться своими заработком, стипендией и иными доходами</w:t>
      </w:r>
    </w:p>
    <w:p>
      <w:r>
        <w:rPr>
          <w:b/>
        </w:rPr>
        <w:t xml:space="preserve">2. </w:t>
      </w:r>
      <w:r>
        <w:t>осуществлять права автора произведения науки, литературы или искусства, изобретения или иного охраняемого законом результата своей интеллектуальной деятельности</w:t>
      </w:r>
    </w:p>
    <w:p>
      <w:r>
        <w:rPr>
          <w:b/>
        </w:rPr>
        <w:t xml:space="preserve">2. </w:t>
      </w:r>
      <w:r>
        <w:t>в соответствии с законом вносить вклады в кредитные организации и распоряжаться ими; (В редакции Федерального закона от 30.12.2012 № 302-ФЗ) 4) совершать мелкие бытовые сделки и иные сделки, предусмотренные пунктом 2 статьи 28 настоящего Кодекса. По достижении шестнадцати лет несовершеннолетние также вправе быть членами кооперативов в соответствии с законами о кооперативах</w:t>
      </w:r>
    </w:p>
    <w:p>
      <w:r>
        <w:rPr>
          <w:b/>
        </w:rPr>
        <w:t>Статья 27. Эмансипация</w:t>
      </w:r>
    </w:p>
    <w:p>
      <w:r>
        <w:rPr>
          <w:b/>
        </w:rPr>
        <w:t xml:space="preserve">1. </w:t>
      </w:r>
      <w:r>
        <w:t>Несовершеннолетний, достигший шестнадцати лет, может быть объявлен полностью дееспособным, если он работает по трудовому договору, в том числе по контракту, или с согласия родителей, усыновителей или попечителя занимается предпринимательской деятельностью. Объявление несовершеннолетнего полностью дееспособным (эмансипация) производится по решению органа опеки и попечительства - с согласия обоих родителей, усыновителей или попечителя либо при отсутствии такого согласия - по решению суда</w:t>
      </w:r>
    </w:p>
    <w:p>
      <w:r>
        <w:rPr>
          <w:b/>
        </w:rPr>
        <w:t xml:space="preserve">2. </w:t>
      </w:r>
      <w:r>
        <w:t>Родители, усыновители и попечитель не несут ответственности по обязательствам эмансипированного несовершеннолетнего, в частности по обязательствам, возникшим вследствие причинения им вреда</w:t>
      </w:r>
    </w:p>
    <w:p>
      <w:r>
        <w:rPr>
          <w:b/>
        </w:rPr>
        <w:t>Статья 28. Дееспособность малолетних</w:t>
      </w:r>
    </w:p>
    <w:p>
      <w:r>
        <w:rPr>
          <w:b/>
        </w:rPr>
        <w:t xml:space="preserve">1. </w:t>
      </w:r>
      <w:r>
        <w:t>За несовершеннолетних, не достигших четырнадцати лет (малолетних), сделки, за исключением указанных в пункте 2 настоящей статьи, могут совершать от их имени только их родители, усыновители или опекуны. К сделкам законных представителей несовершеннолетнего с его имуществом применяются правила, предусмотренные пунктами 2 и 3 статьи 37 настоящего Кодекса</w:t>
      </w:r>
    </w:p>
    <w:p>
      <w:r>
        <w:rPr>
          <w:b/>
        </w:rPr>
        <w:t xml:space="preserve">2. </w:t>
      </w:r>
      <w:r>
        <w:t>Малолетние в возрасте от шести до четырнадцати лет вправе самостоятельно совершать</w:t>
      </w:r>
    </w:p>
    <w:p>
      <w:r>
        <w:rPr>
          <w:b/>
        </w:rPr>
        <w:t xml:space="preserve">3. </w:t>
      </w:r>
      <w:r>
        <w:t>Имущественную ответственность по сделкам малолетнего, в том числе по сделкам, совершенным им самостоятельно, несут его родители, усыновители или опекуны, если не докажут, что обязательство было нарушено не по их вине. Эти лица в соответствии с законом также отвечают за вред, причиненный малолетними</w:t>
      </w:r>
    </w:p>
    <w:p>
      <w:r>
        <w:rPr>
          <w:b/>
        </w:rPr>
        <w:t xml:space="preserve">2. </w:t>
      </w:r>
      <w:r>
        <w:t>мелкие бытовые сделки</w:t>
      </w:r>
    </w:p>
    <w:p>
      <w:r>
        <w:rPr>
          <w:b/>
        </w:rPr>
        <w:t xml:space="preserve">2. </w:t>
      </w:r>
      <w:r>
        <w:t>сделки, направленные на безвозмездное получение выгоды, не требующие нотариального удостоверения либо государственной регистрации</w:t>
      </w:r>
    </w:p>
    <w:p>
      <w:r>
        <w:rPr>
          <w:b/>
        </w:rPr>
        <w:t xml:space="preserve">2. </w:t>
      </w:r>
      <w:r>
        <w:t>сделки по распоряжению средствами, предоставленными законным представителем или с согласия последнего третьим лицом для определенной цели или для свободного распоряжения</w:t>
      </w:r>
    </w:p>
    <w:p>
      <w:r>
        <w:rPr>
          <w:b/>
        </w:rPr>
        <w:t>Статья 29. Признание гражданина недееспособным</w:t>
      </w:r>
    </w:p>
    <w:p>
      <w:r>
        <w:rPr>
          <w:b/>
        </w:rPr>
        <w:t xml:space="preserve">1. </w:t>
      </w:r>
      <w:r>
        <w:t>Гражданин, который вследствие психического расстройства не может понимать значения своих действий или руководить ими, может быть признан судом недееспособным в порядке, установленном гражданским процессуальным законодательством. Над ним устанавливается опека</w:t>
      </w:r>
    </w:p>
    <w:p>
      <w:r>
        <w:rPr>
          <w:b/>
        </w:rPr>
        <w:t xml:space="preserve">2. </w:t>
      </w:r>
      <w:r>
        <w:t>От имени гражданина, признанного недееспособным, сделки совершает его опекун, учитывая мнение такого гражданина, а при невозможности установления его мнения - с учетом информации о его предпочтениях, полученной от родителей такого гражданина, его прежних опекунов, иных лиц, оказывавших такому гражданину услуги и добросовестно исполнявших свои обязанности. (В редакции Федерального закона от 30.12.2012 № 302-ФЗ)</w:t>
      </w:r>
    </w:p>
    <w:p>
      <w:r>
        <w:rPr>
          <w:b/>
        </w:rPr>
        <w:t xml:space="preserve">3. </w:t>
      </w:r>
      <w:r>
        <w:t>При развитии способности гражданина, который был признан недееспособным, понимать значение своих действий или руководить ими лишь при помощи других лиц суд признает такого гражданина ограниченно дееспособным в соответствии с пунктом 2 статьи 30 настоящего Кодекса. При восстановлении способности гражданина, который был признан недееспособным, понимать значение своих действий или руководить ими суд признает его дееспособным. На основании решения суда отменяется установленная над гражданином опека и в случае признания гражданина ограниченно дееспособным устанавливается попечительство. (Пункт в редакции Федерального закона от 30.12.2012 № 302-ФЗ)</w:t>
      </w:r>
    </w:p>
    <w:p>
      <w:r>
        <w:rPr>
          <w:b/>
        </w:rPr>
        <w:t>Статья 30. Ограничение дееспособности гражданина</w:t>
      </w:r>
    </w:p>
    <w:p>
      <w:r>
        <w:rPr>
          <w:b/>
        </w:rPr>
        <w:t xml:space="preserve">1. </w:t>
      </w:r>
      <w:r>
        <w:t>Гражданин, который вследствие пристрастия к азартным играм, злоупотребления спиртными напитками или наркотическими средствами ставит свою семью в тяжелое материальное положение, может быть ограничен судом в дееспособности в порядке, установленном гражданским процессуальным законодательством. Над ним устанавливается попечительство. (В редакции Федерального закона от 30.12.2012 № 302-ФЗ) Он вправе самостоятельно совершать мелкие бытовые сделки. Совершать другие сделки он может лишь с согласия попечителя. Однако такой гражданин самостоятельно несет имущественную ответственность по совершенным им сделкам и за причиненный им вред. Попечитель получает и расходует заработок, пенсию и иные доходы гражданина, ограниченного судом в дееспособности, в интересах подопечного в порядке, предусмотренном статьей 37 настоящего Кодекса. (В редакции Федерального закона от 30.12.2012 № 302-ФЗ)</w:t>
      </w:r>
    </w:p>
    <w:p>
      <w:r>
        <w:rPr>
          <w:b/>
        </w:rPr>
        <w:t xml:space="preserve">2. </w:t>
      </w:r>
      <w:r>
        <w:t>Гражданин, который вследствие психического расстройства может понимать значение своих действий или руководить ими лишь при помощи других лиц, может быть ограничен судом в дееспособности в порядке, установленном гражданским процессуальным законодательством. Над ним устанавливается попечительство. Такой гражданин совершает сделки, за исключением сделок, предусмотренных подпунктами 1 и 4 пункта 2 статьи 26 настоящего Кодекса, с письменного согласия попечителя. Сделка, совершенная таким гражданином, действительна также при ее последующем письменном одобрении его попечителем. Сделки, предусмотренные подпунктами 1 и 4 пункта 2 статьи 26 настоящего Кодекса, такой гражданин вправе совершать самостоятельно. Гражданин, ограниченный судом в дееспособности по основаниям, предусмотренным настоящим пунктом, может распоряжаться выплачиваемыми на него алиментами, социальной пенсией, возмещением вреда здоровью и в связи со смертью кормильца и иными предоставляемыми на его содержание выплатами с письменного согласия попечителя, за исключением выплат, которые указаны в подпункте 1 пункта 2 статьи 26 настоящего Кодекса и которыми он вправе распоряжаться самостоятельно. Такой гражданин вправе распоряжаться указанными выплатами в течение срока, определенного попечителем. Распоряжение указанными выплатами может быть прекращено до истечения данного срока по решению попечителя. При наличии достаточных оснований суд по ходатайству попечителя либо органа опеки и попечительства может ограничить или лишить такого гражданина права самостоятельно распоряжаться своими доходами, указанными в подпункте 1 пункта 2 статьи 26 настоящего Кодекса. Гражданин, дееспособность которого ограничена вследствие психического расстройства, самостоятельно несет имущественную ответственность по сделкам, совершенным им в соответствии с настоящей статьей. За причиненный им вред такой гражданин несет ответственность в соответствии с настоящим Кодексом. (Пункт в редакции Федерального закона от 30.12.2012 № 302-ФЗ)</w:t>
      </w:r>
    </w:p>
    <w:p>
      <w:r>
        <w:rPr>
          <w:b/>
        </w:rPr>
        <w:t xml:space="preserve">3. </w:t>
      </w:r>
      <w:r>
        <w:t>Если основания, в силу которых гражданин был ограничен в дееспособности, отпали, суд отменяет ограничение его дееспособности. На основании решения суда отменяется установленное над гражданином попечительство. Если психическое состояние гражданина, который вследствие психического расстройства был в соответствии с пунктом 2 настоящей статьи ограничен в дееспособности, изменилось, суд признает его недееспособным в соответствии со статьей 29 настоящего Кодекса или отменяет ограничение его дееспособности. (Дополнение пунктом - Федеральный закон от 30.12.2012 № 302-ФЗ)</w:t>
      </w:r>
    </w:p>
    <w:p>
      <w:r>
        <w:rPr>
          <w:b/>
        </w:rPr>
        <w:t>Статья 31. Опека и попечительство</w:t>
      </w:r>
    </w:p>
    <w:p>
      <w:r>
        <w:rPr>
          <w:b/>
        </w:rPr>
        <w:t xml:space="preserve">1. </w:t>
      </w:r>
      <w:r>
        <w:t>Опека и попечительство устанавливаются для защиты прав и интересов недееспособных или не полностью дееспособных граждан. Опека и попечительство над несовершеннолетними устанавливаются также в целях их воспитания. Соответствующие этому права и обязанности опекунов и попечителей определяются семейным законодательством. (В редакции Федерального закона от 24.04.2008 № 49-ФЗ)</w:t>
      </w:r>
    </w:p>
    <w:p>
      <w:r>
        <w:rPr>
          <w:b/>
        </w:rPr>
        <w:t xml:space="preserve">2. </w:t>
      </w:r>
      <w:r>
        <w:t>Опекуны и попечители выступают в защиту прав и интересов своих подопечных в отношениях с любыми лицами, в том числе в судах, без специального полномочия</w:t>
      </w:r>
    </w:p>
    <w:p>
      <w:r>
        <w:rPr>
          <w:b/>
        </w:rPr>
        <w:t xml:space="preserve">3. </w:t>
      </w:r>
      <w:r>
        <w:t>Опека и попечительство над несовершеннолетними устанавливаются при отсутствии у них родителей, усыновителей, лишении судом родителей родительских прав, а также в случаях, когда такие граждане по иным причинам остались без родительского попечения, в частности когда родители уклоняются от их воспитания либо защиты их прав и интересов</w:t>
      </w:r>
    </w:p>
    <w:p>
      <w:r>
        <w:rPr>
          <w:b/>
        </w:rPr>
        <w:t xml:space="preserve">4. </w:t>
      </w:r>
      <w:r>
        <w:t>К отношениям, возникающим в связи с установлением, осуществлением и прекращением опеки или попечительства и не урегулированным настоящим Кодексом, применяются положения Федерального закона "Об опеке и попечительстве" и иные принятые в соответствии с ним нормативные правовые акты Российской Федерации. (Дополнение пунктом - Федеральный закон от 24.04.2008 № 49-ФЗ)</w:t>
      </w:r>
    </w:p>
    <w:p>
      <w:r>
        <w:rPr>
          <w:b/>
        </w:rPr>
        <w:t>Статья 32. Опека</w:t>
      </w:r>
    </w:p>
    <w:p>
      <w:r>
        <w:rPr>
          <w:b/>
        </w:rPr>
        <w:t xml:space="preserve">1. </w:t>
      </w:r>
      <w:r>
        <w:t>Опека устанавливается над малолетними, а также над гражданами, признанными судом недееспособными вследствие психического расстройства</w:t>
      </w:r>
    </w:p>
    <w:p>
      <w:r>
        <w:rPr>
          <w:b/>
        </w:rPr>
        <w:t xml:space="preserve">2. </w:t>
      </w:r>
      <w:r>
        <w:t>Опекуны являются представителями подопечных в силу закона и совершают от их имени и в их интересах все необходимые сделки</w:t>
      </w:r>
    </w:p>
    <w:p>
      <w:r>
        <w:rPr>
          <w:b/>
        </w:rPr>
        <w:t>Статья 33. Попечительство</w:t>
      </w:r>
    </w:p>
    <w:p>
      <w:r>
        <w:rPr>
          <w:b/>
        </w:rPr>
        <w:t xml:space="preserve">1. </w:t>
      </w:r>
      <w:r>
        <w:t>Попечительство устанавливается над несовершеннолетними в возрасте от четырнадцати до восемнадцати лет, а также над гражданами, ограниченными судом в дееспособности. (В редакции Федерального закона от 30.12.2012 № 302-ФЗ)</w:t>
      </w:r>
    </w:p>
    <w:p>
      <w:r>
        <w:rPr>
          <w:b/>
        </w:rPr>
        <w:t xml:space="preserve">2. </w:t>
      </w:r>
      <w:r>
        <w:t>Попечители дают согласие на совершение тех сделок, которые граждане, находящиеся под попечительством, не вправе совершать самостоятельно. Попечители несовершеннолетних граждан и граждан, дееспособность которых ограничена вследствие психического расстройства, оказывают подопечным содействие в осуществлении ими своих прав и исполнении обязанностей, а также охраняют их от злоупотреблений со стороны третьих лиц. (Пункт в редакции Федерального закона от 30.12.2012 № 302-ФЗ)</w:t>
      </w:r>
    </w:p>
    <w:p>
      <w:r>
        <w:rPr>
          <w:b/>
        </w:rPr>
        <w:t>Статья 34. Органы опеки и попечительства</w:t>
      </w:r>
    </w:p>
    <w:p>
      <w:r>
        <w:rPr>
          <w:b/>
        </w:rPr>
        <w:t xml:space="preserve">1. </w:t>
      </w:r>
      <w:r>
        <w:t>Органами опеки и попечительства являются органы исполнительной власти субъекта Российской Федерации. Органами опеки и попечительства являются также органы местного самоуправления в случае, если законом субъекта Российской Федерации они наделены полномочиями по опеке и попечительству в соответствии с федеральными законами. (В редакции федеральных законов от 29.12.2006 № 258-ФЗ; от 02.07.2013 № 167-ФЗ) Абзац. (Дополнение абзацем - Федеральный закон от 02.07.2013 № 167-ФЗ) (Утратил силу - Федеральный закон от 08.08.2024 № 237-ФЗ) Полномочия органа опеки и попечительства в отношении подопечного возлагаются на орган, который установил опеку или попечительство. При перемене места жительства подопечного полномочия органа опеки и попечительства возлагаются на орган опеки и попечительства по новому месту жительства подопечного в порядке, определенном Федеральным законом "Об опеке и попечительстве". (Дополнение абзацем - Федеральный закон от 24.04.2008 № 49-ФЗ)</w:t>
      </w:r>
    </w:p>
    <w:p>
      <w:r>
        <w:rPr>
          <w:b/>
        </w:rPr>
        <w:t xml:space="preserve">2. </w:t>
      </w:r>
      <w:r>
        <w:t>Суд обязан в течение трех дней со времени вступления в законную силу решения о признании гражданина недееспособным или об ограничении его дееспособности сообщить об этом органу опеки и попечительства по месту жительства такого гражданина для установления над ним опеки или попечительства</w:t>
      </w:r>
    </w:p>
    <w:p>
      <w:r>
        <w:rPr>
          <w:b/>
        </w:rPr>
        <w:t xml:space="preserve">3. </w:t>
      </w:r>
      <w:r>
        <w:t>Орган опеки и попечительства по месту жительства подопечных осуществляет надзор за деятельностью их опекунов и попечителей</w:t>
      </w:r>
    </w:p>
    <w:p>
      <w:r>
        <w:rPr>
          <w:b/>
        </w:rPr>
        <w:t>Статья 35. Опекуны и попечители</w:t>
      </w:r>
    </w:p>
    <w:p>
      <w:r>
        <w:rPr>
          <w:b/>
        </w:rPr>
        <w:t xml:space="preserve">1. </w:t>
      </w:r>
      <w:r>
        <w:t>Опекун или попечитель назначается органом опеки и попечительства по месту жительства лица, нуждающегося в опеке или попечительстве, в течение месяца с момента, когда указанным органам стало известно о необходимости установления опеки или попечительства над гражданином. При наличии заслуживающих внимания обстоятельств опекун или попечитель может быть назначен органом опеки и попечительства по месту жительства опекуна (попечителя). Если лицу, нуждающемуся в опеке или попечительстве, в течение месяца не назначен опекун или попечитель, исполнение обязанностей опекуна или попечителя временно возлагается на орган опеки и попечительства. Назначение опекуна или попечителя может быть оспорено в суде заинтересованными лицами. (В редакции Федерального закона от 18.12.2006 № 231-ФЗ)</w:t>
      </w:r>
    </w:p>
    <w:p>
      <w:r>
        <w:rPr>
          <w:b/>
        </w:rPr>
        <w:t xml:space="preserve">2. </w:t>
      </w:r>
      <w:r>
        <w:t>Опекунами и попечителями могут назначаться только совершеннолетние дееспособные граждане. Не могут быть назначены опекунами и попечителями граждане, лишенные родительских прав, а также граждане, имеющие на момент установления опеки или попечительства судимость за умышленное преступление против жизни или здоровья граждан. (В редакции Федерального закона от 24.04.2008 № 49-ФЗ)</w:t>
      </w:r>
    </w:p>
    <w:p>
      <w:r>
        <w:rPr>
          <w:b/>
        </w:rPr>
        <w:t xml:space="preserve">3. </w:t>
      </w:r>
      <w:r>
        <w:t>Опекун или попечитель может быть назначен только с его согласия. При этом должны учитываться его нравственные и иные личные качества, способность к выполнению обязанностей опекуна или попечителя, отношения, существующие между ним и лицом, нуждающимся в опеке или попечительстве, а если это возможно - и желание подопечного</w:t>
      </w:r>
    </w:p>
    <w:p>
      <w:r>
        <w:rPr>
          <w:b/>
        </w:rPr>
        <w:t xml:space="preserve">4. </w:t>
      </w:r>
      <w:r>
        <w:t>Недееспособным или не полностью дееспособным гражданам, помещенным под надзор в образовательные организации, медицинские организации, организации, оказывающие социальные услуги, или иные организации, в том числе в организации для детей-сирот и детей, оставшихся без попечения родителей, опекуны или попечители не назначаются. Исполнение обязанностей опекунов или попечителей возлагается на указанные организации. (В редакции Федерального закона от 24.04.2008 № 49-ФЗ)</w:t>
      </w:r>
    </w:p>
    <w:p>
      <w:r>
        <w:rPr>
          <w:b/>
        </w:rPr>
        <w:t>Статья 36. Исполнение опекунами и попечителями своих обязанностей</w:t>
      </w:r>
    </w:p>
    <w:p>
      <w:r>
        <w:rPr>
          <w:b/>
        </w:rPr>
        <w:t xml:space="preserve">1. </w:t>
      </w:r>
      <w:r>
        <w:t>Обязанности по опеке и попечительству исполняются безвозмездно, кроме случаев, предусмотренных законом</w:t>
      </w:r>
    </w:p>
    <w:p>
      <w:r>
        <w:rPr>
          <w:b/>
        </w:rPr>
        <w:t xml:space="preserve">2. </w:t>
      </w:r>
      <w:r>
        <w:t>Опекуны и попечители несовершеннолетних граждан обязаны проживать совместно со своими подопечными. Раздельное проживание попечителя с подопечным, достигшим шестнадцати лет, допускается с разрешения органа опеки и попечительства при условии, что это не отразится неблагоприятно на воспитании и защите прав и интересов подопечного. Опекуны и попечители обязаны извещать органы опеки и попечительства о перемене места жительства</w:t>
      </w:r>
    </w:p>
    <w:p>
      <w:r>
        <w:rPr>
          <w:b/>
        </w:rPr>
        <w:t xml:space="preserve">3. </w:t>
      </w:r>
      <w:r>
        <w:t>Опекуны и попечители обязаны заботиться о содержании своих подопечных, об обеспечении их уходом и лечением, защищать их права и интересы. Опекуны и попечители несовершеннолетних должны заботиться об их обучении и воспитании. Опекуны и попечители заботятся о развитии (восстановлении) способности гражданина, дееспособность которого ограничена вследствие психического расстройства, или гражданина, признанного недееспособным, понимать значение своих действий или руководить ими. (Дополнение абзацем - Федеральный закон от 30.12.2012 № 302-ФЗ) Опекуны и попечители исполняют свои функции, учитывая мнение подопечного, а при невозможности его установления - с учетом информации о предпочтениях подопечного, полученной от его родителей, прежних опекунов, иных лиц, оказывавших ему услуги и добросовестно исполнявших свои обязанности. (Дополнение абзацем - Федеральный закон от 30.12.2012 № 302-ФЗ)</w:t>
      </w:r>
    </w:p>
    <w:p>
      <w:r>
        <w:rPr>
          <w:b/>
        </w:rPr>
        <w:t xml:space="preserve">4. </w:t>
      </w:r>
      <w:r>
        <w:t>Обязанности, указанные в пункте 3 настоящей статьи, не возлагаются на попечителей совершеннолетних граждан, ограниченных судом в дееспособности, за исключением попечителей граждан, ограниченных судом в дееспособности вследствие психического расстройства. (В редакции Федерального закона от 30.12.2012 № 302-ФЗ)</w:t>
      </w:r>
    </w:p>
    <w:p>
      <w:r>
        <w:rPr>
          <w:b/>
        </w:rPr>
        <w:t xml:space="preserve">5. </w:t>
      </w:r>
      <w:r>
        <w:t>Если основания, в силу которых гражданин был признан недееспособным или ограниченно дееспособным, отпали, опекун или попечитель обязан ходатайствовать перед судом о признании подопечного дееспособным и о снятии с него опеки или попечительства. (В редакции Федерального закона от 30.12.2012 № 302-ФЗ) Если основания, в силу которых гражданин, который вследствие психического расстройства может понимать значение своих действий или руководить ими при помощи других лиц, был ограничен в дееспособности, изменились, попечитель обязан обратиться в суд с заявлением об отмене ограничения дееспособности подопечного или о признании его недееспособным в соответствии с пунктом 3 статьи 30 настоящего Кодекса. (Дополнение абзацем - Федеральный закон от 30.12.2012 № 302-ФЗ)</w:t>
      </w:r>
    </w:p>
    <w:p>
      <w:r>
        <w:rPr>
          <w:b/>
        </w:rPr>
        <w:t>Статья 37. Распоряжение имуществом подопечного</w:t>
      </w:r>
    </w:p>
    <w:p>
      <w:r>
        <w:rPr>
          <w:b/>
        </w:rPr>
        <w:t xml:space="preserve">1. </w:t>
      </w:r>
      <w:r>
        <w:t>Опекун или попечитель распоряжается доходами подопечного, в том числе доходами, причитающимися подопечному от управления его имуществом, за исключением доходов, которыми подопечный вправе распоряжаться самостоятельно, исключительно в интересах подопечного и с предварительного разрешения органа опеки и попечительства. Суммы алиментов, пенсий, пособий, возмещения вреда здоровью и вреда, понесенного в случае смерти кормильца, а также иные выплачиваемые на содержание подопечного средства, за исключением доходов, которыми подопечный вправе распоряжаться самостоятельно, подлежат зачислению на отдельный номинальный счет, открываемый опекуном или попечителем в соответствии с главой 45 настоящего Кодекса, и расходуются опекуном или попечителем без предварительного разрешения органа опеки и попечительства. Опекун или попечитель предоставляет отчет о расходовании сумм, зачисляемых на отдельный номинальный счет, в порядке, установленном Федеральным законом "Об опеке и попечительстве". Случаи, при которых опекун вправе не предоставлять отчет о расходовании сумм, зачисляемых на отдельный номинальный счет, устанавливаются Федеральным законом "Об опеке и попечительстве". (В редакции федеральных законов от 30.12.2012 № 302-ФЗ; от 29.12.2017 № 459-ФЗ)</w:t>
      </w:r>
    </w:p>
    <w:p>
      <w:r>
        <w:rPr>
          <w:b/>
        </w:rPr>
        <w:t xml:space="preserve">2. </w:t>
      </w:r>
      <w:r>
        <w:t>Опекун не вправе без предварительного разрешения органа опеки и попечительства совершать, а попечитель - давать согласие на совершение сделок по отчуждению, в том числе обмену или дарению имущества подопечного, сдаче его внаем (в аренду), в безвозмездное пользование или в залог, сделок, влекущих отказ от принадлежащих подопечному прав, раздел его имущества или выдел из него долей, а также любых других действий, влекущих уменьшение имущества подопечного. (В редакции Федерального закона от 30.12.2012 № 302-ФЗ) Порядок управления имуществом подопечного определяется Федеральным законом "Об опеке и попечительстве". (В редакции Федерального закона от 24.04.2008 № 49-ФЗ)</w:t>
      </w:r>
    </w:p>
    <w:p>
      <w:r>
        <w:rPr>
          <w:b/>
        </w:rPr>
        <w:t xml:space="preserve">3. </w:t>
      </w:r>
      <w:r>
        <w:t>Опекун, попечитель, их супруги и близкие родственники не вправе совершать сделки с подопечным, за исключением передачи имущества подопечному в качестве дара или в безвозмездное пользование, а также представлять подопечного при заключении сделок или ведении судебных дел между подопечным и супругом опекуна или попечителя и их близкими родственниками</w:t>
      </w:r>
    </w:p>
    <w:p>
      <w:r>
        <w:rPr>
          <w:b/>
        </w:rPr>
        <w:t xml:space="preserve">4. </w:t>
      </w:r>
      <w:r>
        <w:t>Опекун распоряжается имуществом гражданина, признанного недееспособным, основываясь на мнении подопечного, а при невозможности установления его мнения - с учетом информации о его предпочтениях, полученной от родителей такого гражданина, его прежних опекунов, иных лиц, оказывавших такому гражданину услуги и добросовестно исполнявших свои обязанности. (Дополнение пунктом - Федеральный закон от 30.12.2012 № 302-ФЗ)</w:t>
      </w:r>
    </w:p>
    <w:p>
      <w:r>
        <w:rPr>
          <w:b/>
        </w:rPr>
        <w:t>Статья 38. Доверительное управление имуществом подопечного</w:t>
      </w:r>
    </w:p>
    <w:p>
      <w:r>
        <w:rPr>
          <w:b/>
        </w:rPr>
        <w:t xml:space="preserve">1. </w:t>
      </w:r>
      <w:r>
        <w:t>При необходимости постоянного управления недвижимым и ценным движимым имуществом подопечного орган опеки и попечительства заключает с управляющим, определенным этим органом, договор о доверительном управлении таким имуществом. В этом случае опекун или попечитель сохраняет свои полномочия в отношении того имущества подопечного, которое не передано в доверительное управление. При осуществлении управляющим правомочий по управлению имуществом подопечного на управляющего распространяется действие правил, предусмотренных пунктами 2 и 3 статьи 37 настоящего Кодекса</w:t>
      </w:r>
    </w:p>
    <w:p>
      <w:r>
        <w:rPr>
          <w:b/>
        </w:rPr>
        <w:t xml:space="preserve">2. </w:t>
      </w:r>
      <w:r>
        <w:t>Доверительное управление имуществом подопечного прекращается по основаниям, предусмотренным законом для прекращения договора о доверительном управлении имуществом, а также в случаях прекращения опеки и попечительства</w:t>
      </w:r>
    </w:p>
    <w:p>
      <w:r>
        <w:rPr>
          <w:b/>
        </w:rPr>
        <w:t>Статья 39. Освобождение и отстранение опекунов и попечителей от исполнения ими своих обязанностей</w:t>
      </w:r>
    </w:p>
    <w:p>
      <w:r>
        <w:rPr>
          <w:b/>
        </w:rPr>
        <w:t xml:space="preserve">1. </w:t>
      </w:r>
      <w:r>
        <w:t>Орган опеки и попечительства освобождает опекуна или попечителя от исполнения им своих обязанностей в случаях возвращения несовершеннолетнего его родителям или его усыновления. При помещении подопечного под надзор в образовательную организацию, медицинскую организацию, организацию, оказывающую социальные услуги, или иную организацию, в том числе в организацию для детей-сирот и детей, оставшихся без попечения родителей, орган опеки и попечительства освобождает ранее назначенного опекуна или попечителя от исполнения ими своих обязанностей, если это не противоречит интересам подопечного. (В редакции Федерального закона от 24.04.2008 № 49-ФЗ)</w:t>
      </w:r>
    </w:p>
    <w:p>
      <w:r>
        <w:rPr>
          <w:b/>
        </w:rPr>
        <w:t xml:space="preserve">2. </w:t>
      </w:r>
      <w:r>
        <w:t>Опекун, попечитель могут быть освобождены от исполнения своих обязанностей по их просьбе. Опекун или попечитель может быть освобожден от исполнения своих обязанностей по инициативе органа опеки и попечительства в случае возникновения противоречий между интересами подопечного и интересами опекуна или попечителя, в том числе временно. (Пункт в редакции Федерального закона от 24.04.2008 № 49-ФЗ)</w:t>
      </w:r>
    </w:p>
    <w:p>
      <w:r>
        <w:rPr>
          <w:b/>
        </w:rPr>
        <w:t xml:space="preserve">3. </w:t>
      </w:r>
      <w:r>
        <w:t>В случаях ненадлежащего выполнения опекуном или попечителем лежащих на нем обязанностей, в том числе при использовании им опеки или попечительства в корыстных целях или при оставлении подопечного без надзора и необходимой помощи, орган опеки и попечительства может отстранить опекуна или попечителя от исполнения этих обязанностей и принять необходимые меры для привлечения виновного гражданина к установленной законом ответственности</w:t>
      </w:r>
    </w:p>
    <w:p>
      <w:r>
        <w:rPr>
          <w:b/>
        </w:rPr>
        <w:t>Статья 40. Прекращение опеки и попечительства</w:t>
      </w:r>
    </w:p>
    <w:p>
      <w:r>
        <w:rPr>
          <w:b/>
        </w:rPr>
        <w:t xml:space="preserve">1. </w:t>
      </w:r>
      <w:r>
        <w:t>Опека и попечительство над совершеннолетними гражданами прекращаются в случаях вынесения судом решения о признании подопечного дееспособным или отмены ограничений его дееспособности по заявлению опекуна, попечителя или органа опеки и попечительства</w:t>
      </w:r>
    </w:p>
    <w:p>
      <w:r>
        <w:rPr>
          <w:b/>
        </w:rPr>
        <w:t xml:space="preserve">2. </w:t>
      </w:r>
      <w:r>
        <w:t>По достижении малолетним подопечным четырнадцати лет опека над ним прекращается, а гражданин, осуществлявший обязанности опекуна, становится попечителем несовершеннолетнего без дополнительного решения об этом</w:t>
      </w:r>
    </w:p>
    <w:p>
      <w:r>
        <w:rPr>
          <w:b/>
        </w:rPr>
        <w:t xml:space="preserve">3. </w:t>
      </w:r>
      <w:r>
        <w:t>Попечительство над несовершеннолетним прекращается без особого решения по достижении несовершеннолетним подопечным восемнадцати лет, а также при вступлении его в брак и в других случаях приобретения им полной дееспособности до достижения совершеннолетия (пункт 2 статьи 21 и статья 27)</w:t>
      </w:r>
    </w:p>
    <w:p>
      <w:r>
        <w:rPr>
          <w:b/>
        </w:rPr>
        <w:t>Статья 41. Патронаж над совершеннолетними дееспособными гражданами</w:t>
      </w:r>
    </w:p>
    <w:p>
      <w:r>
        <w:rPr>
          <w:b/>
        </w:rPr>
        <w:t xml:space="preserve">1. </w:t>
      </w:r>
      <w:r>
        <w:t>Над совершеннолетним дееспособным гражданином, который по состоянию здоровья не способен самостоятельно осуществлять и защищать свои права и исполнять свои обязанности, может быть установлен патронаж</w:t>
      </w:r>
    </w:p>
    <w:p>
      <w:r>
        <w:rPr>
          <w:b/>
        </w:rPr>
        <w:t xml:space="preserve">2. </w:t>
      </w:r>
      <w:r>
        <w:t>В течение месяца со дня выявления совершеннолетнего дееспособного гражданина, который по состоянию здоровья не может самостоятельно осуществлять и защищать свои права и исполнять свои обязанности, ему назначается органом опеки и попечительства помощник. Помощник может быть назначен с его согласия в письменной форме, а также с согласия в письменной форме гражданина, над которым устанавливается патронаж. Работник организации, осуществляющей социальное обслуживание совершеннолетнего дееспособного гражданина, нуждающегося в установлении над ним патронажа, не может быть назначен помощником такого гражданина</w:t>
      </w:r>
    </w:p>
    <w:p>
      <w:r>
        <w:rPr>
          <w:b/>
        </w:rPr>
        <w:t xml:space="preserve">3. </w:t>
      </w:r>
      <w:r>
        <w:t>Помощник совершеннолетнего дееспособного гражданина совершает действия в интересах гражданина, находящегося под патронажем, на основании заключаемых с этим лицом договора поручения, договора доверительного управления имуществом или иного договора</w:t>
      </w:r>
    </w:p>
    <w:p>
      <w:r>
        <w:rPr>
          <w:b/>
        </w:rPr>
        <w:t xml:space="preserve">4. </w:t>
      </w:r>
      <w:r>
        <w:t>Орган опеки и попечительства обязан осуществлять контроль за исполнением помощником совершеннолетнего дееспособного гражданина своих обязанностей и извещать находящегося под патронажем гражданина о нарушениях, допущенных его помощником и являющихся основанием для расторжения заключенных между ними договора поручения, договора доверительного управления имуществом или иного договора</w:t>
      </w:r>
    </w:p>
    <w:p>
      <w:r>
        <w:rPr>
          <w:b/>
        </w:rPr>
        <w:t xml:space="preserve">5. </w:t>
      </w:r>
      <w:r>
        <w:t>Патронаж над совершеннолетним дееспособным гражданином, установленный в соответствии с пунктом 1 настоящей статьи, прекращается в связи с прекращением договора поручения, договора доверительного управления имуществом или иного договора по основаниям, предусмотренным законом или договором. (Статья в редакции Федерального закона от 24.04.2008 № 49-ФЗ)</w:t>
      </w:r>
    </w:p>
    <w:p>
      <w:r>
        <w:rPr>
          <w:b/>
        </w:rPr>
        <w:t>Статья 42. Признание гражданина безвестно отсутствующим</w:t>
      </w:r>
    </w:p>
    <w:p>
      <w:r>
        <w:t>Гражданин может быть по заявлению заинтересованных лиц признан судом безвестно отсутствующим, если в течение года в месте его жительства нет сведений о месте его пребывания. При невозможности установить день получения последних сведений об отсутствующем началом исчисления срока для признания безвестного отсутствия считается первое число месяца, следующего за тем, в котором были получены последние сведения об отсутствующем, а при невозможности установить этот месяц - первое января следующего года.</w:t>
      </w:r>
    </w:p>
    <w:p>
      <w:r>
        <w:rPr>
          <w:b/>
        </w:rPr>
        <w:t>Статья 43. Последствия признания гражданина безвестно отсутствующим</w:t>
      </w:r>
    </w:p>
    <w:p>
      <w:r>
        <w:rPr>
          <w:b/>
        </w:rPr>
        <w:t xml:space="preserve">1. </w:t>
      </w:r>
      <w:r>
        <w:t>Имущество гражданина, признанного безвестно отсутствующим, при необходимости постоянного управления им передается на основании решения суда лицу, которое определяется органом опеки и попечительства и действует на основании договора о доверительном управлении, заключаемого с этим органом. Из этого имущества выдается содержание гражданам, которых безвестно отсутствующий обязан содержать, и погашается задолженность по другим обязательствам безвестно отсутствующего</w:t>
      </w:r>
    </w:p>
    <w:p>
      <w:r>
        <w:rPr>
          <w:b/>
        </w:rPr>
        <w:t xml:space="preserve">2. </w:t>
      </w:r>
      <w:r>
        <w:t>Орган опеки и попечительства может и до истечения года со дня получения сведений о месте пребывания отсутствующего гражданина назначить управляющего его имуществом</w:t>
      </w:r>
    </w:p>
    <w:p>
      <w:r>
        <w:rPr>
          <w:b/>
        </w:rPr>
        <w:t xml:space="preserve">3. </w:t>
      </w:r>
      <w:r>
        <w:t>Последствия признания лица безвестно отсутствующим, не предусмотренные настоящей статьей, определяются законом</w:t>
      </w:r>
    </w:p>
    <w:p>
      <w:r>
        <w:rPr>
          <w:b/>
        </w:rPr>
        <w:t>Статья 44. Отмена решения о признании гражданина безвестно отсутствующим</w:t>
      </w:r>
    </w:p>
    <w:p>
      <w:r>
        <w:t>В случае явки или обнаружения места пребывания гражданина, признанного безвестно отсутствующим, суд отменяет решение о признании его безвестно отсутствующим. На основании решения суда отменяется управление имуществом этого гражданина.</w:t>
      </w:r>
    </w:p>
    <w:p>
      <w:r>
        <w:rPr>
          <w:b/>
        </w:rPr>
        <w:t>Статья 45. Объявление гражданина умершим</w:t>
      </w:r>
    </w:p>
    <w:p>
      <w:r>
        <w:rPr>
          <w:b/>
        </w:rPr>
        <w:t xml:space="preserve">1. </w:t>
      </w:r>
      <w:r>
        <w:t>Гражданин может быть объявлен судом умершим, если в месте его жительства нет сведений о месте его пребывания в течение пяти лет, а если он пропал без вести при обстоятельствах, угрожавших смертью или дающих основание предполагать его гибель от определенного несчастного случая, - в течение шести месяцев</w:t>
      </w:r>
    </w:p>
    <w:p>
      <w:r>
        <w:rPr>
          <w:b/>
        </w:rPr>
        <w:t xml:space="preserve">2. </w:t>
      </w:r>
      <w:r>
        <w:t>Военнослужащий или иной гражданин, пропавший без вести в связи с военными действиями, может быть объявлен судом умершим не ранее чем по истечении двух лет со дня окончания военных действий</w:t>
      </w:r>
    </w:p>
    <w:p>
      <w:r>
        <w:rPr>
          <w:b/>
        </w:rPr>
        <w:t xml:space="preserve">3. </w:t>
      </w:r>
      <w:r>
        <w:t>Днем смерти гражданина, объявленного умершим, считается день вступления в законную силу решения суда об объявлении его умершим. В случае объявления умершим гражданина, пропавшего без вести при обстоятельствах, угрожавших смертью или дающих основание предполагать его гибель от определенного несчастного случая, суд может признать днем смерти этого гражданина день его предполагаемой гибели и указать момент его предполагаемой гибели. (В редакции Федерального закона от 30.03.2016 № 79-ФЗ)</w:t>
      </w:r>
    </w:p>
    <w:p>
      <w:r>
        <w:rPr>
          <w:b/>
        </w:rPr>
        <w:t>Статья 46. Последствия явки гражданина, объявленного умершим</w:t>
      </w:r>
    </w:p>
    <w:p>
      <w:r>
        <w:rPr>
          <w:b/>
        </w:rPr>
        <w:t xml:space="preserve">1. </w:t>
      </w:r>
      <w:r>
        <w:t>В случае явки или обнаружения места пребывания гражданина, объявленного умершим, суд отменяет решение об объявлении его умершим</w:t>
      </w:r>
    </w:p>
    <w:p>
      <w:r>
        <w:rPr>
          <w:b/>
        </w:rPr>
        <w:t xml:space="preserve">2. </w:t>
      </w:r>
      <w:r>
        <w:t>Независимо от времени своей явки гражданин может потребовать от любого лица возврата сохранившегося имущества, которое безвозмездно перешло к этому лицу после объявления гражданина умершим, за исключением случаев, предусмотренных пунктом 3 статьи 302 настоящего Кодекса. Лица, к которым имущество гражданина, объявленного умершим, перешло по возмездным сделкам, обязаны возвратить ему это имущество, если доказано, что, приобретая имущество, они знали, что гражданин, объявленный умершим, находится в живых. При невозможности возврата такого имущества в натуре возмещается его стоимость</w:t>
      </w:r>
    </w:p>
    <w:p>
      <w:r>
        <w:rPr>
          <w:b/>
        </w:rPr>
        <w:t>Статья 47. Регистрация актов гражданского состояния</w:t>
      </w:r>
    </w:p>
    <w:p>
      <w:r>
        <w:rPr>
          <w:b/>
        </w:rPr>
        <w:t xml:space="preserve">1. </w:t>
      </w:r>
      <w:r>
        <w:t>Государственной регистрации подлежат следующие акты гражданского состояния</w:t>
      </w:r>
    </w:p>
    <w:p>
      <w:r>
        <w:rPr>
          <w:b/>
        </w:rPr>
        <w:t xml:space="preserve">2. </w:t>
      </w:r>
      <w:r>
        <w:t>Регистрация актов гражданского состояния производится органами, осуществляющими государственную регистрацию актов гражданского состояния, путем составления соответствующих записей актов гражданского состояния. Органами, осуществляющими государственную регистрацию актов гражданского состояния, выдаются гражданам свидетельства на основании этих записей. (В редакции Федерального закона от 27.01.2023 № 3-ФЗ)</w:t>
      </w:r>
    </w:p>
    <w:p>
      <w:r>
        <w:rPr>
          <w:b/>
        </w:rPr>
        <w:t xml:space="preserve">3. </w:t>
      </w:r>
      <w:r>
        <w:t>Исправление и изменение записей актов гражданского состояния производятся органами, осуществляющими государственную регистрацию актов гражданского состояния, при наличии достаточных оснований и отсутствии спора между заинтересованными лицами. (В редакции Федерального закона от 27.01.2023 № 3-ФЗ) При наличии спора между заинтересованными лицами либо отказе органов, осуществляющих государственную регистрацию актов гражданского состояния, в исправлении или изменении записи спор разрешается судом. (В редакции Федерального закона от 27.01.2023 № 3-ФЗ) Аннулирование и восстановление записей актов гражданского состояния производятся органами, осуществляющими государственную регистрацию актов гражданского состояния, на основании решения суда. (В редакции Федерального закона от 27.01.2023 № 3-ФЗ)</w:t>
      </w:r>
    </w:p>
    <w:p>
      <w:r>
        <w:rPr>
          <w:b/>
        </w:rPr>
        <w:t xml:space="preserve">4. </w:t>
      </w:r>
      <w:r>
        <w:t>Органы, осуществляющие государственную регистрацию актов гражданского состояния, порядок регистрации этих актов, порядок изменения, восстановления и аннулирования записей актов гражданского состояния, их формы, порядок и сроки их хранения, а также формы свидетельств, выдаваемых гражданам в удостоверение фактов государственной регистрации актов гражданского состояния, определяются законом об актах гражданского состояния. (В редакции Федерального закона от 27.01.2023 № 3-ФЗ)</w:t>
      </w:r>
    </w:p>
    <w:p>
      <w:r>
        <w:rPr>
          <w:b/>
        </w:rPr>
        <w:t xml:space="preserve">1. </w:t>
      </w:r>
      <w:r>
        <w:t>рождение</w:t>
      </w:r>
    </w:p>
    <w:p>
      <w:r>
        <w:rPr>
          <w:b/>
        </w:rPr>
        <w:t xml:space="preserve">1. </w:t>
      </w:r>
      <w:r>
        <w:t>заключение брака</w:t>
      </w:r>
    </w:p>
    <w:p>
      <w:r>
        <w:rPr>
          <w:b/>
        </w:rPr>
        <w:t xml:space="preserve">1. </w:t>
      </w:r>
      <w:r>
        <w:t>расторжение брака</w:t>
      </w:r>
    </w:p>
    <w:p>
      <w:r>
        <w:rPr>
          <w:b/>
        </w:rPr>
        <w:t xml:space="preserve">1. </w:t>
      </w:r>
      <w:r>
        <w:t>усыновление (удочерение)</w:t>
      </w:r>
    </w:p>
    <w:p>
      <w:r>
        <w:rPr>
          <w:b/>
        </w:rPr>
        <w:t xml:space="preserve">1. </w:t>
      </w:r>
      <w:r>
        <w:t>установление отцовства</w:t>
      </w:r>
    </w:p>
    <w:p>
      <w:r>
        <w:rPr>
          <w:b/>
        </w:rPr>
        <w:t xml:space="preserve">1. </w:t>
      </w:r>
      <w:r>
        <w:t>перемена имени</w:t>
      </w:r>
    </w:p>
    <w:p>
      <w:r>
        <w:rPr>
          <w:b/>
        </w:rPr>
        <w:t xml:space="preserve">1. </w:t>
      </w:r>
      <w:r>
        <w:t>смерть гражданина</w:t>
      </w:r>
    </w:p>
    <w:p>
      <w:pPr>
        <w:pStyle w:val="Heading3"/>
      </w:pPr>
      <w:r>
        <w:t>Юридические лица</w:t>
      </w:r>
    </w:p>
    <w:p>
      <w:r>
        <w:rPr>
          <w:b/>
        </w:rPr>
        <w:t>Статья 48. Понятие юридического лица</w:t>
      </w:r>
    </w:p>
    <w:p>
      <w:r>
        <w:rPr>
          <w:b/>
        </w:rPr>
        <w:t xml:space="preserve">1. </w:t>
      </w:r>
      <w:r>
        <w:t>Юридическим лицом признается организация, которая имеет обособленное имущество и отвечает им по своим обязательствам, может от своего имени приобретать и осуществлять гражданские права и нести гражданские обязанности, быть истцом и ответчиком в суде</w:t>
      </w:r>
    </w:p>
    <w:p>
      <w:r>
        <w:rPr>
          <w:b/>
        </w:rPr>
        <w:t xml:space="preserve">2. </w:t>
      </w:r>
      <w:r>
        <w:t>Юридическое лицо должно быть зарегистрировано в едином государственном реестре юридических лиц в одной из организационно-правовых форм, предусмотренных настоящим Кодексом</w:t>
      </w:r>
    </w:p>
    <w:p>
      <w:r>
        <w:rPr>
          <w:b/>
        </w:rPr>
        <w:t xml:space="preserve">3. </w:t>
      </w:r>
      <w:r>
        <w:t>К юридическим лицам, на имущество которых их учредители имеют вещные права, относятся государственные и муниципальные унитарные предприятия, а также учреждения. К юридическим лицам, в отношении которых их участники имеют корпоративные права, относятся корпоративные организации (статья 651)</w:t>
      </w:r>
    </w:p>
    <w:p>
      <w:r>
        <w:rPr>
          <w:b/>
        </w:rPr>
        <w:t xml:space="preserve">4. </w:t>
      </w:r>
      <w:r>
        <w:t>Правовое положение Центрального банка Российской Федерации (Банка России) определяется Конституцией Российской Федерации и законом о Центральном банке Российской Федерации. (Статья в редакции Федерального закона от 05.05.2014 № 99-ФЗ)</w:t>
      </w:r>
    </w:p>
    <w:p>
      <w:r>
        <w:rPr>
          <w:b/>
        </w:rPr>
        <w:t>Статья 49. Правоспособность юридического лица</w:t>
      </w:r>
    </w:p>
    <w:p>
      <w:r>
        <w:rPr>
          <w:b/>
        </w:rPr>
        <w:t xml:space="preserve">1. </w:t>
      </w:r>
      <w:r>
        <w:t>Юридическое лицо может иметь гражданские права, соответствующие целям деятельности, предусмотренным в его учредительном документе (статья 52), и нести связанные с этой деятельностью обязанности. (В редакции Федерального закона от 05.05.2014 № 99-ФЗ) Коммерческие организации, за исключением унитарных предприятий и иных видов организаций, предусмотренных законом, могут иметь гражданские права и нести гражданские обязанности, необходимые для осуществления любых видов деятельности, не запрещенных законом. В случаях, предусмотренных законом, юридическое лицо может заниматься отдельными видами деятельности только на основании специального разрешения (лицензии), членства в саморегулируемой организации или выданного саморегулируемой организацией свидетельства о допуске к определенному виду работ. (В редакции Федерального закона от 05.05.2014 № 99-ФЗ)</w:t>
      </w:r>
    </w:p>
    <w:p>
      <w:r>
        <w:rPr>
          <w:b/>
        </w:rPr>
        <w:t xml:space="preserve">2. </w:t>
      </w:r>
      <w:r>
        <w:t>Юридическое лицо может быть ограничено в правах лишь в случаях и в порядке, предусмотренных законом. Решение об ограничении прав может быть оспорено юридическим лицом в суде. (В редакции Федерального закона от 18.12.2006 № 231-ФЗ)</w:t>
      </w:r>
    </w:p>
    <w:p>
      <w:r>
        <w:rPr>
          <w:b/>
        </w:rPr>
        <w:t xml:space="preserve">3. </w:t>
      </w:r>
      <w:r>
        <w:t>Правоспособность юридического лица возникает с момента внесения в единый государственный реестр юридических лиц сведений о его создании и прекращается в момент внесения в указанный реестр сведений о его прекращении. Право юридического лица осуществлять деятельность, для занятия которой необходимо получение специального разрешения (лицензии), членство в саморегулируемой организации или получение свидетельства саморегулируемой организации о допуске к определенному виду работ, возникает с момента получения такого разрешения (лицензии) или в указанный в нем срок либо с момента вступления юридического лица в саморегулируемую организацию или выдачи саморегулируемой организацией свидетельства о допуске к определенному виду работ и прекращается при прекращении действия разрешения (лицензии), членства в саморегулируемой организации или выданного саморегулируемой организацией свидетельства о допуске к определенному виду работ. (Пункт в редакции Федерального закона от 05.05.2014 № 99-ФЗ)</w:t>
      </w:r>
    </w:p>
    <w:p>
      <w:r>
        <w:rPr>
          <w:b/>
        </w:rPr>
        <w:t xml:space="preserve">4. </w:t>
      </w:r>
      <w:r>
        <w:t>Гражданско-правовое положение юридических лиц и порядок их участия в гражданском обороте (статья 2) регулируются настоящим Кодексом. Особенности гражданско-правового положения юридических лиц отдельных организационно-правовых форм, видов и типов, а также юридических лиц, созданных для осуществления деятельности в определенных сферах, определяются настоящим Кодексом, другими законами и иными правовыми актами. (Дополнение пунктом - Федеральный закон от 05.05.2014 № 99-ФЗ) (В редакции Федерального закона от 06.04.2015 № 80-ФЗ)</w:t>
      </w:r>
    </w:p>
    <w:p>
      <w:r>
        <w:rPr>
          <w:b/>
        </w:rPr>
        <w:t xml:space="preserve">5. </w:t>
      </w:r>
      <w:r>
        <w:t>К юридическим лицам, создаваемым Российской Федерацией на основании специальных федеральных законов, положения настоящего Кодекса о юридических лицах применяются постольку, поскольку иное не предусмотрено специальным федеральным законом о соответствующем юридическом лице. (Дополнение пунктом - Федеральный закон от 03.07.2016 № 236-ФЗ)</w:t>
      </w:r>
    </w:p>
    <w:p>
      <w:r>
        <w:rPr>
          <w:b/>
        </w:rPr>
        <w:t>Статья 50. Коммерческие и некоммерческие организации</w:t>
      </w:r>
    </w:p>
    <w:p>
      <w:r>
        <w:rPr>
          <w:b/>
        </w:rPr>
        <w:t xml:space="preserve">1. </w:t>
      </w:r>
      <w:r>
        <w:t>Юридическими лицами могут быть организации, преследующие извлечение прибыли в качестве основной цели своей деятельности (коммерческие организации) либо не имеющие извлечение прибыли в качестве такой цели и не распределяющие полученную прибыль между участниками (некоммерческие организации)</w:t>
      </w:r>
    </w:p>
    <w:p>
      <w:r>
        <w:rPr>
          <w:b/>
        </w:rPr>
        <w:t xml:space="preserve">2. </w:t>
      </w:r>
      <w:r>
        <w:t>Юридические лица, являющиеся коммерческими организациями, могут создаваться в организационно-правовых формах хозяйственных товариществ и обществ, крестьянских (фермерских) хозяйств, хозяйственных партнерств, производственных кооперативов, государственных и муниципальных унитарных предприятий. (В редакции Федерального закона от 05.05.2014 № 99-ФЗ)</w:t>
      </w:r>
    </w:p>
    <w:p>
      <w:r>
        <w:rPr>
          <w:b/>
        </w:rPr>
        <w:t xml:space="preserve">3. </w:t>
      </w:r>
      <w:r>
        <w:t>Юридические лица, являющиеся некоммерческими организациями, могут создаваться в организационно-правовых формах</w:t>
      </w:r>
    </w:p>
    <w:p>
      <w:r>
        <w:rPr>
          <w:b/>
        </w:rPr>
        <w:t xml:space="preserve">4. </w:t>
      </w:r>
      <w:r>
        <w:t>Некоммерческие организации могут осуществлять приносящую доход деятельность, если это предусмотрено их уставами, лишь постольку, поскольку это служит достижению целей, ради которых они созданы, и если это соответствует таким целям. (В редакции Федерального закона от 05.05.2014 № 99-ФЗ)</w:t>
      </w:r>
    </w:p>
    <w:p>
      <w:r>
        <w:rPr>
          <w:b/>
        </w:rPr>
        <w:t xml:space="preserve">5. </w:t>
      </w:r>
      <w:r>
        <w:t>Некоммерческая организация, уставом которой предусмотрено осуществление приносящей доход деятельности, за исключением казенного и частного учреждений, должна иметь достаточное для осуществления указанной деятельности имущество рыночной стоимостью не менее минимального размера уставного капитала, предусмотренного для обществ с ограниченной ответственностью (пункт 1 статьи 662). (Дополнение пунктом - Федеральный закон от 05.05.2014 № 99-ФЗ)</w:t>
      </w:r>
    </w:p>
    <w:p>
      <w:r>
        <w:rPr>
          <w:b/>
        </w:rPr>
        <w:t xml:space="preserve">6. </w:t>
      </w:r>
      <w:r>
        <w:t>К отношениям по осуществлению некоммерческими организациями своей основной деятельности, а также к другим отношениям с их участием, не относящимся к предмету гражданского законодательства (статья 2), правила настоящего Кодекса не применяются, если законом или уставом некоммерческой организации не предусмотрено иное. (Дополнение пунктом - Федеральный закон от 05.05.2014 № 99-ФЗ)</w:t>
      </w:r>
    </w:p>
    <w:p>
      <w:r>
        <w:rPr>
          <w:b/>
        </w:rPr>
        <w:t xml:space="preserve">3. </w:t>
      </w:r>
      <w:r>
        <w:t>потребительских кооперативов, к которым относятся в том числе жилищные, жилищно-строительные и гаражные кооперативы, общества взаимного страхования, кредитные кооперативы, фонды проката, сельскохозяйственные потребительские кооперативы; (В редакции Федерального закона от 29.07.2017 № 217-ФЗ) 2) общественных организаций, к которым относятся в том числе политические партии и созданные в качестве юридических лиц профессиональные союзы (профсоюзные организации), органы общественной самодеятельности, территориальные общественные самоуправления; (В редакции Федерального закона от 23.05.2015 № 133-ФЗ) 21) общественных движений; (Дополнение подпунктом - Федеральный закон от 23.05.2015 № 133-ФЗ) 3) ассоциаций (союзов), к которым относятся в том числе некоммерческие партнерства, саморегулируемые организации, объединения работодателей, объединения профессиональных союзов, кооперативов и общественных организаций, торгово-промышленные палаты; (В редакции федеральных законов от 13.07.2015 № 268-ФЗ; от 07.02.2017 № 12-ФЗ) 4) товариществ собственников недвижимости, к которым относятся в том числе товарищества собственников жилья, садоводческие или огороднические некоммерческие товарищества; (В редакции Федерального закона от 29.07.2017 № 217-ФЗ) 5) казачьих обществ, внесенных в государственный реестр казачьих обществ в Российской Федерации</w:t>
      </w:r>
    </w:p>
    <w:p>
      <w:r>
        <w:rPr>
          <w:b/>
        </w:rPr>
        <w:t xml:space="preserve">3. </w:t>
      </w:r>
      <w:r>
        <w:t>общин коренных малочисленных народов Российской Федерации</w:t>
      </w:r>
    </w:p>
    <w:p>
      <w:r>
        <w:rPr>
          <w:b/>
        </w:rPr>
        <w:t xml:space="preserve">3. </w:t>
      </w:r>
      <w:r>
        <w:t>общественно полезных фондов, к которым относятся в том числе общественные и благотворительные фонды, и личных фондов; (В редакции Федерального закона от 01.07.2021 № 287-ФЗ) 8) учреждений, к которым относятся государственные учреждения (в том числе государственные академии наук), муниципальные учреждения и частные (в том числе общественные) учреждения</w:t>
      </w:r>
    </w:p>
    <w:p>
      <w:r>
        <w:rPr>
          <w:b/>
        </w:rPr>
        <w:t xml:space="preserve">3. </w:t>
      </w:r>
      <w:r>
        <w:t>автономных некоммерческих организаций</w:t>
      </w:r>
    </w:p>
    <w:p>
      <w:r>
        <w:rPr>
          <w:b/>
        </w:rPr>
        <w:t xml:space="preserve">3. </w:t>
      </w:r>
      <w:r>
        <w:t>религиозных организаций</w:t>
      </w:r>
    </w:p>
    <w:p>
      <w:r>
        <w:rPr>
          <w:b/>
        </w:rPr>
        <w:t xml:space="preserve">3. </w:t>
      </w:r>
      <w:r>
        <w:t>публично-правовых компаний</w:t>
      </w:r>
    </w:p>
    <w:p>
      <w:r>
        <w:rPr>
          <w:b/>
        </w:rPr>
        <w:t xml:space="preserve">3. </w:t>
      </w:r>
      <w:r>
        <w:t>адвокатских палат; (Дополнение подпунктом - Федеральный закон от 13.07.2015 № 268-ФЗ) 13) адвокатских образований (являющихся юридическими лицами); (Дополнение подпунктом - Федеральный закон от 13.07.2015 № 268-ФЗ) 14) государственных корпораций; (Дополнение подпунктом - Федеральный закон от 03.07.2016 № 236-ФЗ) 15) нотариальных палат. (Дополнение подпунктом - Федеральный закон от 07.02.2017 № 12-ФЗ) (Пункт в редакции Федерального закона от 05.05.2014 № 99-ФЗ)</w:t>
      </w:r>
    </w:p>
    <w:p>
      <w:r>
        <w:rPr>
          <w:b/>
        </w:rPr>
        <w:t>Статья 501. Решение об учреждении юридического лица</w:t>
      </w:r>
    </w:p>
    <w:p>
      <w:r>
        <w:rPr>
          <w:b/>
        </w:rPr>
        <w:t xml:space="preserve">1. </w:t>
      </w:r>
      <w:r>
        <w:t>Юридическое лицо может быть создано на основании решения учредителя (учредителей) об учреждении юридического лица</w:t>
      </w:r>
    </w:p>
    <w:p>
      <w:r>
        <w:rPr>
          <w:b/>
        </w:rPr>
        <w:t xml:space="preserve">2. </w:t>
      </w:r>
      <w:r>
        <w:t>В случае учреждения юридического лица одним лицом решение о его учреждении принимается учредителем единолично. В случае учреждения юридического лица двумя и более учредителями указанное решение принимается всеми учредителями единогласно</w:t>
      </w:r>
    </w:p>
    <w:p>
      <w:r>
        <w:rPr>
          <w:b/>
        </w:rPr>
        <w:t xml:space="preserve">3. </w:t>
      </w:r>
      <w:r>
        <w:t>В решении об учреждении юридического лица указываются сведения об учреждении юридического лица, утверждении его устава, а в случае, предусмотренном пунктом 2 статьи 52 настоящего Кодекса, о том, что юридическое лицо действует на основании типового устава, утвержденного уполномоченным государственным органом, о порядке, размере, способах и сроках образования имущества юридического лица, об избрании (назначении) органов юридического лица. (В редакции Федерального закона от 29.06.2015 № 209-ФЗ) В решении об учреждении корпоративного юридического лица (статья 651) указываются также сведения о результатах голосования учредителей по вопросам учреждения юридического лица, о порядке совместной деятельности учредителей по созданию юридического лица. В решении об учреждении юридического лица указываются также иные сведения, предусмотренные законом</w:t>
      </w:r>
    </w:p>
    <w:p>
      <w:r>
        <w:rPr>
          <w:b/>
        </w:rPr>
        <w:t xml:space="preserve">4. </w:t>
      </w:r>
      <w:r>
        <w:t>В случае создания наследственного фонда решение об учреждении наследственного фонда принимается гражданином при составлении им завещания и должно содержать сведения об учреждении наследственного фонда после смерти этого гражданина, об утверждении этим гражданином устава наследственного фонда и условий управления наследственным фондом, о порядке, размере, способах и сроках образования имущества наследственного фонда, лицах, назначаемых в состав органов данного фонда, или о порядке определения таких лиц. (В редакции Федерального закона от 01.07.2021 № 287-ФЗ) После смерти гражданина нотариус, ведущий наследственное дело, направляет в уполномоченный государственный орган заявление о государственной регистрации наследственного фонда с указанием имени или наименования лица (лиц), осуществляющего полномочия единоличного исполнительного органа фонда. (Дополнение пунктом - Федеральный закон от 29.07.2017 № 259-ФЗ) (Дополнение статьей - Федеральный закон от 05.05.2014 № 99-ФЗ)</w:t>
      </w:r>
    </w:p>
    <w:p>
      <w:r>
        <w:rPr>
          <w:b/>
        </w:rPr>
        <w:t>Статья 51. Государственная регистрация юридических лиц</w:t>
      </w:r>
    </w:p>
    <w:p>
      <w:r>
        <w:rPr>
          <w:b/>
        </w:rPr>
        <w:t xml:space="preserve">1. </w:t>
      </w:r>
      <w:r>
        <w:t>Юридическое лицо подлежит государственной регистрации в уполномоченном государственном органе в порядке, предусмотренном законом о государственной регистрации юридических лиц</w:t>
      </w:r>
    </w:p>
    <w:p>
      <w:r>
        <w:rPr>
          <w:b/>
        </w:rPr>
        <w:t xml:space="preserve">2. </w:t>
      </w:r>
      <w:r>
        <w:t>Данные государственной регистрации включаются в единый государственный реестр юридических лиц, открытый для всеобщего ознакомления. Лицо, добросовестно полагающееся на данные единого государственного реестра юридических лиц, вправе исходить из того, что они соответствуют действительным обстоятельствам. Юридическое лицо не вправе в отношениях с лицом, полагавшимся на данные единого государственного реестра юридических лиц, ссылаться на данные, не включенные в указанный реестр, а также на недостоверность данных, содержащихся в нем, за исключением случаев, если соответствующие данные включены в указанный реестр в результате неправомерных действий третьих лиц или иным путем помимо воли юридического лица. (В редакции Федерального закона от 05.05.2014 № 99-ФЗ) Юридическое лицо обязано возместить убытки, причиненные другим участникам гражданского оборота вследствие непредставления, несвоевременного представления или представления недостоверных данных о нем в единый государственный реестр юридических лиц</w:t>
      </w:r>
    </w:p>
    <w:p>
      <w:r>
        <w:rPr>
          <w:b/>
        </w:rPr>
        <w:t xml:space="preserve">3. </w:t>
      </w:r>
      <w:r>
        <w:t>До государственной регистрации юридического лица, изменений его устава или до включения иных данных, не связанных с изменениями устава, в единый государственный реестр юридических лиц уполномоченный государственный орган обязан провести в порядке и в срок, которые предусмотрены законом, проверку достоверности данных, включаемых в указанный реестр</w:t>
      </w:r>
    </w:p>
    <w:p>
      <w:r>
        <w:rPr>
          <w:b/>
        </w:rPr>
        <w:t xml:space="preserve">4. </w:t>
      </w:r>
      <w:r>
        <w:t>В случаях и в порядке, которые предусмотрены законом о государственной регистрации юридических лиц, уполномоченный государственный орган обязан заблаговременно сообщить заинтересованным лицам о предстоящей государственной регистрации изменений устава юридического лица и о предстоящем включении данных в единый государственный реестр юридических лиц. Заинтересованные лица вправе направить в уполномоченный государственный орган возражения относительно предстоящей государственной регистрации изменений устава юридического лица или предстоящего включения данных в единый государственный реестр юридических лиц в порядке, предусмотренном законом о государственной регистрации юридических лиц. Уполномоченный государственный орган обязан рассмотреть эти возражения и принять соответствующее решение в порядке и в срок, которые предусмотрены законом о государственной регистрации юридических лиц</w:t>
      </w:r>
    </w:p>
    <w:p>
      <w:r>
        <w:rPr>
          <w:b/>
        </w:rPr>
        <w:t xml:space="preserve">5. </w:t>
      </w:r>
      <w:r>
        <w:t>Отказ в государственной регистрации юридического лица, а также во включении данных о нем в единый государственный реестр юридических лиц допускается только в случаях, предусмотренных законом о государственной регистрации юридических лиц. Отказ в государственной регистрации юридического лица и уклонение от такой регистрации могут быть оспорены в суде</w:t>
      </w:r>
    </w:p>
    <w:p>
      <w:r>
        <w:rPr>
          <w:b/>
        </w:rPr>
        <w:t xml:space="preserve">6. </w:t>
      </w:r>
      <w:r>
        <w:t>Государственная регистрация юридического лица может быть признана судом недействительной в связи с допущенными при его создании грубыми нарушениями закона, если эти нарушения носят неустранимый характер. Включение в единый государственный реестр юридических лиц данных о юридическом лице может быть оспорено в суде, если такие данные недостоверны или включены в указанный реестр с нарушением закона</w:t>
      </w:r>
    </w:p>
    <w:p>
      <w:r>
        <w:rPr>
          <w:b/>
        </w:rPr>
        <w:t xml:space="preserve">7. </w:t>
      </w:r>
      <w:r>
        <w:t>Убытки, причиненные незаконным отказом в государственной регистрации юридического лица, уклонением от государственной регистрации, включением в единый государственный реестр юридических лиц недостоверных данных о юридическом лице либо нарушением порядка государственной регистрации, предусмотренного законом о государственной регистрации юридических лиц, по вине уполномоченного государственного органа, подлежат возмещению за счет казны Российской Федерации</w:t>
      </w:r>
    </w:p>
    <w:p>
      <w:r>
        <w:rPr>
          <w:b/>
        </w:rPr>
        <w:t xml:space="preserve">8. </w:t>
      </w:r>
      <w:r>
        <w:t>Юридическое лицо считается созданным, а данные о юридическом лице считаются включенными в единый государственный реестр юридических лиц со дня внесения соответствующей записи в этот реестр. (Статья в редакции Федерального закона от 28.06.2013 № 134-ФЗ)</w:t>
      </w:r>
    </w:p>
    <w:p>
      <w:r>
        <w:rPr>
          <w:b/>
        </w:rPr>
        <w:t>Статья 52. Учредительные документы юридических лиц</w:t>
      </w:r>
    </w:p>
    <w:p>
      <w:r>
        <w:rPr>
          <w:b/>
        </w:rPr>
        <w:t xml:space="preserve">1. </w:t>
      </w:r>
      <w:r>
        <w:t>Юридические лица, за исключением хозяйственных товариществ и государственных корпораций, действуют на основании уставов, которые утверждаются их учредителями (участниками), за исключением случая, предусмотренного пунктом 2 настоящей статьи. (В редакции федеральных законов от 29.06.2015 № 209-ФЗ; от 03.07.2016 № 236-ФЗ) Хозяйственное товарищество действует на основании учредительного договора, который заключается его учредителями (участниками) и к которому применяются правила настоящего Кодекса об уставе юридического лица. Государственная корпорация действует на основании федерального закона о такой государственной корпорации. (Дополнение абзацем - Федеральный закон от 03.07.2016 № 236-ФЗ)</w:t>
      </w:r>
    </w:p>
    <w:p>
      <w:r>
        <w:rPr>
          <w:b/>
        </w:rPr>
        <w:t xml:space="preserve">2. </w:t>
      </w:r>
      <w:r>
        <w:t>Юридические лица могут действовать на основании типового устава, утвержденного уполномоченным государственным органом. Сведения о том, что юридическое лицо действует на основании типового устава, утвержденного уполномоченным государственным органом, указываются в едином государственном реестре юридических лиц. Типовой устав, утвержденный уполномоченным государственным органом, не содержит сведений о наименовании, фирменном наименовании, месте нахождения и размере уставного капитала юридического лица. Такие сведения указываются в едином государственном реестре юридических лиц. (Пункт в редакции Федерального закона от 29.06.2015 № 209-ФЗ)</w:t>
      </w:r>
    </w:p>
    <w:p>
      <w:r>
        <w:rPr>
          <w:b/>
        </w:rPr>
        <w:t xml:space="preserve">3. </w:t>
      </w:r>
      <w:r>
        <w:t>В случаях, предусмотренных законом, учреждение может действовать на основании единого типового устава, утвержденного его учредителем или уполномоченным им органом для учреждений, созданных для осуществления деятельности в определенных сферах</w:t>
      </w:r>
    </w:p>
    <w:p>
      <w:r>
        <w:rPr>
          <w:b/>
        </w:rPr>
        <w:t xml:space="preserve">4. </w:t>
      </w:r>
      <w:r>
        <w:t>Устав юридического лица, утвержденный учредителями (участниками) юридического лица, должен содержать сведения о наименовании юридического лица, его организационно-правовой форме, месте его нахождения, порядке управления деятельностью юридического лица, а также другие сведения, предусмотренные законом для юридических лиц соответствующих организационно-правовой формы и вида. В уставах некоммерческих организаций, уставах унитарных предприятий и в предусмотренных законом случаях в уставах других коммерческих организаций должны быть определены предмет и цели деятельности юридических лиц. Предмет и определенные цели деятельности коммерческой организации могут быть предусмотрены уставом также в случаях, если по закону это не является обязательным. (В редакции федеральных законов от 23.05.2015 № 133-ФЗ; от 29.06.2015 № 209-ФЗ)</w:t>
      </w:r>
    </w:p>
    <w:p>
      <w:r>
        <w:rPr>
          <w:b/>
        </w:rPr>
        <w:t xml:space="preserve">5. </w:t>
      </w:r>
      <w:r>
        <w:t>Учредители (участники) юридического лица, а в случаях, предусмотренных законом, также органы юридического лица (пункт 1 статьи 53) вправе утвердить регулирующие корпоративные отношения (пункт 1 статьи 2) и не являющиеся учредительными документами внутренний регламент и иные внутренние документы юридического лица. (В редакции Федерального закона от 25.02.2022 № 20-ФЗ) Во внутреннем регламенте и в иных внутренних документах юридического лица могут содержаться положения, не противоречащие учредительному документу юридического лица</w:t>
      </w:r>
    </w:p>
    <w:p>
      <w:r>
        <w:rPr>
          <w:b/>
        </w:rPr>
        <w:t xml:space="preserve">6. </w:t>
      </w:r>
      <w:r>
        <w:t>Изменения, внесенные в учредительные документы юридических лиц, приобретают силу для третьих лиц с момента государственной регистрации учредительных документов, а в случаях, установленных законом, с момента уведомления органа, осуществляющего государственную регистрацию, о таких изменениях. Однако юридические лица и их учредители (участники) не вправе ссылаться на отсутствие регистрации таких изменений в отношениях с третьими лицами, действовавшими с учетом таких изменений. (Статья в редакции Федерального закона от 05.05.2014 № 99-ФЗ)</w:t>
      </w:r>
    </w:p>
    <w:p>
      <w:r>
        <w:rPr>
          <w:b/>
        </w:rPr>
        <w:t>Статья 53. Органы юридического лица</w:t>
      </w:r>
    </w:p>
    <w:p>
      <w:r>
        <w:rPr>
          <w:b/>
        </w:rPr>
        <w:t xml:space="preserve">1. </w:t>
      </w:r>
      <w:r>
        <w:t>Юридическое лицо приобретает гражданские права и принимает на себя гражданские обязанности через свои органы, действующие в соответствии с законом, иными правовыми актами и учредительным документом. (В редакции Федерального закона от 29.06.2015 № 210-ФЗ) Порядок образования и компетенция органов юридического лица определяются настоящим Кодексом, другим законом и учредительным документом, если иное не предусмотрено настоящим Кодексом или другим законом. (В редакции Федерального закона от 25.02.2022 № 20-ФЗ) Учредительным документом может быть предусмотрено, что полномочия выступать от имени юридического лица предоставлены нескольким лицам, действующим совместно или независимо друг от друга. Сведения об этом подлежат включению в единый государственный реестр юридических лиц. (Пункт в редакции Федерального закона от 05.05.2014 № 99-ФЗ)</w:t>
      </w:r>
    </w:p>
    <w:p>
      <w:r>
        <w:rPr>
          <w:b/>
        </w:rPr>
        <w:t xml:space="preserve">2. </w:t>
      </w:r>
      <w:r>
        <w:t>В предусмотренных настоящим Кодексом случаях юридическое лицо может приобретать гражданские права и принимать на себя гражданские обязанности через своих участников. (В редакции Федерального закона от 05.05.2014 № 99-ФЗ)</w:t>
      </w:r>
    </w:p>
    <w:p>
      <w:r>
        <w:rPr>
          <w:b/>
        </w:rPr>
        <w:t xml:space="preserve">3. </w:t>
      </w:r>
      <w:r>
        <w:t>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добросовестно и разумно. Такую же обязанность несут члены коллегиальных органов юридического лица (наблюдательного или иного совета, правления и т.п.). (В редакции Федерального закона от 05.05.2014 № 99-ФЗ)</w:t>
      </w:r>
    </w:p>
    <w:p>
      <w:r>
        <w:rPr>
          <w:b/>
        </w:rPr>
        <w:t xml:space="preserve">4. </w:t>
      </w:r>
      <w:r>
        <w:t>Отношения между юридическим лицом и лицами, входящими в состав его органов, регулируются настоящим Кодексом и принятыми в соответствии с ним законами о юридических лицах. (Дополнение пунктом - Федеральный закон от 05.05.2014 № 99-ФЗ)</w:t>
      </w:r>
    </w:p>
    <w:p>
      <w:r>
        <w:rPr>
          <w:b/>
        </w:rPr>
        <w:t>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w:t>
      </w:r>
    </w:p>
    <w:p>
      <w:r>
        <w:rPr>
          <w:b/>
        </w:rPr>
        <w:t xml:space="preserve">1. </w:t>
      </w:r>
      <w:r>
        <w:t>Лицо, которое в силу закона, иного правового акта или учредительного документа юридического лица уполномочено выступать от его имени (пункт 3 статьи 53), 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 Лицо, которое в силу закона, иного правового акта или учредительного документа юридического лица уполномочено выступать от его имени, несет ответственность, если будет доказано, что при осуществлении своих прав и исполнении своих обязанностей оно действовало недобросовестно или неразумно, в том числе если его действия (бездействие) не соответствовали обычным условиям гражданского оборота или обычному предпринимательскому риску</w:t>
      </w:r>
    </w:p>
    <w:p>
      <w:r>
        <w:rPr>
          <w:b/>
        </w:rPr>
        <w:t xml:space="preserve">2. </w:t>
      </w:r>
      <w:r>
        <w:t>Ответственность, предусмотренную пунктом 1 настоящей статьи, несут также члены коллегиальных органов юридического лица, за исключением тех из них, кто голосовал против решения, которое повлекло причинение юридическому лицу убытков, или, действуя добросовестно, не принимал участия в голосовании</w:t>
      </w:r>
    </w:p>
    <w:p>
      <w:r>
        <w:rPr>
          <w:b/>
        </w:rPr>
        <w:t xml:space="preserve">3. </w:t>
      </w:r>
      <w:r>
        <w:t>Лицо, имеющее фактическую возможность определять действия юридического лица, в том числе возможность давать указания лицам, названным в пунктах 1 и 2 настоящей статьи, обязано действовать в интересах юридического лица разумно и добросовестно и несет ответственность за убытки, причиненные по его вине юридическому лицу</w:t>
      </w:r>
    </w:p>
    <w:p>
      <w:r>
        <w:rPr>
          <w:b/>
        </w:rPr>
        <w:t xml:space="preserve">4. </w:t>
      </w:r>
      <w:r>
        <w:t>В случае совместного причинения убытков юридическому лицу лица, указанные в пунктах 1 - 3 настоящей статьи, обязаны возместить убытки солидарно</w:t>
      </w:r>
    </w:p>
    <w:p>
      <w:r>
        <w:rPr>
          <w:b/>
        </w:rPr>
        <w:t xml:space="preserve">5. </w:t>
      </w:r>
      <w:r>
        <w:t>Соглашение об устранении или ограничении ответственности лиц, указанных в пунктах 1 и 2 настоящей статьи, за совершение недобросовестных действий, а в публичном обществе за совершение недобросовестных и неразумных действий (пункт 3 статьи 53) ничтожно. Соглашение об устранении или ограничении ответственности лица, указанного в пункте 3 настоящей статьи, ничтожно. (Дополнение статьей - Федеральный закон от 05.05.2014 № 99-ФЗ)</w:t>
      </w:r>
    </w:p>
    <w:p>
      <w:r>
        <w:rPr>
          <w:b/>
        </w:rPr>
        <w:t>Статья 532. Аффилированность</w:t>
      </w:r>
    </w:p>
    <w:p>
      <w:r>
        <w:t>В случаях, если настоящий Кодекс или другой закон ставит наступление правовых последствий в зависимость от наличия между лицами отношений связанности (аффилированности), наличие или отсутствие таких отношений определяется в соответствии с законом. (Дополнение статьей - Федеральный закон от 05.05.2014 № 99-ФЗ)</w:t>
      </w:r>
    </w:p>
    <w:p>
      <w:r>
        <w:rPr>
          <w:b/>
        </w:rPr>
        <w:t>Статья 54. Наименование, место нахождения и адрес юридического лица</w:t>
      </w:r>
    </w:p>
    <w:p>
      <w:r>
        <w:rPr>
          <w:b/>
        </w:rPr>
        <w:t xml:space="preserve">1. </w:t>
      </w:r>
      <w:r>
        <w:t>Юридическое лицо имеет свое наименование, содержащее указание на организационно-правовую форму, а в случаях, когда законом предусмотрена возможность создания вида юридического лица, указание только на такой вид. Наименование некоммерческой организации и в предусмотренных законом случаях наименование коммерческой организации должны содержать указание на характер деятельности юридического лица. (В редакции Федерального закона от 23.05.2015 № 133-ФЗ) Включение в наименование юридического лица официального наименования Российская Федерация или Россия, а также слов, производных от этого наименования, допускается в случаях, предусмотренных законом, указами Президента Российской Федерации или актами Правительства Российской Федерации, либо по разрешению, выданному в порядке, установленном Правительством Российской Федерации. Полные или сокращенные наименования федеральных органов государственной власти не могут использоваться в наименованиях юридических лиц, за исключением случаев, предусмотренных законом, указами Президента Российской Федерации или актами Правительства Российской Федерации. Нормативными правовыми актами субъектов Российской Федерации может быть установлен порядок использования в наименованиях юридических лиц официального наименования субъектов Российской Федерации</w:t>
      </w:r>
    </w:p>
    <w:p>
      <w:r>
        <w:rPr>
          <w:b/>
        </w:rPr>
        <w:t xml:space="preserve">2. </w:t>
      </w:r>
      <w:r>
        <w:t>Место нахождения юридического лица определяется местом его государственной регистрации на территории Российской Федерации путем указания наименования населенного пункта (муниципального образования). Государственная регистрация юридического лица осуществляется по месту нахождения его постоянно действующего исполнительного органа, а в случае отсутствия постоянно действующего исполнительного органа - иного органа или лица, уполномоченных выступать от имени юридического лица в силу закона, иного правового акта или учредительного документа, если иное не установлено законом о государственной регистрации юридических лиц. (В редакции Федерального закона от 29.06.2015 № 209-ФЗ)</w:t>
      </w:r>
    </w:p>
    <w:p>
      <w:r>
        <w:rPr>
          <w:b/>
        </w:rPr>
        <w:t xml:space="preserve">3. </w:t>
      </w:r>
      <w:r>
        <w:t>В едином государственном реестре юридических лиц должен быть указан адрес юридического лица в пределах места нахождения юридического лица. (В редакции Федерального закона от 29.06.2015 № 209-ФЗ) Юридическое лицо несет риск последствий неполучения юридически значимых сообщений (статья 1651), доставленных по адресу, указанному в едином государственном реестре юридических лиц, а также риск отсутствия по указанному адресу своего органа или представителя. Сообщения, доставленные по адресу, указанному в едином государственном реестре юридических лиц, считаются полученными юридическим лицом, даже если оно не находится по указанному адресу. При наличии у иностранного юридического лица представителя на территории Российской Федерации сообщения, доставленные по адресу такого представителя, считаются полученными иностранным юридическим лицом</w:t>
      </w:r>
    </w:p>
    <w:p>
      <w:r>
        <w:rPr>
          <w:b/>
        </w:rPr>
        <w:t xml:space="preserve">4. </w:t>
      </w:r>
      <w:r>
        <w:t>Юридическое лицо, являющееся коммерческой организацией, должно иметь фирменное наименование. Требования к фирменному наименованию устанавливаются настоящим Кодексом и другими законами. Права на фирменное наименование определяются в соответствии с правилами раздела VII настоящего Кодекса</w:t>
      </w:r>
    </w:p>
    <w:p>
      <w:r>
        <w:rPr>
          <w:b/>
        </w:rPr>
        <w:t xml:space="preserve">5. </w:t>
      </w:r>
      <w:r>
        <w:t>Наименование, фирменное наименование и место нахождения юридического лица указываются в его учредительном документе и в едином государственном реестре юридических лиц, а в случае, если юридическое лицо действует на основании типового устава, утвержденного уполномоченным государственным органом, - только в едином государственном реестре юридических лиц. (В редакции Федерального закона от 29.06.2015 № 209-ФЗ) (Статья в редакции Федерального закона от 05.05.2014 № 99-ФЗ)</w:t>
      </w:r>
    </w:p>
    <w:p>
      <w:r>
        <w:rPr>
          <w:b/>
        </w:rPr>
        <w:t>Статья 55. Представительства и филиалы юридического лица</w:t>
      </w:r>
    </w:p>
    <w:p>
      <w:r>
        <w:t>(Наименование в редакции Федерального закона от 05.05.2014 № 99-ФЗ)</w:t>
      </w:r>
    </w:p>
    <w:p>
      <w:r>
        <w:rPr>
          <w:b/>
        </w:rPr>
        <w:t xml:space="preserve">1. </w:t>
      </w:r>
      <w:r>
        <w:t>Представительством является обособленное подразделение юридического лица, расположенное вне места его нахождения, которое представляет интересы юридического лица и осуществляет их защиту</w:t>
      </w:r>
    </w:p>
    <w:p>
      <w:r>
        <w:rPr>
          <w:b/>
        </w:rPr>
        <w:t xml:space="preserve">2. </w:t>
      </w:r>
      <w:r>
        <w:t>Филиалом является обособленное подразделение юридического лица, расположенное вне места его нахождения и осуществляющее все его функции или их часть, в том числе функции представительства</w:t>
      </w:r>
    </w:p>
    <w:p>
      <w:r>
        <w:rPr>
          <w:b/>
        </w:rPr>
        <w:t xml:space="preserve">3. </w:t>
      </w:r>
      <w:r>
        <w:t>Представительства и филиалы не являются юридическими лицами. Они наделяются имуществом создавшим их юридическим лицом и действуют на основании утвержденных им положений. Руководители представительств и филиалов назначаются юридическим лицом и действуют на основании его доверенности. Представительства и филиалы должны быть указаны в едином государственном реестре юридических лиц. (В редакции Федерального закона от 05.05.2014 № 99-ФЗ)</w:t>
      </w:r>
    </w:p>
    <w:p>
      <w:r>
        <w:rPr>
          <w:b/>
        </w:rPr>
        <w:t>Статья 56. Ответственность юридического лица</w:t>
      </w:r>
    </w:p>
    <w:p>
      <w:r>
        <w:rPr>
          <w:b/>
        </w:rPr>
        <w:t xml:space="preserve">1. </w:t>
      </w:r>
      <w:r>
        <w:t>Юридическое лицо отвечает по своим обязательствам всем принадлежащим ему имуществом. Особенности ответственности казенного предприятия и учреждения по своим обязательствам определяются правилами абзаца третьего пункта 6 статьи 113, пункта 3 статьи 12321, пунктов 3 - 6 статьи 12322 и пункта 2 статьи 12323 настоящего Кодекса. Особенности ответственности религиозной организации определяются правилами пункта 2 статьи 12328 настоящего Кодекса</w:t>
      </w:r>
    </w:p>
    <w:p>
      <w:r>
        <w:rPr>
          <w:b/>
        </w:rPr>
        <w:t xml:space="preserve">2. </w:t>
      </w:r>
      <w:r>
        <w:t>Учредитель (участник) юридического лица или собственник его имущества не отвечает по обязательствам юридического лица, а юридическое лицо не отвечает по обязательствам учредителя (участника) или собственника, за исключением случаев, предусмотренных настоящим Кодексом или другим законом. (Статья в редакции Федерального закона от 05.05.2014 № 99-ФЗ)</w:t>
      </w:r>
    </w:p>
    <w:p>
      <w:r>
        <w:rPr>
          <w:b/>
        </w:rPr>
        <w:t>Статья 57. Реорганизация юридического лица</w:t>
      </w:r>
    </w:p>
    <w:p>
      <w:r>
        <w:rPr>
          <w:b/>
        </w:rPr>
        <w:t xml:space="preserve">1. </w:t>
      </w:r>
      <w:r>
        <w:t>Реорганизация юридического лица (слияние, присоединение, разделение, выделение, преобразование) может быть осуществлена по решению его учредителей (участников) или органа юридического лица, уполномоченного на то учредительным документом. Допускается реорганизация юридического лица с одновременным сочетанием различных ее форм, предусмотренных абзацем первым настоящего пункта. Допускается реорганизация с участием двух и более юридических лиц, в том числе созданных в разных организационно-правовых формах, если настоящим Кодексом или другим законом предусмотрена возможность преобразования юридического лица одной из таких организационно-правовых форм в юридическое лицо другой из таких организационно-правовых форм. Ограничения реорганизации юридических лиц могут быть установлены законом. Особенности реорганизации кредитных, страховых, клиринговых организаций, специализированных финансовых обществ, специализированных обществ проектного финансирования, профессиональных участников рынка ценных бумаг, акционерных инвестиционных фондов, управляющих компаний инвестиционных фондов, паевых инвестиционных фондов и негосударственных пенсионных фондов, негосударственных пенсионных фондов и иных некредитных финансовых организаций, акционерных обществ работников (народных предприятий) определяются законами, регулирующими деятельность таких организаций. (Пункт в редакции Федерального закона от 05.05.2014 № 99-ФЗ)</w:t>
      </w:r>
    </w:p>
    <w:p>
      <w:r>
        <w:rPr>
          <w:b/>
        </w:rPr>
        <w:t xml:space="preserve">2. </w:t>
      </w:r>
      <w:r>
        <w:t>В случаях, установленных законом, реорганизация юридического лица в форме его разделения или выделения из его состава одного или нескольких юридических лиц осуществляется по решению уполномоченных государственных органов или по решению суда. Если учредители (участники) юридического лица, уполномоченный ими орган или орган юридического лица, уполномоченный на реорганизацию его учредительным документом, не осуществят реорганизацию юридического лица в срок, определенный в решении уполномоченного государственного органа, суд по иску указанного государственного органа назначает в установленном законом порядке арбитражного управляющего юридическим лицом и поручает ему осуществить реорганизацию юридического лица. С момента назначения арбитражного управляющего к нему переходят полномочия по управлению делами юридического лица. Арбитражный управляющий выступает от имени юридического лица в суде, составляет передаточный акт и передает его на рассмотрение суда вместе с учредительными документами юридических лиц, создаваемых в результате реорганизации. Решение суда об утверждении указанных документов является основанием для государственной регистрации вновь создаваемых юридических лиц. (В редакции Федерального закона от 05.05.2014 № 99-ФЗ)</w:t>
      </w:r>
    </w:p>
    <w:p>
      <w:r>
        <w:rPr>
          <w:b/>
        </w:rPr>
        <w:t xml:space="preserve">3. </w:t>
      </w:r>
      <w:r>
        <w:t>В случаях, установленных законом, реорганизация юридических лиц в форме слияния, присоединения или преобразования может быть осуществлена лишь с согласия уполномоченных государственных органов</w:t>
      </w:r>
    </w:p>
    <w:p>
      <w:r>
        <w:rPr>
          <w:b/>
        </w:rPr>
        <w:t xml:space="preserve">4. </w:t>
      </w:r>
      <w:r>
        <w:t>Юридическое лицо считается реорганизованным, за исключением случаев реорганизации в форме присоединения, с момента государственной регистрации юридических лиц, создаваемых в результате реорганизации. (В редакции Федерального закона от 05.05.2014 № 99-ФЗ) При реорганизации юридического лица в форме присоединения к нему другого юридического лица первое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юридического лица. Государственная регистрация юридического лица, создаваемого в результате реорганизации (в случае регистрации нескольких юридических лиц - первого по времени государственной регистрации), допускается не ранее истечения соответствующего срока для обжалования решения о реорганизации (пункт 1 статьи 601). (Дополнение абзацем - Федеральный закон от 05.05.2014 № 99-ФЗ)</w:t>
      </w:r>
    </w:p>
    <w:p>
      <w:r>
        <w:rPr>
          <w:b/>
        </w:rPr>
        <w:t>Статья 58. Правопреемство при реорганизации юридических лиц</w:t>
      </w:r>
    </w:p>
    <w:p>
      <w:r>
        <w:rPr>
          <w:b/>
        </w:rPr>
        <w:t xml:space="preserve">1. </w:t>
      </w:r>
      <w:r>
        <w:t>При слиянии юридических лиц права и обязанности каждого из них переходят к вновь возникшему юридическому лицу. (В редакции Федерального закона от 05.05.2014 № 99-ФЗ)</w:t>
      </w:r>
    </w:p>
    <w:p>
      <w:r>
        <w:rPr>
          <w:b/>
        </w:rPr>
        <w:t xml:space="preserve">2. </w:t>
      </w:r>
      <w:r>
        <w:t>При присоединении юридического лица к другому юридическому лицу к последнему переходят права и обязанности присоединенного юридического лица. (В редакции Федерального закона от 05.05.2014 № 99-ФЗ)</w:t>
      </w:r>
    </w:p>
    <w:p>
      <w:r>
        <w:rPr>
          <w:b/>
        </w:rPr>
        <w:t xml:space="preserve">3. </w:t>
      </w:r>
      <w:r>
        <w:t>При разделении юридического лица его права и обязанности переходят к вновь возникшим юридическим лицам в соответствии с передаточным актом. (В редакции Федерального закона от 05.05.2014 № 99-ФЗ)</w:t>
      </w:r>
    </w:p>
    <w:p>
      <w:r>
        <w:rPr>
          <w:b/>
        </w:rPr>
        <w:t xml:space="preserve">4. </w:t>
      </w:r>
      <w:r>
        <w:t>При выделении из состава юридического лица одного или нескольких юридических лиц к каждому из них переходят права и обязанности реорганизованного юридического лица в соответствии с передаточным актом. (В редакции Федерального закона от 05.05.2014 № 99-ФЗ)</w:t>
      </w:r>
    </w:p>
    <w:p>
      <w:r>
        <w:rPr>
          <w:b/>
        </w:rPr>
        <w:t xml:space="preserve">5. </w:t>
      </w:r>
      <w:r>
        <w:t>При преобразовании юридического лица одной организационно-правовой формы в юридическое лицо другой организационно-правовой формы права и обязанности реорганизованного юридического лица в отношении других лиц не изменяются, за исключением прав и обязанностей в отношении учредителей (участников), изменение которых вызвано реорганизацией. К отношениям, возникающим при реорганизации юридического лица в форме преобразования, правила статьи 60 настоящего Кодекса не применяются. (Пункт в редакции Федерального закона от 05.05.2014 № 99-ФЗ)</w:t>
      </w:r>
    </w:p>
    <w:p>
      <w:r>
        <w:rPr>
          <w:b/>
        </w:rPr>
        <w:t>Статья 59. Передаточный акт</w:t>
      </w:r>
    </w:p>
    <w:p>
      <w:r>
        <w:rPr>
          <w:b/>
        </w:rPr>
        <w:t xml:space="preserve">1. </w:t>
      </w:r>
      <w:r>
        <w:t>Передаточный акт должен содержать положения о правопреемстве по всем обязательствам реорганизованного юридического лица в отношении всех его кредиторов и должников, включая обязательства, оспариваемые сторонами, а также порядок определения правопреемства в связи с изменением вида, состава, стоимости имущества, возникновением, изменением, прекращением прав и обязанностей реорганизуемого юридического лица, которые могут произойти после даты, на которую составлен передаточный акт</w:t>
      </w:r>
    </w:p>
    <w:p>
      <w:r>
        <w:rPr>
          <w:b/>
        </w:rPr>
        <w:t xml:space="preserve">2. </w:t>
      </w:r>
      <w:r>
        <w:t>Передаточный акт утверждается учредителями (участниками) юридического лица или органом, принявшим решение о реорганизации юридического лица, и представляется вместе с учредительными документами для государственной регистрации юридических лиц, создаваемых в результате реорганизации, или внесения изменений в учредительные документы существующих юридических лиц. Непредставление вместе с учредительными документами передаточного акта, отсутствие в нем положений о правопреемстве по всем обязательствам реорганизованного юридического лица влекут отказ в государственной регистрации юридических лиц, создаваемых в результате реорганизации. (Статья в редакции Федерального закона от 05.05.2014 № 99-ФЗ)</w:t>
      </w:r>
    </w:p>
    <w:p>
      <w:r>
        <w:rPr>
          <w:b/>
        </w:rPr>
        <w:t>Статья 60. Гарантии прав кредиторов реорганизуемого юридического лица</w:t>
      </w:r>
    </w:p>
    <w:p>
      <w:r>
        <w:rPr>
          <w:b/>
        </w:rPr>
        <w:t xml:space="preserve">1. </w:t>
      </w:r>
      <w:r>
        <w:t>В течение трех рабочих дней после даты принятия решения о реорганизации юридического лица оно обязано уведомить в письменной форме уполномоченный государственный орган, осуществляющий государственную регистрацию юридических лиц, о начале процедуры реорганизации с указанием формы реорганизации. В случае участия в реорганизации двух и более юридических лиц такое уведомление направляется юридическим лицом, последним принявшим решение о реорганизации или определенным решением о реорганизации. На основании такого уведомления уполномоченный государственный орган, осуществляющий государственную регистрацию юридических лиц, вносит в единый государственный реестр юридических лиц запись о том, что юридические лица находятся в процессе реорганизации. Реорганизуемое юридическое лицо после внесения в единый государственный реестр юридических лиц записи о начале процедуры реорганизации дважды с периодичностью один раз в месяц опубликовывает в средствах массовой информации, в которых опубликовываются данные о государственной регистрации юридических лиц, уведомление о своей реорганизации. В случае участия в реорганизации двух и более юридических лиц уведомление о реорганизации опубликовывается от имени всех участвующих в реорганизации юридических лиц юридическим лицом, последним принявшим решение о реорганизации или определенным решением о реорганизации. В уведомлении о реорганизации указываются сведения о каждом участвующем в реорганизации, создаваемом или продолжающем деятельность в результате реорганизации юридическом лице, форма реорганизации, описание порядка и условий заявления кредиторами своих требований, иные сведения, предусмотренные законом. Законом может быть предусмотрена обязанность реорганизуемого юридического лица уведомить в письменной форме кредиторов о своей реорганизации</w:t>
      </w:r>
    </w:p>
    <w:p>
      <w:r>
        <w:rPr>
          <w:b/>
        </w:rPr>
        <w:t xml:space="preserve">2. </w:t>
      </w:r>
      <w:r>
        <w:t>Кредитор юридического лица, если его права требования возникли до опубликования первого уведомления о реорганизации юридического лица, вправе потребовать в судебном порядке досрочного исполнения соответствующего обязательства должником, а при невозможности досрочного исполнения - прекращения обязательства и возмещения связанных с этим убытков, за исключением случаев, установленных законом или соглашением кредитора с реорганизуемым юридическим лицом. Требования о досрочном исполнении обязательства или прекращении обязательства и возмещении убытков могут быть предъявлены кредиторами не позднее чем в течение тридцати дней после даты опубликования последнего уведомления о реорганизации юридического лица. Право, предусмотренное абзацем первым настоящего пункта, не предоставляется кредитору, уже имеющему достаточное обеспечение. Предъявленные в указанный срок требования должны быть исполнены до завершения процедуры реорганизации, в том числе внесением долга в депозит в случаях, предусмотренных статьей 327 настоящего Кодекса. Кредитор не вправе требовать досрочного исполнения обязательства или прекращения обязательства и возмещения убытков, если в течение тридцати дней с даты предъявления кредитором этих требований ему будет предоставлено обеспечение, признаваемое достаточным в соответствии с пунктом 4 настоящей статьи. Предъявление кредиторами требований на основании настоящего пункта не является основанием для приостановления процедуры реорганизации юридического лица</w:t>
      </w:r>
    </w:p>
    <w:p>
      <w:r>
        <w:rPr>
          <w:b/>
        </w:rPr>
        <w:t xml:space="preserve">3. </w:t>
      </w:r>
      <w:r>
        <w:t>Если кредитору, потребовавшему в соответствии с правилами настоящей статьи досрочного исполнения обязательства или прекращения обязательства и возмещения убытков, такое исполнение не предоставлено, убытки не возмещены и не предложено достаточное обеспечение исполнения обязательства, солидарную ответственность перед кредитором наряду с юридическими лицами, созданными в результате реорганизации, несут лица, имеющие фактическую возможность определять действия реорганизованных юридических лиц (пункт 3 статьи 531), члены их коллегиальных органов и лицо, уполномоченное выступать от имени реорганизованного юридического лица (пункт 3 статьи 53), если они своими действиями (бездействием) способствовали наступлению указанных последствий для кредитора, а при реорганизации в форме выделения солидарную ответственность перед кредитором наряду с указанными лицами несет также реорганизованное юридическое лицо</w:t>
      </w:r>
    </w:p>
    <w:p>
      <w:r>
        <w:rPr>
          <w:b/>
        </w:rPr>
        <w:t xml:space="preserve">4. </w:t>
      </w:r>
      <w:r>
        <w:t>Предложенное кредитору обеспечение исполнения обязательств реорганизуемого юридического лица или возмещения связанных с его прекращением убытков считается достаточным, если</w:t>
      </w:r>
    </w:p>
    <w:p>
      <w:r>
        <w:rPr>
          <w:b/>
        </w:rPr>
        <w:t xml:space="preserve">5. </w:t>
      </w:r>
      <w:r>
        <w:t>Если передаточный акт не позволяет определить правопреемника по обязательству юридического лица, а также если из передаточного акта или иных обстоятельств следует, что при реорганизации недобросовестно распределены активы и обязательства реорганизуемых юридических лиц, что привело к существенному нарушению интересов кредиторов, реорганизованное юридическое лицо и созданные в результате реорганизации юридические лица несут солидарную ответственность по такому обязательству. (Статья в редакции Федерального закона от 05.05.2014 № 99-ФЗ)</w:t>
      </w:r>
    </w:p>
    <w:p>
      <w:r>
        <w:rPr>
          <w:b/>
        </w:rPr>
        <w:t xml:space="preserve">4. </w:t>
      </w:r>
      <w:r>
        <w:t>кредитор согласился принять такое обеспечение</w:t>
      </w:r>
    </w:p>
    <w:p>
      <w:r>
        <w:rPr>
          <w:b/>
        </w:rPr>
        <w:t xml:space="preserve">4. </w:t>
      </w:r>
      <w:r>
        <w:t>кредитору выдана независимая безотзывная гарантия кредитной организацией, кредитоспособность которой не вызывает обоснованных сомнений, со сроком действия, не менее чем на три месяца превышающим срок исполнения обеспечиваемого обязательства, и с условием платежа по предъявлении кредитором требований к гаранту с приложением доказательств неисполнения обязательства реорганизуемого или реорганизованного юридического лица</w:t>
      </w:r>
    </w:p>
    <w:p>
      <w:r>
        <w:rPr>
          <w:b/>
        </w:rPr>
        <w:t>Статья 601. Последствия признания недействительным решения о реорганизации юридического лица</w:t>
      </w:r>
    </w:p>
    <w:p>
      <w:r>
        <w:rPr>
          <w:b/>
        </w:rPr>
        <w:t xml:space="preserve">1. </w:t>
      </w:r>
      <w:r>
        <w:t>Решение о реорганизации юридического лица может быть признано недействительным по требованию участников реорганизуемого юридического лица, а также иных лиц, не являющихся участниками юридического лица, если такое право им предоставлено законом. Указанное требование может быть предъявлено в суд не позднее чем в течение трех месяцев после внесения в единый государственный реестр юридических лиц записи о начале процедуры реорганизации, если иной срок не установлен законом</w:t>
      </w:r>
    </w:p>
    <w:p>
      <w:r>
        <w:rPr>
          <w:b/>
        </w:rPr>
        <w:t xml:space="preserve">2. </w:t>
      </w:r>
      <w:r>
        <w:t>Признание судом недействительным решения о реорганизации юридического лица не влечет ликвидации образовавшегося в результате реорганизации юридического лица, а также не является основанием для признания недействительными сделок, совершенных таким юридическим лицом</w:t>
      </w:r>
    </w:p>
    <w:p>
      <w:r>
        <w:rPr>
          <w:b/>
        </w:rPr>
        <w:t xml:space="preserve">3. </w:t>
      </w:r>
      <w:r>
        <w:t>В случае признания решения о реорганизации юридического лица недействительным до окончания реорганизации, если осуществлена государственная регистрация части юридических лиц, подлежащих созданию в результате реорганизации, правопреемство наступает только в отношении таких зарегистрированных юридических лиц, в остальной части права и обязанности сохраняются за прежними юридическими лицами</w:t>
      </w:r>
    </w:p>
    <w:p>
      <w:r>
        <w:rPr>
          <w:b/>
        </w:rPr>
        <w:t xml:space="preserve">4. </w:t>
      </w:r>
      <w:r>
        <w:t>Лица, недобросовестно способствовавшие принятию признанного судом недействительным решения о реорганизации, обязаны солидарно возместить убытки участнику реорганизованного юридического лица, голосовавшему против принятия решения о реорганизации или не принимавшему участия в голосовании, а также кредиторам реорганизованного юридического лица. Солидарно с данными лицами, недобросовестно способствовавшими принятию решения о реорганизации, отвечают юридические лица, созданные в результате реорганизации на основании указанного решения. Если решение о реорганизации юридического лица принималось коллегиальным органом, солидарная ответственность возлагается на членов этого органа, голосовавших за принятие соответствующего решения. (Дополнение статьей - Федеральный закон от 05.05.2014 № 99-ФЗ)</w:t>
      </w:r>
    </w:p>
    <w:p>
      <w:r>
        <w:rPr>
          <w:b/>
        </w:rPr>
        <w:t>Статья 602. Признание реорганизации корпорации несостоявшейся</w:t>
      </w:r>
    </w:p>
    <w:p>
      <w:r>
        <w:rPr>
          <w:b/>
        </w:rPr>
        <w:t xml:space="preserve">1. </w:t>
      </w:r>
      <w:r>
        <w:t>Суд по требованию участника корпорации, голосовавшего против принятия решения о реорганизации этой корпорации или не принимавшего участия в голосовании по данному вопросу, может признать реорганизацию несостоявшейся в случае, если решение о реорганизации не принималось участниками реорганизованной корпорации, а также в случае представления для государственной регистрации юридических лиц, создаваемых путем реорганизации, документов, содержащих заведомо недостоверные данные о реорганизации</w:t>
      </w:r>
    </w:p>
    <w:p>
      <w:r>
        <w:rPr>
          <w:b/>
        </w:rPr>
        <w:t xml:space="preserve">2. </w:t>
      </w:r>
      <w:r>
        <w:t>Решение суда о признании реорганизации несостоявшейся влечет следующие правовые последствия</w:t>
      </w:r>
    </w:p>
    <w:p>
      <w:r>
        <w:rPr>
          <w:b/>
        </w:rPr>
        <w:t xml:space="preserve">2. </w:t>
      </w:r>
      <w:r>
        <w:t>восстанавливаются юридические лица, существовавшие до реорганизации, с одновременным прекращением юридических лиц, созданных в результате реорганизации, о чем делаются соответствующие записи в едином государственном реестре юридических лиц</w:t>
      </w:r>
    </w:p>
    <w:p>
      <w:r>
        <w:rPr>
          <w:b/>
        </w:rPr>
        <w:t xml:space="preserve">2. </w:t>
      </w:r>
      <w:r>
        <w:t>сделки юридических лиц, созданных в результате реорганизации, с лицами, добросовестно полагавшимися на правопреемство, сохраняют силу для восстановленных юридических лиц, которые являются солидарными должниками и солидарными кредиторами по таким сделкам</w:t>
      </w:r>
    </w:p>
    <w:p>
      <w:r>
        <w:rPr>
          <w:b/>
        </w:rPr>
        <w:t xml:space="preserve">2. </w:t>
      </w:r>
      <w:r>
        <w:t>переход прав и обязанностей признается несостоявшимся, при этом предоставление (платежи, услуги и т.п.), осуществленное в пользу юридического лица, созданного в результате реорганизации, должниками, добросовестно полагавшимися на правопреемство на стороне кредитора, признается совершенным в пользу управомоченного лица. Если за счет имущества (активов) одного из юридических лиц, участвовавших в реорганизации, исполнены обязанности другого из них, перешедшие к юридическому лицу, созданному в результате реорганизации, к отношениям указанных лиц применяются правила об обязательствах вследствие неосновательного обогащения (глава 60). Произведенные выплаты могут быть оспорены по заявлению лица, за счет средств которого они были произведены, если получатель исполнения знал или должен был знать о незаконности реорганизации</w:t>
      </w:r>
    </w:p>
    <w:p>
      <w:r>
        <w:rPr>
          <w:b/>
        </w:rPr>
        <w:t xml:space="preserve">2. </w:t>
      </w:r>
      <w:r>
        <w:t>участники ранее существовавшего юридического лица признаются обладателями долей участия в нем в том размере, в котором доли принадлежали им до реорганизации, а при смене участников юридического лица в ходе такой реорганизации или по ее окончании доли участия участников ранее существовавшего юридического лица возвращаются им по правилам, предусмотренным пунктом 3 статьи 652 настоящего Кодекса. (Дополнение статьей - Федеральный закон от 05.05.2014 № 99-ФЗ)</w:t>
      </w:r>
    </w:p>
    <w:p>
      <w:r>
        <w:rPr>
          <w:b/>
        </w:rPr>
        <w:t>Статья 61. Ликвидация юридического лица</w:t>
      </w:r>
    </w:p>
    <w:p>
      <w:r>
        <w:rPr>
          <w:b/>
        </w:rPr>
        <w:t xml:space="preserve">1. </w:t>
      </w:r>
      <w:r>
        <w:t>Ликвидация юридического лица влечет его прекращение без перехода в порядке универсального правопреемства его прав и обязанностей к другим лицам</w:t>
      </w:r>
    </w:p>
    <w:p>
      <w:r>
        <w:rPr>
          <w:b/>
        </w:rPr>
        <w:t xml:space="preserve">2. </w:t>
      </w:r>
      <w:r>
        <w:t>Юридическое лицо ликвидируется по решению его учредителей (участников) или органа юридического лица, уполномоченного на то учредительным документом, в том числе в связи с истечением срока, на который создано юридическое лицо, с достижением цели, ради которой оно создано</w:t>
      </w:r>
    </w:p>
    <w:p>
      <w:r>
        <w:rPr>
          <w:b/>
        </w:rPr>
        <w:t xml:space="preserve">3. </w:t>
      </w:r>
      <w:r>
        <w:t>Юридическое лицо ликвидируется по решению суда</w:t>
      </w:r>
    </w:p>
    <w:p>
      <w:r>
        <w:rPr>
          <w:b/>
        </w:rPr>
        <w:t xml:space="preserve">4. </w:t>
      </w:r>
      <w:r>
        <w:t>С момента принятия решения о ликвидации юридического лица срок исполнения его обязательств перед кредиторами считается наступившим</w:t>
      </w:r>
    </w:p>
    <w:p>
      <w:r>
        <w:rPr>
          <w:b/>
        </w:rPr>
        <w:t xml:space="preserve">5. </w:t>
      </w:r>
      <w:r>
        <w:t>Решением суда о ликвидации юридического лица на его учредителей (участников) или на орган, уполномоченный на ликвидацию юридического лица его учредительным документом, могут быть возложены обязанности по осуществлению ликвидации юридического лица. Неисполнение решения суда является основанием для осуществления ликвидации юридического лица арбитражным управляющим (пункт 5 статьи 62) за счет имущества юридического лица. При недостаточности у юридического лица средств на расходы, необходимые для его ликвидации, эти расходы возлагаются на учредителей (участников) юридического лица солидарно (пункт 2 статьи 62)</w:t>
      </w:r>
    </w:p>
    <w:p>
      <w:r>
        <w:rPr>
          <w:b/>
        </w:rPr>
        <w:t xml:space="preserve">6. </w:t>
      </w:r>
      <w:r>
        <w:t>Юридические лица, за исключением предусмотренных статьей 65 настоящего Кодекса юридических лиц, по решению суда могут быть признаны несостоятельными (банкротами) и ликвидированы в случаях и в порядке, которые предусмотрены законодательством о несостоятельности (банкротстве). Общие правила о ликвидации юридических лиц, содержащиеся в настоящем Кодексе, применяются к ликвидации юридического лица в порядке конкурсного производства в случаях, если настоящим Кодексом или законодательством о несостоятельности (банкротстве) не установлены иные правила. (Статья в редакции Федерального закона от 05.05.2014 № 99-ФЗ)</w:t>
      </w:r>
    </w:p>
    <w:p>
      <w:r>
        <w:rPr>
          <w:b/>
        </w:rPr>
        <w:t xml:space="preserve">3. </w:t>
      </w:r>
      <w:r>
        <w:t>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признания государственной регистрации юридического лица недействительной, в том числе в связи с допущенными при его создании грубыми нарушениями закона, если эти нарушения носят неустранимый характер</w:t>
      </w:r>
    </w:p>
    <w:p>
      <w:r>
        <w:rPr>
          <w:b/>
        </w:rPr>
        <w:t xml:space="preserve">3. </w:t>
      </w:r>
      <w:r>
        <w:t>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осуществления юридическим лицом деятельности без надлежащего разрешения (лицензии) либо при отсутствии обязательного членства в саморегулируемой организации или необходимого в силу закона свидетельства о допуске к определенному виду работ, выданного саморегулируемой организацией</w:t>
      </w:r>
    </w:p>
    <w:p>
      <w:r>
        <w:rPr>
          <w:b/>
        </w:rPr>
        <w:t xml:space="preserve">3. </w:t>
      </w:r>
      <w:r>
        <w:t>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осуществления юридическим лицом деятельности, запрещенной законом, либо с нарушением Конституции Российской Федерации, либо с другими неоднократными или грубыми нарушениями закона или иных правовых актов</w:t>
      </w:r>
    </w:p>
    <w:p>
      <w:r>
        <w:rPr>
          <w:b/>
        </w:rPr>
        <w:t xml:space="preserve">3. </w:t>
      </w:r>
      <w:r>
        <w:t>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систематического осуществления общественной организацией, общественным движением, общественно полезным фондом, религиозной организацией деятельности, противоречащей уставным целям таких организаций; (В редакции федеральных законов от 23.05.2015 № 133-ФЗ, от 08.08.2024 № 237-ФЗ) 5) по иску учредителя (участника) юридического лица в случае невозможности достижения целей, ради которых оно создано, в том числе в случае, если осуществление деятельности юридического лица становится невозможным или существенно затрудняется</w:t>
      </w:r>
    </w:p>
    <w:p>
      <w:r>
        <w:rPr>
          <w:b/>
        </w:rPr>
        <w:t xml:space="preserve">3. </w:t>
      </w:r>
      <w:r>
        <w:t>в иных случаях, предусмотренных законом</w:t>
      </w:r>
    </w:p>
    <w:p>
      <w:r>
        <w:rPr>
          <w:b/>
        </w:rPr>
        <w:t>Статья 62. Обязанности лиц, принявших решение о ликвидации юридического лица</w:t>
      </w:r>
    </w:p>
    <w:p>
      <w:r>
        <w:rPr>
          <w:b/>
        </w:rPr>
        <w:t xml:space="preserve">1. </w:t>
      </w:r>
      <w:r>
        <w:t>Учредители (участники) юридического лица или орган, принявшие решение о ликвидации юридического лица, в течение трех рабочих дней после даты принятия данного решения обязаны сообщить в письменной форме об этом в уполномоченный государственный орган, осуществляющий государственную регистрацию юридических лиц, для внесения в единый государственный реестр юридических лиц записи о том, что юридическое лицо находится в процессе ликвидации, а также опубликовать сведения о принятии данного решения в порядке, установленном законом</w:t>
      </w:r>
    </w:p>
    <w:p>
      <w:r>
        <w:rPr>
          <w:b/>
        </w:rPr>
        <w:t xml:space="preserve">2. </w:t>
      </w:r>
      <w:r>
        <w:t>Учредители (участники) юридического лица независимо от оснований, по которым принято решение о его ликвидации, в том числе в случае фактического прекращения деятельности юридического лица, обязаны совершить за счет имущества юридического лица действия по ликвидации юридического лица. При недостаточности имущества юридического лица учредители (участники) юридического лица обязаны совершить указанные действия солидарно за свой счет</w:t>
      </w:r>
    </w:p>
    <w:p>
      <w:r>
        <w:rPr>
          <w:b/>
        </w:rPr>
        <w:t xml:space="preserve">3. </w:t>
      </w:r>
      <w:r>
        <w:t>Учредители (участники) юридического лица или орган, принявшие решение о ликвидации юридического лица, назначают ликвидационную комиссию (ликвидатора) и устанавливают порядок и сроки ликвидации в соответствии с законом</w:t>
      </w:r>
    </w:p>
    <w:p>
      <w:r>
        <w:rPr>
          <w:b/>
        </w:rPr>
        <w:t xml:space="preserve">4. </w:t>
      </w:r>
      <w:r>
        <w:t>С момента назначения ликвидационной комиссии к ней переходят полномочия по управлению делами юридического лица. Ликвидационная комиссия от имени ликвидируемого юридического лица выступает в суде. Ликвидационная комиссия обязана действовать добросовестно и разумно в интересах ликвидируемого юридического лица, а также его кредиторов. Если ликвидационной комиссией установлена недостаточность имущества юридического лица для удовлетворения всех требований кредиторов, дальнейшая ликвидация юридического лица может осуществляться только в порядке, установленном законодательством о несостоятельности (банкротстве)</w:t>
      </w:r>
    </w:p>
    <w:p>
      <w:r>
        <w:rPr>
          <w:b/>
        </w:rPr>
        <w:t xml:space="preserve">5. </w:t>
      </w:r>
      <w:r>
        <w:t>В случае неисполнения или ненадлежащего исполнения учредителями (участниками) юридического лица обязанностей по его ликвидации заинтересованное лицо или уполномоченный государственный орган вправе потребовать в судебном порядке ликвидации юридического лица и назначения для этого арбитражного управляющего</w:t>
      </w:r>
    </w:p>
    <w:p>
      <w:r>
        <w:rPr>
          <w:b/>
        </w:rPr>
        <w:t xml:space="preserve">6. </w:t>
      </w:r>
      <w:r>
        <w:t>При невозможности ликвидации юридического лица ввиду отсутствия средств на расходы, необходимые для его ликвидации, и невозможности возложить эти расходы на его учредителей (участников) юридическое лицо подлежит исключению из единого государственного реестра юридических лиц в порядке, установленном законом о государственной регистрации юридических лиц. (Статья в редакции Федерального закона от 05.05.2014 № 99-ФЗ)</w:t>
      </w:r>
    </w:p>
    <w:p>
      <w:r>
        <w:rPr>
          <w:b/>
        </w:rPr>
        <w:t>Статья 63. Порядок ликвидации юридического лица</w:t>
      </w:r>
    </w:p>
    <w:p>
      <w:r>
        <w:rPr>
          <w:b/>
        </w:rPr>
        <w:t xml:space="preserve">1. </w:t>
      </w:r>
      <w:r>
        <w:t>Ликвидационная комиссия опубликовывает в средствах массовой информации, в которых опубликовываются данные о государственной регистрации юридического лица, сообщение о его ликвидации и о порядке и сроке заявления требований его кредиторами. Этот срок не может быть менее двух месяцев с момента опубликования сообщения о ликвидации. Ликвидационная комиссия принимает меры по выявлению кредиторов и получению дебиторской задолженности, а также уведомляет в письменной форме кредиторов о ликвидации юридического лица</w:t>
      </w:r>
    </w:p>
    <w:p>
      <w:r>
        <w:rPr>
          <w:b/>
        </w:rPr>
        <w:t xml:space="preserve">2. </w:t>
      </w:r>
      <w:r>
        <w:t>После окончания срока предъявления требований кредиторами ликвидационная комиссия составляет промежуточный ликвидационный баланс, который содержит сведения о составе имущества ликвидируемого юридического лица, перечне требований, предъявленных кредиторами, результатах их рассмотрения, а также о перечне требований, удовлетворенных вступившим в законную силу решением суда, независимо от того, были ли такие требования приняты ликвидационной комиссией. Промежуточный ликвидационный баланс утверждается учредителями (участниками) юридического лица или органом, принявшими решение о ликвидации юридического лица. В случаях, установленных законом, промежуточный ликвидационный баланс утверждается по согласованию с уполномоченным государственным органом</w:t>
      </w:r>
    </w:p>
    <w:p>
      <w:r>
        <w:rPr>
          <w:b/>
        </w:rPr>
        <w:t xml:space="preserve">3. </w:t>
      </w:r>
      <w:r>
        <w:t>В случае возбуждения дела о несостоятельности (банкротстве) юридического лица его ликвидация, осуществляемая по правилам настоящего Кодекса, прекращается и ликвидационная комиссия уведомляет об этом всех известных ей кредиторов. Требования кредиторов в случае прекращения ликвидации юридического лица при возбуждении дела о его несостоятельности (банкротстве) рассматриваются в порядке, установленном законодательством о несостоятельности (банкротстве)</w:t>
      </w:r>
    </w:p>
    <w:p>
      <w:r>
        <w:rPr>
          <w:b/>
        </w:rPr>
        <w:t xml:space="preserve">4. </w:t>
      </w:r>
      <w:r>
        <w:t>Если имеющиеся у ликвидируемого юридического лица (кроме учреждений) денежные средства недостаточны для удовлетворения требований кредиторов, ликвидационная комиссия осуществляет продажу имущества юридического лица, на которое в соответствии с законом допускается обращение взыскания, с торгов, за исключением объектов стоимостью не более ста тысяч рублей (согласно утвержденному промежуточному ликвидационному балансу), для продажи которых проведение торгов не требуется. В случае недостаточности имущества ликвидируемого юридического лица для удовлетворения требований кредиторов или при наличии признаков банкротства юридического лица ликвидационная комиссия обязана обратиться в арбитражный суд с заявлением о банкротстве юридического лица, если такое юридическое лицо может быть признано несостоятельным (банкротом)</w:t>
      </w:r>
    </w:p>
    <w:p>
      <w:r>
        <w:rPr>
          <w:b/>
        </w:rPr>
        <w:t xml:space="preserve">5. </w:t>
      </w:r>
      <w:r>
        <w:t>Выплата денежных сумм кредиторам ликвидируемого юридического лица производится ликвидационной комиссией в порядке очередности, установленной статьей 64 настоящего Кодекса, в соответствии с промежуточным ликвидационным балансом со дня его утверждения</w:t>
      </w:r>
    </w:p>
    <w:p>
      <w:r>
        <w:rPr>
          <w:b/>
        </w:rPr>
        <w:t xml:space="preserve">6. </w:t>
      </w:r>
      <w:r>
        <w:t>После завершения расчетов с кредиторами ликвидационная комиссия составляет ликвидационный баланс, который утверждается учредителями (участниками) юридического лица или органом, принявшими решение о ликвидации юридического лица. В случаях, установленных законом, ликвидационный баланс утверждается по согласованию с уполномоченным государственным органом</w:t>
      </w:r>
    </w:p>
    <w:p>
      <w:r>
        <w:rPr>
          <w:b/>
        </w:rPr>
        <w:t xml:space="preserve">7. </w:t>
      </w:r>
      <w:r>
        <w:t>В случаях, если настоящим Кодексом предусмотрена субсидиарная ответственность собственника имущества учреждения или казенного предприятия по обязательствам этого учреждения или этого предприятия, при недостаточности у ликвидируемых учреждения или казенного предприятия имущества, на которое в соответствии с законом может быть обращено взыскание, кредиторы вправе обратиться в суд с иском об удовлетворении оставшейся части требований за счет собственника имущества этого учреждения или этого предприятия</w:t>
      </w:r>
    </w:p>
    <w:p>
      <w:r>
        <w:rPr>
          <w:b/>
        </w:rPr>
        <w:t xml:space="preserve">8. </w:t>
      </w:r>
      <w:r>
        <w:t>Оставшееся после удовлетворения требований кредиторов имущество юридического лица передается его учредителям (участникам), имеющим вещные права на это имущество или корпоративные права в отношении юридического лица, если иное не предусмотрено законом, иными правовыми актами или учредительным документом юридического лица. При наличии спора между учредителями (участниками) относительно того, кому следует передать вещь, она продается ликвидационной комиссией с торгов. Если иное не установлено настоящим Кодексом или другим законом, при ликвидации некоммерческой организации оставшееся после удовлетворения требований кредиторов имущество направляется в соответствии с уставом некоммерческой организации на цели, для достижения которых она была создана, и (или) на благотворительные цели</w:t>
      </w:r>
    </w:p>
    <w:p>
      <w:r>
        <w:rPr>
          <w:b/>
        </w:rPr>
        <w:t xml:space="preserve">9. </w:t>
      </w:r>
      <w:r>
        <w:t>Ликвидация юридического лица считается завершенной, а юридическое лицо - прекратившим существование после внесения сведений о его прекращении в единый государственный реестр юридических лиц в порядке, установленном законом о государственной регистрации юридических лиц. (Статья в редакции Федерального закона от 05.05.2014 № 99-ФЗ)</w:t>
      </w:r>
    </w:p>
    <w:p>
      <w:r>
        <w:rPr>
          <w:b/>
        </w:rPr>
        <w:t>Статья 64. Удовлетворение требований кредиторов ликвидируемого юридического лица</w:t>
      </w:r>
    </w:p>
    <w:p>
      <w:r>
        <w:t>(Наименование в редакции Федерального закона от 05.05.2014 № 99-ФЗ)</w:t>
      </w:r>
    </w:p>
    <w:p>
      <w:r>
        <w:rPr>
          <w:b/>
        </w:rPr>
        <w:t xml:space="preserve">1. </w:t>
      </w:r>
      <w:r>
        <w:t>При ликвидации юридического лица после погашения текущих расходов, необходимых для осуществления ликвидации, требования его кредиторов удовлетворяются в следующей очередности: (В редакции Федерального закона от 05.05.2014 № 99-ФЗ) в первую очередь удовлетворяются требования граждан, перед которыми ликвидируемое юридическое лицо несет ответственность за причинение вреда жизни или здоровью, путем капитализации соответствующих повременных платежей, о компенсации сверх возмещения вреда, причиненного вследствие разрушения, повреждения объекта капитального строительства, нарушения требований безопасности при строительстве объекта капитального строительства, требований к обеспечению безопасной эксплуатации здания, сооружения; (В редакции федеральных законов от 03.01.2006 № 6-ФЗ; от 28.11.2011 № 337-ФЗ; от 29.06.2015 № 186-ФЗ) во вторую очередь производятся расчеты по выплате выходных пособий и оплате труда лиц, работающих или работавших по трудовому договору, и по выплате вознаграждений авторам результатов интеллектуальной деятельности; (В редакции федеральных законов от 03.01.2006 № 6-ФЗ; от 18.12.2006 № 231-ФЗ) в третью очередь производятся расчеты по обязательным платежам в бюджет и во внебюджетные фонды; (В редакции Федерального закона от 03.01.2006 № 6-ФЗ) в четвертую очередь производятся расчеты с другими кредиторами. (В редакции Федерального закона от 03.01.2006 № 6-ФЗ) абзац. (Утратил силу - Федеральный закон от 03.01.2006 № 6-ФЗ) При ликвидации банков, привлекающих средства граждан, в первую очередь удовлетворяются также требования граждан, являющихся кредиторами банков по заключенным с ними или в их пользу договорам банковского вклада или банковского счета, за исключением договоров, связанных с осуществлением гражданином предпринимательской или иной профессиональной деятельности, в части основной суммы задолженности и причитающихся процентов, требования организации, осуществляющей обязательное страхование вкладов, в связи с выплатой возмещения по вкладам в соответствии с законом о страховании вкладов граждан в банках и требования Банка России в связи с осуществлением выплат по вкладам граждан в банках в соответствии с законом. (В редакции Федерального закона от 05.05.2014 № 99-ФЗ) Требования кредиторов о возмещении убытков в виде упущенной выгоды, о взыскании неустойки (штрафа, пени), в том числе за неисполнение или ненадлежащее исполнение обязанности по уплате обязательных платежей, удовлетворяются после удовлетворения требований кредиторов первой, второй, третьей и четвертой очереди. (Дополнение абзацем - Федеральный закон от 05.05.2014 № 99-ФЗ)</w:t>
      </w:r>
    </w:p>
    <w:p>
      <w:r>
        <w:rPr>
          <w:b/>
        </w:rPr>
        <w:t xml:space="preserve">2. </w:t>
      </w:r>
      <w:r>
        <w:t>Требования кредиторов каждой очереди удовлетворяются после полного удовлетворения требований кредиторов предыдущей очереди, за исключением требований кредиторов по обязательствам, обеспеченным залогом имущества ликвидируемого юридического лица. Требования кредиторов по обязательствам, обеспеченным залогом имущества ликвидируемого юридического лица, удовлетворяются за счет средств, полученных от продажи предмета залога, преимущественно перед иными кредиторами, за исключением обязательств перед кредиторами первой и второй очереди, права требования по которым возникли до заключения соответствующего договора залога. Не удовлетворенные за счет средств, полученных от продажи предмета залога, требования кредиторов по обязательствам, обеспеченным залогом имущества ликвидируемого юридического лица, удовлетворяются в составе требований кредиторов четвертой очереди. (Пункт в редакции Федерального закона от 03.01.2006 № 6-ФЗ)</w:t>
      </w:r>
    </w:p>
    <w:p>
      <w:r>
        <w:rPr>
          <w:b/>
        </w:rPr>
        <w:t xml:space="preserve">3. </w:t>
      </w:r>
      <w:r>
        <w:t>При недостаточности имущества ликвидируемого юридического лица, когда такое юридическое лицо в случаях, предусмотренных настоящим Кодексом, не может быть признано несостоятельным (банкротом), имущество такого юридического лица распределяется между кредиторами соответствующей очереди пропорционально размеру требований, подлежащих удовлетворению, если иное не установлено законом. (В редакции Федерального закона от 05.05.2014 № 99-ФЗ)</w:t>
      </w:r>
    </w:p>
    <w:p>
      <w:r>
        <w:rPr>
          <w:b/>
        </w:rPr>
        <w:t xml:space="preserve">4. </w:t>
      </w:r>
      <w:r>
        <w:t>(Пункт утратил силу - Федеральный закон от 23.05.2018 № 116-ФЗ)</w:t>
      </w:r>
    </w:p>
    <w:p>
      <w:r>
        <w:rPr>
          <w:b/>
        </w:rPr>
        <w:t xml:space="preserve">5. </w:t>
      </w:r>
      <w:r>
        <w:t>(Пункт утратил силу - Федеральный закон от 05.05.2014 № 99-ФЗ)</w:t>
      </w:r>
    </w:p>
    <w:p>
      <w:r>
        <w:rPr>
          <w:b/>
        </w:rPr>
        <w:t xml:space="preserve">51. </w:t>
      </w:r>
      <w:r>
        <w:t>Считаются погашенными при ликвидации юридического лица</w:t>
      </w:r>
    </w:p>
    <w:p>
      <w:r>
        <w:rPr>
          <w:b/>
        </w:rPr>
        <w:t xml:space="preserve">52. </w:t>
      </w:r>
      <w:r>
        <w:t>В случае обнаружения имущества ликвидированного юридического лица, исключенного из единого государственного реестра юридических лиц, в том числе в результате признания такого юридического лица несостоятельным (банкротом), заинтересованное лицо или уполномоченный государственный орган вправе обратиться в суд с заявлением о назначении процедуры распределения обнаруженного имущества среди лиц, имеющих на это право. К указанному имуществу относятся также требования ликвидированного юридического лица к третьим лицам, в том числе возникшие из-за нарушения очередности удовлетворения требований кредиторов, вследствие которого заинтересованное лицо не получило исполнение в полном объеме. В этом случае суд назначает арбитражного управляющего, на которого возлагается обязанность распределения обнаруженного имущества ликвидированного юридического лица. Заявление о назначении процедуры распределения обнаруженного имущества ликвидированного юридического лица может быть подано в течение пяти лет с момента внесения в единый государственный реестр юридических лиц сведений о прекращении юридического лица. Процедура распределения обнаруженного имущества ликвидированного юридического лица может быть назначена при наличии средств, достаточных для осуществления данной процедуры, и возможности распределения обнаруженного имущества среди заинтересованных лиц. Процедура распределения обнаруженного имущества ликвидированного юридического лица осуществляется по правилам настоящего Кодекса о ликвидации юридических лиц. (Дополнение пунктом - Федеральный закон от 05.05.2014 № 99-ФЗ)</w:t>
      </w:r>
    </w:p>
    <w:p>
      <w:r>
        <w:rPr>
          <w:b/>
        </w:rPr>
        <w:t xml:space="preserve">6. </w:t>
      </w:r>
      <w:r>
        <w:t>(Пункт утратил силу - Федеральный закон от 05.05.2014 № 99-ФЗ)</w:t>
      </w:r>
    </w:p>
    <w:p>
      <w:r>
        <w:rPr>
          <w:b/>
        </w:rPr>
        <w:t xml:space="preserve">51. </w:t>
      </w:r>
      <w:r>
        <w:t>требования кредиторов, не удовлетворенные по причине недостаточности имущества ликвидируемого юридического лица и не удовлетворенные за счет имущества лиц, несущих субсидиарную ответственность по таким требованиям, если ликвидируемое юридическое лицо в случаях, предусмотренных статьей 65 настоящего Кодекса, не может быть признано несостоятельным (банкротом)</w:t>
      </w:r>
    </w:p>
    <w:p>
      <w:r>
        <w:rPr>
          <w:b/>
        </w:rPr>
        <w:t xml:space="preserve">51. </w:t>
      </w:r>
      <w:r>
        <w:t>требования, не признанные ликвидационной комиссией, если кредиторы по таким требованиям не обращались с исками в суд</w:t>
      </w:r>
    </w:p>
    <w:p>
      <w:r>
        <w:rPr>
          <w:b/>
        </w:rPr>
        <w:t xml:space="preserve">51. </w:t>
      </w:r>
      <w:r>
        <w:t>требования, в удовлетворении которых решением суда кредиторам отказано. (Дополнение пунктом - Федеральный закон от 05.05.2014 № 99-ФЗ)</w:t>
      </w:r>
    </w:p>
    <w:p>
      <w:r>
        <w:rPr>
          <w:b/>
        </w:rPr>
        <w:t>Статья 641. Защита прав кредиторов ликвидируемого юридического лица</w:t>
      </w:r>
    </w:p>
    <w:p>
      <w:r>
        <w:rPr>
          <w:b/>
        </w:rPr>
        <w:t xml:space="preserve">1. </w:t>
      </w:r>
      <w:r>
        <w:t>В случае отказа ликвидационной комиссии удовлетворить требование кредитора или уклонения от его рассмотрения кредитор до утверждения ликвидационного баланса юридического лица вправе обратиться в суд с иском об удовлетворении его требования к ликвидируемому юридическому лицу. В случае удовлетворения судом иска кредитора выплата присужденной ему денежной суммы производится в порядке очередности, установленной статьей 64 настоящего Кодекса</w:t>
      </w:r>
    </w:p>
    <w:p>
      <w:r>
        <w:rPr>
          <w:b/>
        </w:rPr>
        <w:t xml:space="preserve">2. </w:t>
      </w:r>
      <w:r>
        <w:t>Члены ликвидационной комиссии (ликвидатор) по требованию учредителей (участников) ликвидированного юридического лица или по требованию его кредиторов обязаны возместить убытки, причиненные ими учредителям (участникам) ликвидированного юридического лица или его кредиторам, в порядке и по основаниям, которые предусмотрены статьей 531 настоящего Кодекса. (Дополнение статьей - Федеральный закон от 05.05.2014 № 99-ФЗ)</w:t>
      </w:r>
    </w:p>
    <w:p>
      <w:r>
        <w:rPr>
          <w:b/>
        </w:rPr>
        <w:t>Статья 642. Прекращение недействующего юридического лица</w:t>
      </w:r>
    </w:p>
    <w:p>
      <w:r>
        <w:rPr>
          <w:b/>
        </w:rPr>
        <w:t xml:space="preserve">1. </w:t>
      </w:r>
      <w:r>
        <w:t>Считается фактически прекратившим свою деятельность и подлежит исключению из единого государственного реестра юридических лиц в порядке, установленном законом о государственной регистрации юридических лиц, юридическое лицо, которое в течение двенадцати месяцев, предшествующих его исключению из указанного реестра, не представляло документы отчетности, предусмотренные законодательством Российской Федерации о налогах и сборах, и не осуществляло операций хотя бы по одному банковскому счету (недействующее юридическое лицо)</w:t>
      </w:r>
    </w:p>
    <w:p>
      <w:r>
        <w:rPr>
          <w:b/>
        </w:rPr>
        <w:t xml:space="preserve">2. </w:t>
      </w:r>
      <w:r>
        <w:t>Исключение недействующего юридического лица из единого государственного реестра юридических лиц влечет правовые последствия, предусмотренные настоящим Кодексом и другими законами применительно к ликвидированным юридическим лицам</w:t>
      </w:r>
    </w:p>
    <w:p>
      <w:r>
        <w:rPr>
          <w:b/>
        </w:rPr>
        <w:t xml:space="preserve">3. </w:t>
      </w:r>
      <w:r>
        <w:t>Исключение недействующего юридического лица из единого государственного реестра юридических лиц не препятствует привлечению к ответственности лиц, указанных в статье 531 настоящего Кодекса. (Дополнение статьей - Федеральный закон от 05.05.2014 № 99-ФЗ)</w:t>
      </w:r>
    </w:p>
    <w:p>
      <w:r>
        <w:rPr>
          <w:b/>
        </w:rPr>
        <w:t>Статья 65. Несостоятельность (банкротство) юридического лица</w:t>
      </w:r>
    </w:p>
    <w:p>
      <w:r>
        <w:rPr>
          <w:b/>
        </w:rPr>
        <w:t xml:space="preserve">1. </w:t>
      </w:r>
      <w:r>
        <w:t>Юридическое лицо, за исключением казенного предприятия, учреждения, политической партии и религиозной организации, по решению суда может быть признано несостоятельным (банкротом). Государственная корпорация или государственная компания может быть признана несостоятельной (банкротом), если это допускается федеральным законом, предусматривающим ее создание. Общественно полезный фонд не может быть признан несостоятельным (банкротом), если это установлено законом, предусматривающим создание и деятельность такого фонда. Публично-правовая компания не может быть признана несостоятельной (банкротом). (В редакции федеральных законов от 03.01.2006 № 6-ФЗ, от 01.12.2007 № 318-ФЗ, от 13.05.2008 № 68-ФЗ, от 17.07.2009 № 145-ФЗ, от 03.07.2016 № 236-ФЗ, от 01.07.2021 № 287-ФЗ) Признание юридического лица банкротом судом влечет его ликвидацию</w:t>
      </w:r>
    </w:p>
    <w:p>
      <w:r>
        <w:rPr>
          <w:b/>
        </w:rPr>
        <w:t xml:space="preserve">2. </w:t>
      </w:r>
      <w:r>
        <w:t>(Пункт утратил силу - Федеральный закон от 03.01.2006 № 6-ФЗ)</w:t>
      </w:r>
    </w:p>
    <w:p>
      <w:r>
        <w:rPr>
          <w:b/>
        </w:rPr>
        <w:t xml:space="preserve">3. </w:t>
      </w:r>
      <w:r>
        <w:t>Основания признания судом юридического лица несостоятельным (банкротом), порядок ликвидации такого юридического лица, а также очередность удовлетворения требований кредиторов устанавливается законом о несостоятельности (банкротстве). (В редакции Федерального закона от 03.01.2006 № 6-ФЗ)</w:t>
      </w:r>
    </w:p>
    <w:p>
      <w:r>
        <w:rPr>
          <w:b/>
        </w:rPr>
        <w:t>Статья 651. Корпоративные и унитарные юридические лица</w:t>
      </w:r>
    </w:p>
    <w:p>
      <w:r>
        <w:rPr>
          <w:b/>
        </w:rPr>
        <w:t xml:space="preserve">1. </w:t>
      </w:r>
      <w:r>
        <w:t>Юридические лица, учредители (участники) которых обладают правом участия (членства) в них и формируют их высший орган в соответствии с пунктом 1 статьи 653 настоящего Кодекса, являются корпоративными юридическими лицами (корпорациями). К ним относятся хозяйственные товарищества и общества, крестьянские (фермерские) хозяйства, хозяйственные партнерства, производственные и потребительские кооперативы, общественные организации, общественные движения, ассоциации (союзы), нотариальные палаты, товарищества собственников недвижимости, казачьи общества, внесенные в государственный реестр казачьих обществ в Российской Федерации, а также общины коренных малочисленных народов Российской Федерации. (В редакции федеральных законов от 23.05.2015 № 133-ФЗ; от 07.02.2017 № 12-ФЗ) Юридические лица, учредители которых не становятся их участниками и не приобретают в них прав членства, являются унитарными юридическими лицами. К ним относятся государственные и муниципальные унитарные предприятия, общественно полезные фонды, личные фонды, учреждения, автономные некоммерческие организации, религиозные организации, государственные корпорации, публично-правовые компании. (В редакции федеральных законов от 03.07.2016 № 236-ФЗ, от 01.07.2021 № 287-ФЗ)</w:t>
      </w:r>
    </w:p>
    <w:p>
      <w:r>
        <w:rPr>
          <w:b/>
        </w:rPr>
        <w:t xml:space="preserve">2. </w:t>
      </w:r>
      <w:r>
        <w:t>В связи с участием в корпоративной организации ее участники приобретают корпоративные (членские) права и обязанности в отношении созданного ими юридического лица, за исключением случаев, предусмотренных настоящим Кодексом. (Дополнение статьей - Федеральный закон от 05.05.2014 № 99-ФЗ)</w:t>
      </w:r>
    </w:p>
    <w:p>
      <w:r>
        <w:rPr>
          <w:b/>
        </w:rPr>
        <w:t>Статья 652. Права и обязанности участников корпорации</w:t>
      </w:r>
    </w:p>
    <w:p>
      <w:r>
        <w:rPr>
          <w:b/>
        </w:rPr>
        <w:t xml:space="preserve">1. </w:t>
      </w:r>
      <w:r>
        <w:t>Участники корпорации (участники, члены, акционеры и т.п.) вправе: участвовать в управлении делами корпорации, за исключением случая, предусмотренного пунктом 2 статьи 84 настоящего Кодекса; в случаях и в порядке, которые предусмотрены законом и учредительным документом корпорации, получать информацию о деятельности корпорации и знакомиться с ее бухгалтерской и иной документацией; обжаловать решения органов корпорации, влекущие гражданско-правовые последствия, в случаях и в порядке, которые предусмотрены законом; требовать, действуя от имени корпорации (пункт 1 статьи 182), возмещения причиненных корпорации убытков (статья 531); оспаривать, действуя от имени корпорации (пункт 1 статьи 182), совершенные ею сделки по основаниям, предусмотренным статьей 174 настоящего Кодекса или законами о корпорациях отдельных организационно-правовых форм, и требовать применения последствий их недействительности, а также применения последствий недействительности ничтожных сделок корпорации. Участники корпорации могут иметь и другие права, предусмотренные законом или учредительным документом корпорации</w:t>
      </w:r>
    </w:p>
    <w:p>
      <w:r>
        <w:rPr>
          <w:b/>
        </w:rPr>
        <w:t xml:space="preserve">2. </w:t>
      </w:r>
      <w:r>
        <w:t>Участник корпорации или корпорация, требующие возмещения причиненных корпорации убытков (статья 531) либо признания сделки корпорации недействительной или применения последствий недействительности сделки, должны принять разумные меры по заблаговременному уведомлению других участников корпорации и в соответствующих случаях корпорации о намерении обратиться с такими требованиями в суд, а также предоставить им иную информацию, имеющую отношение к делу. Порядок уведомления о намерении обратиться в суд с иском может быть предусмотрен законами о корпорациях и учредительным документом корпорации. Участники корпорации, не присоединившиеся в порядке, установленном процессуальным законодательством, к иску о возмещении причиненных корпорации убытков (статья 531) либо к иску о признании недействительной совершенной корпорацией сделки или о применении последствий недействительности сделки, в последующем не вправе обращаться в суд с тождественными требованиями, если только суд не признает причины этого обращения уважительными</w:t>
      </w:r>
    </w:p>
    <w:p>
      <w:r>
        <w:rPr>
          <w:b/>
        </w:rPr>
        <w:t xml:space="preserve">3. </w:t>
      </w:r>
      <w:r>
        <w:t>Если иное не установлено настоящим Кодексом, участник коммерческой корпорации, утративший помимо своей воли в результате неправомерных действий других участников или третьих лиц права участия в ней, вправе требовать возвращения ему доли участия, перешедшей к иным лицам, с выплатой им справедливой компенсации, определяемой судом, а также возмещения убытков за счет лиц, виновных в утрате доли. Суд может отказать в возвращении доли участия, если это приведет к несправедливому лишению иных лиц их прав участия или повлечет крайне негативные социальные и другие публично значимые последствия. В этом случае лицу, утратившему помимо своей воли права участия в корпорации, лицами, виновными в утрате доли участия, выплачивается справедливая компенсация, определяемая судом</w:t>
      </w:r>
    </w:p>
    <w:p>
      <w:r>
        <w:rPr>
          <w:b/>
        </w:rPr>
        <w:t xml:space="preserve">4. </w:t>
      </w:r>
      <w:r>
        <w:t>Участник корпорации обязан: участвовать в образовании имущества корпорации в необходимом размере в порядке, способом и в сроки, которые предусмотрены настоящим Кодексом, другим законом или учредительным документом корпорации; не разглашать конфиденциальную информацию о деятельности корпорации; участвовать в принятии корпоративных решений, без которых корпорация не может продолжать свою деятельность в соответствии с законом, если его участие необходимо для принятия таких решений; не совершать действия, заведомо направленные на причинение вреда корпорации; не совершать действия (бездействие), которые существенно затрудняют или делают невозможным достижение целей, ради которых создана корпорация. Участники корпорации могут нести и другие обязанности, предусмотренные законом или учредительным документом корпорации. (Дополнение статьей - Федеральный закон от 05.05.2014 № 99-ФЗ)</w:t>
      </w:r>
    </w:p>
    <w:p>
      <w:r>
        <w:rPr>
          <w:b/>
        </w:rPr>
        <w:t>Статья 653. Управление в корпорации</w:t>
      </w:r>
    </w:p>
    <w:p>
      <w:r>
        <w:rPr>
          <w:b/>
        </w:rPr>
        <w:t xml:space="preserve">1. </w:t>
      </w:r>
      <w:r>
        <w:t>Высшим органом корпорации является общее собрание ее участников. В некоммерческих корпорациях и производственных кооперативах с числом участников более ста высшим органом может являться съезд, конференция или иной представительный (коллегиальный) орган, определяемый их уставами в соответствии с законом. Компетенция этого органа и порядок принятия им решений определяются настоящим Кодексом, другими законами и уставом корпорации. (В редакции Федерального закона от 23.05.2015 № 133-ФЗ)</w:t>
      </w:r>
    </w:p>
    <w:p>
      <w:r>
        <w:rPr>
          <w:b/>
        </w:rPr>
        <w:t xml:space="preserve">2. </w:t>
      </w:r>
      <w:r>
        <w:t>Если иное не предусмотрено настоящим Кодексом или другим законом, к исключительной компетенции высшего органа корпорации относятся: определение приоритетных направлений деятельности корпорации, принципов образования и использования ее имущества; утверждение и изменение устава корпорации; определение порядка приема в состав участников корпорации и исключения из числа ее участников, кроме случаев, если такой порядок определен законом; образование других органов корпорации и досрочное прекращение их полномочий, если уставом корпорации в соответствии с законом это правомочие не отнесено к компетенции иных коллегиальных органов корпорации; утверждение годовых отчетов и бухгалтерской (финансовой) отчетности корпорации, если уставом корпорации в соответствии с законом это правомочие не отнесено к компетенции иных коллегиальных органов корпорации; принятие решений о создании корпорацией других юридических лиц, об участии корпорации в других юридических лицах, о создании филиалов и об открытии представительств корпорации, за исключением случаев, если уставом хозяйственного общества в соответствии с законами о хозяйственных обществах принятие таких решений по указанным вопросам отнесено к компетенции иных коллегиальных органов корпорации; принятие решений о реорганизации и ликвидации корпорации, о назначении ликвидационной комиссии (ликвидатора) и об утверждении ликвидационного баланса; избрание ревизионной комиссии (ревизора) и назначение аудиторской организации или индивидуального аудитора корпорации. Законом и учредительным документом корпорации к исключительной компетенции ее высшего органа может быть отнесено решение иных вопросов. Вопросы, отнесенные настоящим Кодексом и другими законами к исключительной компетенции высшего органа корпорации, не могут быть переданы им для решения другим органам корпорации, если иное не предусмотрено настоящим Кодексом или другим законом</w:t>
      </w:r>
    </w:p>
    <w:p>
      <w:r>
        <w:rPr>
          <w:b/>
        </w:rPr>
        <w:t xml:space="preserve">3. </w:t>
      </w:r>
      <w:r>
        <w:t>В корпорации образуется единоличный исполнительный орган (директор, генеральный директор, председатель и т.п.). Уставом корпорации может быть предусмотрено предоставление полномочий единоличного исполнительного органа нескольким лицам, действующим совместно, или образование нескольких единоличных исполнительных органов, действующих независимо друг от друга (абзац третий пункта 1 статьи 53). В качестве единоличного исполнительного органа корпорации может выступать как физическое лицо, так и юридическое лицо. В случаях, предусмотренных настоящим Кодексом, другим законом или уставом корпорации, в корпорации образуется коллегиальный исполнительный орган (правление, дирекция и т.п.). К компетенции указанных в настоящем пункте органов корпорации относится решение вопросов, не входящих в компетенцию ее высшего органа и созданного в соответствии с пунктом 4 настоящей статьи коллегиального органа управления</w:t>
      </w:r>
    </w:p>
    <w:p>
      <w:r>
        <w:rPr>
          <w:b/>
        </w:rPr>
        <w:t xml:space="preserve">4. </w:t>
      </w:r>
      <w:r>
        <w:t>Наряду с исполнительными органами, указанными в пункте 3 настоящей статьи, в корпорации может быть образован в случаях, предусмотренных настоящим Кодексом, другим законом или уставом корпорации, коллегиальный орган управления (наблюдательный или иной совет), контролирующий деятельность исполнительных органов корпорации и выполняющий иные функции, возложенные на него законом или уставом корпорации. Лица, осуществляющие полномочия единоличных исполнительных органов корпораций, и члены их коллегиальных исполнительных органов не могут составлять более одной четверти состава коллегиальных органов управления корпораций и не могут являться их председателями. Члены коллегиального органа управления корпорации имеют право получать информацию о деятельности корпорации и знакомиться с ее бухгалтерской и иной документацией, требовать возмещения причиненных корпорации убытков (статья 531), оспаривать совершенные корпорацией сделки по основаниям, предусмотренным статьей 174 настоящего Кодекса или законами о корпорациях отдельных организационно-правовых форм, и требовать применения последствий их недействительности, а также требовать применения последствий недействительности ничтожных сделок корпорации в порядке, установленном пунктом 2 статьи 652 настоящего Кодекса. (Дополнение статьей - Федеральный закон от 05.05.2014 № 99-ФЗ) § 2. Коммерческие корпоративные организации (Наименование в редакции Федерального закона от 05.05.2014 № 99-ФЗ)</w:t>
      </w:r>
    </w:p>
    <w:p>
      <w:r>
        <w:rPr>
          <w:b/>
        </w:rPr>
        <w:t xml:space="preserve">1. </w:t>
      </w:r>
      <w:r>
        <w:t>Общие положения о хозяйственных товариществах и обществах (Наименование в редакции Федерального закона от 05.05.2014 № 99-ФЗ)</w:t>
      </w:r>
    </w:p>
    <w:p>
      <w:r>
        <w:rPr>
          <w:b/>
        </w:rPr>
        <w:t>Статья 66. Основные положения о хозяйственных товариществах и обществах</w:t>
      </w:r>
    </w:p>
    <w:p>
      <w:r>
        <w:rPr>
          <w:b/>
        </w:rPr>
        <w:t xml:space="preserve">1. </w:t>
      </w:r>
      <w:r>
        <w:t>Хозяйственными товариществами и обществами признаются корпоративные коммерческие организации с разделенным на доли (вклады) учредителей (участников) уставным (складочным) капиталом. Имущество, созданное за счет вкладов учредителей (участников), а также произведенное и приобретенное хозяйственным товариществом или обществом в процессе деятельности, принадлежит на праве собственности хозяйственному товариществу или обществу. Объем правомочий участников хозяйственного общества определяется пропорционально их долям в уставном капитале общества. Иной объем правомочий участников непубличного хозяйственного общества может быть предусмотрен уставом общества, а также корпоративным договором при условии внесения сведений о наличии такого договора и о предусмотренном им объеме правомочий участников общества в единый государственный реестр юридических лиц</w:t>
      </w:r>
    </w:p>
    <w:p>
      <w:r>
        <w:rPr>
          <w:b/>
        </w:rPr>
        <w:t xml:space="preserve">2. </w:t>
      </w:r>
      <w:r>
        <w:t>Хозяйственное общество может быть создано одним лицом, которое становится его единственным участником, если иное не предусмотрено настоящим Кодексом или другим законом. (В редакции Федерального закона от 24.06.2025 № 178-ФЗ) Хозяйственное общество может иметь в качестве единственного участника другое хозяйственное общество, состоящее из одного лица, если иное не установлено настоящим Кодексом или другим законом. (В редакции Федерального закона от 24.06.2025 № 178-ФЗ)</w:t>
      </w:r>
    </w:p>
    <w:p>
      <w:r>
        <w:rPr>
          <w:b/>
        </w:rPr>
        <w:t xml:space="preserve">3. </w:t>
      </w:r>
      <w:r>
        <w:t>Хозяйственные товарищества могут создаваться в организационно-правовой форме полного товарищества или товарищества на вере (коммандитного товарищества)</w:t>
      </w:r>
    </w:p>
    <w:p>
      <w:r>
        <w:rPr>
          <w:b/>
        </w:rPr>
        <w:t xml:space="preserve">4. </w:t>
      </w:r>
      <w:r>
        <w:t>Хозяйственные общества могут создаваться в организационно-правовой форме акционерного общества или общества с ограниченной ответственностью</w:t>
      </w:r>
    </w:p>
    <w:p>
      <w:r>
        <w:rPr>
          <w:b/>
        </w:rPr>
        <w:t xml:space="preserve">5. </w:t>
      </w:r>
      <w:r>
        <w:t>Участниками полных товариществ и полными товарищами в товариществах на вере могут быть индивидуальные предприниматели и коммерческие организации. Участниками хозяйственных обществ и вкладчиками в товариществах на вере могут быть граждане и юридические лица, а также публично-правовые образования (статья 125)</w:t>
      </w:r>
    </w:p>
    <w:p>
      <w:r>
        <w:rPr>
          <w:b/>
        </w:rPr>
        <w:t xml:space="preserve">6. </w:t>
      </w:r>
      <w:r>
        <w:t>Государственные органы и органы местного самоуправления не вправе участвовать от своего имени в хозяйственных товариществах и обществах. Учреждения могут быть участниками хозяйственных обществ и вкладчиками в товариществах на вере с разрешения собственника имущества учреждения, если иное не установлено законом. Законом может быть запрещено или ограничено участие отдельных категорий лиц в хозяйственных товариществах и обществах. Хозяйственные товарищества и общества могут быть учредителями (участниками) других хозяйственных товариществ и обществ, за исключением случаев, предусмотренных законом</w:t>
      </w:r>
    </w:p>
    <w:p>
      <w:r>
        <w:rPr>
          <w:b/>
        </w:rPr>
        <w:t xml:space="preserve">7. </w:t>
      </w:r>
      <w:r>
        <w:t>Особенности правового положения кредитных организаций, страховых организаций, клиринговых организаций, специализированных финансовых обществ, специализированных обществ проектного финансирования, профессиональных участников рынка ценных бумаг, акционерных инвестиционных фондов, управляющих компаний инвестиционных фондов, паевых инвестиционных фондов и негосударственных пенсионных фондов, негосударственных пенсионных фондов и иных некредитных финансовых организаций, акционерных обществ работников (народных предприятий), а также права и обязанности их участников определяются законами, регулирующими деятельность таких организаций. (Статья в редакции Федерального закона от 05.05.2014 № 99-ФЗ)</w:t>
      </w:r>
    </w:p>
    <w:p>
      <w:r>
        <w:rPr>
          <w:b/>
        </w:rPr>
        <w:t>Статья 661. Вклады в имущество хозяйственного товарищества или общества</w:t>
      </w:r>
    </w:p>
    <w:p>
      <w:r>
        <w:rPr>
          <w:b/>
        </w:rPr>
        <w:t xml:space="preserve">1. </w:t>
      </w:r>
      <w:r>
        <w:t>Вкладом участника хозяйственного товарищества или общества в его имущество могут быть денежные средства, вещи, доли (акции) в уставных (складочных) капиталах других хозяйственных товариществ и обществ, государственные и муниципальные облигации. Таким вкладом также могут быть подлежащие денежной оценке исключительные, иные интеллектуальные права и права по лицензионным договорам, если иное не установлено законом</w:t>
      </w:r>
    </w:p>
    <w:p>
      <w:r>
        <w:rPr>
          <w:b/>
        </w:rPr>
        <w:t xml:space="preserve">2. </w:t>
      </w:r>
      <w:r>
        <w:t>Законом или учредительными документами хозяйственного товарищества или общества могут быть установлены виды указанного в пункте 1 настоящей статьи имущества, которое не может быть внесено для оплаты долей в уставном (складочном) капитале хозяйственного товарищества или общества. (Дополнение статьей - Федеральный закон от 05.05.2014 № 99-ФЗ)</w:t>
      </w:r>
    </w:p>
    <w:p>
      <w:r>
        <w:rPr>
          <w:b/>
        </w:rPr>
        <w:t>Статья 662. Основные положения об уставном капитале хозяйственного общества</w:t>
      </w:r>
    </w:p>
    <w:p>
      <w:r>
        <w:rPr>
          <w:b/>
        </w:rPr>
        <w:t xml:space="preserve">1. </w:t>
      </w:r>
      <w:r>
        <w:t>Минимальный размер уставных капиталов хозяйственных обществ определяется законами о хозяйственных обществах. Минимальные размеры уставных капиталов хозяйственных обществ, осуществляющих банковскую, страховую или иную подлежащую лицензированию деятельность, а также акционерных обществ, использующих открытую (публичную) подписку на свои акции, устанавливаются законами, определяющими особенности правового положения указанных хозяйственных обществ</w:t>
      </w:r>
    </w:p>
    <w:p>
      <w:r>
        <w:rPr>
          <w:b/>
        </w:rPr>
        <w:t xml:space="preserve">2. </w:t>
      </w:r>
      <w:r>
        <w:t>При оплате уставного капитала хозяйственного общества должны быть внесены денежные средства в сумме не ниже минимального размера уставного капитала (пункт 1 настоящей статьи). Денежная оценка неденежного вклада в уставный капитал хозяйственного общества должна быть проведена независимым оценщиком. Участники хозяйственного общества не вправе определять денежную оценку неденежного вклада в размере, превышающем сумму оценки, определенную независимым оценщиком</w:t>
      </w:r>
    </w:p>
    <w:p>
      <w:r>
        <w:rPr>
          <w:b/>
        </w:rPr>
        <w:t xml:space="preserve">3. </w:t>
      </w:r>
      <w:r>
        <w:t>При оплате долей в уставном капитале общества с ограниченной ответственностью не денежными средствами, а иным имуществом участники общества и независимый оценщик в случае недостаточности имущества общества солидарно несут субсидиарную ответственность по его обязательствам в пределах суммы, на которую завышена оценка имущества, внесенного в уставный капитал, в течение пяти лет с момента государственной регистрации общества или внесения в устав общества соответствующих изменений. При внесении в уставный капитал акционерного общества не денежных средств, а иного имущества акционер, осуществивший такую оплату, и независимый оценщик в случае недостаточности имущества общества солидарно несут субсидиарную ответственность по его обязательствам в пределах суммы, на которую завышена оценка имущества, внесенного в уставный капитал, в течение пяти лет с момента государственной регистрации общества или внесения в устав общества соответствующих изменений. Правила настоящего пункта об ответственности участника общества и независимого оценщика не применяются к хозяйственным обществам, созданным в соответствии с законами о приватизации путем приватизации государственных или муниципальных унитарных предприятий</w:t>
      </w:r>
    </w:p>
    <w:p>
      <w:r>
        <w:rPr>
          <w:b/>
        </w:rPr>
        <w:t xml:space="preserve">4. </w:t>
      </w:r>
      <w:r>
        <w:t>Если иное не предусмотрено законами о хозяйственных обществах, учредители хозяйственного общества обязаны оплатить не менее трех четвертей его уставного капитала до государственной регистрации общества, а остальную часть уставного капитала хозяйственного общества - в течение первого года деятельности общества. В случаях, если в соответствии с законом допускается государственная регистрация хозяйственного общества без предварительной оплаты трех четвертей уставного капитала, участники общества несут субсидиарную ответственность по его обязательствам, возникшим до момента полной оплаты уставного капитала. (Дополнение статьей - Федеральный закон от 05.05.2014 № 99-ФЗ)</w:t>
      </w:r>
    </w:p>
    <w:p>
      <w:r>
        <w:rPr>
          <w:b/>
        </w:rPr>
        <w:t>Статья 663. Публичные и непубличные общества</w:t>
      </w:r>
    </w:p>
    <w:p>
      <w:r>
        <w:rPr>
          <w:b/>
        </w:rPr>
        <w:t xml:space="preserve">1. </w:t>
      </w:r>
      <w:r>
        <w:t>Публичным является акционерное общество, акции которого и ценные бумаги которого, конвертируемые в его акции, публично размещаются (путем открытой подписки) или публично обращаются на условиях, установленных законами о ценных бумагах. Правила о публичных обществах применяются также к акционерным обществам, устав и фирменное наименование которых содержат указание на то, что общество является публичным</w:t>
      </w:r>
    </w:p>
    <w:p>
      <w:r>
        <w:rPr>
          <w:b/>
        </w:rPr>
        <w:t xml:space="preserve">2. </w:t>
      </w:r>
      <w:r>
        <w:t>Общество с ограниченной ответственностью и акционерное общество, которое не отвечает признакам, указанным в пункте 1 настоящей статьи, признаются непубличными</w:t>
      </w:r>
    </w:p>
    <w:p>
      <w:r>
        <w:rPr>
          <w:b/>
        </w:rPr>
        <w:t xml:space="preserve">3. </w:t>
      </w:r>
      <w:r>
        <w:t>По решению участников (учредителей) непубличного общества, принятому единогласно, в устав общества могут быть включены следующие положения</w:t>
      </w:r>
    </w:p>
    <w:p>
      <w:r>
        <w:rPr>
          <w:b/>
        </w:rPr>
        <w:t xml:space="preserve">4. </w:t>
      </w:r>
      <w:r>
        <w:t>В случаях, если положения, предусмотренные пунктом 3 настоящей статьи, не относятся к числу положений, подлежащих в соответствии с настоящим Кодексом или другими законами обязательному включению в устав непубличного хозяйственного общества, они могут быть предусмотрены корпоративным договором, сторонами которого являются все участники этого общества. (Дополнение статьей - Федеральный закон от 05.05.2014 № 99-ФЗ)</w:t>
      </w:r>
    </w:p>
    <w:p>
      <w:r>
        <w:rPr>
          <w:b/>
        </w:rPr>
        <w:t xml:space="preserve">3. </w:t>
      </w:r>
      <w:r>
        <w:t>о передаче на рассмотрение коллегиального органа управления общества (пункт 4 статьи 653) или коллегиального исполнительного органа общества вопросов, отнесенных законом к компетенции общего собрания участников хозяйственного общества, за исключением вопросов: внесения изменений в устав хозяйственного общества, утверждения устава в новой редакции; реорганизации или ликвидации хозяйственного общества; определения количественного состава коллегиального органа управления общества (пункт 4 статьи 653) и коллегиального исполнительного органа (если его формирование отнесено к компетенции общего собрания участников хозяйственного общества), избрания их членов и досрочного прекращения их полномочий; определения количества, номинальной стоимости, категории (типа) объявленных акций и прав, предоставляемых этими акциями; увеличения уставного капитала общества с ограниченной ответственностью непропорционально долям его участников или за счет принятия третьего лица в состав участников такого общества; утверждения не являющихся учредительными документами внутреннего регламента или иных внутренних документов (пункт 5 статьи 52) хозяйственного общества</w:t>
      </w:r>
    </w:p>
    <w:p>
      <w:r>
        <w:rPr>
          <w:b/>
        </w:rPr>
        <w:t xml:space="preserve">3. </w:t>
      </w:r>
      <w:r>
        <w:t>о закреплении функций коллегиального исполнительного органа общества за коллегиальным органом управления общества (пункт 4 статьи 653) полностью или в части либо об отказе от создания коллегиального исполнительного органа, если его функции осуществляются указанным коллегиальным органом управления</w:t>
      </w:r>
    </w:p>
    <w:p>
      <w:r>
        <w:rPr>
          <w:b/>
        </w:rPr>
        <w:t xml:space="preserve">3. </w:t>
      </w:r>
      <w:r>
        <w:t>о передаче единоличному исполнительному органу общества функций коллегиального исполнительного органа общества</w:t>
      </w:r>
    </w:p>
    <w:p>
      <w:r>
        <w:rPr>
          <w:b/>
        </w:rPr>
        <w:t xml:space="preserve">3. </w:t>
      </w:r>
      <w:r>
        <w:t>об отсутствии в обществе ревизионной комиссии или о ее создании исключительно в случаях, предусмотренных уставом общества</w:t>
      </w:r>
    </w:p>
    <w:p>
      <w:r>
        <w:rPr>
          <w:b/>
        </w:rPr>
        <w:t xml:space="preserve">3. </w:t>
      </w:r>
      <w:r>
        <w:t>о порядке, отличном от установленного законами и иными правовыми актами порядка принятия решений о проведении заседания общего собрания или заочного голосования участников общества, порядка подготовки и проведения заседания общего собрания или заочного голосования участников общества, а также порядка принятия решений общего собрания, при условии, что такие изменения не лишают участников общества права на участие в заседании общего собрания общества или в заочном голосовании и на получение информации о них; (В редакции Федерального закона от 28.06.2021 № 225-ФЗ) 6) о требованиях, отличных от установленных законами и иными правовыми актами требований к количественному составу, порядку формирования и проведения заседаний коллегиального органа управления общества (пункт 4 статьи 653) или коллегиального исполнительного органа общества</w:t>
      </w:r>
    </w:p>
    <w:p>
      <w:r>
        <w:rPr>
          <w:b/>
        </w:rPr>
        <w:t xml:space="preserve">3. </w:t>
      </w:r>
      <w:r>
        <w:t>о порядке осуществления преимущественного права покупки доли или части доли в уставном капитале общества с ограниченной ответственностью или преимущественного права приобретения размещаемых акционерным обществом акций либо ценных бумаг, конвертируемых в его акции, а также о максимальной доле участия одного участника общества с ограниченной ответственностью в уставном капитале общества</w:t>
      </w:r>
    </w:p>
    <w:p>
      <w:r>
        <w:rPr>
          <w:b/>
        </w:rPr>
        <w:t xml:space="preserve">3. </w:t>
      </w:r>
      <w:r>
        <w:t>об отнесении к компетенции общего собрания акционеров вопросов, не относящихся к ней в соответствии с настоящим Кодексом или законом об акционерных обществах</w:t>
      </w:r>
    </w:p>
    <w:p>
      <w:r>
        <w:rPr>
          <w:b/>
        </w:rPr>
        <w:t xml:space="preserve">3. </w:t>
      </w:r>
      <w:r>
        <w:t>иные положения в случаях, предусмотренных законами о хозяйственных обществах</w:t>
      </w:r>
    </w:p>
    <w:p>
      <w:r>
        <w:rPr>
          <w:b/>
        </w:rPr>
        <w:t>Статья 67. Права и обязанности участника хозяйственного товарищества и общества</w:t>
      </w:r>
    </w:p>
    <w:p>
      <w:r>
        <w:rPr>
          <w:b/>
        </w:rPr>
        <w:t xml:space="preserve">1. </w:t>
      </w:r>
      <w:r>
        <w:t>Участник хозяйственного товарищества или общества наряду с правами, предусмотренными для участников корпораций пунктом 1 статьи 652 настоящего Кодекса, также вправе: принимать участие в распределении прибыли товарищества или общества, участником которого он является; получать в случае ликвидации товарищества или общества часть имущества, оставшегося после расчетов с кредиторами, или его стоимость; требовать исключения другого участника из товарищества или общества (кроме публичных акционерных обществ) в судебном порядке с выплатой ему действительной стоимости его доли участия, если такой участник своими действиями (бездействием) причинил существенный вред товариществу или обществу либо иным образом существенно затрудняет его деятельность и достижение целей, ради которых оно создавалось, в том числе грубо нарушая свои обязанности, предусмотренные законом или учредительными документами товарищества или общества. Отказ от этого права или его ограничение ничтожны. Участники хозяйственных товариществ или обществ могут иметь и другие права, предусмотренные настоящим Кодексом, законами о хозяйственных обществах, учредительными документами товарищества или общества</w:t>
      </w:r>
    </w:p>
    <w:p>
      <w:r>
        <w:rPr>
          <w:b/>
        </w:rPr>
        <w:t xml:space="preserve">2. </w:t>
      </w:r>
      <w:r>
        <w:t>Участник хозяйственного товарищества или общества наряду с обязанностями, предусмотренными для участников корпораций пунктом 4 статьи 652 настоящего Кодекса, также обязан вносить вклады в уставный (складочный) капитал товарищества или общества, участником которого он является, в порядке, в размерах, способами, которые предусмотрены учредительным документом хозяйственного товарищества или общества, и вклады в иное имущество хозяйственного товарищества или общества. Участники хозяйственных товариществ и обществ могут нести и другие обязанности, предусмотренные законом и их учредительными документами. (Статья в редакции Федерального закона от 05.05.2014 № 99-ФЗ)</w:t>
      </w:r>
    </w:p>
    <w:p>
      <w:r>
        <w:rPr>
          <w:b/>
        </w:rPr>
        <w:t>Статья 671. Особенности управления и контроля в хозяйственных товариществах и обществах</w:t>
      </w:r>
    </w:p>
    <w:p>
      <w:r>
        <w:rPr>
          <w:b/>
        </w:rPr>
        <w:t xml:space="preserve">1. </w:t>
      </w:r>
      <w:r>
        <w:t>Управление в полном товариществе и товариществе на вере осуществляется в порядке, установленном статьями 71 и 84 настоящего Кодекса</w:t>
      </w:r>
    </w:p>
    <w:p>
      <w:r>
        <w:rPr>
          <w:b/>
        </w:rPr>
        <w:t xml:space="preserve">2. </w:t>
      </w:r>
      <w:r>
        <w:t>К исключительной компетенции общего собрания участников хозяйственного общества наряду с вопросами, указанными в пункте 2 статьи 653 настоящего Кодекса, относятся</w:t>
      </w:r>
    </w:p>
    <w:p>
      <w:r>
        <w:rPr>
          <w:b/>
        </w:rPr>
        <w:t xml:space="preserve">3. </w:t>
      </w:r>
      <w:r>
        <w:t>Принятие общим собранием участников хозяйственного общества решения на заседании и состав участников общества, присутствовавших при его принятии, подтверждаются в отношении: (В редакции федеральных законов от 18.03.2019 № 34-ФЗ, от 28.06.2021 № 225-ФЗ) 1) публичного акционерного общества лицом, осуществляющим ведение реестра акционеров такого общества и выполняющим функции счетной комиссии (пункт 4 статьи 97);</w:t>
      </w:r>
    </w:p>
    <w:p>
      <w:r>
        <w:rPr>
          <w:b/>
        </w:rPr>
        <w:t xml:space="preserve">4. </w:t>
      </w:r>
      <w:r>
        <w:t>Общество с ограниченной ответственностью для проведения аудита годовой бухгалтерской (финансовой) отчетности вправе, а в случаях, предусмотренных законом, обязано ежегодно привлекать аудиторскую организацию или индивидуального аудитора, которые должны быть независимы в соответствии с законом об аудиторской деятельности. Аудит бухгалтерской (финансовой) отчетности общества с ограниченной ответственностью проводится по требованию любого из участников общества. (Пункт в редакции Федерального закона от 16.04.2022 № 99-ФЗ)</w:t>
      </w:r>
    </w:p>
    <w:p>
      <w:r>
        <w:rPr>
          <w:b/>
        </w:rPr>
        <w:t xml:space="preserve">5. </w:t>
      </w:r>
      <w:r>
        <w:t>Публичное акционерное общество, а в случаях, предусмотренных законом, и непубличное акционерное общество для проведения аудита годовой бухгалтерской (финансовой) отчетности обязаны ежегодно привлекать аудиторскую организацию, которая должна быть независима в соответствии с законом об аудиторской деятельности. Аудит бухгалтерской (финансовой) отчетности акционерного общества проводится по требованию акционеров, совокупная доля участия которых в уставном капитале общества составляет десять и более процентов, в отношении публичного акционерного общества аудиторской организацией, а в отношении непубличного акционерного общества аудиторской организацией или индивидуальным аудитором, которые должны быть независимы в соответствии с законом об аудиторской деятельности. (Пункт в редакции Федерального закона от 16.04.2022 № 99-ФЗ) (Дополнение статьей - Федеральный закон от 05.05.2014 № 99-ФЗ)</w:t>
      </w:r>
    </w:p>
    <w:p>
      <w:r>
        <w:rPr>
          <w:b/>
        </w:rPr>
        <w:t xml:space="preserve">2. </w:t>
      </w:r>
      <w:r>
        <w:t>изменение размера уставного капитала общества, если иное не предусмотрено законами о хозяйственных обществах</w:t>
      </w:r>
    </w:p>
    <w:p>
      <w:r>
        <w:rPr>
          <w:b/>
        </w:rPr>
        <w:t xml:space="preserve">2. </w:t>
      </w:r>
      <w:r>
        <w:t>принятие решения о передаче полномочий единоличного исполнительного органа общества другому хозяйственному обществу (управляющей организации) или индивидуальному предпринимателю (управляющему), а также утверждение такой управляющей организации или такого управляющего и условий договора с такой управляющей организацией или с таким управляющим, если уставом общества решение указанных вопросов не отнесено к компетенции коллегиального органа управления общества (пункт 4 статьи 653)</w:t>
      </w:r>
    </w:p>
    <w:p>
      <w:r>
        <w:rPr>
          <w:b/>
        </w:rPr>
        <w:t xml:space="preserve">2. </w:t>
      </w:r>
      <w:r>
        <w:t>распределение прибылей и убытков общества</w:t>
      </w:r>
    </w:p>
    <w:p>
      <w:r>
        <w:rPr>
          <w:b/>
        </w:rPr>
        <w:t xml:space="preserve">3. </w:t>
      </w:r>
      <w:r>
        <w:t>непубличного акционерного общества путем нотариального удостоверения или удостоверения лицом, осуществляющим ведение реестра акционеров такого общества и выполняющим функции счетной комиссии</w:t>
      </w:r>
    </w:p>
    <w:p>
      <w:r>
        <w:rPr>
          <w:b/>
        </w:rPr>
        <w:t xml:space="preserve">3. </w:t>
      </w:r>
      <w:r>
        <w:t>общества с ограниченной ответственностью путем нотариального удостоверения, если иной способ (подписание протокола всеми участниками или частью участников; с использованием технических средств, позволяющих достоверно установить факт принятия решения; иным способом, не противоречащим закону) не предусмотрен уставом такого общества либо решением общего собрания участников общества, принятым участниками общества единогласно</w:t>
      </w:r>
    </w:p>
    <w:p>
      <w:r>
        <w:rPr>
          <w:b/>
        </w:rPr>
        <w:t>Статья 672. Корпоративный договор</w:t>
      </w:r>
    </w:p>
    <w:p>
      <w:r>
        <w:rPr>
          <w:b/>
        </w:rPr>
        <w:t xml:space="preserve">1. </w:t>
      </w:r>
      <w:r>
        <w:t>Участники хозяйственного общества или некоторые из них вправе заключить между собой корпоративный договор об осуществлении своих корпоративных прав (договор об осуществлении прав участников общества с ограниченной ответственностью, акционерное соглашение), в соответствии с которым они обязуются осуществлять эти права определенным образом или воздерживаться (отказаться) от их осуществления, в том числе голосовать определенным образом на общем собрании участников общества, согласованно осуществлять иные действия по управлению обществом, приобретать или отчуждать доли в его уставном капитале (акции) по определенной цене или при наступлении определенных обстоятельств либо воздерживаться от отчуждения долей (акций) до наступления определенных обстоятельств. (В редакции Федерального закона от 29.06.2015 № 210-ФЗ)</w:t>
      </w:r>
    </w:p>
    <w:p>
      <w:r>
        <w:rPr>
          <w:b/>
        </w:rPr>
        <w:t xml:space="preserve">2. </w:t>
      </w:r>
      <w:r>
        <w:t>Корпоративный договор не может обязывать его участников голосовать в соответствии с указаниями органов общества, определять структуру органов общества и их компетенцию. Условия корпоративного договора, противоречащие правилам абзаца первого настоящего пункта, ничтожны. Корпоративным договором может быть установлена обязанность его сторон проголосовать на общем собрании участников общества за включение в устав общества положений, определяющих структуру органов общества и их компетенцию, если в соответствии с настоящим Кодексом и законами о хозяйственных обществах допускается изменение структуры органов общества и их компетенции уставом общества</w:t>
      </w:r>
    </w:p>
    <w:p>
      <w:r>
        <w:rPr>
          <w:b/>
        </w:rPr>
        <w:t xml:space="preserve">3. </w:t>
      </w:r>
      <w:r>
        <w:t>Корпоративный договор заключается в письменной форме путем составления одного документа, подписанного сторонами</w:t>
      </w:r>
    </w:p>
    <w:p>
      <w:r>
        <w:rPr>
          <w:b/>
        </w:rPr>
        <w:t xml:space="preserve">4. </w:t>
      </w:r>
      <w:r>
        <w:t>Участники хозяйственного общества, заключившие корпоративный договор, обязаны уведомить общество о факте заключения корпоративного договора, при этом его содержание раскрывать не требуется. В случае неисполнения данной обязанности участники общества, не являющиеся сторонами корпоративного договора, вправе требовать возмещения причиненных им убытков. Информация о корпоративном договоре, заключенном акционерами публичного акционерного общества, должна быть раскрыта в пределах, в порядке и на условиях, которые предусмотрены законом об акционерных обществах. Если иное не установлено законом, информация о содержании корпоративного договора, заключенного участниками непубличного общества, не подлежит раскрытию и является конфиденциальной</w:t>
      </w:r>
    </w:p>
    <w:p>
      <w:r>
        <w:rPr>
          <w:b/>
        </w:rPr>
        <w:t xml:space="preserve">5. </w:t>
      </w:r>
      <w:r>
        <w:t>Корпоративный договор не создает обязанностей для лиц, не участвующих в нем в качестве сторон (статья 308)</w:t>
      </w:r>
    </w:p>
    <w:p>
      <w:r>
        <w:rPr>
          <w:b/>
        </w:rPr>
        <w:t xml:space="preserve">6. </w:t>
      </w:r>
      <w:r>
        <w:t>Нарушение корпоративного договора может являться основанием для признания недействительным решения органа хозяйственного общества по иску стороны этого договора при условии, что на момент принятия органом хозяйственного общества соответствующего решения сторонами корпоративного договора являлись все участники хозяйственного общества. Признание решения органа хозяйственного общества недействительным в соответствии с настоящим пунктом само по себе не влечет недействительности сделок хозяйственного общества с третьими лицами, совершенных на основании такого решения. Сделка, заключенная стороной корпоративного договора в нарушение этого договора, может быть признана судом недействительной по иску участника корпоративного договора только в случае, если другая сторона сделки знала или должна была знать об ограничениях, предусмотренных корпоративным договором</w:t>
      </w:r>
    </w:p>
    <w:p>
      <w:r>
        <w:rPr>
          <w:b/>
        </w:rPr>
        <w:t xml:space="preserve">7. </w:t>
      </w:r>
      <w:r>
        <w:t>Стороны корпоративного договора не вправе ссылаться на его недействительность в связи с его противоречием положениям устава хозяйственного общества</w:t>
      </w:r>
    </w:p>
    <w:p>
      <w:r>
        <w:rPr>
          <w:b/>
        </w:rPr>
        <w:t xml:space="preserve">8. </w:t>
      </w:r>
      <w:r>
        <w:t>Прекращение права одной из сторон корпоративного договора на долю в уставном капитале (акции) хозяйственного общества не влечет прекращения действия корпоративного договора в отношении остальных его сторон, если иное не предусмотрено этим договором</w:t>
      </w:r>
    </w:p>
    <w:p>
      <w:r>
        <w:rPr>
          <w:b/>
        </w:rPr>
        <w:t xml:space="preserve">9. </w:t>
      </w:r>
      <w:r>
        <w:t>Кредиторы общества и иные третьи лица могут заключить договор с участниками хозяйственного общества, по которому последние в целях обеспечения охраняемого законом интереса таких третьих лиц обязуются осуществлять свои корпоративные права определенным образом или воздерживаться (отказаться) от их осуществления, в том числе голосовать определенным образом на общем собрании участников общества, согласованно осуществлять иные действия по управлению обществом, приобретать или отчуждать доли в его уставном капитале (акции) по определенной цене или при наступлении определенных обстоятельств либо воздерживаться от отчуждения долей (акций) до наступления определенных обстоятельств. К этому договору соответственно применяются правила о корпоративном договоре</w:t>
      </w:r>
    </w:p>
    <w:p>
      <w:r>
        <w:rPr>
          <w:b/>
        </w:rPr>
        <w:t xml:space="preserve">10. </w:t>
      </w:r>
      <w:r>
        <w:t>Правила о корпоративном договоре соответственно применяются к соглашению о создании хозяйственного общества, если иное не установлено законом или не вытекает из существа отношений сторон такого соглашения. (Дополнение статьей - Федеральный закон от 05.05.2014 № 99-ФЗ)</w:t>
      </w:r>
    </w:p>
    <w:p>
      <w:r>
        <w:rPr>
          <w:b/>
        </w:rPr>
        <w:t>Статья 673. Дочернее хозяйственное общество</w:t>
      </w:r>
    </w:p>
    <w:p>
      <w:r>
        <w:rPr>
          <w:b/>
        </w:rPr>
        <w:t xml:space="preserve">1. </w:t>
      </w:r>
      <w:r>
        <w:t>Хозяйственное общество признается дочерним, если другое (основное) хозяйственное товарищество или общество в силу преобладающего участия в его уставном капитале, либо в соответствии с заключенным между ними договором, либо иным образом имеет возможность определять решения, принимаемые таким обществом</w:t>
      </w:r>
    </w:p>
    <w:p>
      <w:r>
        <w:rPr>
          <w:b/>
        </w:rPr>
        <w:t xml:space="preserve">2. </w:t>
      </w:r>
      <w:r>
        <w:t>Дочернее общество не отвечает по долгам основного хозяйственного товарищества или общества. Основное хозяйственное товарищество или общество отвечает солидарно с дочерним обществом по сделкам, заключенным последним во исполнение указаний или с согласия основного хозяйственного товарищества или общества (пункт 3 статьи 401), за исключением случаев голосования основного хозяйственного товарищества или общества по вопросу об одобрении сделки на общем собрании участников дочернего общества, а также одобрения сделки органом управления основного хозяйственного общества, если необходимость такого одобрения предусмотрена уставом дочернего и (или) основного общества. (В редакции Федерального закона от 29.06.2015 № 210-ФЗ) В случае несостоятельности (банкротства) дочернего общества по вине основного хозяйственного товарищества или общества последнее несет субсидиарную ответственность по его долгам</w:t>
      </w:r>
    </w:p>
    <w:p>
      <w:r>
        <w:rPr>
          <w:b/>
        </w:rPr>
        <w:t xml:space="preserve">3. </w:t>
      </w:r>
      <w:r>
        <w:t>Участники (акционеры) дочернего общества вправе требовать возмещения основным хозяйственным товариществом или обществом убытков, причиненных его действиями или бездействием дочернему обществу (статья 1064). (Дополнение статьей - Федеральный закон от 05.05.2014 № 99-ФЗ)</w:t>
      </w:r>
    </w:p>
    <w:p>
      <w:r>
        <w:rPr>
          <w:b/>
        </w:rPr>
        <w:t>Статья 68. Преобразование хозяйственных товариществ и обществ</w:t>
      </w:r>
    </w:p>
    <w:p>
      <w:r>
        <w:rPr>
          <w:b/>
        </w:rPr>
        <w:t xml:space="preserve">1. </w:t>
      </w:r>
      <w:r>
        <w:t>Хозяйственные товарищества и общества одного вида могут преобразовываться в хозяйственные товарищества и общества другого вида или в производственные кооперативы по решению общего собрания участников в порядке, установленном настоящим Кодексом и законами о хозяйственных обществах. (В редакции Федерального закона от 05.05.2014 № 99-ФЗ)</w:t>
      </w:r>
    </w:p>
    <w:p>
      <w:r>
        <w:rPr>
          <w:b/>
        </w:rPr>
        <w:t xml:space="preserve">2. </w:t>
      </w:r>
      <w:r>
        <w:t>При преобразовании товарищества в общество каждый полный товарищ, ставший участником (акционером) общества, в течение двух лет несет субсидиарную ответственность всем своим имуществом по обязательствам, перешедшим к обществу от товарищества. Отчуждение бывшим товарищем принадлежавших ему долей (акций) не освобождает его от такой ответственности. Правила, изложенные в настоящем пункте, соответственно применяются при преобразовании товарищества в производственный кооператив</w:t>
      </w:r>
    </w:p>
    <w:p>
      <w:r>
        <w:rPr>
          <w:b/>
        </w:rPr>
        <w:t xml:space="preserve">3. </w:t>
      </w:r>
      <w:r>
        <w:t>Хозяйственные товарищества и общества не могут быть реорганизованы в некоммерческие организации, а также в унитарные коммерческие организации. (Дополнение пунктом - Федеральный закон от 05.05.2014 № 99-ФЗ)</w:t>
      </w:r>
    </w:p>
    <w:p>
      <w:r>
        <w:rPr>
          <w:b/>
        </w:rPr>
        <w:t xml:space="preserve">2. </w:t>
      </w:r>
      <w:r>
        <w:t>Полное товарищество</w:t>
      </w:r>
    </w:p>
    <w:p>
      <w:r>
        <w:rPr>
          <w:b/>
        </w:rPr>
        <w:t>Статья 69. Основные положения о полном товариществе</w:t>
      </w:r>
    </w:p>
    <w:p>
      <w:r>
        <w:rPr>
          <w:b/>
        </w:rPr>
        <w:t xml:space="preserve">1. </w:t>
      </w:r>
      <w:r>
        <w:t>Полным признается товарищество, участники которого (полные товарищи) в соответствии с заключенным между ними договором занимаются предпринимательской деятельностью от имени товарищества и несут ответственность по его обязательствам принадлежащим им имуществом</w:t>
      </w:r>
    </w:p>
    <w:p>
      <w:r>
        <w:rPr>
          <w:b/>
        </w:rPr>
        <w:t xml:space="preserve">2. </w:t>
      </w:r>
      <w:r>
        <w:t>Лицо может быть участником только одного полного товарищества</w:t>
      </w:r>
    </w:p>
    <w:p>
      <w:r>
        <w:rPr>
          <w:b/>
        </w:rPr>
        <w:t xml:space="preserve">3. </w:t>
      </w:r>
      <w:r>
        <w:t>Фирменное наименование полного товарищества должно содержать либо имена (наименования) всех его участников и слова "полное товарищество", либо имя (наименование) одного или нескольких участников с добавлением слов "и компания" и слова "полное товарищество"</w:t>
      </w:r>
    </w:p>
    <w:p>
      <w:r>
        <w:rPr>
          <w:b/>
        </w:rPr>
        <w:t>Статья 70. Учредительный договор полного товарищества</w:t>
      </w:r>
    </w:p>
    <w:p>
      <w:r>
        <w:rPr>
          <w:b/>
        </w:rPr>
        <w:t xml:space="preserve">1. </w:t>
      </w:r>
      <w:r>
        <w:t>Полное товарищество создается и действует на основании учредительного договора. Учредительный договор подписывается всеми его участниками</w:t>
      </w:r>
    </w:p>
    <w:p>
      <w:r>
        <w:rPr>
          <w:b/>
        </w:rPr>
        <w:t xml:space="preserve">2. </w:t>
      </w:r>
      <w:r>
        <w:t>Учредительный договор полного товарищества должен содержать помимо сведений, указанных в пункте 2 статьи 52 настоящего Кодекса, условия о размере и составе складочного капитала товарищества; о размере и порядке изменения долей каждого из участников в складочном капитале; о размере, составе, сроках и порядке внесения ими вкладов; об ответственности участников за нарушение обязанностей по внесению вкладов</w:t>
      </w:r>
    </w:p>
    <w:p>
      <w:r>
        <w:rPr>
          <w:b/>
        </w:rPr>
        <w:t>Статья 71. Управление в полном товариществе</w:t>
      </w:r>
    </w:p>
    <w:p>
      <w:r>
        <w:rPr>
          <w:b/>
        </w:rPr>
        <w:t xml:space="preserve">1. </w:t>
      </w:r>
      <w:r>
        <w:t>Управление деятельностью полного товарищества осуществляется по общему согласию всех участников. Учредительным договором товарищества могут быть предусмотрены случаи, когда решение принимается большинством голосов участников</w:t>
      </w:r>
    </w:p>
    <w:p>
      <w:r>
        <w:rPr>
          <w:b/>
        </w:rPr>
        <w:t xml:space="preserve">2. </w:t>
      </w:r>
      <w:r>
        <w:t>Каждый участник полного товарищества имеет один голос, если учредительным договором не предусмотрен иной порядок определения количества голосов его участников</w:t>
      </w:r>
    </w:p>
    <w:p>
      <w:r>
        <w:rPr>
          <w:b/>
        </w:rPr>
        <w:t xml:space="preserve">3. </w:t>
      </w:r>
      <w:r>
        <w:t>Каждый участник товарищества независимо от того, уполномочен ли он вести дела товарищества, вправе получать всю информацию о деятельности товарищества и знакомиться со всей документацией по ведению дел. Отказ от этого права или его ограничение, в том числе по соглашению участников товарищества, ничтожны. (В редакции Федерального закона от 05.05.2014 № 99-ФЗ)</w:t>
      </w:r>
    </w:p>
    <w:p>
      <w:r>
        <w:rPr>
          <w:b/>
        </w:rPr>
        <w:t>Статья 72. Ведение дел полного товарищества</w:t>
      </w:r>
    </w:p>
    <w:p>
      <w:r>
        <w:rPr>
          <w:b/>
        </w:rPr>
        <w:t xml:space="preserve">1. </w:t>
      </w:r>
      <w:r>
        <w:t>Каждый участник полного товарищества вправе действовать от имени товарищества, если учредительным договором не установлено, что все его участники ведут дела совместно, либо ведение дел поручено отдельным участникам. При совместном ведении дел товарищества его участниками для совершения каждой сделки требуется согласие всех участников товарищества. Если ведение дел товарищества поручается его участниками одному или некоторым из них, остальные участники для совершения сделок от имени товарищества должны иметь доверенность от участника (участников), на которого возложено ведение дел товарищества. В отношениях с третьими лицами товарищество не вправе ссылаться на положения учредительного договора, ограничивающие полномочия участников товарищества, за исключением случаев, когда товарищество докажет, что третье лицо в момент совершения сделки знало или заведомо должно было знать об отсутствии у участника товарищества права действовать от имени товарищества</w:t>
      </w:r>
    </w:p>
    <w:p>
      <w:r>
        <w:rPr>
          <w:b/>
        </w:rPr>
        <w:t xml:space="preserve">2. </w:t>
      </w:r>
      <w:r>
        <w:t>Полномочия на ведение дел товарищества, предоставленные одному или нескольким участникам, могут быть прекращены судом по требованию одного или нескольких других участников товарищества при наличии к тому серьезных оснований, в частности вследствие грубого нарушения уполномоченным лицом (лицами) своих обязанностей или обнаружившейся неспособности его к разумному ведению дел. На основании судебного решения в учредительный договор товарищества вносятся необходимые изменения</w:t>
      </w:r>
    </w:p>
    <w:p>
      <w:r>
        <w:rPr>
          <w:b/>
        </w:rPr>
        <w:t>Статья 73. Обязанности участника полного товарищества</w:t>
      </w:r>
    </w:p>
    <w:p>
      <w:r>
        <w:rPr>
          <w:b/>
        </w:rPr>
        <w:t xml:space="preserve">1. </w:t>
      </w:r>
      <w:r>
        <w:t>Участник полного товарищества обязан участвовать в его деятельности в соответствии с условиями учредительного договора</w:t>
      </w:r>
    </w:p>
    <w:p>
      <w:r>
        <w:rPr>
          <w:b/>
        </w:rPr>
        <w:t xml:space="preserve">2. </w:t>
      </w:r>
      <w:r>
        <w:t>Участник полного товарищества обязан внести не менее половины своего вклада в складочный капитал товарищества до его государственной регистрации. Остальная часть должна быть внесена участником в сроки, установленные учредительным договором. При невыполнении указанной обязанности участник обязан уплатить товариществу десять процентов годовых с невнесенной части вклада и возместить причиненные убытки, если иные последствия не установлены учредительным договором. (В редакции Федерального закона от 05.05.2014 № 99-ФЗ)</w:t>
      </w:r>
    </w:p>
    <w:p>
      <w:r>
        <w:rPr>
          <w:b/>
        </w:rPr>
        <w:t xml:space="preserve">3. </w:t>
      </w:r>
      <w:r>
        <w:t>Участник полного товарищества не вправе без согласия остальных участников совершать от своего имени в своих интересах или в интересах третьих лиц сделки, однородные с теми, которые составляют предмет деятельности товарищества. При нарушении этого правила товарищество вправе по своему выбору потребовать от такого участника возмещения причиненных товариществу убытков либо передачи товариществу всей приобретенной по таким сделкам выгоды</w:t>
      </w:r>
    </w:p>
    <w:p>
      <w:r>
        <w:rPr>
          <w:b/>
        </w:rPr>
        <w:t>Статья 74. Распределение прибыли и убытков полного товарищества</w:t>
      </w:r>
    </w:p>
    <w:p>
      <w:r>
        <w:rPr>
          <w:b/>
        </w:rPr>
        <w:t xml:space="preserve">1. </w:t>
      </w:r>
      <w:r>
        <w:t>Прибыль и убытки полного товарищества распределяются между его участниками пропорционально их долям в складочном капитале, если иное не предусмотрено учредительным договором или иным соглашением участников. Не допускается соглашение об устранении кого-либо из участников товарищества от участия в прибыли или в убытках</w:t>
      </w:r>
    </w:p>
    <w:p>
      <w:r>
        <w:rPr>
          <w:b/>
        </w:rPr>
        <w:t xml:space="preserve">2. </w:t>
      </w:r>
      <w:r>
        <w:t>Если вследствие понесенных товариществом убытков стоимость его чистых активов станет меньше размера его складочного капитала, полученная товариществом прибыль не распределяется между участниками до тех пор, пока стоимость чистых активов не превысит размер складочного капитала</w:t>
      </w:r>
    </w:p>
    <w:p>
      <w:r>
        <w:rPr>
          <w:b/>
        </w:rPr>
        <w:t>Статья 75. Ответственность участников полного товарищества по его обязательствам</w:t>
      </w:r>
    </w:p>
    <w:p>
      <w:r>
        <w:rPr>
          <w:b/>
        </w:rPr>
        <w:t xml:space="preserve">1. </w:t>
      </w:r>
      <w:r>
        <w:t>Участники полного товарищества солидарно несут субсидиарную ответственность своим имуществом по обязательствам товарищества</w:t>
      </w:r>
    </w:p>
    <w:p>
      <w:r>
        <w:rPr>
          <w:b/>
        </w:rPr>
        <w:t xml:space="preserve">2. </w:t>
      </w:r>
      <w:r>
        <w:t>Участник полного товарищества, не являющийся его учредителем, отвечает наравне с другими участниками по обязательствам, возникшим до его вступления в товарищество. Участник, выбывший из товарищества, отвечает по обязательствам товарищества, возникшим до момента его выбытия, наравне с оставшимися участниками в течение двух лет со дня утверждения отчета о деятельности товарищества за год, в котором он выбыл из товарищества</w:t>
      </w:r>
    </w:p>
    <w:p>
      <w:r>
        <w:rPr>
          <w:b/>
        </w:rPr>
        <w:t xml:space="preserve">3. </w:t>
      </w:r>
      <w:r>
        <w:t>Соглашение участников товарищества об ограничении или устранении ответственности, предусмотренной в настоящей статье, ничтожно</w:t>
      </w:r>
    </w:p>
    <w:p>
      <w:r>
        <w:rPr>
          <w:b/>
        </w:rPr>
        <w:t>Статья 76. Изменение состава участников полного товарищества</w:t>
      </w:r>
    </w:p>
    <w:p>
      <w:r>
        <w:rPr>
          <w:b/>
        </w:rPr>
        <w:t xml:space="preserve">1. </w:t>
      </w:r>
      <w:r>
        <w:t>В случаях выхода или смерти кого-либо из участников полного товарищества, признания одного из них безвестно отсутствующим, недееспособным, или ограниченно дееспособным, либо несостоятельным (банкротом), открытия в отношении одного из участников реорганизационных процедур по решению суда, ликвидации участвующего в товариществе юридического лица либо обращения кредитором одного из участников взыскания на часть имущества, соответствующую его доле в складочном капитале, товарищество может продолжить свою деятельность, если это предусмотрено учредительным договором товарищества или соглашением остающихся участников</w:t>
      </w:r>
    </w:p>
    <w:p>
      <w:r>
        <w:rPr>
          <w:b/>
        </w:rPr>
        <w:t xml:space="preserve">2. </w:t>
      </w:r>
      <w:r>
        <w:t>Участники полного товарищества вправе требовать в судебном порядке исключения кого-либо из участников из товарищества по единогласному решению остающихся участников и при наличии к тому серьезных оснований, в частности вследствие грубого нарушения этим участником своих обязанностей или обнаружившейся неспособности его к разумному ведению дел</w:t>
      </w:r>
    </w:p>
    <w:p>
      <w:r>
        <w:rPr>
          <w:b/>
        </w:rPr>
        <w:t>Статья 77. Выход участника из полного товарищества</w:t>
      </w:r>
    </w:p>
    <w:p>
      <w:r>
        <w:rPr>
          <w:b/>
        </w:rPr>
        <w:t xml:space="preserve">1. </w:t>
      </w:r>
      <w:r>
        <w:t>Участник полного товарищества вправе выйти из него, заявив об отказе от участия в товариществе. Отказ от участия в полном товариществе, учрежденном без указания срока, должен быть заявлен участником не менее чем за шесть месяцев до фактического выхода из товарищества. Досрочный отказ от участия в полном товариществе, учрежденном на определенный срок, допускается лишь по уважительной причине</w:t>
      </w:r>
    </w:p>
    <w:p>
      <w:r>
        <w:rPr>
          <w:b/>
        </w:rPr>
        <w:t xml:space="preserve">2. </w:t>
      </w:r>
      <w:r>
        <w:t>Соглашение между участниками товарищества об отказе от права выйти из товарищества ничтожно</w:t>
      </w:r>
    </w:p>
    <w:p>
      <w:r>
        <w:rPr>
          <w:b/>
        </w:rPr>
        <w:t>Статья 78. Последствия выбытия участника из полного товарищества</w:t>
      </w:r>
    </w:p>
    <w:p>
      <w:r>
        <w:rPr>
          <w:b/>
        </w:rPr>
        <w:t xml:space="preserve">1. </w:t>
      </w:r>
      <w:r>
        <w:t>Участнику, выбывшему из полного товарищества, выплачивается стоимость части имущества товарищества, соответствующей доле этого участника в складочном капитале, если иное не предусмотрено учредительным договором. По соглашению выбывающего участника с остающимися участниками выплата стоимости имущества может быть заменена выдачей имущества в натуре. Причитающаяся выбывающему участнику часть имущества товарищества или ее стоимость определяется по балансу, составляемому, за исключением случая, предусмотренного в статье 80 настоящего Кодекса, на момент его выбытия</w:t>
      </w:r>
    </w:p>
    <w:p>
      <w:r>
        <w:rPr>
          <w:b/>
        </w:rPr>
        <w:t xml:space="preserve">2. </w:t>
      </w:r>
      <w:r>
        <w:t>В случае смерти участника полного товарищества его наследник может вступить в полное товарищество лишь с согласия других участников. Юридическое лицо, являющееся правопреемником участвовавшего в полном товариществе реорганизованного юридического лица, вправе вступить в товарищество с согласия других его участников, если иное не предусмотрено учредительным договором товарищества. Расчеты с наследником (правопреемником), не вступившим в товарищество, производятся в соответствии с пунктом 1 настоящей статьи. Наследник (правопреемник) участника полного товарищества несет ответственность по обязательствам товарищества перед третьими лицами, по которым в соответствии с пунктом 2 статьи 75 настоящего Кодекса отвечал бы выбывший участник, в пределах перешедшего к нему имущества выбывшего участника товарищества</w:t>
      </w:r>
    </w:p>
    <w:p>
      <w:r>
        <w:rPr>
          <w:b/>
        </w:rPr>
        <w:t xml:space="preserve">3. </w:t>
      </w:r>
      <w:r>
        <w:t>Если один из участников выбыл из товарищества, доли оставшихся участников в складочном капитале товарищества соответственно увеличиваются, если иное не предусмотрено учредительным договором или иным соглашением участников</w:t>
      </w:r>
    </w:p>
    <w:p>
      <w:r>
        <w:rPr>
          <w:b/>
        </w:rPr>
        <w:t>Статья 79. Передача доли участника в складочном капитале полного товарищества</w:t>
      </w:r>
    </w:p>
    <w:p>
      <w:r>
        <w:t>Участник полного товарищества вправе с согласия остальных его участников передать свою долю в складочном капитале или ее часть другому участнику товарищества либо третьему лицу. При передаче доли (части доли) иному лицу к нему переходят полностью или в соответствующей части права, принадлежавшие участнику, передавшему долю (часть доли). Лицо, которому передана доля (часть доли), несет ответственность по обязательствам товарищества в порядке, установленном абзацем первым пункта 2 статьи 75 настоящего Кодекса. Передача всей доли иному лицу участником товарищества прекращает его участие в товариществе и влечет последствия, предусмотренные пунктом 2 статьи 75 настоящего Кодекса.</w:t>
      </w:r>
    </w:p>
    <w:p>
      <w:r>
        <w:rPr>
          <w:b/>
        </w:rPr>
        <w:t>Статья 80. Обращение взыскания на долю участника в складочном капитале полного товарищества</w:t>
      </w:r>
    </w:p>
    <w:p>
      <w:r>
        <w:t>Обращение взыскания на долю участника в складочном капитале полного товарищества по собственным долгам участника допускается лишь при недостатке иного его имущества для покрытия долгов. Кредиторы такого участника вправе потребовать от полного товарищества выдела части имущества товарищества, соответствующей доле должника в складочном капитале, с целью обращения взыскания на это имущество. Подлежащая выделу часть имущества товарищества или его стоимость определяется по балансу, составленному на момент предъявления кредиторами требования о выделе. Обращение взыскания на имущество, соответствующее доле участника в складочном капитале полного товарищества, прекращает его участие в товариществе и влечет последствия, предусмотренные абзацем вторым пункта 2 статьи 75 настоящего Кодекса.</w:t>
      </w:r>
    </w:p>
    <w:p>
      <w:r>
        <w:rPr>
          <w:b/>
        </w:rPr>
        <w:t>Статья 81. Ликвидация полного товарищества</w:t>
      </w:r>
    </w:p>
    <w:p>
      <w:r>
        <w:rPr>
          <w:b/>
        </w:rPr>
        <w:t xml:space="preserve">1. </w:t>
      </w:r>
      <w:r>
        <w:t>В случаях, предусмотренных законом, права, закрепляющие принадлежность объекта гражданских прав определенному лицу, ограничения таких прав и обременения имущества (права на имущество) подлежат государственной регистрации. Государственная регистрация прав на имущество осуществляется уполномоченным в соответствии с законом органом на основе принципов проверки законности оснований регистрации, публичности и достоверности государственного реестра. В государственном реестре должны быть указаны данные, позволяющие определенно установить объект, на который устанавливается право, управомоченное лицо, содержание права, основание его возникновения</w:t>
      </w:r>
    </w:p>
    <w:p>
      <w:r>
        <w:rPr>
          <w:b/>
        </w:rPr>
        <w:t xml:space="preserve">2. </w:t>
      </w:r>
      <w:r>
        <w:t>Права на имущество, подлежащие государственной регистрации, возникают, изменяются и прекращаются с момента внесения соответствующей записи в государственный реестр, если иное не установлено законом</w:t>
      </w:r>
    </w:p>
    <w:p>
      <w:r>
        <w:rPr>
          <w:b/>
        </w:rPr>
        <w:t xml:space="preserve">3. </w:t>
      </w:r>
      <w:r>
        <w:t>В случаях, предусмотренных законом или соглашением сторон, сделка, влекущая возникновение, изменение или прекращение прав на имущество, которые подлежат государственной регистрации, должна быть нотариально удостоверена. Запись в государственный реестр вносится при наличии заявлений об этом всех лиц, совершивших сделку, если иное не установлено законом. Если сделка совершена в нотариальной форме, запись в государственный реестр может быть внесена по заявлению любой стороны сделки, в том числе через нотариуса</w:t>
      </w:r>
    </w:p>
    <w:p>
      <w:r>
        <w:rPr>
          <w:b/>
        </w:rPr>
        <w:t xml:space="preserve">4. </w:t>
      </w:r>
      <w:r>
        <w:t>Если право на имущество возникает, изменяется или прекращается вследствие наступления обстоятельств, указанных в законе, запись о возникновении, об изменении или о прекращении этого права вносится в государственный реестр по заявлению лица, для которого наступают такие правовые последствия. Законом может быть предусмотрено также право иных лиц обращаться с заявлением о внесении соответствующей записи в государственный реестр</w:t>
      </w:r>
    </w:p>
    <w:p>
      <w:r>
        <w:rPr>
          <w:b/>
        </w:rPr>
        <w:t xml:space="preserve">5. </w:t>
      </w:r>
      <w:r>
        <w:t>Уполномоченный в соответствии с законом орган, осуществляющий государственную регистрацию прав на имущество, проверяет полномочия лица, обратившегося с заявлением о государственной регистрации права, законность оснований регистрации, иные предусмотренные законом обстоятельства и документы, а в случаях, указанных в пункте 4 настоящей статьи, также наступление соответствующего обстоятельства. (В редакции Федерального закона от 23.05.2018 № 116-ФЗ) Если право на имущество возникает, изменяется или прекращается на основании нотариально удостоверенной сделки, уполномоченный в соответствии с законом орган вправе проверить законность соответствующей сделки в случаях и в порядке, которые предусмотрены законом</w:t>
      </w:r>
    </w:p>
    <w:p>
      <w:r>
        <w:rPr>
          <w:b/>
        </w:rPr>
        <w:t xml:space="preserve">6. </w:t>
      </w:r>
      <w:r>
        <w:t>Зарегистрированное право может быть оспорено только в судебном порядке. Лицо, указанное в государственном реестре в качестве правообладателя, признается таковым, пока в установленном законом порядке в реестр не внесена запись об ином. При возникновении спора в отношении зарегистрированного права лицо, которое знало или должно было знать о недостоверности данных государственного реестра, не вправе ссылаться на соответствующие данные. Приобретатель недвижимого имущества, полагавшийся при его приобретении на данные государственного реестра, признается добросовестным (статьи 234 и 302), пока в судебном порядке не доказано, что он знал или должен был знать об отсутствии права на отчуждение этого имущества у лица, от которого ему перешли права на него. (Дополнение абзацем - Федеральный закон от 16.12.2019 № 430-ФЗ)</w:t>
      </w:r>
    </w:p>
    <w:p>
      <w:r>
        <w:rPr>
          <w:b/>
        </w:rPr>
        <w:t xml:space="preserve">7. </w:t>
      </w:r>
      <w:r>
        <w:t>В отношении зарегистрированного права в государственный реестр может быть внесена в порядке, установленном законом, отметка о возражении лица, соответствующее право которого было зарегистрировано ранее. Если в течение трех месяцев со дня внесения в государственный реестр отметки о возражении в отношении зарегистрированного права лицо, по заявлению которого она внесена, не оспорило зарегистрированное право в суде, отметка о возражении аннулируется. В этом случае повторное внесение отметки о возражении указанного лица не допускается. Лицо, оспаривающее зарегистрированное право в суде, вправе требовать внесения в государственный реестр отметки о наличии судебного спора в отношении этого права</w:t>
      </w:r>
    </w:p>
    <w:p>
      <w:r>
        <w:rPr>
          <w:b/>
        </w:rPr>
        <w:t xml:space="preserve">8. </w:t>
      </w:r>
      <w:r>
        <w:t>Отказ в государственной регистрации прав на имущество либо уклонение от государственной регистрации могут быть оспорены в суде</w:t>
      </w:r>
    </w:p>
    <w:p>
      <w:r>
        <w:rPr>
          <w:b/>
        </w:rPr>
        <w:t xml:space="preserve">9. </w:t>
      </w:r>
      <w:r>
        <w:t>Убытки, причиненные незаконным отказом в государственной регистрации прав на имущество, уклонением от государственной регистрации, внесением в государственный реестр незаконных или недостоверных данных о праве либо нарушением предусмотренного законом порядка государственной регистрации прав на имущество, по вине органа, осуществляющего государственную регистрацию прав на имущество, подлежат возмещению за счет казны Российской Федерации</w:t>
      </w:r>
    </w:p>
    <w:p>
      <w:r>
        <w:rPr>
          <w:b/>
        </w:rPr>
        <w:t xml:space="preserve">10. </w:t>
      </w:r>
      <w:r>
        <w:t>Правила, предусмотренные настоящей статьей, применяются, поскольку иное не установлено настоящим Кодексом. (Дополнение статьей - Федеральный закон от 30.12.2012 № 302-ФЗ)</w:t>
      </w:r>
    </w:p>
    <w:p>
      <w:r>
        <w:t>Полное товарищество ликвидируется по основаниям, указанным в статье 61 настоящего Кодекса, а также в случае, когда в товариществе остается единственный участник. Такой участник вправе в течение шести месяцев с момента, когда он стал единственным участником товарищества, преобразовать такое товарищество в хозяйственное общество в порядке, установленном настоящим Кодексом. Полное товарищество ликвидируется также в случаях, указанных в пункте 1 статьи 76 настоящего Кодекса, если учредительным договором товарищества или соглашением остающихся участников не предусмотрено, что товарищество продолжит свою деятельность.</w:t>
      </w:r>
    </w:p>
    <w:p>
      <w:r>
        <w:rPr>
          <w:b/>
        </w:rPr>
        <w:t xml:space="preserve">3. </w:t>
      </w:r>
      <w:r>
        <w:t>Товарищество на вере</w:t>
      </w:r>
    </w:p>
    <w:p>
      <w:r>
        <w:rPr>
          <w:b/>
        </w:rPr>
        <w:t>Статья 82. Основные положения о товариществе на вере</w:t>
      </w:r>
    </w:p>
    <w:p>
      <w:r>
        <w:rPr>
          <w:b/>
        </w:rPr>
        <w:t xml:space="preserve">1. </w:t>
      </w:r>
      <w:r>
        <w:t>Товариществом на вере (коммандитным товариществом) признается товарищество, в котором наряду с участниками, осуществляющими от имени товарищества предпринимательскую деятельность и отвечающими по обязательствам товарищества своим имуществом (полными товарищами), имеется один или несколько участников - вкладчиков (коммандитистов), которые несут риск убытков, связанных с деятельностью товарищества, в пределах сумм внесенных ими вкладов и не принимают участия в осуществлении товариществом предпринимательской деятельности</w:t>
      </w:r>
    </w:p>
    <w:p>
      <w:r>
        <w:rPr>
          <w:b/>
        </w:rPr>
        <w:t xml:space="preserve">2. </w:t>
      </w:r>
      <w:r>
        <w:t>Положение полных товарищей, участвующих в товариществе на вере, и их ответственность по обязательствам товарищества определяются правилами настоящего Кодекса об участниках полного товарищества</w:t>
      </w:r>
    </w:p>
    <w:p>
      <w:r>
        <w:rPr>
          <w:b/>
        </w:rPr>
        <w:t xml:space="preserve">3. </w:t>
      </w:r>
      <w:r>
        <w:t>Лицо может быть полным товарищем только в одном товариществе на вере. Участник полного товарищества не может быть полным товарищем в товариществе на вере. Полный товарищ в товариществе на вере не может быть участником полного товарищества. Число коммандитистов в товариществе на вере не должно превышать двадцать. В противном случае оно подлежит преобразованию в хозяйственное общество в течение года, а по истечении этого срока - ликвидации в судебном порядке, если число его коммандитистов не уменьшится до указанного предела. (Дополнение абзацем - Федеральный закон от 05.05.2014 № 99-ФЗ)</w:t>
      </w:r>
    </w:p>
    <w:p>
      <w:r>
        <w:rPr>
          <w:b/>
        </w:rPr>
        <w:t xml:space="preserve">4. </w:t>
      </w:r>
      <w:r>
        <w:t>Фирменное наименование товарищества на вере должно содержать либо имена (наименования) всех полных товарищей и слова "товарищество на вере" или "коммандитное товарищество", либо имя (наименование) не менее чем одного полного товарища с добавлением слов "и компания" и слова "товарищество на вере" или "коммандитное товарищество". Если в фирменное наименование товарищества на вере включено имя вкладчика, такой вкладчик становится полным товарищем</w:t>
      </w:r>
    </w:p>
    <w:p>
      <w:r>
        <w:rPr>
          <w:b/>
        </w:rPr>
        <w:t xml:space="preserve">5. </w:t>
      </w:r>
      <w:r>
        <w:t>К товариществу на вере применяются правила настоящего Кодекса о полном товариществе постольку, поскольку это не противоречит правилам настоящего Кодекса о товариществе на вере</w:t>
      </w:r>
    </w:p>
    <w:p>
      <w:r>
        <w:rPr>
          <w:b/>
        </w:rPr>
        <w:t>Статья 83. Учредительный договор товарищества на вере</w:t>
      </w:r>
    </w:p>
    <w:p>
      <w:r>
        <w:rPr>
          <w:b/>
        </w:rPr>
        <w:t xml:space="preserve">1. </w:t>
      </w:r>
      <w:r>
        <w:t>Товарищество на вере создается и действует на основании учредительного договора. Учредительный договор подписывается всеми полными товарищами</w:t>
      </w:r>
    </w:p>
    <w:p>
      <w:r>
        <w:rPr>
          <w:b/>
        </w:rPr>
        <w:t xml:space="preserve">2. </w:t>
      </w:r>
      <w:r>
        <w:t>Учредительный договор товарищества на вере должен содержать помимо сведений, указанных в пункте 2 статьи 52 настоящего Кодекса, условия о размере и составе складочного капитала товарищества; о размере и порядке изменения долей каждого из полных товарищей в складочном капитале; о размере, составе, сроках и порядке внесения ими вкладов, их ответственности за нарушение обязанностей по внесению вкладов; о совокупном размере вкладов, вносимых вкладчиками</w:t>
      </w:r>
    </w:p>
    <w:p>
      <w:r>
        <w:rPr>
          <w:b/>
        </w:rPr>
        <w:t>Статья 84. Управление в товариществе на вере и ведение его дел</w:t>
      </w:r>
    </w:p>
    <w:p>
      <w:r>
        <w:rPr>
          <w:b/>
        </w:rPr>
        <w:t xml:space="preserve">1. </w:t>
      </w:r>
      <w:r>
        <w:t>Управление деятельностью товарищества на вере осуществляется полными товарищами. Порядок управления и ведения дел такого товарищества его полными товарищами устанавливается ими по правилам настоящего Кодекса о полном товариществе</w:t>
      </w:r>
    </w:p>
    <w:p>
      <w:r>
        <w:rPr>
          <w:b/>
        </w:rPr>
        <w:t xml:space="preserve">2. </w:t>
      </w:r>
      <w:r>
        <w:t>Вкладчики не вправе участвовать в управлении и ведении дел товарищества на вере, выступать от его имени иначе, как по доверенности. Они не вправе оспаривать действия полных товарищей по управлению и ведению дел товарищества</w:t>
      </w:r>
    </w:p>
    <w:p>
      <w:r>
        <w:rPr>
          <w:b/>
        </w:rPr>
        <w:t>Статья 85. Права и обязанности вкладчика товарищества на вере</w:t>
      </w:r>
    </w:p>
    <w:p>
      <w:r>
        <w:rPr>
          <w:b/>
        </w:rPr>
        <w:t xml:space="preserve">1. </w:t>
      </w:r>
      <w:r>
        <w:t>Вкладчик товарищества на вере обязан внести вклад в складочный капитал. Внесение вклада удостоверяется свидетельством об участии, выдаваемым вкладчику товариществом</w:t>
      </w:r>
    </w:p>
    <w:p>
      <w:r>
        <w:rPr>
          <w:b/>
        </w:rPr>
        <w:t xml:space="preserve">2. </w:t>
      </w:r>
      <w:r>
        <w:t>Вкладчик товарищества на вере имеет право</w:t>
      </w:r>
    </w:p>
    <w:p>
      <w:r>
        <w:rPr>
          <w:b/>
        </w:rPr>
        <w:t xml:space="preserve">2. </w:t>
      </w:r>
      <w:r>
        <w:t>получать часть прибыли товарищества, причитающуюся на его долю в складочном капитале, в порядке, предусмотренном учредительным договором</w:t>
      </w:r>
    </w:p>
    <w:p>
      <w:r>
        <w:rPr>
          <w:b/>
        </w:rPr>
        <w:t xml:space="preserve">2. </w:t>
      </w:r>
      <w:r>
        <w:t>знакомиться с годовыми отчетами и балансами товарищества</w:t>
      </w:r>
    </w:p>
    <w:p>
      <w:r>
        <w:rPr>
          <w:b/>
        </w:rPr>
        <w:t xml:space="preserve">2. </w:t>
      </w:r>
      <w:r>
        <w:t>по окончании финансового года выйти из товарищества и получить свой вклад в порядке, предусмотренном учредительным договором</w:t>
      </w:r>
    </w:p>
    <w:p>
      <w:r>
        <w:rPr>
          <w:b/>
        </w:rPr>
        <w:t xml:space="preserve">2. </w:t>
      </w:r>
      <w:r>
        <w:t>передать свою долю в складочном капитале или ее часть другому вкладчику или третьему лицу. Вкладчики пользуются преимущественным перед третьими лицами правом покупки доли (ее части) применительно к условиям и порядку, предусмотренным пунктом 2 статьи 93 настоящего Кодекса. Передача всей доли иному лицу вкладчиком прекращает его участие в товариществе. Учредительным договором товарищества на вере могут предусматриваться и иные права вкладчика</w:t>
      </w:r>
    </w:p>
    <w:p>
      <w:r>
        <w:rPr>
          <w:b/>
        </w:rPr>
        <w:t>Статья 86. Ликвидация товарищества на вере</w:t>
      </w:r>
    </w:p>
    <w:p>
      <w:r>
        <w:rPr>
          <w:b/>
        </w:rPr>
        <w:t xml:space="preserve">1. </w:t>
      </w:r>
      <w:r>
        <w:t>Товарищество на вере ликвидируется при выбытии всех участвовавших в нем вкладчиков. Однако полные товарищи вправе вместо ликвидации преобразовать товарищество на вере в полное товарищество. Товарищество на вере ликвидируется также по основаниям ликвидации полного товарищества (статья 81). Однако товарищество на вере сохраняется, если в нем остаются по крайней мере один полный товарищ и один вкладчик</w:t>
      </w:r>
    </w:p>
    <w:p>
      <w:r>
        <w:rPr>
          <w:b/>
        </w:rPr>
        <w:t xml:space="preserve">2. </w:t>
      </w:r>
      <w:r>
        <w:t>При ликвидации товарищества на вере, в том числе в случае банкротства, вкладчики имеют преимущественное перед полными товарищами право на получение вкладов из имущества товарищества, оставшегося после удовлетворения требований его кредиторов. Оставшееся после этого имущество товарищества распределяется между полными товарищами и вкладчиками пропорционально их долям в складочном капитале товарищества, если иной порядок не установлен учредительным договором или соглашением полных товарищей и вкладчиков</w:t>
      </w:r>
    </w:p>
    <w:p>
      <w:r>
        <w:rPr>
          <w:b/>
        </w:rPr>
        <w:t xml:space="preserve">31. </w:t>
      </w:r>
      <w:r>
        <w:t>Крестьянское (фермерское) хозяйство (Дополнение подпараграфом - Федеральный закон от 30.12.2012 № 302-ФЗ)</w:t>
      </w:r>
    </w:p>
    <w:p>
      <w:r>
        <w:rPr>
          <w:b/>
        </w:rPr>
        <w:t>Статья 861. Крестьянское (фермерское) хозяйство</w:t>
      </w:r>
    </w:p>
    <w:p>
      <w:r>
        <w:rPr>
          <w:b/>
        </w:rPr>
        <w:t xml:space="preserve">1. </w:t>
      </w:r>
      <w:r>
        <w:t>Граждане, ведущие совместную деятельность в области сельского хозяйства без образования юридического лица на основе соглашения о создании крестьянского (фермерского) хозяйства (статья 23), вправе создать юридическое лицо - крестьянское (фермерское) хозяйство. Крестьянским (фермерским) хозяйством, создаваемым в соответствии с настоящей статьей в качестве юридического лица, признается добровольное объединение граждан на основе членства для совместной производственной или иной хозяйственной деятельности в области сельского хозяйства, основанной на их личном участии и объединении членами крестьянского (фермерского) хозяйства имущественных вкладов</w:t>
      </w:r>
    </w:p>
    <w:p>
      <w:r>
        <w:rPr>
          <w:b/>
        </w:rPr>
        <w:t xml:space="preserve">2. </w:t>
      </w:r>
      <w:r>
        <w:t>Имущество крестьянского (фермерского) хозяйства принадлежит ему на праве собственности</w:t>
      </w:r>
    </w:p>
    <w:p>
      <w:r>
        <w:rPr>
          <w:b/>
        </w:rPr>
        <w:t xml:space="preserve">3. </w:t>
      </w:r>
      <w:r>
        <w:t>Гражданин может быть членом только одного крестьянского (фермерского) хозяйства, созданного в качестве юридического лица</w:t>
      </w:r>
    </w:p>
    <w:p>
      <w:r>
        <w:rPr>
          <w:b/>
        </w:rPr>
        <w:t xml:space="preserve">4. </w:t>
      </w:r>
      <w:r>
        <w:t>При обращении взыскания кредиторов крестьянского (фермерского) хозяйства на земельный участок, находящийся в собственности хозяйства, земельный участок подлежит продаже с публичных торгов в пользу лица, которое в соответствии с законом вправе продолжать использование земельного участка по целевому назначению. Члены крестьянского (фермерского) хозяйства, созданного в качестве юридического лица, несут по обязательствам крестьянского (фермерского) хозяйства субсидиарную ответственность</w:t>
      </w:r>
    </w:p>
    <w:p>
      <w:r>
        <w:rPr>
          <w:b/>
        </w:rPr>
        <w:t xml:space="preserve">5. </w:t>
      </w:r>
      <w:r>
        <w:t>Особенности правового положения крестьянского (фермерского) хозяйства, созданного в качестве юридического лица, определяются законом</w:t>
      </w:r>
    </w:p>
    <w:p>
      <w:r>
        <w:rPr>
          <w:b/>
        </w:rPr>
        <w:t xml:space="preserve">4. </w:t>
      </w:r>
      <w:r>
        <w:t>Общество с ограниченной ответственностью</w:t>
      </w:r>
    </w:p>
    <w:p>
      <w:r>
        <w:rPr>
          <w:b/>
        </w:rPr>
        <w:t>Статья 87. Основные положения об обществе с ограниченной ответственностью</w:t>
      </w:r>
    </w:p>
    <w:p>
      <w:r>
        <w:rPr>
          <w:b/>
        </w:rPr>
        <w:t xml:space="preserve">1. </w:t>
      </w:r>
      <w:r>
        <w:t>Обществом с ограниченной ответственностью признается хозяйственное общество, уставный капитал которого разделен на доли; участники общества с ограниченной ответственностью не отвечают по его обязательствам и несут риск убытков, связанных с деятельностью общества, в пределах стоимости принадлежащих им долей. (В редакции Федерального закона от 05.05.2014 № 99-ФЗ) Участники общества, не полностью оплатившие доли, несут солидарную ответственность по обязательствам общества в пределах стоимости неоплаченной части доли каждого из участников. (Пункт в редакции Федерального закона от 30.12.2008 № 312-ФЗ)</w:t>
      </w:r>
    </w:p>
    <w:p>
      <w:r>
        <w:rPr>
          <w:b/>
        </w:rPr>
        <w:t xml:space="preserve">2. </w:t>
      </w:r>
      <w:r>
        <w:t>Фирменное наименование общества с ограниченной ответственностью должно содержать наименование общества и слова "с ограниченной ответственностью"</w:t>
      </w:r>
    </w:p>
    <w:p>
      <w:r>
        <w:rPr>
          <w:b/>
        </w:rPr>
        <w:t xml:space="preserve">3. </w:t>
      </w:r>
      <w:r>
        <w:t>Правовое положение общества с ограниченной ответственностью и права и обязанности его участников определяются настоящим Кодексом и законом об обществах с ограниченной ответственностью. Абзац. (Дополнение абзацем - Федеральный закон от 08.07.1999 № 138-ФЗ) (Утратил силу - Федеральный закон от 05.05.2014 № 99-ФЗ)</w:t>
      </w:r>
    </w:p>
    <w:p>
      <w:r>
        <w:rPr>
          <w:b/>
        </w:rPr>
        <w:t>Статья 88. Участники общества с ограниченной ответственностью</w:t>
      </w:r>
    </w:p>
    <w:p>
      <w:r>
        <w:rPr>
          <w:b/>
        </w:rPr>
        <w:t xml:space="preserve">1. </w:t>
      </w:r>
      <w:r>
        <w:t>Число участников общества с ограниченной ответственностью не должно превышать пятьдесят. В противном случае оно подлежит преобразованию в акционерное общество в течение года, а по истечении этого срока - ликвидации в судебном порядке, если число его участников не уменьшится до указанного предела. (В редакции Федерального закона от 05.05.2014 № 99-ФЗ)</w:t>
      </w:r>
    </w:p>
    <w:p>
      <w:r>
        <w:rPr>
          <w:b/>
        </w:rPr>
        <w:t xml:space="preserve">2. </w:t>
      </w:r>
      <w:r>
        <w:t>Общество с ограниченной ответственностью может быть учреждено одним лицом или может состоять из одного лица, в том числе при создании в результате реорганизации. Абзац. (Утратил силу - Федеральный закон от 05.05.2014 № 99-ФЗ) (Пункт в редакции Федерального закона от 30.12.2008 № 312-ФЗ)</w:t>
      </w:r>
    </w:p>
    <w:p>
      <w:r>
        <w:rPr>
          <w:b/>
        </w:rPr>
        <w:t>Статья 89. Создание общества с ограниченной ответственностью и его устав</w:t>
      </w:r>
    </w:p>
    <w:p>
      <w:r>
        <w:t>(Наименование в редакции Федерального закона от 05.05.2014 № 99-ФЗ)</w:t>
      </w:r>
    </w:p>
    <w:p>
      <w:r>
        <w:rPr>
          <w:b/>
        </w:rPr>
        <w:t xml:space="preserve">1. </w:t>
      </w:r>
      <w:r>
        <w:t>Учредители общества с ограниченной ответственностью заключают между собой договор об учреждении общества с ограниченной ответственностью, определяющий порядок осуществления ими совместной деятельности по учреждению общества, размер уставного капитала общества, размер их долей в уставном капитале общества и иные установленные законом об обществах с ограниченной ответственностью условия. Договор об учреждении общества с ограниченной ответственностью заключается в письменной форме</w:t>
      </w:r>
    </w:p>
    <w:p>
      <w:r>
        <w:rPr>
          <w:b/>
        </w:rPr>
        <w:t xml:space="preserve">2. </w:t>
      </w:r>
      <w:r>
        <w:t>Учредители общества с ограниченной ответственностью несут солидарную ответственность по обязательствам, связанным с его учреждением и возникшим до его государственной регистрации. Общество с ограниченной ответственностью несет ответственность по обязательствам учредителей общества, связанным с его учреждением, только в случае последующего одобрения действий учредителей общества общим собранием участников общества. Размер ответственности общества по этим обязательствам учредителей общества может быть ограничен законом об обществах с ограниченной ответственностью</w:t>
      </w:r>
    </w:p>
    <w:p>
      <w:r>
        <w:rPr>
          <w:b/>
        </w:rPr>
        <w:t xml:space="preserve">3. </w:t>
      </w:r>
      <w:r>
        <w:t>Учредительным документом общества с ограниченной ответственностью является его устав. Устав общества с ограниченной ответственностью должен содержать сведения о фирменном наименовании общества и месте его нахождения, размере его уставного капитала (за исключением случая, предусмотренного пунктом 2 статьи 52 настоящего Кодекса), составе и компетенции его органов, порядке принятия ими решений (в том числе решений по вопросам, принимаемым единогласно или квалифицированным большинством голосов) и иные сведения, предусмотренные законом об обществах с ограниченной ответственностью. (В редакции федеральных законов от 05.05.2014 № 99-ФЗ; от 29.06.2015 № 209-ФЗ)</w:t>
      </w:r>
    </w:p>
    <w:p>
      <w:r>
        <w:rPr>
          <w:b/>
        </w:rPr>
        <w:t xml:space="preserve">4. </w:t>
      </w:r>
      <w:r>
        <w:t>Порядок совершения иных действий по учреждению общества с ограниченной ответственностью определяется законом об обществах с ограниченной ответственностью. (Статья в редакции Федерального закона от 30.12.2008 № 312-ФЗ)</w:t>
      </w:r>
    </w:p>
    <w:p>
      <w:r>
        <w:rPr>
          <w:b/>
        </w:rPr>
        <w:t>Статья 90. Уставный капитал общества с ограниченной ответственностью</w:t>
      </w:r>
    </w:p>
    <w:p>
      <w:r>
        <w:rPr>
          <w:b/>
        </w:rPr>
        <w:t xml:space="preserve">1. </w:t>
      </w:r>
      <w:r>
        <w:t>Уставный капитал общества с ограниченной ответственностью (статья 662) составляется из номинальной стоимости долей участников. (В редакции Федерального закона от 05.05.2014 № 99-ФЗ)</w:t>
      </w:r>
    </w:p>
    <w:p>
      <w:r>
        <w:rPr>
          <w:b/>
        </w:rPr>
        <w:t xml:space="preserve">2. </w:t>
      </w:r>
      <w:r>
        <w:t>Не допускается освобождение участника общества с ограниченной ответственностью от обязанности оплаты доли в уставном капитале общества. Оплата уставного капитала общества с ограниченной ответственностью при увеличении уставного капитала путем зачета требований к обществу допускается в случаях, предусмотренных законом об обществах с ограниченной ответственностью. (Пункт в редакции Федерального закона от 27.12.2009 № 352-ФЗ)</w:t>
      </w:r>
    </w:p>
    <w:p>
      <w:r>
        <w:rPr>
          <w:b/>
        </w:rPr>
        <w:t xml:space="preserve">3. </w:t>
      </w:r>
      <w:r>
        <w:t>Уставный капитал общества с ограниченной ответственностью оплачивается его участниками в сроки и в порядке, которые предусмотрены законом об обществах с ограниченной ответственностью. Последствия нарушения участниками общества сроков и порядка оплаты уставного капитала общества определяются законом об обществах с ограниченной ответственностью. (Пункт в редакции Федерального закона от 05.05.2014 № 129-ФЗ)</w:t>
      </w:r>
    </w:p>
    <w:p>
      <w:r>
        <w:rPr>
          <w:b/>
        </w:rPr>
        <w:t xml:space="preserve">4. </w:t>
      </w:r>
      <w:r>
        <w:t>Если по окончании второго или каждого последующего финансового года стоимость чистых активов общества с ограниченной ответственностью окажется меньше его уставного капитала, общество в порядке и в срок, которые предусмотрены законом об обществах с ограниченной ответственностью, обязано увеличить стоимость чистых активов до размера уставного капитала или зарегистрировать в установленном порядке уменьшение уставного капитала. Если стоимость указанных активов общества становится меньше определенного законом минимального размера уставного капитала, общество подлежит ликвидации. (В редакции Федерального закона от 05.05.2014 № 99-ФЗ)</w:t>
      </w:r>
    </w:p>
    <w:p>
      <w:r>
        <w:rPr>
          <w:b/>
        </w:rPr>
        <w:t xml:space="preserve">5. </w:t>
      </w:r>
      <w:r>
        <w:t>Уменьшение уставного капитала общества с ограниченной ответственностью допускается после уведомления всех его кредиторов. В этом случае последние вправе потребовать досрочного прекращения или исполнения соответствующих обязательств общества и возмещения им убытков. Права и обязанности кредиторов кредитных организаций и некредитных финансовых организаций, созданных в организационно-правовой форме общества с ограниченной ответственностью, определяются также законами, регулирующими деятельность таких организаций. (Пункт в редакции Федерального закона от 05.05.2014 № 99-ФЗ)</w:t>
      </w:r>
    </w:p>
    <w:p>
      <w:r>
        <w:rPr>
          <w:b/>
        </w:rPr>
        <w:t xml:space="preserve">6. </w:t>
      </w:r>
      <w:r>
        <w:t>Увеличение уставного капитала общества допускается после полной оплаты всех его долей. (В редакции Федерального закона от 05.05.2014 № 99-ФЗ)</w:t>
      </w:r>
    </w:p>
    <w:p>
      <w:r>
        <w:rPr>
          <w:b/>
        </w:rPr>
        <w:t>Статья 91</w:t>
      </w:r>
    </w:p>
    <w:p>
      <w:r>
        <w:t>(Статья утратила силу - Федеральный закон от 05.05.2014 № 99-ФЗ)</w:t>
      </w:r>
    </w:p>
    <w:p>
      <w:r>
        <w:rPr>
          <w:b/>
        </w:rPr>
        <w:t>Статья 92. Реорганизация и ликвидация общества с ограниченной ответственностью</w:t>
      </w:r>
    </w:p>
    <w:p>
      <w:r>
        <w:rPr>
          <w:b/>
        </w:rPr>
        <w:t xml:space="preserve">1. </w:t>
      </w:r>
      <w:r>
        <w:t>Общество с ограниченной ответственностью может быть реорганизовано или ликвидировано добровольно по единогласному решению его участников. Иные основания реорганизации и ликвидации общества, а также порядок его реорганизации и ликвидации определяются настоящим Кодексом и другими законами</w:t>
      </w:r>
    </w:p>
    <w:p>
      <w:r>
        <w:rPr>
          <w:b/>
        </w:rPr>
        <w:t xml:space="preserve">2. </w:t>
      </w:r>
      <w:r>
        <w:t>Общество с ограниченной ответственностью вправе преобразоваться в акционерное общество, хозяйственное товарищество или производственный кооператив. (В редакции федеральных законов от 30.12.2008 № 312-ФЗ; от 05.05.2014 № 99-ФЗ)</w:t>
      </w:r>
    </w:p>
    <w:p>
      <w:r>
        <w:rPr>
          <w:b/>
        </w:rPr>
        <w:t>Статья 93. Переход доли в уставном капитале общества с ограниченной ответственностью к другому лицу</w:t>
      </w:r>
    </w:p>
    <w:p>
      <w:r>
        <w:rPr>
          <w:b/>
        </w:rPr>
        <w:t xml:space="preserve">1. </w:t>
      </w:r>
      <w:r>
        <w:t>Переход доли или части доли участника общества в уставном капитале общества с ограниченной ответственностью к другому лицу допускается на основании сделки или в порядке правопреемства либо на ином законном основании с учетом особенностей, предусмотренных настоящим Кодексом и законом об обществах с ограниченной ответственностью</w:t>
      </w:r>
    </w:p>
    <w:p>
      <w:r>
        <w:rPr>
          <w:b/>
        </w:rPr>
        <w:t xml:space="preserve">2. </w:t>
      </w:r>
      <w:r>
        <w:t>Продажа либо отчуждение иным образом доли или части доли в уставном капитале общества с ограниченной ответственностью третьим лицам допускается с соблюдением требований, предусмотренных законом об обществах с ограниченной ответственностью, если это не запрещено уставом общества. Участники общества пользуются преимущественным правом покупки доли или части доли участника общества, если уставом общества не предусмотрено иное. Порядок осуществления преимущественного права и срок, в течение которого участники общества могут воспользоваться указанным правом, определяются законом об обществах с ограниченной ответственностью и уставом общества. Уставом общества также может быть предусмотрено преимущественное право покупки обществом доли или части доли участника общества, если другие участники общества не использовали свое преимущественное право покупки доли или части доли в уставном капитале общества. (В редакции Федерального закона от 07.07.2025 № 185-ФЗ)</w:t>
      </w:r>
    </w:p>
    <w:p>
      <w:r>
        <w:rPr>
          <w:b/>
        </w:rPr>
        <w:t xml:space="preserve">3. </w:t>
      </w:r>
      <w:r>
        <w:t>В случае, если уставом общества отчуждение доли или части доли, принадлежащих участнику общества, третьим лицам запрещено и другие участники общества отказались от их приобретения либо не получено согласие на отчуждение доли или части доли участнику общества или третьему лицу при условии, что необходимость получить такое согласие предусмотрена уставом общества, общество обязано приобрести по требованию участника общества принадлежащую ему долю или часть доли. (В редакции Федерального закона от 05.05.2014 № 99-ФЗ)</w:t>
      </w:r>
    </w:p>
    <w:p>
      <w:r>
        <w:rPr>
          <w:b/>
        </w:rPr>
        <w:t xml:space="preserve">4. </w:t>
      </w:r>
      <w:r>
        <w:t>Доля участника общества с ограниченной ответственностью может быть отчуждена до полной ее оплаты только в части, в которой она уже оплачена</w:t>
      </w:r>
    </w:p>
    <w:p>
      <w:r>
        <w:rPr>
          <w:b/>
        </w:rPr>
        <w:t xml:space="preserve">5. </w:t>
      </w:r>
      <w:r>
        <w:t>В случае приобретения доли или части доли участника самим обществом с ограниченной ответственностью оно обязано реализовать их другим участникам или третьим лицам в сроки и в порядке, которые предусмотрены законом об обществах с ограниченной ответственностью и уставом, либо уменьшить свой уставный капитал в соответствии с пунктами 4 и 5 статьи 90 настоящего Кодекса</w:t>
      </w:r>
    </w:p>
    <w:p>
      <w:r>
        <w:rPr>
          <w:b/>
        </w:rPr>
        <w:t xml:space="preserve">6. </w:t>
      </w:r>
      <w:r>
        <w:t>Доли в уставном капитале общества переходят к наследникам граждан и к правопреемникам юридических лиц, являвшихся участниками общества, если иное не предусмотрено уставом общества с ограниченной ответственностью. Уставом общества может быть предусмотрено, что переход доли в уставном капитале общества к наследникам граждан и правопреемникам юридических лиц, являвшихся участниками общества, передача доли, принадлежавшей ликвидированному юридическому лицу, его учредителям (участникам), имеющим вещные права на его имущество или обязательственные права в отношении этого юридического лица, допускаются только с согласия остальных участников общества. Отказ в согласии на переход доли влечет за собой обязанность общества выплатить указанным лицам ее действительную стоимость или выдать им в натуре имущество, соответствующее такой стоимости, в порядке и на условиях, которые предусмотрены законом об обществах с ограниченной ответственностью и уставом общества</w:t>
      </w:r>
    </w:p>
    <w:p>
      <w:r>
        <w:rPr>
          <w:b/>
        </w:rPr>
        <w:t xml:space="preserve">7. </w:t>
      </w:r>
      <w:r>
        <w:t>Переход доли участника общества с ограниченной ответственностью к другому лицу влечет за собой прекращение его участия в обществе. (Статья в редакции Федерального закона от 30.12.2008 № 312-ФЗ)</w:t>
      </w:r>
    </w:p>
    <w:p>
      <w:r>
        <w:rPr>
          <w:b/>
        </w:rPr>
        <w:t>Статья 94. Выход участника общества с ограниченной ответственностью из общества</w:t>
      </w:r>
    </w:p>
    <w:p>
      <w:r>
        <w:rPr>
          <w:b/>
        </w:rPr>
        <w:t xml:space="preserve">1. </w:t>
      </w:r>
      <w:r>
        <w:t>Участник общества с ограниченной ответственностью вправе выйти из общества независимо от согласия других его участников или общества путем</w:t>
      </w:r>
    </w:p>
    <w:p>
      <w:r>
        <w:rPr>
          <w:b/>
        </w:rPr>
        <w:t xml:space="preserve">2. </w:t>
      </w:r>
      <w:r>
        <w:t>При подаче участником общества с ограниченной ответственностью заявления о выходе из общества или предъявлении им требования о приобретении обществом принадлежащей ему доли в случаях, предусмотренных пунктом 1 настоящей статьи, доля переходит к обществу с даты внесения соответствующей записи в единый государственный реестр юридических лиц в связи с выходом участника общества из общества (если общество является кредитной организацией, к такому обществу доля переходит с даты получения обществом заявления участника общества о выходе из общества) или с даты получения обществом соответствующего требования. Этому участнику должна быть выплачена действительная стоимость его доли в уставном капитале или с его согласия должно быть выдано в натуре имущество такой же стоимости в порядке, способом и в сроки, которые предусмотрены законом об обществах с ограниченной ответственностью и уставом общества. (В редакции Федерального закона от 31.07.2020 № 251-ФЗ) (Статья в редакции Федерального закона от 05.05.2014 № 99-ФЗ)</w:t>
      </w:r>
    </w:p>
    <w:p>
      <w:r>
        <w:rPr>
          <w:b/>
        </w:rPr>
        <w:t xml:space="preserve">5. </w:t>
      </w:r>
      <w:r>
        <w:t>(Статья 95) (Подпараграф утратил силу - Федеральный закон от 05.05.2014 № 99-ФЗ)</w:t>
      </w:r>
    </w:p>
    <w:p>
      <w:r>
        <w:rPr>
          <w:b/>
        </w:rPr>
        <w:t xml:space="preserve">6. </w:t>
      </w:r>
      <w:r>
        <w:t>Акционерное общество</w:t>
      </w:r>
    </w:p>
    <w:p>
      <w:r>
        <w:rPr>
          <w:b/>
        </w:rPr>
        <w:t xml:space="preserve">1. </w:t>
      </w:r>
      <w:r>
        <w:t>подачи заявления о выходе из общества, если такая возможность предусмотрена уставом общества</w:t>
      </w:r>
    </w:p>
    <w:p>
      <w:r>
        <w:rPr>
          <w:b/>
        </w:rPr>
        <w:t xml:space="preserve">1. </w:t>
      </w:r>
      <w:r>
        <w:t>предъявления к обществу требования о приобретении обществом доли в случаях, предусмотренных пунктом 3 статьи 93 настоящего Кодекса и законом об обществах с ограниченной ответственностью. (В редакции Федерального закона от 23.05.2018 № 116-ФЗ)</w:t>
      </w:r>
    </w:p>
    <w:p>
      <w:r>
        <w:rPr>
          <w:b/>
        </w:rPr>
        <w:t>Статья 96. Основные положения об акционерном обществе</w:t>
      </w:r>
    </w:p>
    <w:p>
      <w:r>
        <w:rPr>
          <w:b/>
        </w:rPr>
        <w:t xml:space="preserve">1. </w:t>
      </w:r>
      <w:r>
        <w:t>Акционерным обществом признается хозяйственное общество, уставный капитал которого разделен на определенное число акций; участники акционерного общества (акционеры) не отвечают по его обязательствам и несут риск убытков, связанных с деятельностью общества, в пределах стоимости принадлежащих им акций. (В редакции Федерального закона от 05.05.2014 № 99-ФЗ) Акционеры, не полностью оплатившие акции, несут солидарную ответственность по обязательствам акционерного общества в пределах неоплаченной части стоимости принадлежащих им акций</w:t>
      </w:r>
    </w:p>
    <w:p>
      <w:r>
        <w:rPr>
          <w:b/>
        </w:rPr>
        <w:t xml:space="preserve">2. </w:t>
      </w:r>
      <w:r>
        <w:t>Фирменное наименование акционерного общества должно содержать его наименование и указание на то, что общество является акционерным</w:t>
      </w:r>
    </w:p>
    <w:p>
      <w:r>
        <w:rPr>
          <w:b/>
        </w:rPr>
        <w:t xml:space="preserve">3. </w:t>
      </w:r>
      <w:r>
        <w:t>Правовое положение акционерного общества и права и обязанности акционеров определяются в соответствии с настоящим Кодексом и законом об акционерных обществах. Особенности правового положения акционерных обществ, созданных путем приватизации государственных и муниципальных предприятий, определяются также законами и иными правовыми актами о приватизации этих предприятий. Особенности правового положения кредитных организаций, созданных в организационно-правовой форме акционерного общества, права и обязанности их акционеров определяются также законами, регулирующими деятельность кредитных организаций. (Дополнение абзацем - Федеральный закон от 08.07.1999 № 138-ФЗ) (В редакции Федерального закона от 05.05.2014 № 99-ФЗ)</w:t>
      </w:r>
    </w:p>
    <w:p>
      <w:r>
        <w:rPr>
          <w:b/>
        </w:rPr>
        <w:t>Статья 97. Публичное акционерное общество</w:t>
      </w:r>
    </w:p>
    <w:p>
      <w:r>
        <w:rPr>
          <w:b/>
        </w:rPr>
        <w:t xml:space="preserve">1. </w:t>
      </w:r>
      <w:r>
        <w:t>Публичное акционерное общество (пункт 1 статьи 663) обязано представить для внесения в единый государственный реестр юридических лиц сведения о фирменном наименовании общества, содержащем указание на то, что такое общество является публичным. Акционерное общество вправе представить для внесения в единый государственный реестр юридических лиц сведения о фирменном наименовании общества, содержащем указание на то, что такое общество является публичным. Акционерное общество приобретает право публично размещать (путем открытой подписки) акции и ценные бумаги, конвертируемые в его акции, которые могут публично обращаться на условиях, установленных законами о ценных бумагах, со дня внесения в единый государственный реестр юридических лиц сведений о фирменном наименовании общества, содержащем указание на то, что такое общество является публичным</w:t>
      </w:r>
    </w:p>
    <w:p>
      <w:r>
        <w:rPr>
          <w:b/>
        </w:rPr>
        <w:t xml:space="preserve">2. </w:t>
      </w:r>
      <w:r>
        <w:t>Приобретение непубличным акционерным обществом статуса публичного общества (пункт 1 настоящей статьи) влечет недействительность положений устава и внутренних документов общества, противоречащих правилам о публичном акционерном обществе, установленным настоящим Кодексом, законом об акционерных обществах и законами о ценных бумагах</w:t>
      </w:r>
    </w:p>
    <w:p>
      <w:r>
        <w:rPr>
          <w:b/>
        </w:rPr>
        <w:t xml:space="preserve">3. </w:t>
      </w:r>
      <w:r>
        <w:t>В публичном акционерном обществе образуется коллегиальный орган управления общества (пункт 4 статьи 653), число членов которого не может быть менее пяти. Порядок образования и компетенция указанного коллегиального органа управления определяются законом об акционерных обществах и уставом публичного акционерного общества</w:t>
      </w:r>
    </w:p>
    <w:p>
      <w:r>
        <w:rPr>
          <w:b/>
        </w:rPr>
        <w:t xml:space="preserve">4. </w:t>
      </w:r>
      <w:r>
        <w:t>Обязанности по ведению реестра акционеров публичного акционерного общества и исполнение функций счетной комиссии осуществляются организацией, имеющей предусмотренную законом лицензию. (В редакции Федерального закона от 29.06.2015 № 210-ФЗ)</w:t>
      </w:r>
    </w:p>
    <w:p>
      <w:r>
        <w:rPr>
          <w:b/>
        </w:rPr>
        <w:t xml:space="preserve">5. </w:t>
      </w:r>
      <w:r>
        <w:t>В публичном акционерном обществе не могут быть ограничены количество акций, принадлежащих одному акционеру, их суммарная номинальная стоимость, а также максимальное число голосов, предоставляемых одному акционеру. Уставом публичного акционерного общества не может быть предусмотрена необходимость получения чьего-либо согласия на отчуждение акций этого общества. Никому не может быть предоставлено право преимущественного приобретения акций публичного акционерного общества, кроме случаев, предусмотренных пунктом 3 статьи 100 настоящего Кодекса. Уставом публичного акционерного общества не может быть отнесено к исключительной компетенции общего собрания акционеров решение вопросов, не относящихся к ней в соответствии с настоящим Кодексом и законом об акционерных обществах</w:t>
      </w:r>
    </w:p>
    <w:p>
      <w:r>
        <w:rPr>
          <w:b/>
        </w:rPr>
        <w:t xml:space="preserve">6. </w:t>
      </w:r>
      <w:r>
        <w:t>Публичное акционерное общество обязано раскрывать публично информацию, предусмотренную законом</w:t>
      </w:r>
    </w:p>
    <w:p>
      <w:r>
        <w:rPr>
          <w:b/>
        </w:rPr>
        <w:t xml:space="preserve">7. </w:t>
      </w:r>
      <w:r>
        <w:t>Дополнительные требования к созданию и деятельности, а также к прекращению публичных акционерных обществ устанавливаются законом об акционерных обществах и законами о ценных бумагах. (Статья в редакции Федерального закона от 05.05.2014 № 99-ФЗ)</w:t>
      </w:r>
    </w:p>
    <w:p>
      <w:r>
        <w:rPr>
          <w:b/>
        </w:rPr>
        <w:t>Статья 98. Создание акционерного общества</w:t>
      </w:r>
    </w:p>
    <w:p>
      <w:r>
        <w:t>(Наименование в редакции Федерального закона от 05.05.2014 № 99-ФЗ)</w:t>
      </w:r>
    </w:p>
    <w:p>
      <w:r>
        <w:rPr>
          <w:b/>
        </w:rPr>
        <w:t xml:space="preserve">1. </w:t>
      </w:r>
      <w:r>
        <w:t>Учредители акционерного общества заключают между собой договор, определяющий порядок осуществления ими совместной деятельности по созданию общества, размер уставного капитала общества, категории выпускаемых акций и порядок их размещения, а также иные условия, предусмотренные законом об акционерных обществах. Договор о создании акционерного общества заключается в письменной форме путем составления одного документа, подписанного сторонами. (В редакции Федерального закона от 05.05.2014 № 99-ФЗ)</w:t>
      </w:r>
    </w:p>
    <w:p>
      <w:r>
        <w:rPr>
          <w:b/>
        </w:rPr>
        <w:t xml:space="preserve">2. </w:t>
      </w:r>
      <w:r>
        <w:t>Учредители акционерного общества несут солидарную ответственность по обязательствам, возникшим до регистрации общества. Общество несет ответственность по обязательствам учредителей, связанным с его созданием, только в случае последующего одобрения их действий общим собранием акционеров</w:t>
      </w:r>
    </w:p>
    <w:p>
      <w:r>
        <w:rPr>
          <w:b/>
        </w:rPr>
        <w:t xml:space="preserve">3. </w:t>
      </w:r>
      <w:r>
        <w:t>Учредительным документом акционерного общества является его устав, утвержденный учредителями. Устав акционерного общества должен содержать сведения о фирменном наименовании общества и месте его нахождения, сведения о категориях выпускаемых обществом акций, об их номинальной стоимости и количестве, о размере уставного капитала общества, правах акционеров - владельцев привилегированных акций каждого типа, составе и компетенции органов общества, а также о порядке принятия ими решений. В уставе акционерного общества также должны содержаться иные сведения, предусмотренные законом. (В редакции Федерального закона от 25.02.2022 № 20-ФЗ)</w:t>
      </w:r>
    </w:p>
    <w:p>
      <w:r>
        <w:rPr>
          <w:b/>
        </w:rPr>
        <w:t xml:space="preserve">4. </w:t>
      </w:r>
      <w:r>
        <w:t>Порядок совершения иных действий по созданию акционерного общества, в том числе компетенция учредительного собрания, определяется законом об акционерных обществах</w:t>
      </w:r>
    </w:p>
    <w:p>
      <w:r>
        <w:rPr>
          <w:b/>
        </w:rPr>
        <w:t xml:space="preserve">5. </w:t>
      </w:r>
      <w:r>
        <w:t>Особенности создания акционерных обществ при приватизации государственных и муниципальных предприятий определяются законами и иными правовыми актами о приватизации этих предприятий</w:t>
      </w:r>
    </w:p>
    <w:p>
      <w:r>
        <w:rPr>
          <w:b/>
        </w:rPr>
        <w:t xml:space="preserve">6. </w:t>
      </w:r>
      <w:r>
        <w:t>Акционерное общество может быть создано одним лицом или состоять из одного лица в случае приобретения одним акционером всех акций общества. Сведения об этом подлежат внесению в единый государственный реестр юридических лиц. Акционерное общество может иметь в качестве единственного участника другое хозяйственное общество, состоящее из одного лица, если иное не установлено законом. (В редакции Федерального закона от 24.06.2025 № 178-ФЗ) (Пункт в редакции Федерального закона от 05.05.2014 № 99-ФЗ)</w:t>
      </w:r>
    </w:p>
    <w:p>
      <w:r>
        <w:rPr>
          <w:b/>
        </w:rPr>
        <w:t>Статья 99. Уставный капитал акционерного общества</w:t>
      </w:r>
    </w:p>
    <w:p>
      <w:r>
        <w:rPr>
          <w:b/>
        </w:rPr>
        <w:t xml:space="preserve">1. </w:t>
      </w:r>
      <w:r>
        <w:t>Уставный капитал акционерного общества составляется из номинальной стоимости акций общества, приобретенных акционерами. Абзац. (Утратил силу - Федеральный закон от 05.05.2014 № 99-ФЗ)</w:t>
      </w:r>
    </w:p>
    <w:p>
      <w:r>
        <w:rPr>
          <w:b/>
        </w:rPr>
        <w:t xml:space="preserve">2. </w:t>
      </w:r>
      <w:r>
        <w:t>Не допускается освобождение акционера от обязанности оплаты акций общества. Оплата размещаемых обществом дополнительных акций путем зачета требований к обществу допускается в случаях, предусмотренных законом об акционерных обществах. (Пункт в редакции Федерального закона от 27.12.2009 № 352-ФЗ)</w:t>
      </w:r>
    </w:p>
    <w:p>
      <w:r>
        <w:rPr>
          <w:b/>
        </w:rPr>
        <w:t xml:space="preserve">3. </w:t>
      </w:r>
      <w:r>
        <w:t>Открытая подписка на акции акционерного общества не допускается до полной оплаты уставного капитала. При учреждении акционерного общества все его акции должны быть распределены среди учредителей</w:t>
      </w:r>
    </w:p>
    <w:p>
      <w:r>
        <w:rPr>
          <w:b/>
        </w:rPr>
        <w:t xml:space="preserve">4. </w:t>
      </w:r>
      <w:r>
        <w:t>Если по окончании второго или каждого последующего финансового года стоимость чистых активов акционерного общества окажется меньше его уставного капитала, общество в порядке и в срок, которые предусмотрены законом об акционерных обществах, обязано увеличить стоимость чистых активов до размера уставного капитала либо зарегистрировать в установленном порядке уменьшение уставного капитала. Если стоимость указанных активов общества становится меньше определенного законом минимального размера уставного капитала, общество подлежит ликвидации. (В редакции Федерального закона от 05.05.2014 № 99-ФЗ)</w:t>
      </w:r>
    </w:p>
    <w:p>
      <w:r>
        <w:rPr>
          <w:b/>
        </w:rPr>
        <w:t xml:space="preserve">5. </w:t>
      </w:r>
      <w:r>
        <w:t>Законом или уставом общества, не являющегося публичным, могут быть установлены ограничения числа, суммарной номинальной стоимости акций или максимального числа голосов, принадлежащих одному акционеру. (В редакции Федерального закона от 05.05.2014 № 99-ФЗ)</w:t>
      </w:r>
    </w:p>
    <w:p>
      <w:r>
        <w:rPr>
          <w:b/>
        </w:rPr>
        <w:t>Статья 100. Увеличение уставного капитала акционерного общества</w:t>
      </w:r>
    </w:p>
    <w:p>
      <w:r>
        <w:rPr>
          <w:b/>
        </w:rPr>
        <w:t xml:space="preserve">1. </w:t>
      </w:r>
      <w:r>
        <w:t>Акционерное общество в соответствии с законом об акционерных обществах вправе увеличить уставный капитал путем увеличения номинальной стоимости акций или выпуска дополнительных акций. (В редакции Федерального закона от 05.05.2014 № 99-ФЗ)</w:t>
      </w:r>
    </w:p>
    <w:p>
      <w:r>
        <w:rPr>
          <w:b/>
        </w:rPr>
        <w:t xml:space="preserve">2. </w:t>
      </w:r>
      <w:r>
        <w:t>Увеличение уставного капитала акционерного общества допускается после его полной оплаты. (В редакции Федерального закона от 27.12.2009 № 352-ФЗ)</w:t>
      </w:r>
    </w:p>
    <w:p>
      <w:r>
        <w:rPr>
          <w:b/>
        </w:rPr>
        <w:t xml:space="preserve">3. </w:t>
      </w:r>
      <w:r>
        <w:t>В случаях и в порядке, которые предусмотрены законом об акционерных обществах, акционерам и лицам, которым принадлежат ценные бумаги общества, конвертируемые в его акции, может быть предоставлено преимущественное право покупки дополнительно выпускаемых обществом акций или конвертируемых в акции ценных бумаг. (В редакции Федерального закона от 05.05.2014 № 99-ФЗ)</w:t>
      </w:r>
    </w:p>
    <w:p>
      <w:r>
        <w:rPr>
          <w:b/>
        </w:rPr>
        <w:t>Статья 101. Уменьшение уставного капитала акционерного общества</w:t>
      </w:r>
    </w:p>
    <w:p>
      <w:r>
        <w:rPr>
          <w:b/>
        </w:rPr>
        <w:t xml:space="preserve">1. </w:t>
      </w:r>
      <w:r>
        <w:t>Акционерное общество в соответствии с законом об акционерных обществах вправе уменьшить уставный капитал путем уменьшения номинальной стоимости акций либо путем покупки части акций в целях сокращения их общего количества. (В редакции Федерального закона от 05.05.2014 № 99-ФЗ) Уменьшение уставного капитала общества допускается после уведомления всех его кредиторов в порядке, определяемом законом об акционерных обществах. Права кредиторов в случае уменьшения уставного капитала общества или снижения стоимости его чистых активов определяются законом об акционерных обществах. (В редакции Федерального закона от 27.12.2009 № 352-ФЗ) Права и обязанности кредиторов кредитных организаций и некредитных финансовых организаций, созданных в организационно-правовой форме акционерного общества, определяются также законами, регулирующими деятельность таких организаций. (Дополнение абзацем - Федеральный закон от 08.07.1999 № 138-ФЗ) (В редакции Федерального закона от 05.05.2014 № 99-ФЗ)</w:t>
      </w:r>
    </w:p>
    <w:p>
      <w:r>
        <w:rPr>
          <w:b/>
        </w:rPr>
        <w:t xml:space="preserve">2. </w:t>
      </w:r>
      <w:r>
        <w:t>Уменьшение уставного капитала акционерного общества путем покупки и погашения части акций допускается, если такая возможность предусмотрена в уставе общества</w:t>
      </w:r>
    </w:p>
    <w:p>
      <w:r>
        <w:rPr>
          <w:b/>
        </w:rPr>
        <w:t>Статья 102. Ограничения на выпуск ценных бумаг и выплату дивидендов акционерного общества</w:t>
      </w:r>
    </w:p>
    <w:p>
      <w:r>
        <w:rPr>
          <w:b/>
        </w:rPr>
        <w:t xml:space="preserve">1. </w:t>
      </w:r>
      <w:r>
        <w:t>Доля привилегированных акций в общем объеме уставного капитала акционерного общества не должна превышать двадцати пяти процентов. При этом публичное акционерное общество не вправе размещать привилегированные акции, номинальная стоимость которых ниже номинальной стоимости обыкновенных акций. (В редакции Федерального закона от 05.05.2014 № 99-ФЗ)</w:t>
      </w:r>
    </w:p>
    <w:p>
      <w:r>
        <w:rPr>
          <w:b/>
        </w:rPr>
        <w:t xml:space="preserve">2. </w:t>
      </w:r>
      <w:r>
        <w:t>(Пункт утратил силу - Федеральный закон от 05.05.2014 № 99-ФЗ)</w:t>
      </w:r>
    </w:p>
    <w:p>
      <w:r>
        <w:rPr>
          <w:b/>
        </w:rPr>
        <w:t xml:space="preserve">3. </w:t>
      </w:r>
      <w:r>
        <w:t>Акционерное общество не вправе объявлять и выплачивать дивиденды: до полной оплаты всего уставного капитала; если стоимость чистых активов акционерного общества меньше его уставного капитала и резервного фонда либо станет меньше их размера в результате выплаты дивидендов; в иных случаях, предусмотренных законом об акционерных обществах. (Дополнение абзацем - Федеральный закон от 05.05.2014 № 99-ФЗ)</w:t>
      </w:r>
    </w:p>
    <w:p>
      <w:r>
        <w:rPr>
          <w:b/>
        </w:rPr>
        <w:t>Статья 103</w:t>
      </w:r>
    </w:p>
    <w:p>
      <w:r>
        <w:t>(Статья утратила силу - Федеральный закон от 05.05.2014 № 99-ФЗ)</w:t>
      </w:r>
    </w:p>
    <w:p>
      <w:r>
        <w:rPr>
          <w:b/>
        </w:rPr>
        <w:t>Статья 104. Реорганизация и ликвидация акционерного общества</w:t>
      </w:r>
    </w:p>
    <w:p>
      <w:r>
        <w:rPr>
          <w:b/>
        </w:rPr>
        <w:t xml:space="preserve">1. </w:t>
      </w:r>
      <w:r>
        <w:t>Акционерное общество может быть реорганизовано или ликвидировано добровольно по решению общего собрания акционеров. Иные основания и порядок реорганизации и ликвидации акционерного общества определяются законом. (В редакции Федерального закона от 05.05.2014 № 99-ФЗ)</w:t>
      </w:r>
    </w:p>
    <w:p>
      <w:r>
        <w:rPr>
          <w:b/>
        </w:rPr>
        <w:t xml:space="preserve">2. </w:t>
      </w:r>
      <w:r>
        <w:t>Акционерное общество вправе преобразоваться в общество с ограниченной ответственностью, хозяйственное товарищество или производственный кооператив. (В редакции Федерального закона от 05.05.2014 № 99-ФЗ)</w:t>
      </w:r>
    </w:p>
    <w:p>
      <w:r>
        <w:rPr>
          <w:b/>
        </w:rPr>
        <w:t xml:space="preserve">7. </w:t>
      </w:r>
      <w:r>
        <w:t>(Статьи 105, 106) (Подпараграф утратил силу - Федеральный закон от 05.05.2014 № 99-ФЗ)</w:t>
      </w:r>
    </w:p>
    <w:p>
      <w:r>
        <w:rPr>
          <w:b/>
        </w:rPr>
        <w:t xml:space="preserve">8. </w:t>
      </w:r>
      <w:r>
        <w:t>Производственные кооперативы (Дополнение подпараграфом - Федеральный закон от 05.05.2014 № 99-ФЗ)</w:t>
      </w:r>
    </w:p>
    <w:p>
      <w:r>
        <w:rPr>
          <w:b/>
        </w:rPr>
        <w:t>Статья 106.1. Понятие производственного кооператива</w:t>
      </w:r>
    </w:p>
    <w:p>
      <w:r>
        <w:rPr>
          <w:b/>
        </w:rPr>
        <w:t xml:space="preserve">1. </w:t>
      </w:r>
      <w:r>
        <w:t>Производственным кооперативом (артелью) признается добровольное объединение граждан на основе членства для совместной производственной или иной хозяйственной деятельности (производство, переработка, сбыт промышленной, сельскохозяйственной и иной продукции, выполнение работ, торговля, бытовое обслуживание, оказание других услуг), основанной на их личном трудовом и ином участии и объединении его членами (участниками) имущественных паевых взносов. Законом и уставом производственного кооператива может быть предусмотрено участие в его деятельности юридических лиц. Производственный кооператив является корпоративной коммерческой организацией</w:t>
      </w:r>
    </w:p>
    <w:p>
      <w:r>
        <w:rPr>
          <w:b/>
        </w:rPr>
        <w:t xml:space="preserve">2. </w:t>
      </w:r>
      <w:r>
        <w:t>Члены производственного кооператива несут по обязательствам кооператива субсидиарную ответственность в размерах и в порядке, которые предусмотрены законом о производственных кооперативах и уставом кооператива</w:t>
      </w:r>
    </w:p>
    <w:p>
      <w:r>
        <w:rPr>
          <w:b/>
        </w:rPr>
        <w:t>Статья 106.2. Создание производственного кооператива и его устав</w:t>
      </w:r>
    </w:p>
    <w:p>
      <w:r>
        <w:rPr>
          <w:b/>
        </w:rPr>
        <w:t xml:space="preserve">1. </w:t>
      </w:r>
      <w:r>
        <w:t>Учредительным документом производственного кооператива является его устав, утвержденный общим собранием его членов</w:t>
      </w:r>
    </w:p>
    <w:p>
      <w:r>
        <w:rPr>
          <w:b/>
        </w:rPr>
        <w:t xml:space="preserve">2. </w:t>
      </w:r>
      <w:r>
        <w:t>Устав производственного кооператива должен содержать сведения о фирменном наименовании кооператива и месте его нахождения, условия о размере паевых взносов членов кооператива, составе и порядке внесения паевых взносов членами кооператива и об их ответственности за нарушение обязательства по внесению паевых взносов, о характере и порядке трудового участия его членов в деятельности кооператива и об их ответственности за нарушение обязанности принимать личное трудовое участие в деятельности кооператива, о порядке распределения прибыли и убытков кооператива, размере и об условиях субсидиарной ответственности его членов по обязательствам кооператива, о составе и компетенции органов кооператива и порядке принятия ими решений, в том числе по вопросам, решения по которым принимаются единогласно или квалифицированным большинством голосов</w:t>
      </w:r>
    </w:p>
    <w:p>
      <w:r>
        <w:rPr>
          <w:b/>
        </w:rPr>
        <w:t xml:space="preserve">3. </w:t>
      </w:r>
      <w:r>
        <w:t>Фирменное наименование производственного кооператива должно содержать его наименование и слова "производственный кооператив" или слово "артель"</w:t>
      </w:r>
    </w:p>
    <w:p>
      <w:r>
        <w:rPr>
          <w:b/>
        </w:rPr>
        <w:t xml:space="preserve">4. </w:t>
      </w:r>
      <w:r>
        <w:t>Число членов кооператива не должно быть менее пяти</w:t>
      </w:r>
    </w:p>
    <w:p>
      <w:r>
        <w:rPr>
          <w:b/>
        </w:rPr>
        <w:t>Статья 106.3. Имущество производственного кооператива</w:t>
      </w:r>
    </w:p>
    <w:p>
      <w:r>
        <w:rPr>
          <w:b/>
        </w:rPr>
        <w:t xml:space="preserve">1. </w:t>
      </w:r>
      <w:r>
        <w:t>Имущество, находящееся в собственности производственного кооператива, делится на паи его членов в соответствии с уставом кооператива. Уставом кооператива может быть установлено, что определенная часть принадлежащего кооперативу имущества составляет неделимые фонды, используемые на цели, определяемые уставом. Решение об образовании неделимых фондов принимается членами кооператива единогласно, если иное не предусмотрено уставом кооператива</w:t>
      </w:r>
    </w:p>
    <w:p>
      <w:r>
        <w:rPr>
          <w:b/>
        </w:rPr>
        <w:t xml:space="preserve">2. </w:t>
      </w:r>
      <w:r>
        <w:t>Член производственного кооператива обязан внести к моменту регистрации кооператива не менее десяти процентов паевого взноса, а остальную часть в течение года с момента государственной регистрации кооператива</w:t>
      </w:r>
    </w:p>
    <w:p>
      <w:r>
        <w:rPr>
          <w:b/>
        </w:rPr>
        <w:t xml:space="preserve">3. </w:t>
      </w:r>
      <w:r>
        <w:t>Прибыль производственного кооператива распределяется между его членами в соответствии с их трудовым участием, если иной порядок не предусмотрен законом о производственных кооперативах и уставом кооператива. В таком же порядке распределяется имущество, оставшееся после ликвидации кооператива и удовлетворения требований его кредиторов</w:t>
      </w:r>
    </w:p>
    <w:p>
      <w:r>
        <w:rPr>
          <w:b/>
        </w:rPr>
        <w:t>Статья 106.4. Особенности управления в производственном кооперативе</w:t>
      </w:r>
    </w:p>
    <w:p>
      <w:r>
        <w:rPr>
          <w:b/>
        </w:rPr>
        <w:t xml:space="preserve">1. </w:t>
      </w:r>
      <w:r>
        <w:t>Исполнительными органами производственного кооператива являются председатель и правление кооператива, если его образование предусмотрено законом или уставом кооператива</w:t>
      </w:r>
    </w:p>
    <w:p>
      <w:r>
        <w:rPr>
          <w:b/>
        </w:rPr>
        <w:t xml:space="preserve">2. </w:t>
      </w:r>
      <w:r>
        <w:t>Членами правления производственного кооператива и председателем кооператива могут быть только члены кооператива</w:t>
      </w:r>
    </w:p>
    <w:p>
      <w:r>
        <w:rPr>
          <w:b/>
        </w:rPr>
        <w:t xml:space="preserve">3. </w:t>
      </w:r>
      <w:r>
        <w:t>Член производственного кооператива имеет один голос при принятии решений общим собранием</w:t>
      </w:r>
    </w:p>
    <w:p>
      <w:r>
        <w:rPr>
          <w:b/>
        </w:rPr>
        <w:t>Статья 106.5. Прекращение членства в производственном кооперативе и переход пая</w:t>
      </w:r>
    </w:p>
    <w:p>
      <w:r>
        <w:rPr>
          <w:b/>
        </w:rPr>
        <w:t xml:space="preserve">1. </w:t>
      </w:r>
      <w:r>
        <w:t>Член производственного кооператива по своему усмотрению вправе выйти из кооператива. В этом случае ему должна быть выплачена стоимость пая или должно быть выдано имущество, стоимость которого соответствует стоимости его пая, а также должны быть произведены другие выплаты, предусмотренные уставом кооператива. Выплата стоимости пая или выдача другого имущества выходящему члену кооператива производится по окончании финансового года и утверждении бухгалтерской (финансовой) отчетности кооператива, если иное не предусмотрено уставом кооператива</w:t>
      </w:r>
    </w:p>
    <w:p>
      <w:r>
        <w:rPr>
          <w:b/>
        </w:rPr>
        <w:t xml:space="preserve">2. </w:t>
      </w:r>
      <w:r>
        <w:t>Член производственного кооператива может быть исключен из кооператива по решению общего собрания в случае неисполнения или ненадлежащего исполнения обязанностей, возложенных на него уставом кооператива, а также в других случаях, предусмотренных законом и уставом кооператива. Член правления кооператива может быть исключен из кооператива по решению общего собрания в связи с членством в аналогичном кооперативе. Член кооператива, исключенный из него, имеет право на получение пая и других выплат, предусмотренных уставом кооператива, в соответствии с пунктом 1 настоящей статьи</w:t>
      </w:r>
    </w:p>
    <w:p>
      <w:r>
        <w:rPr>
          <w:b/>
        </w:rPr>
        <w:t xml:space="preserve">3. </w:t>
      </w:r>
      <w:r>
        <w:t>Член производственного кооператива вправе передать свой пай или его часть другому члену кооператива, если иное не предусмотрено законом и уставом кооператива. Передача пая или его части гражданину, не являющемуся членом кооператива, допускается с согласия общего собрания членов кооператива. В этом случае другие члены кооператива пользуются преимущественным правом покупки такого пая или его части</w:t>
      </w:r>
    </w:p>
    <w:p>
      <w:r>
        <w:rPr>
          <w:b/>
        </w:rPr>
        <w:t xml:space="preserve">4. </w:t>
      </w:r>
      <w:r>
        <w:t>В случае смерти члена производственного кооператива его наследники могут быть приняты в члены кооператива, если иное не предусмотрено уставом кооператива. В противном случае кооператив выплачивает наследникам стоимость пая умершего члена кооператива</w:t>
      </w:r>
    </w:p>
    <w:p>
      <w:r>
        <w:rPr>
          <w:b/>
        </w:rPr>
        <w:t xml:space="preserve">5. </w:t>
      </w:r>
      <w:r>
        <w:t>Обращение взыскания на пай члена производственного кооператива по долгам члена кооператива допускается лишь при недостатке иного его имущества для покрытия таких долгов в порядке, установленном законом и уставом кооператива. Взыскание по долгам члена кооператива не может быть обращено на неделимые фонды кооператива</w:t>
      </w:r>
    </w:p>
    <w:p>
      <w:r>
        <w:rPr>
          <w:b/>
        </w:rPr>
        <w:t>Статья 106.6. Преобразование производственного кооператива</w:t>
      </w:r>
    </w:p>
    <w:p>
      <w:r>
        <w:t>Производственный кооператив по решению его членов, принятому единогласно, может преобразоваться в хозяйственное товарищество или общество. § 3. (Статьи 107 - 112) (Параграф утратил силу - Федеральный закон от 05.05.2014 № 99-ФЗ) § 4. Государственные и муниципальные унитарные предприятия</w:t>
      </w:r>
    </w:p>
    <w:p>
      <w:r>
        <w:rPr>
          <w:b/>
        </w:rPr>
        <w:t>Статья 113. Основные положения об унитарном предприятии</w:t>
      </w:r>
    </w:p>
    <w:p>
      <w:r>
        <w:rPr>
          <w:b/>
        </w:rPr>
        <w:t xml:space="preserve">1. </w:t>
      </w:r>
      <w:r>
        <w:t>Унитарным предприятием признается коммерческая организация, не наделенная правом собственности на закрепленное за ней собственником имущество. Имущество унитарного предприятия является неделимым и не может быть распределено по вкладам (долям, паям), в том числе между работниками предприятия. В организационно-правовой форме унитарных предприятий действуют государственные и муниципальные предприятия. В случаях и в порядке, которые предусмотрены законом о государственных и муниципальных унитарных предприятиях, на базе государственного или муниципального имущества может быть создано унитарное казенное предприятие (казенное предприятие)</w:t>
      </w:r>
    </w:p>
    <w:p>
      <w:r>
        <w:rPr>
          <w:b/>
        </w:rPr>
        <w:t xml:space="preserve">2. </w:t>
      </w:r>
      <w:r>
        <w:t>Имущество государственного или муниципального унитарного предприятия находится в государственной или муниципальной собственности и принадлежит такому предприятию на праве хозяйственного ведения или оперативного управления. Права унитарного предприятия на закрепленное за ним имущество определяются в соответствии с настоящим Кодексом и законом о государственных и муниципальных унитарных предприятиях</w:t>
      </w:r>
    </w:p>
    <w:p>
      <w:r>
        <w:rPr>
          <w:b/>
        </w:rPr>
        <w:t xml:space="preserve">3. </w:t>
      </w:r>
      <w:r>
        <w:t>Учредительным документом унитарного предприятия является его устав, утверждаемый уполномоченным государственным органом или органом местного самоуправления, если иное не предусмотрено законом. Устав унитарного предприятия должен содержать сведения о его фирменном наименовании и месте его нахождения, предмете и целях его деятельности. Устав унитарного предприятия, не являющегося казенным, должен содержать также сведения о размере уставного фонда унитарного предприятия</w:t>
      </w:r>
    </w:p>
    <w:p>
      <w:r>
        <w:rPr>
          <w:b/>
        </w:rPr>
        <w:t xml:space="preserve">4. </w:t>
      </w:r>
      <w:r>
        <w:t>Фирменное наименование унитарного предприятия должно содержать указание на собственника его имущества. Фирменное наименование казенного предприятия, кроме того, должно содержать указание на то, что такое предприятие является казенным</w:t>
      </w:r>
    </w:p>
    <w:p>
      <w:r>
        <w:rPr>
          <w:b/>
        </w:rPr>
        <w:t xml:space="preserve">5. </w:t>
      </w:r>
      <w:r>
        <w:t>Органом унитарного предприятия является руководитель предприятия, который назначается уполномоченным собственником органом, если иное не предусмотрено законом, и ему подотчетен</w:t>
      </w:r>
    </w:p>
    <w:p>
      <w:r>
        <w:rPr>
          <w:b/>
        </w:rPr>
        <w:t xml:space="preserve">6. </w:t>
      </w:r>
      <w:r>
        <w:t>Унитарное предприятие отвечает по своим обязательствам всем принадлежащим ему имуществом. Унитарное предприятие не несет ответственность по обязательствам собственника его имущества. Собственник имущества унитарного предприятия, за исключением собственника имущества казенного предприятия, не отвечает по обязательствам своего унитарного предприятия. Собственник имущества казенного предприятия несет субсидиарную ответственность по обязательствам такого предприятия при недостаточности его имущества</w:t>
      </w:r>
    </w:p>
    <w:p>
      <w:r>
        <w:rPr>
          <w:b/>
        </w:rPr>
        <w:t xml:space="preserve">7. </w:t>
      </w:r>
      <w:r>
        <w:t>Правовое положение унитарных предприятий определяется настоящим Кодексом и законом о государственных и муниципальных унитарных предприятиях</w:t>
      </w:r>
    </w:p>
    <w:p>
      <w:r>
        <w:rPr>
          <w:b/>
        </w:rPr>
        <w:t xml:space="preserve">8. </w:t>
      </w:r>
      <w:r>
        <w:t>Унитарное предприятие может быть реорганизовано в соответствии с законом о государственных и муниципальных унитарных предприятиях и законами о приватизации. (Статья в редакции Федерального закона от 05.05.2014 № 99-ФЗ)</w:t>
      </w:r>
    </w:p>
    <w:p>
      <w:r>
        <w:rPr>
          <w:b/>
        </w:rPr>
        <w:t>Статья 114. Создание унитарного предприятия и его уставный фонд</w:t>
      </w:r>
    </w:p>
    <w:p>
      <w:r>
        <w:rPr>
          <w:b/>
        </w:rPr>
        <w:t xml:space="preserve">1. </w:t>
      </w:r>
      <w:r>
        <w:t>Унитарное предприятие создается от имени публично-правового образования (статья 125) решением уполномоченного на то государственного органа или органа местного самоуправления</w:t>
      </w:r>
    </w:p>
    <w:p>
      <w:r>
        <w:rPr>
          <w:b/>
        </w:rPr>
        <w:t xml:space="preserve">2. </w:t>
      </w:r>
      <w:r>
        <w:t>Минимальный размер уставного фонда унитарного предприятия определяется законом о государственных и муниципальных унитарных предприятиях</w:t>
      </w:r>
    </w:p>
    <w:p>
      <w:r>
        <w:rPr>
          <w:b/>
        </w:rPr>
        <w:t xml:space="preserve">3. </w:t>
      </w:r>
      <w:r>
        <w:t>Порядок формирования уставного фонда унитарного предприятия устанавливается законом о государственных и муниципальных унитарных предприятиях</w:t>
      </w:r>
    </w:p>
    <w:p>
      <w:r>
        <w:rPr>
          <w:b/>
        </w:rPr>
        <w:t xml:space="preserve">4. </w:t>
      </w:r>
      <w:r>
        <w:t>Если по окончании финансового года стоимость чистых активов унитарного предприятия окажется меньше размера уставного фонда, орган, уполномоченный создавать такие предприятия, обязан произвести в установленном порядке уменьшение уставного фонда. Если стоимость чистых активов становится меньше размера, определенного законом, унитарное предприятие может быть ликвидировано по решению суда</w:t>
      </w:r>
    </w:p>
    <w:p>
      <w:r>
        <w:rPr>
          <w:b/>
        </w:rPr>
        <w:t xml:space="preserve">5. </w:t>
      </w:r>
      <w:r>
        <w:t>В случае принятия решения об уменьшении уставного фонда унитарное предприятие обязано уведомить об этом в письменной форме своих кредиторов. Кредитор унитарного предприятия вправе потребовать прекращения или досрочного исполнения обязательства, должником по которому является это предприятие, и возмещения убытков. (Статья в редакции Федерального закона от 05.05.2014 № 99-ФЗ)</w:t>
      </w:r>
    </w:p>
    <w:p>
      <w:r>
        <w:rPr>
          <w:b/>
        </w:rPr>
        <w:t>Статья 115</w:t>
      </w:r>
    </w:p>
    <w:p>
      <w:r>
        <w:t>(Статья утратила силу - Федеральный закон от 05.05.2014 № 99-ФЗ) § 5. (Статьи 116 - 123) (Параграф утратил силу - Федеральный закон от 05.05.2014 № 99-ФЗ) § 6. Некоммерческие корпоративные организации (Дополнение параграфом - Федеральный закон от 05.05.2014 № 99-ФЗ)</w:t>
      </w:r>
    </w:p>
    <w:p>
      <w:r>
        <w:rPr>
          <w:b/>
        </w:rPr>
        <w:t xml:space="preserve">1. </w:t>
      </w:r>
      <w:r>
        <w:t>Общие положения о некоммерческих корпоративных организациях</w:t>
      </w:r>
    </w:p>
    <w:p>
      <w:r>
        <w:rPr>
          <w:b/>
        </w:rPr>
        <w:t>Статья 123.1. Основные положения о некоммерческих корпоративных организациях</w:t>
      </w:r>
    </w:p>
    <w:p>
      <w:r>
        <w:rPr>
          <w:b/>
        </w:rPr>
        <w:t xml:space="preserve">1. </w:t>
      </w:r>
      <w:r>
        <w:t>Некоммерческими корпоративными организациями признаются юридические лица, которые не преследуют извлечение прибыли в качестве основной цели своей деятельности и не распределяют полученную прибыль между участниками (пункт 1 статьи 50 и статья 651), учредители (участники) которых приобретают право участия (членства) в них и формируют их высший орган в соответствии с пунктом 1 статьи 653 настоящего Кодекса</w:t>
      </w:r>
    </w:p>
    <w:p>
      <w:r>
        <w:rPr>
          <w:b/>
        </w:rPr>
        <w:t xml:space="preserve">2. </w:t>
      </w:r>
      <w:r>
        <w:t>Некоммерческие корпоративные организации создаются в организационно-правовых формах потребительских кооперативов, общественных организаций, ассоциаций (союзов), нотариальных палат, товариществ собственников недвижимости, казачьих обществ, внесенных в государственный реестр казачьих обществ в Российской Федерации, а также общин коренных малочисленных народов Российской Федерации (пункт 3 статьи 50). (В редакции Федерального закона от 07.02.2017 № 12-ФЗ)</w:t>
      </w:r>
    </w:p>
    <w:p>
      <w:r>
        <w:rPr>
          <w:b/>
        </w:rPr>
        <w:t xml:space="preserve">3. </w:t>
      </w:r>
      <w:r>
        <w:t>Некоммерческие корпоративные организации создаются по решению учредителей, принятому на их общем (учредительном) собрании, конференции, съезде и т.п. Указанные органы утверждают устав соответствующей некоммерческой корпоративной организации и образуют ее органы</w:t>
      </w:r>
    </w:p>
    <w:p>
      <w:r>
        <w:rPr>
          <w:b/>
        </w:rPr>
        <w:t xml:space="preserve">4. </w:t>
      </w:r>
      <w:r>
        <w:t>Некоммерческая корпоративная организация является собственником своего имущества</w:t>
      </w:r>
    </w:p>
    <w:p>
      <w:r>
        <w:rPr>
          <w:b/>
        </w:rPr>
        <w:t xml:space="preserve">5. </w:t>
      </w:r>
      <w:r>
        <w:t>Уставом некоммерческой корпоративной организации может быть предусмотрено, что решения о создании корпорацией других юридических лиц, а также решения об участии корпорации в других юридических лицах, о создании филиалов и об открытии представительств корпорации принимаются коллегиальным органом корпорации</w:t>
      </w:r>
    </w:p>
    <w:p>
      <w:r>
        <w:rPr>
          <w:b/>
        </w:rPr>
        <w:t xml:space="preserve">2. </w:t>
      </w:r>
      <w:r>
        <w:t>Потребительский кооператив</w:t>
      </w:r>
    </w:p>
    <w:p>
      <w:r>
        <w:rPr>
          <w:b/>
        </w:rPr>
        <w:t>Статья 123.2. Основные положения о потребительском кооперативе</w:t>
      </w:r>
    </w:p>
    <w:p>
      <w:r>
        <w:rPr>
          <w:b/>
        </w:rPr>
        <w:t xml:space="preserve">1. </w:t>
      </w:r>
      <w:r>
        <w:t>Потребительским кооперативом признается основанное на членстве добровольное объединение граждан или граждан и юридических лиц в целях удовлетворения их материальных и иных потребностей, осуществляемое путем объединения его членами имущественных паевых взносов. Общество взаимного страхования может быть основано на членстве юридических лиц. (В редакции Федерального закона от 23.05.2016 № 146-ФЗ)</w:t>
      </w:r>
    </w:p>
    <w:p>
      <w:r>
        <w:rPr>
          <w:b/>
        </w:rPr>
        <w:t xml:space="preserve">2. </w:t>
      </w:r>
      <w:r>
        <w:t>Устав потребительского кооператива должен содержать сведения о наименовании и месте нахождения кооператива, предмете и целях его деятельности, условия о размере паевых взносов членов кооператива, составе и порядке внесения паевых взносов членами кооператива и об их ответственности за нарушение обязательства по внесению паевых взносов, о составе и компетенции органов кооператива и порядке принятия ими решений, в том числе по вопросам, решения по которым принимаются единогласно или квалифицированным большинством голосов, порядке покрытия членами кооператива понесенных им убытков. Наименование потребительского кооператива должно содержать указание на основную цель его деятельности, а также слово "кооператив". Наименование общества взаимного страхования должно содержать слова "потребительское общество"</w:t>
      </w:r>
    </w:p>
    <w:p>
      <w:r>
        <w:rPr>
          <w:b/>
        </w:rPr>
        <w:t xml:space="preserve">3. </w:t>
      </w:r>
      <w:r>
        <w:t>Потребительский кооператив по решению своих членов может быть преобразован в общественную организацию, ассоциацию (союз), автономную некоммерческую организацию или общественно полезный фонд. Гаражный, жилищный или жилищно-строительный кооператив по решению своих членов может быть преобразован только в товарищество собственников недвижимости. Общество взаимного страхования по решению своих членов может быть преобразовано только в хозяйственное общество - страховую организацию. (В редакции федеральных законов от 23.05.2016 № 146-ФЗ, от 01.07.2021 № 287-ФЗ, от 24.07.2023 № 351-ФЗ)</w:t>
      </w:r>
    </w:p>
    <w:p>
      <w:r>
        <w:rPr>
          <w:b/>
        </w:rPr>
        <w:t>Статья 123.3. Обязанность членов потребительского кооператива по внесению дополнительных взносов</w:t>
      </w:r>
    </w:p>
    <w:p>
      <w:r>
        <w:rPr>
          <w:b/>
        </w:rPr>
        <w:t xml:space="preserve">1. </w:t>
      </w:r>
      <w:r>
        <w:t>В течение трех месяцев после утверждения ежегодного баланса члены потребительского кооператива обязаны покрыть образовавшиеся убытки путем внесения дополнительных взносов. В случае невыполнения этой обязанности кооператив может быть ликвидирован в судебном порядке по требованию кредиторов</w:t>
      </w:r>
    </w:p>
    <w:p>
      <w:r>
        <w:rPr>
          <w:b/>
        </w:rPr>
        <w:t xml:space="preserve">2. </w:t>
      </w:r>
      <w:r>
        <w:t>Члены потребительского кооператива солидарно несут субсидиарную ответственность по его обязательствам в пределах невнесенной части дополнительного взноса каждого из членов кооператива</w:t>
      </w:r>
    </w:p>
    <w:p>
      <w:r>
        <w:rPr>
          <w:b/>
        </w:rPr>
        <w:t xml:space="preserve">3. </w:t>
      </w:r>
      <w:r>
        <w:t>Общественные организации</w:t>
      </w:r>
    </w:p>
    <w:p>
      <w:r>
        <w:rPr>
          <w:b/>
        </w:rPr>
        <w:t>Статья 123.4. Основные положения об общественных организациях</w:t>
      </w:r>
    </w:p>
    <w:p>
      <w:r>
        <w:rPr>
          <w:b/>
        </w:rPr>
        <w:t xml:space="preserve">1. </w:t>
      </w:r>
      <w:r>
        <w:t>Общественными организациями признаются добровольные объединения граждан, объединившихся в установленном законом порядке на основе общности их интересов для удовлетворения духовных или иных нематериальных потребностей, для представления и защиты общих интересов и достижения иных не противоречащих закону целей</w:t>
      </w:r>
    </w:p>
    <w:p>
      <w:r>
        <w:rPr>
          <w:b/>
        </w:rPr>
        <w:t xml:space="preserve">2. </w:t>
      </w:r>
      <w:r>
        <w:t>Общественная организация является собственником своего имущества. Ее участники (члены) не сохраняют имущественные права на переданное ими в собственность организации имущество, в том числе на членские взносы. Участники (члены) общественной организации не отвечают по обязательствам организации, в которой участвуют в качестве членов, а организация не отвечает по обязательствам своих членов</w:t>
      </w:r>
    </w:p>
    <w:p>
      <w:r>
        <w:rPr>
          <w:b/>
        </w:rPr>
        <w:t xml:space="preserve">3. </w:t>
      </w:r>
      <w:r>
        <w:t>Общественные организации могут объединяться в ассоциации (союзы) в порядке, установленном настоящим Кодексом</w:t>
      </w:r>
    </w:p>
    <w:p>
      <w:r>
        <w:rPr>
          <w:b/>
        </w:rPr>
        <w:t xml:space="preserve">4. </w:t>
      </w:r>
      <w:r>
        <w:t>Общественная организация по решению ее участников (членов) может быть преобразована в ассоциацию (союз), автономную некоммерческую организацию или общественно полезный фонд. (В редакции Федерального закона от 01.07.2021 № 287-ФЗ)</w:t>
      </w:r>
    </w:p>
    <w:p>
      <w:r>
        <w:rPr>
          <w:b/>
        </w:rPr>
        <w:t>Статья 123.5. Учредители и устав общественной организации</w:t>
      </w:r>
    </w:p>
    <w:p>
      <w:r>
        <w:rPr>
          <w:b/>
        </w:rPr>
        <w:t xml:space="preserve">1. </w:t>
      </w:r>
      <w:r>
        <w:t>Количество учредителей общественной организации не может быть менее трех</w:t>
      </w:r>
    </w:p>
    <w:p>
      <w:r>
        <w:rPr>
          <w:b/>
        </w:rPr>
        <w:t xml:space="preserve">2. </w:t>
      </w:r>
      <w:r>
        <w:t>Устав общественной организации должен содержать сведения о ее наименовании и месте нахождения, предмете и целях ее деятельности, а также условия о порядке вступления (принятия) в общественную организацию и выхода из нее, составе и компетенции ее органов и порядке принятия ими решений, в том числе по вопросам, решения по которым принимаются единогласно или квалифицированным большинством голосов, об имущественных правах и обязанностях участника (члена) организации и о порядке распределения имущества, оставшегося после ликвидации организации</w:t>
      </w:r>
    </w:p>
    <w:p>
      <w:r>
        <w:rPr>
          <w:b/>
        </w:rPr>
        <w:t>Статья 123.6. Права и обязанности участника (члена) общественной организации</w:t>
      </w:r>
    </w:p>
    <w:p>
      <w:r>
        <w:rPr>
          <w:b/>
        </w:rPr>
        <w:t xml:space="preserve">1. </w:t>
      </w:r>
      <w:r>
        <w:t>Участник (член) общественной организации осуществляет корпоративные права, предусмотренные пунктом 1 статьи 652 настоящего Кодекса, в порядке, установленном уставом организации. Он также вправе на равных началах с другими участниками (членами) организации безвозмездно пользоваться оказываемыми ею услугами</w:t>
      </w:r>
    </w:p>
    <w:p>
      <w:r>
        <w:rPr>
          <w:b/>
        </w:rPr>
        <w:t xml:space="preserve">2. </w:t>
      </w:r>
      <w:r>
        <w:t>Участник (член) общественной организации наряду с обязанностями, предусмотренными для участников корпорации пунктом 4 статьи 652 настоящего Кодекса, также несет обязанность уплачивать предусмотренные ее уставом членские и иные имущественные взносы. Участник (член) общественной организации по своему усмотрению в любое время вправе выйти из организации, в которой он участвует</w:t>
      </w:r>
    </w:p>
    <w:p>
      <w:r>
        <w:rPr>
          <w:b/>
        </w:rPr>
        <w:t xml:space="preserve">3. </w:t>
      </w:r>
      <w:r>
        <w:t>Членство в общественной организации неотчуждаемо. Осуществление прав участника (члена) общественной организации не может быть передано другому лицу</w:t>
      </w:r>
    </w:p>
    <w:p>
      <w:r>
        <w:rPr>
          <w:b/>
        </w:rPr>
        <w:t>Статья 123.7. Особенности управления в общественной организации</w:t>
      </w:r>
    </w:p>
    <w:p>
      <w:r>
        <w:rPr>
          <w:b/>
        </w:rPr>
        <w:t xml:space="preserve">1. </w:t>
      </w:r>
      <w:r>
        <w:t>К исключительной компетенции высшего органа общественной организации наряду с вопросами, указанными в пункте 2 статьи 653 настоящего Кодекса, относится также принятие решений о размере и порядке уплаты ее участниками (членами) членских и иных имущественных взносов</w:t>
      </w:r>
    </w:p>
    <w:p>
      <w:r>
        <w:rPr>
          <w:b/>
        </w:rPr>
        <w:t xml:space="preserve">2. </w:t>
      </w:r>
      <w:r>
        <w:t>В общественной организации образуется единоличный исполнительный орган (председатель, президент и т.п.) и могут образовываться постоянно действующие коллегиальные исполнительные органы (совет, правление, президиум и т.п.). По решению общего собрания членов общественной организации полномочия ее органа могут быть досрочно прекращены в случаях грубого нарушения этим органом своих обязанностей, обнаружившейся неспособности к надлежащему ведению дел или при наличии иных серьезных оснований</w:t>
      </w:r>
    </w:p>
    <w:p>
      <w:r>
        <w:rPr>
          <w:b/>
        </w:rPr>
        <w:t xml:space="preserve">31. </w:t>
      </w:r>
      <w:r>
        <w:t>Общественные движения (Дополнение подпараграфом - Федеральный закон от 23.05.2015 № 133-ФЗ)</w:t>
      </w:r>
    </w:p>
    <w:p>
      <w:r>
        <w:rPr>
          <w:b/>
        </w:rPr>
        <w:t>Статья 1237-1. Общественные движения</w:t>
      </w:r>
    </w:p>
    <w:p>
      <w:r>
        <w:rPr>
          <w:b/>
        </w:rPr>
        <w:t xml:space="preserve">1. </w:t>
      </w:r>
      <w:r>
        <w:t>Общественным движением является состоящее из участников общественное объединение, преследующее социальные, политические и иные общественно полезные цели, поддерживаемые участниками общественного движения</w:t>
      </w:r>
    </w:p>
    <w:p>
      <w:r>
        <w:rPr>
          <w:b/>
        </w:rPr>
        <w:t xml:space="preserve">2. </w:t>
      </w:r>
      <w:r>
        <w:t>Положения настоящего Кодекса о некоммерческих организациях применяются к общественным движениям, если иное не предусмотрено Федеральным законом от 19 мая 1995 года № 82-ФЗ "Об общественных объединениях"</w:t>
      </w:r>
    </w:p>
    <w:p>
      <w:r>
        <w:rPr>
          <w:b/>
        </w:rPr>
        <w:t xml:space="preserve">4. </w:t>
      </w:r>
      <w:r>
        <w:t>Ассоциации и союзы</w:t>
      </w:r>
    </w:p>
    <w:p>
      <w:r>
        <w:rPr>
          <w:b/>
        </w:rPr>
        <w:t>Статья 123.8. Основные положения об ассоциации (союзе)</w:t>
      </w:r>
    </w:p>
    <w:p>
      <w:r>
        <w:rPr>
          <w:b/>
        </w:rPr>
        <w:t xml:space="preserve">1. </w:t>
      </w:r>
      <w:r>
        <w:t>Ассоциацией (союзом) признается объединение юридических лиц и (или) граждан, основанное на добровольном или в установленных законом случаях на обязательном членстве и созданное для представления и защиты общих, в том числе профессиональных, интересов, для достижения общественно полезных целей, а также иных не противоречащих закону и имеющих некоммерческий характер целей. В организационно-правовой форме ассоциации (союза) создаются, в частности, объединения лиц, имеющие целями координацию их предпринимательской деятельности, представление и защиту общих имущественных интересов, профессиональные объединения граждан, не имеющие целью защиту трудовых прав и интересов своих членов, профессиональные объединения граждан, не связанные с их участием в трудовых отношениях (объединения оценщиков, лиц творческих профессий и другие), саморегулируемые организации и их объединения. (В редакции федеральных законов от 13.07.2015 № 268-ФЗ; от 07.02.2017 № 12-ФЗ)</w:t>
      </w:r>
    </w:p>
    <w:p>
      <w:r>
        <w:rPr>
          <w:b/>
        </w:rPr>
        <w:t xml:space="preserve">2. </w:t>
      </w:r>
      <w:r>
        <w:t>Ассоциации (союзы) могут иметь гражданские права и нести гражданские обязанности, соответствующие целям их создания и деятельности, предусмотренным уставами таких ассоциаций (союзов)</w:t>
      </w:r>
    </w:p>
    <w:p>
      <w:r>
        <w:rPr>
          <w:b/>
        </w:rPr>
        <w:t xml:space="preserve">3. </w:t>
      </w:r>
      <w:r>
        <w:t>Ассоциация (союз) является собственником своего имущества. Ассоциация (союз) отвечает по своим обязательствам всем своим имуществом, если иное не предусмотрено законом в отношении ассоциаций (союзов) отдельных видов. Ассоциация (союз) не отвечает по обязательствам своих членов, если иное не предусмотрено законом. Члены ассоциации (союза) не отвечают по ее обязательствам, за исключением случаев, если законом или уставом ассоциации (союза) предусмотрена субсидиарная ответственность ее членов</w:t>
      </w:r>
    </w:p>
    <w:p>
      <w:r>
        <w:rPr>
          <w:b/>
        </w:rPr>
        <w:t xml:space="preserve">4. </w:t>
      </w:r>
      <w:r>
        <w:t>Ассоциация (союз) по решению своих членов может быть преобразована в общественную организацию, автономную некоммерческую организацию или общественно полезный фонд. (В редакции Федерального закона от 01.07.2021 № 287-ФЗ)</w:t>
      </w:r>
    </w:p>
    <w:p>
      <w:r>
        <w:rPr>
          <w:b/>
        </w:rPr>
        <w:t xml:space="preserve">5. </w:t>
      </w:r>
      <w:r>
        <w:t>Особенности правового положения ассоциаций (союзов) отдельных видов могут быть установлены законами</w:t>
      </w:r>
    </w:p>
    <w:p>
      <w:r>
        <w:rPr>
          <w:b/>
        </w:rPr>
        <w:t>Статья 123.9. Учредители ассоциации (союза) и устав ассоциации (союза)</w:t>
      </w:r>
    </w:p>
    <w:p>
      <w:r>
        <w:rPr>
          <w:b/>
        </w:rPr>
        <w:t xml:space="preserve">1. </w:t>
      </w:r>
      <w:r>
        <w:t>Число учредителей ассоциации (союза) не может быть менее двух. Законами, устанавливающими особенности правового положения ассоциаций (союзов) отдельных видов, могут быть установлены иные требования к минимальному числу учредителей таких ассоциаций (союзов)</w:t>
      </w:r>
    </w:p>
    <w:p>
      <w:r>
        <w:rPr>
          <w:b/>
        </w:rPr>
        <w:t xml:space="preserve">2. </w:t>
      </w:r>
      <w:r>
        <w:t>Устав ассоциации (союза) должен содержать сведения о ее наименовании и месте нахождения, предмете и целях ее деятельности, условия о порядке вступления (принятия) членов в ассоциацию (союз) и выхода из нее, сведения о составе и компетенции органов ассоциации (союза) и порядке принятия ими решений, в том числе по вопросам, решения по которым принимаются единогласно или квалифицированным большинством голосов, об имущественных правах и обязанностях членов ассоциации (союза), о порядке распределения имущества, оставшегося после ликвидации ассоциации (союза)</w:t>
      </w:r>
    </w:p>
    <w:p>
      <w:r>
        <w:rPr>
          <w:b/>
        </w:rPr>
        <w:t>Статья 123.10. Особенности управления в ассоциации (союзе)</w:t>
      </w:r>
    </w:p>
    <w:p>
      <w:r>
        <w:rPr>
          <w:b/>
        </w:rPr>
        <w:t xml:space="preserve">1. </w:t>
      </w:r>
      <w:r>
        <w:t>К исключительной компетенции высшего органа ассоциации (союза) наряду с вопросами, указанными в пункте 2 статьи 653 настоящего Кодекса, относится также принятие решений о порядке определения размера и способа уплаты членских взносов, о дополнительных имущественных взносах членов ассоциации (союза) в ее имущество и о размере их субсидиарной ответственности по обязательствам ассоциации (союза), если такая ответственность предусмотрена законом или уставом</w:t>
      </w:r>
    </w:p>
    <w:p>
      <w:r>
        <w:rPr>
          <w:b/>
        </w:rPr>
        <w:t xml:space="preserve">2. </w:t>
      </w:r>
      <w:r>
        <w:t>В ассоциации (союзе) образуется единоличный исполнительный орган (председатель, президент и т.п.) и могут образовываться постоянно действующие коллегиальные исполнительные органы (совет, правление, президиум и т.п.). По решению высшего органа ассоциации (союза) полномочия органа ассоциации (союза) могут быть досрочно прекращены в случаях грубого нарушения этим органом своих обязанностей, обнаружившейся неспособности к надлежащему ведению дел или при наличии иных серьезных оснований</w:t>
      </w:r>
    </w:p>
    <w:p>
      <w:r>
        <w:rPr>
          <w:b/>
        </w:rPr>
        <w:t>Статья 123.11. Права и обязанности члена ассоциации (союза)</w:t>
      </w:r>
    </w:p>
    <w:p>
      <w:r>
        <w:rPr>
          <w:b/>
        </w:rPr>
        <w:t xml:space="preserve">1. </w:t>
      </w:r>
      <w:r>
        <w:t>Член ассоциации (союза) осуществляет корпоративные права, предусмотренные пунктом 1 статьи 652 настоящего Кодекса, в порядке, установленном в соответствии с законом уставом ассоциации (союза). Он также вправе на равных началах с другими членами ассоциации (союза) безвозмездно, если иное не предусмотрено законом, пользоваться оказываемыми ею услугами. Член ассоциации (союза) вправе выйти из нее по своему усмотрению в любое время</w:t>
      </w:r>
    </w:p>
    <w:p>
      <w:r>
        <w:rPr>
          <w:b/>
        </w:rPr>
        <w:t xml:space="preserve">2. </w:t>
      </w:r>
      <w:r>
        <w:t>Члены ассоциации (союза) наряду с обязанностями, предусмотренными для участников корпорации пунктом 4 статьи 652 настоящего Кодекса, также обязаны уплачивать предусмотренные уставом членские взносы и по решению высшего органа ассоциации (союза) вносить дополнительные имущественные взносы в имущество ассоциации (союза). Член ассоциации (союза) может быть исключен из нее в случаях и в порядке, которые установлены в соответствии с законом уставом ассоциации (союза)</w:t>
      </w:r>
    </w:p>
    <w:p>
      <w:r>
        <w:rPr>
          <w:b/>
        </w:rPr>
        <w:t xml:space="preserve">3. </w:t>
      </w:r>
      <w:r>
        <w:t>Членство в ассоциации (союзе) неотчуждаемо. Последствия прекращения членства в ассоциации (союзе) устанавливаются законом и (или) ее уставом</w:t>
      </w:r>
    </w:p>
    <w:p>
      <w:r>
        <w:rPr>
          <w:b/>
        </w:rPr>
        <w:t xml:space="preserve">5. </w:t>
      </w:r>
      <w:r>
        <w:t>Товарищества собственников недвижимости</w:t>
      </w:r>
    </w:p>
    <w:p>
      <w:r>
        <w:rPr>
          <w:b/>
        </w:rPr>
        <w:t>Статья 123.12. Основные положения о товариществе собственников недвижимости</w:t>
      </w:r>
    </w:p>
    <w:p>
      <w:r>
        <w:rPr>
          <w:b/>
        </w:rPr>
        <w:t xml:space="preserve">1. </w:t>
      </w:r>
      <w:r>
        <w:t>Товариществом собственников недвижимости признается добровольное объединение собственников недвижимого имущества (помещений в здании, в том числе в многоквартирном доме, или в нескольких зданиях, жилых домов, садовых домов, садовых или огородных земельных участков и т.п.), созданное ими для совместного владения, пользования и в установленных законом пределах распоряжения имуществом (вещами), в силу закона находящимся в их общей собственности или в общем пользовании, а также для достижения иных целей, предусмотренных законами. (В редакции Федерального закона от 29.07.2017 № 217-ФЗ)</w:t>
      </w:r>
    </w:p>
    <w:p>
      <w:r>
        <w:rPr>
          <w:b/>
        </w:rPr>
        <w:t xml:space="preserve">2. </w:t>
      </w:r>
      <w:r>
        <w:t>Устав товарищества собственников недвижимости должен содержать сведения о его наименовании, включающем слова "товарищество собственников недвижимости", месте нахождения, предмете и целях его деятельности, составе и компетенции органов товарищества и порядке принятия ими решений, в том числе по вопросам, решения по которым принимаются единогласно или квалифицированным большинством голосов, а также иные сведения, предусмотренные законом</w:t>
      </w:r>
    </w:p>
    <w:p>
      <w:r>
        <w:rPr>
          <w:b/>
        </w:rPr>
        <w:t xml:space="preserve">21. </w:t>
      </w:r>
      <w:r>
        <w:t>Товарищество собственников недвижимости является собственником своего имущества. (Дополнение пунктом - Федеральный закон от 24.07.2023 № 351-ФЗ)</w:t>
      </w:r>
    </w:p>
    <w:p>
      <w:r>
        <w:rPr>
          <w:b/>
        </w:rPr>
        <w:t xml:space="preserve">3. </w:t>
      </w:r>
      <w:r>
        <w:t>Товарищество собственников недвижимости не отвечает по обязательствам своих членов. Члены товарищества собственников недвижимости не отвечают по его обязательствам</w:t>
      </w:r>
    </w:p>
    <w:p>
      <w:r>
        <w:rPr>
          <w:b/>
        </w:rPr>
        <w:t xml:space="preserve">4. </w:t>
      </w:r>
      <w:r>
        <w:t>Товарищество собственников недвижимости по решению своих членов может быть преобразовано в потребительский кооператив</w:t>
      </w:r>
    </w:p>
    <w:p>
      <w:r>
        <w:rPr>
          <w:b/>
        </w:rPr>
        <w:t>Статья 123.13</w:t>
      </w:r>
    </w:p>
    <w:p>
      <w:r>
        <w:t>(Статья утратила силу - Федеральный закон от 24.07.2023 № 351-ФЗ)</w:t>
      </w:r>
    </w:p>
    <w:p>
      <w:r>
        <w:rPr>
          <w:b/>
        </w:rPr>
        <w:t>Статья 123.14. Особенности управления в товариществе собственников недвижимости</w:t>
      </w:r>
    </w:p>
    <w:p>
      <w:r>
        <w:rPr>
          <w:b/>
        </w:rPr>
        <w:t xml:space="preserve">1. </w:t>
      </w:r>
      <w:r>
        <w:t>К исключительной компетенции высшего органа товарищества собственников недвижимости наряду с вопросами, указанными в пункте 2 статьи 653 настоящего Кодекса, относится также принятие решений об установлении размера обязательных платежей и взносов членов товарищества</w:t>
      </w:r>
    </w:p>
    <w:p>
      <w:r>
        <w:rPr>
          <w:b/>
        </w:rPr>
        <w:t xml:space="preserve">2. </w:t>
      </w:r>
      <w:r>
        <w:t>В товариществе собственников недвижимости создаются единоличный исполнительный орган (председатель) и постоянно действующий коллегиальный исполнительный орган (правление). По решению высшего органа товарищества собственников недвижимости (пункт 1 статьи 653) полномочия постоянно действующих органов товарищества могут быть досрочно прекращены в случаях грубого нарушения ими своих обязанностей, обнаружившейся неспособности к надлежащему ведению дел или при наличии иных серьезных оснований</w:t>
      </w:r>
    </w:p>
    <w:p>
      <w:r>
        <w:rPr>
          <w:b/>
        </w:rPr>
        <w:t xml:space="preserve">6. </w:t>
      </w:r>
      <w:r>
        <w:t>Казачьи общества, внесенные в государственный реестр казачьих обществ в Российской Федерации</w:t>
      </w:r>
    </w:p>
    <w:p>
      <w:r>
        <w:rPr>
          <w:b/>
        </w:rPr>
        <w:t>Статья 123.15. Казачье общество, внесенное в государственный реестр казачьих обществ в Российской Федерации</w:t>
      </w:r>
    </w:p>
    <w:p>
      <w:r>
        <w:rPr>
          <w:b/>
        </w:rPr>
        <w:t xml:space="preserve">1. </w:t>
      </w:r>
      <w:r>
        <w:t>Казачьими обществами признаются внесенные в государственный реестр казачьих обществ в Российской Федерации объединения граждан, созданные в целях сохранения традиционных образа жизни, хозяйствования и культуры российского казачества, а также в иных целях, предусмотренных Федеральным законом от 5 декабря 2005 года № 154-ФЗ "О государственной службе российского казачества", добровольно принявших на себя в порядке, установленном законом, обязательства по несению государственной или иной службы</w:t>
      </w:r>
    </w:p>
    <w:p>
      <w:r>
        <w:rPr>
          <w:b/>
        </w:rPr>
        <w:t xml:space="preserve">2. </w:t>
      </w:r>
      <w:r>
        <w:t>Казачье общество по решению его членов может быть преобразовано в ассоциацию (союз) или автономную некоммерческую организацию</w:t>
      </w:r>
    </w:p>
    <w:p>
      <w:r>
        <w:rPr>
          <w:b/>
        </w:rPr>
        <w:t xml:space="preserve">3. </w:t>
      </w:r>
      <w:r>
        <w:t>Положения настоящего Кодекса о некоммерческих организациях применяются к казачьим обществам, внесенным в государственный реестр казачьих обществ в Российской Федерации, если иное не установлено Федеральным законом от 5 декабря 2005 года № 154-ФЗ "О государственной службе российского казачества"</w:t>
      </w:r>
    </w:p>
    <w:p>
      <w:r>
        <w:rPr>
          <w:b/>
        </w:rPr>
        <w:t xml:space="preserve">7. </w:t>
      </w:r>
      <w:r>
        <w:t>Общины коренных малочисленных народов Российской Федерации</w:t>
      </w:r>
    </w:p>
    <w:p>
      <w:r>
        <w:rPr>
          <w:b/>
        </w:rPr>
        <w:t>Статья 123.16. Община коренных малочисленных народов Российской Федерации</w:t>
      </w:r>
    </w:p>
    <w:p>
      <w:r>
        <w:rPr>
          <w:b/>
        </w:rPr>
        <w:t xml:space="preserve">1. </w:t>
      </w:r>
      <w:r>
        <w:t>Общинами коренных малочисленных народов Российской Федерации признаются добровольные объединения граждан, относящихся к коренным малочисленным народам Российской Федерации и объединившихся по кровнородственному и (или) территориально-соседскому признаку в целях защиты исконной среды обитания, сохранения и развития традиционных образа жизни, хозяйствования, промыслов и культуры</w:t>
      </w:r>
    </w:p>
    <w:p>
      <w:r>
        <w:rPr>
          <w:b/>
        </w:rPr>
        <w:t xml:space="preserve">2. </w:t>
      </w:r>
      <w:r>
        <w:t>Члены общины коренных малочисленных народов Российской Федерации имеют право на получение части ее имущества или компенсации стоимости такой части при выходе из общины или ее ликвидации в порядке, установленном законом</w:t>
      </w:r>
    </w:p>
    <w:p>
      <w:r>
        <w:rPr>
          <w:b/>
        </w:rPr>
        <w:t xml:space="preserve">3. </w:t>
      </w:r>
      <w:r>
        <w:t>Община коренных малочисленных народов Российской Федерации по решению ее членов может быть преобразована в ассоциацию (союз) или автономную некоммерческую организацию</w:t>
      </w:r>
    </w:p>
    <w:p>
      <w:r>
        <w:rPr>
          <w:b/>
        </w:rPr>
        <w:t xml:space="preserve">4. </w:t>
      </w:r>
      <w:r>
        <w:t>Положения настоящего Кодекса о некоммерческих организациях применяются к общинам коренных малочисленных народов Российской Федерации, если иное не установлено законом</w:t>
      </w:r>
    </w:p>
    <w:p>
      <w:r>
        <w:rPr>
          <w:b/>
        </w:rPr>
        <w:t xml:space="preserve">8. </w:t>
      </w:r>
      <w:r>
        <w:t>Адвокатские палаты (Дополнение подпараграфом - Федеральный закон от 13.07.2015 № 268-ФЗ)</w:t>
      </w:r>
    </w:p>
    <w:p>
      <w:r>
        <w:rPr>
          <w:b/>
        </w:rPr>
        <w:t>Статья 12316-1. Адвокатские палаты</w:t>
      </w:r>
    </w:p>
    <w:p>
      <w:r>
        <w:rPr>
          <w:b/>
        </w:rPr>
        <w:t xml:space="preserve">1. </w:t>
      </w:r>
      <w:r>
        <w:t>Адвокатскими палатами признаются некоммерческие организации, основанные на обязательном членстве и созданные в виде адвокатской палаты субъекта Российской Федерации или Федеральной палаты адвокатов Российской Федерации для реализации целей, предусмотренных законодательством об адвокатской деятельности и адвокатуре</w:t>
      </w:r>
    </w:p>
    <w:p>
      <w:r>
        <w:rPr>
          <w:b/>
        </w:rPr>
        <w:t xml:space="preserve">2. </w:t>
      </w:r>
      <w:r>
        <w:t>Адвокатская палата субъекта Российской Федерации является некоммерческой организацией, основанной на обязательном членстве всех адвокатов одного субъекта Российской Федерации</w:t>
      </w:r>
    </w:p>
    <w:p>
      <w:r>
        <w:rPr>
          <w:b/>
        </w:rPr>
        <w:t xml:space="preserve">3. </w:t>
      </w:r>
      <w:r>
        <w:t>Федеральная палата адвокатов Российской Федерации является некоммерческой организацией, объединяющей адвокатские палаты субъектов Российской Федерации на основе обязательного членства</w:t>
      </w:r>
    </w:p>
    <w:p>
      <w:r>
        <w:rPr>
          <w:b/>
        </w:rPr>
        <w:t xml:space="preserve">4. </w:t>
      </w:r>
      <w:r>
        <w:t>Особенности создания, правового положения и деятельности адвокатских палат субъектов Российской Федерации и Федеральной палаты адвокатов Российской Федерации определяются законодательством об адвокатской деятельности и адвокатуре</w:t>
      </w:r>
    </w:p>
    <w:p>
      <w:r>
        <w:rPr>
          <w:b/>
        </w:rPr>
        <w:t xml:space="preserve">9. </w:t>
      </w:r>
      <w:r>
        <w:t>Адвокатские образования, являющиеся юридическими лицами (Дополнение подпараграфом - Федеральный закон от 13.07.2015 № 268-ФЗ)</w:t>
      </w:r>
    </w:p>
    <w:p>
      <w:r>
        <w:rPr>
          <w:b/>
        </w:rPr>
        <w:t>Статья 12316-2. Адвокатские образования, являющиеся юридическими лицами</w:t>
      </w:r>
    </w:p>
    <w:p>
      <w:r>
        <w:rPr>
          <w:b/>
        </w:rPr>
        <w:t xml:space="preserve">1. </w:t>
      </w:r>
      <w:r>
        <w:t>Адвокатскими образованиями, являющимися юридическими лицами, признаются некоммерческие организации, созданные в соответствии с законодательством об адвокатской деятельности и адвокатуре в целях осуществления адвокатами адвокатской деятельности</w:t>
      </w:r>
    </w:p>
    <w:p>
      <w:r>
        <w:rPr>
          <w:b/>
        </w:rPr>
        <w:t xml:space="preserve">2. </w:t>
      </w:r>
      <w:r>
        <w:t>Адвокатские образования, являющиеся юридическими лицами, создаются в виде коллегии адвокатов, адвокатского бюро или юридической консультации</w:t>
      </w:r>
    </w:p>
    <w:p>
      <w:r>
        <w:rPr>
          <w:b/>
        </w:rPr>
        <w:t xml:space="preserve">3. </w:t>
      </w:r>
      <w:r>
        <w:t>Особенности создания, правового положения и деятельности адвокатских образований, являющихся юридическими лицами, определяются законодательством об адвокатской деятельности и адвокатуре</w:t>
      </w:r>
    </w:p>
    <w:p>
      <w:r>
        <w:rPr>
          <w:b/>
        </w:rPr>
        <w:t xml:space="preserve">10. </w:t>
      </w:r>
      <w:r>
        <w:t>Нотариальные палаты (Дополнение подпараграфом - Федеральный закон от 07.02.2017 № 12-ФЗ)</w:t>
      </w:r>
    </w:p>
    <w:p>
      <w:r>
        <w:rPr>
          <w:b/>
        </w:rPr>
        <w:t>Статья 12316-3. Нотариальные палаты</w:t>
      </w:r>
    </w:p>
    <w:p>
      <w:r>
        <w:rPr>
          <w:b/>
        </w:rPr>
        <w:t xml:space="preserve">1. </w:t>
      </w:r>
      <w:r>
        <w:t>Нотариальными палатами признаются некоммерческие организации, которые представляют собой профессиональные объединения, основанные на обязательном членстве, и созданы в виде нотариальной палаты субъекта Российской Федерации или Федеральной нотариальной палаты для реализации целей, предусмотренных законодательством о нотариате</w:t>
      </w:r>
    </w:p>
    <w:p>
      <w:r>
        <w:rPr>
          <w:b/>
        </w:rPr>
        <w:t xml:space="preserve">2. </w:t>
      </w:r>
      <w:r>
        <w:t>Нотариальная палата субъекта Российской Федерации является некоммерческой организацией, представляющей собой профессиональное объединение, основанное на обязательном членстве нотариусов, занимающихся частной практикой</w:t>
      </w:r>
    </w:p>
    <w:p>
      <w:r>
        <w:rPr>
          <w:b/>
        </w:rPr>
        <w:t xml:space="preserve">3. </w:t>
      </w:r>
      <w:r>
        <w:t>Федеральная нотариальная палата является некоммерческой организацией, представляющей собой профессиональное объединение нотариальных палат субъектов Российской Федерации, основанное на их обязательном членстве</w:t>
      </w:r>
    </w:p>
    <w:p>
      <w:r>
        <w:rPr>
          <w:b/>
        </w:rPr>
        <w:t xml:space="preserve">4. </w:t>
      </w:r>
      <w:r>
        <w:t>Особенности создания, правового положения и деятельности нотариальных палат субъектов Российской Федерации и Федеральной нотариальной палаты определяются законодательством о нотариате. § 7. Некоммерческие унитарные организации (Дополнение параграфом - Федеральный закон от 05.05.2014 № 99-ФЗ)</w:t>
      </w:r>
    </w:p>
    <w:p>
      <w:r>
        <w:rPr>
          <w:b/>
        </w:rPr>
        <w:t xml:space="preserve">1. </w:t>
      </w:r>
      <w:r>
        <w:t>Общественно полезные фонды (Наименование в редакции Федерального закона от 01.07.2021 № 287-ФЗ)</w:t>
      </w:r>
    </w:p>
    <w:p>
      <w:r>
        <w:rPr>
          <w:b/>
        </w:rPr>
        <w:t>Статья 123.17. Основные положения об общественно полезном фонде</w:t>
      </w:r>
    </w:p>
    <w:p>
      <w:r>
        <w:t>(Наименование в редакции Федерального закона от 01.07.2021 № 287-ФЗ)</w:t>
      </w:r>
    </w:p>
    <w:p>
      <w:r>
        <w:rPr>
          <w:b/>
        </w:rPr>
        <w:t xml:space="preserve">1. </w:t>
      </w:r>
      <w:r>
        <w:t>Общественно полезным фондом (далее также - фонд) в целях настоящего Кодекса признается унитарная некоммерческая организация, не имеющая членства, учрежденная гражданами и (или) юридическими лицами на основе добровольных имущественных взносов и преследующая благотворительные, культурные, образовательные или иные социальные, общественно полезные цели. (В редакции Федерального закона от 01.07.2021 № 287-ФЗ)</w:t>
      </w:r>
    </w:p>
    <w:p>
      <w:r>
        <w:rPr>
          <w:b/>
        </w:rPr>
        <w:t xml:space="preserve">2. </w:t>
      </w:r>
      <w:r>
        <w:t>Устав фонда должен содержать сведения о наименовании фонда, включающем слово "фонд" или слова "общественно полезный фонд", месте его нахождения, предмете и целях его деятельности, об органах фонда, в том числе о высшем коллегиальном органе и о попечительском совете, осуществляющем надзор за деятельностью фонда, порядке назначения должностных лиц фонда и их освобождения от исполнения обязанностей, судьбе имущества фонда в случае его ликвидации. (В редакции Федерального закона от 01.07.2021 № 287-ФЗ)</w:t>
      </w:r>
    </w:p>
    <w:p>
      <w:r>
        <w:rPr>
          <w:b/>
        </w:rPr>
        <w:t xml:space="preserve">3. </w:t>
      </w:r>
      <w:r>
        <w:t>Реорганизация фонда не допускается, за исключением случаев, предусмотренных пунктом 4 настоящей статьи, а также законами, устанавливающими основания и порядок реорганизации фонда. (В редакции Федерального закона от 29.07.2017 № 259-ФЗ)</w:t>
      </w:r>
    </w:p>
    <w:p>
      <w:r>
        <w:rPr>
          <w:b/>
        </w:rPr>
        <w:t xml:space="preserve">4. </w:t>
      </w:r>
      <w:r>
        <w:t>Правовое положение негосударственных пенсионных фондов, включая случаи и порядок их возможной реорганизации, определяется настоящей статьей и статьями 12318 - 12320 настоящего Кодекса с учетом особенностей, предусмотренных законом о негосударственных пенсионных фондах</w:t>
      </w:r>
    </w:p>
    <w:p>
      <w:r>
        <w:rPr>
          <w:b/>
        </w:rPr>
        <w:t xml:space="preserve">5. </w:t>
      </w:r>
      <w:r>
        <w:t>(Дополнение пунктом - Федеральный закон от 29.07.2017 № 259-ФЗ) (Утратил силу - Федеральный закон от 01.07.2021 № 287-ФЗ)</w:t>
      </w:r>
    </w:p>
    <w:p>
      <w:r>
        <w:rPr>
          <w:b/>
        </w:rPr>
        <w:t>Статья 123.18. Имущество фонда</w:t>
      </w:r>
    </w:p>
    <w:p>
      <w:r>
        <w:rPr>
          <w:b/>
        </w:rPr>
        <w:t xml:space="preserve">1. </w:t>
      </w:r>
      <w:r>
        <w:t>Имущество, переданное фонду его учредителями (учредителем), является собственностью фонда. Учредители фонда не имеют имущественных прав в отношении созданного ими фонда и не отвечают по его обязательствам, а фонд не отвечает по обязательствам своих учредителей</w:t>
      </w:r>
    </w:p>
    <w:p>
      <w:r>
        <w:rPr>
          <w:b/>
        </w:rPr>
        <w:t xml:space="preserve">2. </w:t>
      </w:r>
      <w:r>
        <w:t>Фонд использует имущество для целей, определенных в его уставе. Ежегодно фонд обязан опубликовывать отчеты об использовании своего имущества</w:t>
      </w:r>
    </w:p>
    <w:p>
      <w:r>
        <w:rPr>
          <w:b/>
        </w:rPr>
        <w:t>Статья 123.19. Управление фондом</w:t>
      </w:r>
    </w:p>
    <w:p>
      <w:r>
        <w:rPr>
          <w:b/>
        </w:rPr>
        <w:t xml:space="preserve">1. </w:t>
      </w:r>
      <w:r>
        <w:t>Если иное не предусмотрено законом или иным правовым актом, к исключительной компетенции высшего коллегиального органа фонда относятся: (В редакции Федерального закона от 08.03.2015 № 42-ФЗ) определение приоритетных направлений деятельности фонда, принципов образования и использования его имущества; образование других органов фонда и досрочное прекращение их полномочий; утверждение годовых отчетов и годовой бухгалтерской (финансовой) отчетности фонда; принятие решений о создании фондом хозяйственных обществ и (или) об участии в них фонда, за исключением случаев, когда уставом фонда принятие решений по указанным вопросам отнесено к компетенции иных коллегиальных органов фонда; (В редакции Федерального закона от 08.03.2015 № 42-ФЗ) принятие решений о создании филиалов и (или) об открытии представительств фонда; изменение устава фонда, если эта возможность предусмотрена уставом; одобрение совершаемых фондом сделок в случаях, предусмотренных законом. Законом или уставом фонда к исключительной компетенции высшего коллегиального органа фонда может быть отнесено принятие решений по иным вопросам</w:t>
      </w:r>
    </w:p>
    <w:p>
      <w:r>
        <w:rPr>
          <w:b/>
        </w:rPr>
        <w:t xml:space="preserve">2. </w:t>
      </w:r>
      <w:r>
        <w:t>Высший коллегиальный орган фонда избирает единоличный исполнительный орган фонда (председателя, генерального директора и т.д.) и может назначить коллегиальный исполнительный орган фонда (правление) или иной коллегиальный орган фонда, если законом или другим правовым актом указанные полномочия не отнесены к компетенции учредителя фонда. (В редакции Федерального закона от 08.03.2015 № 42-ФЗ) К компетенции единоличного исполнительного и (или) коллегиальных органов фонда относится решение вопросов, не входящих в исключительную компетенцию высшего коллегиального органа фонда. (В редакции Федерального закона от 08.03.2015 № 42-ФЗ)</w:t>
      </w:r>
    </w:p>
    <w:p>
      <w:r>
        <w:rPr>
          <w:b/>
        </w:rPr>
        <w:t xml:space="preserve">3. </w:t>
      </w:r>
      <w:r>
        <w:t>Лица, уполномоченные выступать от имени фонда, обязаны по требованию членов его высшего коллегиального органа, действующих в интересах фонда, в соответствии со статьей 531 настоящего Кодекса возместить убытки, причиненные ими фонду</w:t>
      </w:r>
    </w:p>
    <w:p>
      <w:r>
        <w:rPr>
          <w:b/>
        </w:rPr>
        <w:t xml:space="preserve">4. </w:t>
      </w:r>
      <w:r>
        <w:t>Попечительский совет фонда является органом фонда и осуществляет надзор за деятельностью фонда, принятием другими органами фонда решений и обеспечением их исполнения, использованием средств фонда, соблюдением фондом законодательства. Попечительский совет фонда осуществляет свою деятельность на общественных началах</w:t>
      </w:r>
    </w:p>
    <w:p>
      <w:r>
        <w:rPr>
          <w:b/>
        </w:rPr>
        <w:t>Статья 123.20. Изменение устава и ликвидация фонда</w:t>
      </w:r>
    </w:p>
    <w:p>
      <w:r>
        <w:rPr>
          <w:b/>
        </w:rPr>
        <w:t xml:space="preserve">1. </w:t>
      </w:r>
      <w:r>
        <w:t>Устав фонда может быть изменен высшим коллегиальным органом фонда, если уставом не предусмотрена возможность его изменения по решению учредителя. Устав фонда может быть изменен решением суда, принятым по заявлению органов фонда или государственного органа, уполномоченного осуществлять надзор за деятельностью фонда, в случае, если сохранение устава фонда в неизменном виде влечет последствия, которые было невозможно предвидеть при учреждении фонда, а высший коллегиальный орган фонда или учредитель фонда не изменяет его устав</w:t>
      </w:r>
    </w:p>
    <w:p>
      <w:r>
        <w:rPr>
          <w:b/>
        </w:rPr>
        <w:t xml:space="preserve">2. </w:t>
      </w:r>
      <w:r>
        <w:t>Фонд может быть ликвидирован только на основании решения суда, принятого по заявлению заинтересованных лиц, в случае, если</w:t>
      </w:r>
    </w:p>
    <w:p>
      <w:r>
        <w:rPr>
          <w:b/>
        </w:rPr>
        <w:t xml:space="preserve">3. </w:t>
      </w:r>
      <w:r>
        <w:t>В случае ликвидации фонда его имущество, оставшееся после удовлетворения требований кредиторов, направляется на цели, указанные в уставе фонда, за исключением случаев, если законом предусмотрен возврат такого имущества учредителям фонда</w:t>
      </w:r>
    </w:p>
    <w:p>
      <w:r>
        <w:rPr>
          <w:b/>
        </w:rPr>
        <w:t xml:space="preserve">2. </w:t>
      </w:r>
      <w:r>
        <w:t>имущества фонда недостаточно для осуществления его целей и вероятность получения необходимого имущества нереальна</w:t>
      </w:r>
    </w:p>
    <w:p>
      <w:r>
        <w:rPr>
          <w:b/>
        </w:rPr>
        <w:t xml:space="preserve">2. </w:t>
      </w:r>
      <w:r>
        <w:t>цели фонда не могут быть достигнуты, а необходимые изменения целей фонда не могут быть произведены</w:t>
      </w:r>
    </w:p>
    <w:p>
      <w:r>
        <w:rPr>
          <w:b/>
        </w:rPr>
        <w:t xml:space="preserve">2. </w:t>
      </w:r>
      <w:r>
        <w:t>фонд в своей деятельности уклоняется от целей, предусмотренных уставом</w:t>
      </w:r>
    </w:p>
    <w:p>
      <w:r>
        <w:rPr>
          <w:b/>
        </w:rPr>
        <w:t xml:space="preserve">2. </w:t>
      </w:r>
      <w:r>
        <w:t>в других случаях, предусмотренных законом</w:t>
      </w:r>
    </w:p>
    <w:p>
      <w:r>
        <w:rPr>
          <w:b/>
        </w:rPr>
        <w:t>Статья 12320-1</w:t>
      </w:r>
    </w:p>
    <w:p>
      <w:r>
        <w:t>(Дополнение статьей - Федеральный закон от 29.07.2017 № 259-ФЗ) (Утратила силу - Федеральный закон от 01.07.2021 № 287-ФЗ)</w:t>
      </w:r>
    </w:p>
    <w:p>
      <w:r>
        <w:rPr>
          <w:b/>
        </w:rPr>
        <w:t>Статья 12320-2</w:t>
      </w:r>
    </w:p>
    <w:p>
      <w:r>
        <w:t>(Дополнение статьей - Федеральный закон от 29.07.2017 № 259-ФЗ) (Утратила силу - Федеральный закон от 01.07.2021 № 287-ФЗ)</w:t>
      </w:r>
    </w:p>
    <w:p>
      <w:r>
        <w:rPr>
          <w:b/>
        </w:rPr>
        <w:t>Статья 12320-3</w:t>
      </w:r>
    </w:p>
    <w:p>
      <w:r>
        <w:t>(Дополнение статьей - Федеральный закон от 29.07.2017 № 259-ФЗ) (Утратила силу - Федеральный закон от 01.07.2021 № 287-ФЗ)</w:t>
      </w:r>
    </w:p>
    <w:p>
      <w:r>
        <w:rPr>
          <w:b/>
        </w:rPr>
        <w:t xml:space="preserve">11. </w:t>
      </w:r>
      <w:r>
        <w:t>Личные фонды (Дополнение подпараграфом - Федеральный закон от 01.07.2021 № 287-ФЗ)</w:t>
      </w:r>
    </w:p>
    <w:p>
      <w:r>
        <w:rPr>
          <w:b/>
        </w:rPr>
        <w:t>Статья 12320-4. Основные положения о личном фонде</w:t>
      </w:r>
    </w:p>
    <w:p>
      <w:r>
        <w:rPr>
          <w:b/>
        </w:rPr>
        <w:t xml:space="preserve">1. </w:t>
      </w:r>
      <w:r>
        <w:t>Личным фондом признается учрежденная на определенный срок либо бессрочно гражданином или после его смерти нотариусом унитарная некоммерческая организация, осуществляющая управление переданным ей этим гражданином имуществом или унаследованным от этого гражданина имуществом, а также иным имуществом в соответствии с утвержденными им условиями управления. (В редакции Федерального закона от 08.08.2024 № 237-ФЗ)</w:t>
      </w:r>
    </w:p>
    <w:p>
      <w:r>
        <w:rPr>
          <w:b/>
        </w:rPr>
        <w:t xml:space="preserve">2. </w:t>
      </w:r>
      <w:r>
        <w:t>Личный фонд может быть создан нотариусом после смерти гражданина в соответствии с его завещанием (наследственный фонд). Положения настоящего Кодекса о личных фондах применяются к наследственным фондам, если иное не установлено настоящим Кодексом или не вытекает из особенностей правового положения наследственных фондов. Учредитель личного фонда вправе предусмотреть в уставе созданного при его жизни личного фонда, что после его смерти такой личный фонд продолжает свою деятельность в соответствии с утвержденным учредителем уставом и условиями управления, при этом такой личный фонд не может быть после смерти его учредителя ликвидирован по решению его органов</w:t>
      </w:r>
    </w:p>
    <w:p>
      <w:r>
        <w:rPr>
          <w:b/>
        </w:rPr>
        <w:t xml:space="preserve">3. </w:t>
      </w:r>
      <w:r>
        <w:t>Гражданин, создавший личный фонд при жизни или предусмотревший в своем завещании создание наследственного фонда, признается учредителем личного фонда. Замена учредителя личного фонда не допускается. При создании личных фондов не допускается соучредительство нескольких лиц, за исключением случаев, если учредителями личного фонда являются супруги, передающие личному фонду общее имущество (статья 256)</w:t>
      </w:r>
    </w:p>
    <w:p>
      <w:r>
        <w:rPr>
          <w:b/>
        </w:rPr>
        <w:t xml:space="preserve">4. </w:t>
      </w:r>
      <w:r>
        <w:t>Имущество личного фонда принадлежит личному фонду на праве собственности. Учредитель личного фонда не имеет прав на имущество созданного им фонда. (В редакции Федерального закона от 08.08.2024 № 237-ФЗ) Стоимость имущества, передаваемого личному фонду (за исключением наследственного фонда) его учредителем при создании личного фонда, не может быть менее ста миллионов рублей, при этом стоимость этого имущества определяется на основании оценки его рыночной стоимости</w:t>
      </w:r>
    </w:p>
    <w:p>
      <w:r>
        <w:rPr>
          <w:b/>
        </w:rPr>
        <w:t xml:space="preserve">5. </w:t>
      </w:r>
      <w:r>
        <w:t>Личный фонд вправе заниматься предпринимательской деятельностью, соответствующей целям, определенным уставом личного фонда, и необходимой для достижения этих целей. Для осуществления предпринимательской деятельности личный фонд вправе создавать хозяйственные общества или участвовать в них</w:t>
      </w:r>
    </w:p>
    <w:p>
      <w:r>
        <w:rPr>
          <w:b/>
        </w:rPr>
        <w:t xml:space="preserve">6. </w:t>
      </w:r>
      <w:r>
        <w:t>Учредитель личного фонда несет субсидиарную ответственность по обязательствам этого личного фонда при недостаточности его имущества, а личный фонд, за исключением наследственного фонда, несет субсидиарную ответственность своим имуществом по обязательствам учредителя личного фонда в течение трех лет со дня его создания. В исключительных случаях, если кредиторы личного фонда или учредителя личного фонда по уважительным причинам не имели возможности обратиться с требованиями к учредителю личного фонда или личному фонду в течение указанного срока, этот срок может быть продлен судом, но не более чем на пять лет со дня создания личного фонда</w:t>
      </w:r>
    </w:p>
    <w:p>
      <w:r>
        <w:rPr>
          <w:b/>
        </w:rPr>
        <w:t xml:space="preserve">7. </w:t>
      </w:r>
      <w:r>
        <w:t>Решение учредителя личного фонда об учреждении личного фонда подлежит нотариальному удостоверению. Завещание, условия которого предусматривают создание наследственного фонда, должно включать в себя решение завещателя об учреждении наследственного фонда, устав фонда, а также условия управления наследственным фондом. Такое завещание подлежит нотариальному удостоверению</w:t>
      </w:r>
    </w:p>
    <w:p>
      <w:r>
        <w:rPr>
          <w:b/>
        </w:rPr>
        <w:t xml:space="preserve">8. </w:t>
      </w:r>
      <w:r>
        <w:t>Учредительным документом личного фонда является его устав. Учредитель личного фонда вправе утвердить условия управления личным фондом и иные внутренние документы личного фонда, обязательные для всех органов личного фонда. Устав личного фонда и условия управления личным фондом подлежат нотариальному удостоверению. Если иное не установлено настоящим Кодексом или уставом личного фонда, информация о содержании условий управления личным фондом и содержании иных внутренних документов личного фонда не подлежит раскрытию и является конфиденциальной. Если иное не предусмотрено уставом личного фонда, устав личного фонда, условия управления личным фондом и иные внутренние документы личного фонда при жизни учредителя фонда могут быть им изменены. После смерти учредителя личного фонда утвержденные учредителем при его жизни устав личного фонда, условия управления личным фондом и иные внутренние документы личного фонда не могут быть изменены, за исключением изменения на основании решения суда по требованию любого органа личного фонда в случаях, если управление таким фондом на прежних условиях стало невозможно по обстоятельствам, возникновение которых при создании такого фонда нельзя было предполагать. (В редакции Федерального закона от 08.08.2024 № 237-ФЗ) Устав наследственного фонда и условия управления наследственным фондом не могут быть изменены после создания наследственного фонда, за исключением изменения на основании решения суда по требованию любого органа наследственного фонда в случаях, если управление наследственным фондом на прежних условиях стало невозможно по обстоятельствам, возникновение которых при создании наследственного фонда нельзя было предполагать, а также в случае, если будет установлено, что выгодоприобретатель наследственного фонда является недостойным наследником (статья 1117), если только это обстоятельство не было известно в момент создания наследственного фонда</w:t>
      </w:r>
    </w:p>
    <w:p>
      <w:r>
        <w:rPr>
          <w:b/>
        </w:rPr>
        <w:t xml:space="preserve">9. </w:t>
      </w:r>
      <w:r>
        <w:t>Наименование личного фонда должно включать слова "личный фонд". Наименование наследственного фонда должно включать слова "наследственный фонд"</w:t>
      </w:r>
    </w:p>
    <w:p>
      <w:r>
        <w:rPr>
          <w:b/>
        </w:rPr>
        <w:t xml:space="preserve">10. </w:t>
      </w:r>
      <w:r>
        <w:t>Реорганизация личного фонда (за исключением наследственного фонда) допускается в форме слияния, присоединения, разделения, выделения при условии, что в результате такой реорганизации образуются личный фонд или личные фонды, созданные тем же учредителем. При жизни учредителя личного фонда допускается также преобразование личного фонда в общественно полезный фонд по решению учредителя. Реорганизация личного фонда после смерти его учредителя не допускается, за исключением преобразования личного фонда в общественно полезный фонд в случаях, предусмотренных условиями управления личным фондом и пунктом 6 статьи 12320-5 настоящего Кодекса</w:t>
      </w:r>
    </w:p>
    <w:p>
      <w:r>
        <w:rPr>
          <w:b/>
        </w:rPr>
        <w:t xml:space="preserve">11. </w:t>
      </w:r>
      <w:r>
        <w:t>Ликвидация личного фонда осуществляется по решению суда</w:t>
      </w:r>
    </w:p>
    <w:p>
      <w:r>
        <w:rPr>
          <w:b/>
        </w:rPr>
        <w:t xml:space="preserve">12. </w:t>
      </w:r>
      <w:r>
        <w:t>Отчет об использовании имущества личного фонда не подлежит опубликованию, за исключением случаев, предусмотренных условиями управления личным фондом</w:t>
      </w:r>
    </w:p>
    <w:p>
      <w:r>
        <w:rPr>
          <w:b/>
        </w:rPr>
        <w:t xml:space="preserve">11. </w:t>
      </w:r>
      <w:r>
        <w:t>в порядке и по основаниям, предусмотренным подпунктами 1 - 4 пункта 3 статьи 61 настоящего Кодекса, а также по иску уполномоченного государственного органа в случае осуществления личным фондом деятельности, указанной в законодательстве Российской Федерации об иностранных агентах; (В редакции Федерального закона от 08.08.2024 № 237-ФЗ) 2) по требованию единоличного исполнительного органа личного фонда в связи с наступлением срока, до истечения которого создавался личный фонд</w:t>
      </w:r>
    </w:p>
    <w:p>
      <w:r>
        <w:rPr>
          <w:b/>
        </w:rPr>
        <w:t xml:space="preserve">11. </w:t>
      </w:r>
      <w:r>
        <w:t>по требованию единоличного исполнительного органа личного фонда в связи с наступлением указанных в условиях управления личным фондом обстоятельств</w:t>
      </w:r>
    </w:p>
    <w:p>
      <w:r>
        <w:rPr>
          <w:b/>
        </w:rPr>
        <w:t xml:space="preserve">11. </w:t>
      </w:r>
      <w:r>
        <w:t>по требованию выгодоприобретателя личного фонда в случае невозможности формирования органов личного фонда (отсутствие кворума в коллегиальных органах, отсутствие единоличного исполнительного органа)</w:t>
      </w:r>
    </w:p>
    <w:p>
      <w:r>
        <w:rPr>
          <w:b/>
        </w:rPr>
        <w:t xml:space="preserve">11. </w:t>
      </w:r>
      <w:r>
        <w:t>по требованию единоличного исполнительного органа личного фонда в связи с невозможностью на протяжении трех лет, если иной срок не предусмотрен уставом личного фонда, выполнить предусмотренные учредителем личного фонда условия, в соответствии с которыми подлежат определению выгодоприобретатели личного фонда. Оставшееся после ликвидации личного фонда имущество подлежит передаче выгодоприобретателям личного фонда соразмерно объему их прав на получение имущества или дохода от деятельности личного фонда, если условиями управления личным фондом не предусмотрены иные правила распределения оставшегося имущества, в том числе его передача лицам, не являющимся выгодоприобретателями. При отсутствии возможности определить лиц, которым подлежит передаче оставшееся после ликвидации личного фонда имущество, такое имущество подлежит передаче в собственность учредителя (учредителей) личного фонда, а если к этому моменту брак между учредителями, передавшими фонду общее имущество, расторгнут, - в общую долевую собственность учредителей, доли которых в передаваемом им имуществе признаются равными, если иное не установлено соглашением между ними или решением суда. При отсутствии возможности определить лиц, которым подлежит передаче оставшееся после ликвидации наследственного фонда имущество, такое имущество подлежит передаче в соответствии с решением суда в собственность Российской Федерации. (В редакции Федерального закона от 08.08.2024 № 237-ФЗ)</w:t>
      </w:r>
    </w:p>
    <w:p>
      <w:r>
        <w:rPr>
          <w:b/>
        </w:rPr>
        <w:t>Статья 12320-5. Условия управления личным фондом</w:t>
      </w:r>
    </w:p>
    <w:p>
      <w:r>
        <w:rPr>
          <w:b/>
        </w:rPr>
        <w:t xml:space="preserve">1. </w:t>
      </w:r>
      <w:r>
        <w:t>Условия управления личным фондом могут включать в себя положения о передаче определенным лицам (выгодоприобретателям личного фонда) или отдельным категориям лиц из неопределенного круга лиц (далее - отдельные категории лиц) всего имущества личного фонда или его части, в том числе при наступлении обстоятельств, относительно которых неизвестно, наступят они или нет</w:t>
      </w:r>
    </w:p>
    <w:p>
      <w:r>
        <w:rPr>
          <w:b/>
        </w:rPr>
        <w:t xml:space="preserve">2. </w:t>
      </w:r>
      <w:r>
        <w:t>Условиями управления личным фондом может быть предусмотрено, что выгодоприобретатели личного фонда или отдельные категории лиц, которым подлежит передаче имущество личного фонда, определяются органами личного фонда в соответствии с условиями управления личным фондом</w:t>
      </w:r>
    </w:p>
    <w:p>
      <w:r>
        <w:rPr>
          <w:b/>
        </w:rPr>
        <w:t xml:space="preserve">3. </w:t>
      </w:r>
      <w:r>
        <w:t>Порядок передачи выгодоприобретателям личного фонда или отдельным категориям лиц всего имущества личного фонда или его части, в том числе доходов от деятельности личного фонда, должен быть определен условиями управления личным фондом путем указания на вид и размер передаваемого имущества или порядок определения вида и размера имущества, в том числе имущественного права (например, права пользования имуществом, права на оплату работ, услуг, оказываемых третьими лицами выгодоприобретателям личного фонда или отдельным категориям лиц), срок или периодичность передачи имущества, а также на обстоятельства, при наступлении которых осуществляется такая передача</w:t>
      </w:r>
    </w:p>
    <w:p>
      <w:r>
        <w:rPr>
          <w:b/>
        </w:rPr>
        <w:t xml:space="preserve">4. </w:t>
      </w:r>
      <w:r>
        <w:t>Выгодоприобретателями личного фонда могут быть любые участники регулируемых гражданским законодательством отношений, за исключением коммерческих юридических лиц. Учредитель личного фонда не может быть выгодоприобретателем личного фонда, если иное не предусмотрено уставом этого фонда</w:t>
      </w:r>
    </w:p>
    <w:p>
      <w:r>
        <w:rPr>
          <w:b/>
        </w:rPr>
        <w:t xml:space="preserve">5. </w:t>
      </w:r>
      <w:r>
        <w:t>Выгодоприобретатель личного фонда вправе потребовать от личного фонда, а выгодоприобретатель наследственного фонда вправе потребовать от нотариуса или наследственного фонда ознакомить их с той частью условий управления личным фондом, в которой содержатся порядок определения и назначения органов личного фонда, положения о передаче этому выгодоприобретателю всего или части имущества личного фонда, а также описание обстоятельств, при наступлении которых осуществляется такая передача</w:t>
      </w:r>
    </w:p>
    <w:p>
      <w:r>
        <w:rPr>
          <w:b/>
        </w:rPr>
        <w:t xml:space="preserve">6. </w:t>
      </w:r>
      <w:r>
        <w:t>Не позднее шести месяцев со дня смерти гражданина, учредившего личный фонд при жизни, если условия управления этим фондом после смерти учредителя предусматривают исключительно положения о передаче отдельным категориям лиц из неопределенного круга лиц всего имущества личного фонда или его части, такой фонд подлежит преобразованию в общественно полезный фонд (статья 12317), при этом устав личного фонда, условия управления личным фондом и иные внутренние документы личного фонда, утвержденные его учредителем, не подлежат изменению, а в едином государственном реестре юридических лиц отражаются сведения о новом наименовании этого фонда и об изменении его организационно-правовой формы</w:t>
      </w:r>
    </w:p>
    <w:p>
      <w:r>
        <w:rPr>
          <w:b/>
        </w:rPr>
        <w:t>Статья 12320-6. Права выгодоприобретателя личного фонда</w:t>
      </w:r>
    </w:p>
    <w:p>
      <w:r>
        <w:rPr>
          <w:b/>
        </w:rPr>
        <w:t xml:space="preserve">1. </w:t>
      </w:r>
      <w:r>
        <w:t>Выгодоприобретатель личного фонда имеет право на получение имущества в соответствии с условиями управления личным фондом, а также иные права, предусмотренные настоящим Кодексом. Права выгодоприобретателя личного фонда не могут переходить к другим лицам, в том числе в случае универсального правопреемства, за исключением случаев преобразования выгодоприобретателя - юридического лица, если условиями управления личным фондом не предусмотрено прекращение прав такого выгодоприобретателя при его преобразовании. На права выгодоприобретателя личного фонда, в том числе выгодоприобретателя наследственного фонда, не может быть обращено взыскание по обязательствам такого выгодоприобретателя. Сделки, совершенные с нарушением этих правил, являются ничтожными</w:t>
      </w:r>
    </w:p>
    <w:p>
      <w:r>
        <w:rPr>
          <w:b/>
        </w:rPr>
        <w:t xml:space="preserve">2. </w:t>
      </w:r>
      <w:r>
        <w:t>Права гражданина-выгодоприобретателя наследственного фонда не переходят по наследству. Права выгодоприобретателя - юридического лица наследственного фонда прекращаются в случае реорганизации выгодоприобретателя - юридического лица, за исключением случая преобразования, если условиями управления наследственным фондом не предусмотрено прекращение прав такого выгодоприобретателя при его преобразовании. После смерти гражданина-выгодоприобретателя или ликвидации выгодоприобретателя - юридического лица, а также в случае заявленного наследственному фонду в нотариальной форме отказа выгодоприобретателя наследственного фонда от права на получение имущества новые выгодоприобретатели наследственного фонда определяются в соответствии с условиями управления наследственным фондом, в частности, они могут быть определены путем подназначения</w:t>
      </w:r>
    </w:p>
    <w:p>
      <w:r>
        <w:rPr>
          <w:b/>
        </w:rPr>
        <w:t xml:space="preserve">3. </w:t>
      </w:r>
      <w:r>
        <w:t>В случаях, предусмотренных уставом личного фонда, выгодоприобретатель вправе запрашивать и получать у личного фонда информацию о деятельности личного фонда</w:t>
      </w:r>
    </w:p>
    <w:p>
      <w:r>
        <w:rPr>
          <w:b/>
        </w:rPr>
        <w:t xml:space="preserve">4. </w:t>
      </w:r>
      <w:r>
        <w:t>Выгодоприобретатель личного фонда вправе потребовать проведения аудита деятельности личного фонда выбранным им аудитором. В случае проведения такого аудита оплата услуг аудитора осуществляется за счет выгодоприобретателя личного фонда, по требованию которого он проводится. Расходы выгодоприобретателя личного фонда на оплату услуг аудитора могут быть ему возмещены по решению попечительского совета за счет средств такого фонда</w:t>
      </w:r>
    </w:p>
    <w:p>
      <w:r>
        <w:rPr>
          <w:b/>
        </w:rPr>
        <w:t xml:space="preserve">5. </w:t>
      </w:r>
      <w:r>
        <w:t>В случае нарушения условий управления личным фондом, повлекшего возникновение у выгодоприобретателя личного фонда убытков, последний вправе потребовать их возмещения, если это право предусмотрено уставом личного фонда</w:t>
      </w:r>
    </w:p>
    <w:p>
      <w:r>
        <w:rPr>
          <w:b/>
        </w:rPr>
        <w:t xml:space="preserve">6. </w:t>
      </w:r>
      <w:r>
        <w:t>Выгодоприобретатель не отвечает по обязательствам личного фонда, а личный фонд не отвечает по обязательствам выгодоприобретателя</w:t>
      </w:r>
    </w:p>
    <w:p>
      <w:r>
        <w:rPr>
          <w:b/>
        </w:rPr>
        <w:t>Статья 12320-7. Управление личным фондом</w:t>
      </w:r>
    </w:p>
    <w:p>
      <w:r>
        <w:rPr>
          <w:b/>
        </w:rPr>
        <w:t xml:space="preserve">1. </w:t>
      </w:r>
      <w:r>
        <w:t>При жизни учредителя личного фонда состав органов, их функции и лица, входящие в состав органов этого фонда, определяются в соответствии с уставом и условиями управления личным фондом. (В редакции Федерального закона от 08.08.2024 № 237-ФЗ) После смерти гражданина, учредившего личный фонд при жизни, органы личного фонда формируются и изменяются в соответствии с уставом и условиями управления этого фонда, при этом лица, входящие в состав органов личного фонда или имеющие право войти в состав органов этого фонда, а также выгодоприобретатели этого фонда вправе требовать формирования и изменения органов личного фонда в соответствии с его уставом и условиями управления личным фондом. Уставом личного фонда и условиями управления личным фондом может быть предусмотрен порядок определения членов коллегиальных органов личного фонда и лица, осуществляющего полномочия единоличного исполнительного органа личного фонда, в случае их выбытия, в том числе предусмотрено подназначение указанных лиц из определенного списка</w:t>
      </w:r>
    </w:p>
    <w:p>
      <w:r>
        <w:rPr>
          <w:b/>
        </w:rPr>
        <w:t xml:space="preserve">2. </w:t>
      </w:r>
      <w:r>
        <w:t>В качестве единоличного исполнительного органа личного фонда или члена коллегиального органа личного фонда может выступать любое физическое или юридическое лицо, назначенное в соответствии с уставом личного фонда, за исключением учредителя личного фонда. Выгодоприобретатель наследственного фонда не может выступать в качестве единоличного исполнительного органа наследственного фонда или члена коллегиального исполнительного органа наследственного фонда</w:t>
      </w:r>
    </w:p>
    <w:p>
      <w:r>
        <w:rPr>
          <w:b/>
        </w:rPr>
        <w:t xml:space="preserve">3. </w:t>
      </w:r>
      <w:r>
        <w:t>В случаях, предусмотренных уставом личного фонда, в нем создаются высший коллегиальный орган и попечительский совет, в состав которых могут входить выгодоприобретатели или учредитель личного фонда. Уставом личного фонда может быть также предусмотрено создание надзорного органа личного фонда, полномочия которого состоят в осуществлении надзора за деятельностью органов личного фонда, в согласовании совершения личным фондом определенных в уставе юридически значимых действий и (или) в принятии решения о досрочном прекращении полномочий единоличного исполнительного органа личного фонда, нарушившего свою обязанность действовать добросовестно или разумно в интересах личного фонда и (или) его выгодоприобретателей, и о назначении временного единоличного исполнительного органа личного фонда</w:t>
      </w:r>
    </w:p>
    <w:p>
      <w:r>
        <w:rPr>
          <w:b/>
        </w:rPr>
        <w:t xml:space="preserve">4. </w:t>
      </w:r>
      <w:r>
        <w:t>Условиями управления личным фондом могут быть предусмотрены порядок выплаты и размер вознаграждения лицу, осуществляющему полномочия единоличного исполнительного органа личного фонда, членам попечительского совета личного фонда или членам иных органов личного фонда, а также лицу, осуществляющему функции надзорного органа личного фонда, за исполнение своих обязанностей</w:t>
      </w:r>
    </w:p>
    <w:p>
      <w:r>
        <w:rPr>
          <w:b/>
        </w:rPr>
        <w:t xml:space="preserve">5. </w:t>
      </w:r>
      <w:r>
        <w:t>Уставом личного фонда может быть предусмотрена необходимость получения согласия высшего коллегиального органа личного фонда, надзорного органа личного фонда или иного органа личного фонда на совершение личным фондом указанных в уставе сделок</w:t>
      </w:r>
    </w:p>
    <w:p>
      <w:r>
        <w:rPr>
          <w:b/>
        </w:rPr>
        <w:t xml:space="preserve">6. </w:t>
      </w:r>
      <w:r>
        <w:t>Аудит деятельности личного фонда проводится по основаниям, предусмотренным условиями управления личным фондом, а также по требованию выгодоприобретателя личного фонда в порядке, предусмотренном пунктом 4 статьи 12320-6 настоящего Кодекса</w:t>
      </w:r>
    </w:p>
    <w:p>
      <w:r>
        <w:rPr>
          <w:b/>
        </w:rPr>
        <w:t xml:space="preserve">7. </w:t>
      </w:r>
      <w:r>
        <w:t>Если в течение года со дня возникновения необходимости формирования органов наследственного фонда или органов личного фонда, созданного при жизни учредителя и продолжающего свою деятельность после его смерти, такие органы не будут сформированы (отсутствие кворума в коллегиальных органах, отсутствие единоличного исполнительного органа), такие фонды подлежат ликвидации по требованию выгодоприобретателей таких фондов или уполномоченного государственного органа. До истечения указанного срока органы (при их наличии) наследственного фонда или личного фонда, созданного при жизни учредителя и продолжающего свою деятельность после его смерти, продолжают осуществлять деятельность этого наследственного фонда или этого личного фонда в соответствии с условиями управления такими фондами</w:t>
      </w:r>
    </w:p>
    <w:p>
      <w:r>
        <w:rPr>
          <w:b/>
        </w:rPr>
        <w:t>Статья 12320-8. Создание наследственного фонда и управление им</w:t>
      </w:r>
    </w:p>
    <w:p>
      <w:r>
        <w:rPr>
          <w:b/>
        </w:rPr>
        <w:t xml:space="preserve">1. </w:t>
      </w:r>
      <w:r>
        <w:t>После смерти гражданина, который предусмотрел в своем завещании создание наследственного фонда, такой наследственный фонд подлежит созданию по заявлению, направляемому в уполномоченный государственный орган нотариусом, ведущим наследственное дело, с приложением к заявлению составленного при жизни указанного гражданина его решения об учреждении наследственного фонда и утвержденного этим гражданином устава фонда и после его создания призывается к наследованию по завещанию в порядке, предусмотренном разделом V настоящего Кодекса. Наследственный фонд может быть создан на основании решения суда по требованию душеприказчика или выгодоприобретателя наследственного фонда в случае неисполнения нотариусом обязанности по созданию наследственного фонда. Нотариус, ведущий наследственное дело, обязан направить в уполномоченный государственный орган заявление о государственной регистрации наследственного фонда не позднее трех рабочих дней со дня открытия наследственного дела после смерти гражданина, который предусмотрел в своем завещании создание наследственного фонда. Наследственный фонд не подлежит регистрации по истечении одного года со дня открытия наследства. Действия нотариуса по созданию наследственного фонда могут быть оспорены выгодоприобретателями наследственного фонда, душеприказчиком или наследниками, если нотариусом нарушены содержащиеся в завещании или решении об учреждении наследственного фонда распоряжения наследодателя относительно создания наследственного фонда и условий управления им</w:t>
      </w:r>
    </w:p>
    <w:p>
      <w:r>
        <w:rPr>
          <w:b/>
        </w:rPr>
        <w:t xml:space="preserve">2. </w:t>
      </w:r>
      <w:r>
        <w:t>При создании наследственного фонда нотариус, получивший от наследственного фонда заявление о принятии наследства, обязан выдать такому фонду свидетельство о праве на наследство в срок, указанный в решении об учреждении наследственного фонда, но не позднее срока, предусмотренного статьей 1154 настоящего Кодекса. В случае неисполнения нотариусом указанных обязанностей наследственный фонд вправе обжаловать бездействие нотариуса</w:t>
      </w:r>
    </w:p>
    <w:p>
      <w:r>
        <w:rPr>
          <w:b/>
        </w:rPr>
        <w:t xml:space="preserve">3. </w:t>
      </w:r>
      <w:r>
        <w:t>До направления нотариусом указанного в абзаце третьем пункта 1 настоящей статьи заявления о государственной регистрации наследственного фонда в уполномоченный государственный орган нотариус предлагает лицам, указанным в решении об учреждении наследственного фонда, или лицам, которые могут быть определены в порядке, установленном решением об учреждении наследственного фонда, войти в состав органов наследственного фонда. При согласии указанных лиц войти в состав органов наследственного фонда нотариус направляет сведения о них в уполномоченный государственный орган. В случае отказа лица, указанного в решении об учреждении наследственного фонда, войти в состав органов наследственного фонда и невозможности сформировать органы наследственного фонда в соответствии с решением об учреждении наследственного фонда нотариус не вправе направлять в уполномоченный государственный орган заявление о создании наследственного фонда</w:t>
      </w:r>
    </w:p>
    <w:p>
      <w:r>
        <w:rPr>
          <w:b/>
        </w:rPr>
        <w:t xml:space="preserve">4. </w:t>
      </w:r>
      <w:r>
        <w:t>Замена членов коллегиальных органов наследственного фонда и лица, осуществляющего полномочия единоличного исполнительного органа наследственного фонда, осуществляется в порядке, предусмотренном уставом наследственного фонда. Уставом наследственного фонда может быть предусмотрен порядок определения членов коллегиальных органов наследственного фонда и лица, осуществляющего полномочия единоличного исполнительного органа наследственного фонда, в случае их выбытия, в том числе предусмотрено подназначение указанных лиц из определенного списка</w:t>
      </w:r>
    </w:p>
    <w:p>
      <w:r>
        <w:rPr>
          <w:b/>
        </w:rPr>
        <w:t xml:space="preserve">5. </w:t>
      </w:r>
      <w:r>
        <w:t>Условия управления наследственным фондом должны включать в себя положения, указанные в пунктах 1 и 3 статьи 12320-5 настоящего Кодекса. Условия управления наследственным фондом до направления нотариусом указанного в абзаце третьем пункта 1 настоящей статьи заявления доводятся им до сведения лиц, входящих в состав органов наследственного фонда, и могут быть раскрыты только выгодоприобретателям в соответствии с пунктом 5 статьи 12320-5 настоящего Кодекса, а также в предусмотренных законом случаях органам государственной власти и органам местного самоуправления</w:t>
      </w:r>
    </w:p>
    <w:p>
      <w:r>
        <w:rPr>
          <w:b/>
        </w:rPr>
        <w:t xml:space="preserve">6. </w:t>
      </w:r>
      <w:r>
        <w:t>Единоличный исполнительный орган наследственного фонда обязан хранить устав наследственного фонда и внесенные в него изменения и дополнения, которые зарегистрированы в установленном порядке, решение об учреждении наследственного фонда, документы, подтверждающие права наследственного фонда на его имущество, документ, содержащий условия управления наследственным фондом, годовые отчеты, документы бухгалтерского учета, документы бухгалтерской (финансовой) отчетности, протоколы собраний коллегиальных органов наследственного фонда, отчеты оценщиков, заключения ревизионной комиссии (ревизора) наследственного фонда, аудитора наследственного фонда, государственных и муниципальных органов финансового контроля, судебные акты по спорам, связанным с управлением наследственным фондом, иные документы, предусмотренные настоящим Кодексом, уставом наследственного фонда и условиями управления наследственным фондом. Уставом наследственного фонда может быть предусмотрено хранение документов, указанных в абзаце первом настоящего пункта, у нотариуса по правилам, предусмотренным законодательством о нотариате</w:t>
      </w:r>
    </w:p>
    <w:p>
      <w:r>
        <w:rPr>
          <w:b/>
        </w:rPr>
        <w:t xml:space="preserve">2. </w:t>
      </w:r>
      <w:r>
        <w:t>Учреждения</w:t>
      </w:r>
    </w:p>
    <w:p>
      <w:r>
        <w:rPr>
          <w:b/>
        </w:rPr>
        <w:t>Статья 123.21. Основные положения об учреждениях</w:t>
      </w:r>
    </w:p>
    <w:p>
      <w:r>
        <w:rPr>
          <w:b/>
        </w:rPr>
        <w:t xml:space="preserve">1. </w:t>
      </w:r>
      <w:r>
        <w:t>Учреждением признается унитарная некоммерческая организация, созданная собственником для осуществления управленческих, социально-культурных или иных функций некоммерческого характера. Учредитель является собственником имущества созданного им учреждения. На имущество, закрепленное собственником за учреждением и приобретенное учреждением по иным основаниям, оно приобретает право оперативного управления в соответствии с настоящим Кодексом</w:t>
      </w:r>
    </w:p>
    <w:p>
      <w:r>
        <w:rPr>
          <w:b/>
        </w:rPr>
        <w:t xml:space="preserve">2. </w:t>
      </w:r>
      <w:r>
        <w:t>Учреждение может быть создано гражданином или юридическим лицом (частное учреждение) либо соответственно Российской Федерацией, субъектом Российской Федерации, муниципальным образованием (государственное учреждение, муниципальное учреждение). При создании учреждения не допускается соучредительство нескольких лиц</w:t>
      </w:r>
    </w:p>
    <w:p>
      <w:r>
        <w:rPr>
          <w:b/>
        </w:rPr>
        <w:t xml:space="preserve">3. </w:t>
      </w:r>
      <w:r>
        <w:t>Учреждение отвечает по своим обязательствам находящимися в его распоряжении денежными средствами, а в случаях, установленных законом, также иным имуществом. При недостаточности указанных денежных средств или имущества субсидиарную ответственность по обязательствам учреждения в случаях, предусмотренных пунктами 4 - 6 статьи 12322 и пунктом 2 статьи 12323 настоящего Кодекса, несет собственник соответствующего имущества</w:t>
      </w:r>
    </w:p>
    <w:p>
      <w:r>
        <w:rPr>
          <w:b/>
        </w:rPr>
        <w:t xml:space="preserve">4. </w:t>
      </w:r>
      <w:r>
        <w:t>Учредитель учреждения назначает его руководителя, являющегося органом учреждения. В случаях и в порядке, которые предусмотрены законом, руководитель государственного или муниципального учреждения может избираться его коллегиальным органом и утверждаться его учредителем. По решению учредителя в учреждении могут быть созданы коллегиальные органы, подотчетные учредителю. Компетенция коллегиальных органов учреждения, порядок их создания и принятия ими решений определяются законом и уставом учреждения</w:t>
      </w:r>
    </w:p>
    <w:p>
      <w:r>
        <w:rPr>
          <w:b/>
        </w:rPr>
        <w:t>Статья 123.22. Государственное учреждение и муниципальное учреждение</w:t>
      </w:r>
    </w:p>
    <w:p>
      <w:r>
        <w:rPr>
          <w:b/>
        </w:rPr>
        <w:t xml:space="preserve">1. </w:t>
      </w:r>
      <w:r>
        <w:t>Государственное или муниципальное учреждение может быть казенным, бюджетным или автономным учреждением</w:t>
      </w:r>
    </w:p>
    <w:p>
      <w:r>
        <w:rPr>
          <w:b/>
        </w:rPr>
        <w:t xml:space="preserve">2. </w:t>
      </w:r>
      <w:r>
        <w:t>Порядок финансового обеспечения деятельности государственных и муниципальных учреждений определяется законом</w:t>
      </w:r>
    </w:p>
    <w:p>
      <w:r>
        <w:rPr>
          <w:b/>
        </w:rPr>
        <w:t xml:space="preserve">3. </w:t>
      </w:r>
      <w:r>
        <w:t>Государственные и муниципальные учреждения не отвечают по обязательствам собственников своего имущества</w:t>
      </w:r>
    </w:p>
    <w:p>
      <w:r>
        <w:rPr>
          <w:b/>
        </w:rPr>
        <w:t xml:space="preserve">4. </w:t>
      </w:r>
      <w:r>
        <w:t>Казенное учреждение отвечает по своим обязательствам находящимися в его распоряжении денежными средствами. При недостаточности денежных средств субсидиарную ответственность по обязательствам казенного учреждения несет собственник его имущества</w:t>
      </w:r>
    </w:p>
    <w:p>
      <w:r>
        <w:rPr>
          <w:b/>
        </w:rPr>
        <w:t xml:space="preserve">5. </w:t>
      </w:r>
      <w:r>
        <w:t>Бюджетное учреждение отвечает по своим обязательствам всем находящимся у него на праве оперативного управления имуществом, в том числе приобретенным за счет доходов, полученных от приносящей доход деятельности, за исключением особо ценного движимого имущества, закрепленного за бюджетным учреждением собственником этого имущества или приобретенного бюджетным учреждением за счет средств, выделенных собственником его имущества, а также недвижимого имущества независимо от того, по каким основаниям оно поступило в оперативное управление бюджетного учреждения и за счет каких средств оно приобретено. По обязательствам бюджетного учреждения, связанным с причинением вреда гражданам, при недостаточности имущества учреждения, на которое в соответствии с абзацем первым настоящего пункта может быть обращено взыскание, субсидиарную ответственность несет собственник имущества бюджетного учреждения. В случае ликвидации бюджетного учреждения при недостаточности имущества бюджетного учреждения, на которое в соответствии с абзацем первым настоящего пункта может быть обращено взыскание, субсидиарную ответственность по обязательствам бюджетного учреждения, вытекающим из публичного договора, несет собственник имущества бюджетного учреждения. (Дополнение абзацем - Федеральный закон от 11.03.2024 № 48-ФЗ)</w:t>
      </w:r>
    </w:p>
    <w:p>
      <w:r>
        <w:rPr>
          <w:b/>
        </w:rPr>
        <w:t xml:space="preserve">6. </w:t>
      </w:r>
      <w:r>
        <w:t>Автономное учреждение отвечает по своим обязательствам всем находящимся у него на праве оперативного управления имуществом, за исключением недвижимого имущества и особо ценного движимого имущества, закрепленных за автономным учреждением собственником этого имущества или приобретенных автономным учреждением за счет средств, выделенных собственником его имущества. По обязательствам автономного учреждения, связанным с причинением вреда гражданам, при недостаточности имущества учреждения, на которое в соответствии с абзацем первым настоящего пункта может быть обращено взыскание, субсидиарную ответственность несет собственник имущества автономного учреждения. В случае ликвидации автономного учреждения при недостаточности имущества автономного учреждения, на которое в соответствии с абзацем первым настоящего пункта может быть обращено взыскание, субсидиарную ответственность по обязательствам автономного учреждения, вытекающим из публичного договора, несет собственник имущества автономного учреждения. (Дополнение абзацем - Федеральный закон от 11.03.2024 № 48-ФЗ) Ежегодно автономное учреждение обязано опубликовывать отчеты о своей деятельности и об использовании закрепленного за ним имущества</w:t>
      </w:r>
    </w:p>
    <w:p>
      <w:r>
        <w:rPr>
          <w:b/>
        </w:rPr>
        <w:t xml:space="preserve">7. </w:t>
      </w:r>
      <w:r>
        <w:t>Государственное или муниципальное учреждение может быть преобразовано в некоммерческую организацию иных организационно-правовых форм в случаях, предусмотренных законом</w:t>
      </w:r>
    </w:p>
    <w:p>
      <w:r>
        <w:rPr>
          <w:b/>
        </w:rPr>
        <w:t xml:space="preserve">8. </w:t>
      </w:r>
      <w:r>
        <w:t>Особенности правового положения государственных и муниципальных учреждений отдельных типов определяются законом</w:t>
      </w:r>
    </w:p>
    <w:p>
      <w:r>
        <w:rPr>
          <w:b/>
        </w:rPr>
        <w:t>Статья 123.23. Частное учреждение</w:t>
      </w:r>
    </w:p>
    <w:p>
      <w:r>
        <w:rPr>
          <w:b/>
        </w:rPr>
        <w:t xml:space="preserve">1. </w:t>
      </w:r>
      <w:r>
        <w:t>Частное учреждение полностью или частично финансируется собственником его имущества</w:t>
      </w:r>
    </w:p>
    <w:p>
      <w:r>
        <w:rPr>
          <w:b/>
        </w:rPr>
        <w:t xml:space="preserve">2. </w:t>
      </w:r>
      <w:r>
        <w:t>Частное учреждение отвечает по своим обязательствам находящимися в его распоряжении денежными средствами. При недостаточности указанных денежных средств субсидиарную ответственность по обязательствам частного учреждения несет собственник его имущества</w:t>
      </w:r>
    </w:p>
    <w:p>
      <w:r>
        <w:rPr>
          <w:b/>
        </w:rPr>
        <w:t xml:space="preserve">3. </w:t>
      </w:r>
      <w:r>
        <w:t>Частное учреждение может быть преобразовано учредителем в автономную некоммерческую организацию или фонд</w:t>
      </w:r>
    </w:p>
    <w:p>
      <w:r>
        <w:rPr>
          <w:b/>
        </w:rPr>
        <w:t xml:space="preserve">3. </w:t>
      </w:r>
      <w:r>
        <w:t>Автономные некоммерческие организации</w:t>
      </w:r>
    </w:p>
    <w:p>
      <w:r>
        <w:rPr>
          <w:b/>
        </w:rPr>
        <w:t>Статья 123.24. Основные положения об автономной некоммерческой организации</w:t>
      </w:r>
    </w:p>
    <w:p>
      <w:r>
        <w:rPr>
          <w:b/>
        </w:rPr>
        <w:t xml:space="preserve">1. </w:t>
      </w:r>
      <w:r>
        <w:t>Автономной некоммерческой организацией признается унитарная некоммерческая организация, не имеющая членства и созданная на основе имущественных взносов граждан и (или) юридических лиц в целях предоставления услуг в сферах образования, здравоохранения, культуры, науки и иных сферах некоммерческой деятельности. Автономная некоммерческая организация может быть создана одним лицом (может иметь одного учредителя)</w:t>
      </w:r>
    </w:p>
    <w:p>
      <w:r>
        <w:rPr>
          <w:b/>
        </w:rPr>
        <w:t xml:space="preserve">2. </w:t>
      </w:r>
      <w:r>
        <w:t>Устав автономной некоммерческой организации должен содержать сведения о ее наименовании, включающем слова "автономная некоммерческая организация", месте нахождения, предмете и целях ее деятельности, составе, порядке образования и компетенции органов автономной некоммерческой организации, а также иные предусмотренные законом сведения</w:t>
      </w:r>
    </w:p>
    <w:p>
      <w:r>
        <w:rPr>
          <w:b/>
        </w:rPr>
        <w:t xml:space="preserve">3. </w:t>
      </w:r>
      <w:r>
        <w:t>Имущество, переданное автономной некоммерческой организации ее учредителями, является собственностью автономной некоммерческой организации. Учредители автономной некоммерческой организации не сохраняют права на имущество, переданное ими в собственность этой организации. Учредители не отвечают по обязательствам созданной ими автономной некоммерческой организации, а она не отвечает по обязательствам своих учредителей</w:t>
      </w:r>
    </w:p>
    <w:p>
      <w:r>
        <w:rPr>
          <w:b/>
        </w:rPr>
        <w:t xml:space="preserve">4. </w:t>
      </w:r>
      <w:r>
        <w:t>Учредители автономной некоммерческой организации могут пользоваться ее услугами только на равных условиях с другими лицами</w:t>
      </w:r>
    </w:p>
    <w:p>
      <w:r>
        <w:rPr>
          <w:b/>
        </w:rPr>
        <w:t xml:space="preserve">5. </w:t>
      </w:r>
      <w:r>
        <w:t>Автономная некоммерческая организация вправе заниматься предпринимательской деятельностью, необходимой для достижения целей, ради которых она создана, и соответствующей этим целям, создавая для осуществления предпринимательской деятельности хозяйственные общества или участвуя в них</w:t>
      </w:r>
    </w:p>
    <w:p>
      <w:r>
        <w:rPr>
          <w:b/>
        </w:rPr>
        <w:t xml:space="preserve">6. </w:t>
      </w:r>
      <w:r>
        <w:t>Лицо может по своему усмотрению выйти из состава учредителей автономной некоммерческой организации. По решению учредителей автономной некоммерческой организации, принятому единогласно, в состав ее учредителей могут быть приняты новые лица</w:t>
      </w:r>
    </w:p>
    <w:p>
      <w:r>
        <w:rPr>
          <w:b/>
        </w:rPr>
        <w:t xml:space="preserve">7. </w:t>
      </w:r>
      <w:r>
        <w:t>Автономная некоммерческая организация по решению своих учредителей может быть преобразована в фонд</w:t>
      </w:r>
    </w:p>
    <w:p>
      <w:r>
        <w:rPr>
          <w:b/>
        </w:rPr>
        <w:t xml:space="preserve">8. </w:t>
      </w:r>
      <w:r>
        <w:t>В части, не урегулированной настоящим Кодексом, правовое положение автономных некоммерческих организаций, а также права и обязанности их учредителей устанавливаются законом</w:t>
      </w:r>
    </w:p>
    <w:p>
      <w:r>
        <w:rPr>
          <w:b/>
        </w:rPr>
        <w:t>Статья 123.25. Управление автономной некоммерческой организацией</w:t>
      </w:r>
    </w:p>
    <w:p>
      <w:r>
        <w:rPr>
          <w:b/>
        </w:rPr>
        <w:t xml:space="preserve">1. </w:t>
      </w:r>
      <w:r>
        <w:t>Управление деятельностью автономной некоммерческой организации осуществляют ее учредители в порядке, установленном ее уставом, утвержденным ее учредителями</w:t>
      </w:r>
    </w:p>
    <w:p>
      <w:r>
        <w:rPr>
          <w:b/>
        </w:rPr>
        <w:t xml:space="preserve">2. </w:t>
      </w:r>
      <w:r>
        <w:t>По решению учредителей (учредителя) автономной некоммерческой организации в ней может быть создан постоянно действующий коллегиальный орган (органы), компетенция которого устанавливается уставом автономной некоммерческой организации</w:t>
      </w:r>
    </w:p>
    <w:p>
      <w:r>
        <w:rPr>
          <w:b/>
        </w:rPr>
        <w:t xml:space="preserve">3. </w:t>
      </w:r>
      <w:r>
        <w:t>Учредители (учредитель) автономной некоммерческой организации назначают единоличный исполнительный орган автономной некоммерческой организации (председателя, генерального директора и т.п.). Единоличным исполнительным органом автономной некоммерческой организации может быть назначен один из ее учредителей-граждан</w:t>
      </w:r>
    </w:p>
    <w:p>
      <w:r>
        <w:rPr>
          <w:b/>
        </w:rPr>
        <w:t xml:space="preserve">4. </w:t>
      </w:r>
      <w:r>
        <w:t>Религиозные организации</w:t>
      </w:r>
    </w:p>
    <w:p>
      <w:r>
        <w:rPr>
          <w:b/>
        </w:rPr>
        <w:t>Статья 123.26. Основные положения о религиозных организациях</w:t>
      </w:r>
    </w:p>
    <w:p>
      <w:r>
        <w:rPr>
          <w:b/>
        </w:rPr>
        <w:t xml:space="preserve">1. </w:t>
      </w:r>
      <w:r>
        <w:t>Религиозной организацией признается добровольное объединение постоянно и на законных основаниях проживающих на территории Российской Федерации граждан Российской Федерации или иных лиц, образованное ими в целях совместного исповедания и распространения веры и зарегистрированное в установленном законом порядке в качестве юридического лица (местная религиозная организация), объединение этих организаций (централизованная религиозная организация), а также созданная указанным объединением в соответствии с законом о свободе совести и о религиозных объединениях в целях совместного исповедания и распространения веры организация и (или) созданный указанным объединением руководящий или координирующий орган</w:t>
      </w:r>
    </w:p>
    <w:p>
      <w:r>
        <w:rPr>
          <w:b/>
        </w:rPr>
        <w:t xml:space="preserve">2. </w:t>
      </w:r>
      <w:r>
        <w:t>Гражданско-правовое положение религиозных организаций определяется настоящим Кодексом и законом о свободе совести и о религиозных объединениях. Положения настоящего Кодекса применяются к религиозным организациям, если иное не установлено законом о свободе совести и о религиозных объединениях и другими законами. Религиозные организации действуют в соответствии со своими уставами и внутренними установлениями, не противоречащими закону. Порядок образования органов религиозной организации и их компетенция, порядок принятия решений этими органами, а также отношения между религиозной организацией и лицами, входящими в состав ее органов, определяются в соответствии с законом о свободе совести и о религиозных объединениях уставом и внутренними установлениями религиозной организации. (Пункт в редакции Федерального закона от 06.04.2015 № 80-ФЗ)</w:t>
      </w:r>
    </w:p>
    <w:p>
      <w:r>
        <w:rPr>
          <w:b/>
        </w:rPr>
        <w:t xml:space="preserve">3. </w:t>
      </w:r>
      <w:r>
        <w:t>Религиозная организация не может быть преобразована в юридическое лицо другой организационно-правовой формы</w:t>
      </w:r>
    </w:p>
    <w:p>
      <w:r>
        <w:rPr>
          <w:b/>
        </w:rPr>
        <w:t>Статья 123.27. Учредители и устав религиозной организации</w:t>
      </w:r>
    </w:p>
    <w:p>
      <w:r>
        <w:rPr>
          <w:b/>
        </w:rPr>
        <w:t xml:space="preserve">1. </w:t>
      </w:r>
      <w:r>
        <w:t>Местная религиозная организация создается в соответствии с законом о свободе совести и о религиозных объединениях не менее чем десятью гражданами-учредителями, централизованная религиозная организация - не менее чем тремя местными религиозными организациями или другой централизованной религиозной организацией</w:t>
      </w:r>
    </w:p>
    <w:p>
      <w:r>
        <w:rPr>
          <w:b/>
        </w:rPr>
        <w:t xml:space="preserve">2. </w:t>
      </w:r>
      <w:r>
        <w:t>Учредительным документом религиозной организации является устав, утвержденный ее учредителями или централизованной религиозной организацией. Устав религиозной организации должен содержать сведения о ее виде, наименовании и месте нахождения, предмете и целях ее деятельности, составе, компетенции ее органов и порядке принятия ими решений, об источниках образования ее имущества, о направлениях его использования и порядке распределения имущества, остающегося после ее ликвидации, а также иные сведения, предусмотренные законом о свободе совести и о религиозных объединениях</w:t>
      </w:r>
    </w:p>
    <w:p>
      <w:r>
        <w:rPr>
          <w:b/>
        </w:rPr>
        <w:t xml:space="preserve">3. </w:t>
      </w:r>
      <w:r>
        <w:t>Учредитель (учредители) религиозной организации может выполнять функции органа управления или членов коллегиального органа управления данной религиозной организации в порядке, установленном в соответствии с законом о свободе совести и о религиозных объединениях уставом религиозной организации и внутренними установлениями</w:t>
      </w:r>
    </w:p>
    <w:p>
      <w:r>
        <w:rPr>
          <w:b/>
        </w:rPr>
        <w:t>Статья 123.28. Имущество религиозной организации</w:t>
      </w:r>
    </w:p>
    <w:p>
      <w:r>
        <w:rPr>
          <w:b/>
        </w:rPr>
        <w:t xml:space="preserve">1. </w:t>
      </w:r>
      <w:r>
        <w:t>Религиозные организации являются собственниками принадлежащего им имущества, в том числе имущества, приобретенного или созданного ими за счет собственных средств, а также пожертвованного религиозным организациям или приобретенного ими по иным предусмотренным законом основаниям</w:t>
      </w:r>
    </w:p>
    <w:p>
      <w:r>
        <w:rPr>
          <w:b/>
        </w:rPr>
        <w:t xml:space="preserve">2. </w:t>
      </w:r>
      <w:r>
        <w:t>На принадлежащее религиозным организациям имущество богослужебного назначения не может быть обращено взыскание по требованиям их кредиторов. Перечень такого имущества определяется в порядке, установленном законом о свободе совести и о религиозных объединениях</w:t>
      </w:r>
    </w:p>
    <w:p>
      <w:r>
        <w:rPr>
          <w:b/>
        </w:rPr>
        <w:t xml:space="preserve">3. </w:t>
      </w:r>
      <w:r>
        <w:t>Учредители религиозной организации не сохраняют имущественные права на имущество, переданное ими этой организации в собственность</w:t>
      </w:r>
    </w:p>
    <w:p>
      <w:r>
        <w:rPr>
          <w:b/>
        </w:rPr>
        <w:t xml:space="preserve">4. </w:t>
      </w:r>
      <w:r>
        <w:t>Учредители религиозных организаций не отвечают по обязательствам этих организаций, а эти организации не отвечают по обязательствам своих учредителей</w:t>
      </w:r>
    </w:p>
    <w:p>
      <w:pPr>
        <w:pStyle w:val="Heading3"/>
      </w:pPr>
      <w:r>
        <w:t>Участие Российской Федерации, субъектов Российской Федерации, муниципальных образований в отношениях, регулируемых гражданским законодательством</w:t>
      </w:r>
    </w:p>
    <w:p>
      <w:r>
        <w:rPr>
          <w:b/>
        </w:rPr>
        <w:t>Статья 124. Российская Федерация, субъекты Российской Федерации, муниципальные образования - субъекты гражданского права</w:t>
      </w:r>
    </w:p>
    <w:p>
      <w:r>
        <w:rPr>
          <w:b/>
        </w:rPr>
        <w:t xml:space="preserve">1. </w:t>
      </w:r>
      <w:r>
        <w:t>Российская Федерация, субъекты Российской Федерации: республики, края, области, города федерального значения, автономная область, автономные округа, а также городские, сельские поселения и другие муниципальные образования выступают в отношениях, регулируемых гражданским законодательством, на равных началах с иными участниками этих отношений - гражданами и юридическими лицами</w:t>
      </w:r>
    </w:p>
    <w:p>
      <w:r>
        <w:rPr>
          <w:b/>
        </w:rPr>
        <w:t xml:space="preserve">2. </w:t>
      </w:r>
      <w:r>
        <w:t>К субъектам гражданского права, указанным в пункте 1 настоящей статьи, применяются нормы, определяющие участие юридических лиц в отношениях, регулируемых гражданским законодательством, если иное не вытекает из закона или особенностей данных субъектов</w:t>
      </w:r>
    </w:p>
    <w:p>
      <w:r>
        <w:rPr>
          <w:b/>
        </w:rPr>
        <w:t>Статья 125. Порядок участия Российской Федерации, субъектов Российской Федерации, муниципальных образований в отношениях, регулируемых гражданским законодательством</w:t>
      </w:r>
    </w:p>
    <w:p>
      <w:r>
        <w:rPr>
          <w:b/>
        </w:rPr>
        <w:t xml:space="preserve">1. </w:t>
      </w:r>
      <w:r>
        <w:t>От имени Российской Федерации и субъектов Российской Федерации могут своими действиями приобретать и осуществлять имущественные и личные неимущественные права и обязанности, выступать в суде органы государственной власти в рамках их компетенции, установленной актами, определяющими статус этих органов</w:t>
      </w:r>
    </w:p>
    <w:p>
      <w:r>
        <w:rPr>
          <w:b/>
        </w:rPr>
        <w:t xml:space="preserve">2. </w:t>
      </w:r>
      <w:r>
        <w:t>От имени муниципальных образований своими действиями могут приобретать и осуществлять права и обязанности, указанные в пункте 1 настоящей статьи, органы местного самоуправления в рамках их компетенции, установленной актами, определяющими статус этих органов</w:t>
      </w:r>
    </w:p>
    <w:p>
      <w:r>
        <w:rPr>
          <w:b/>
        </w:rPr>
        <w:t xml:space="preserve">3. </w:t>
      </w:r>
      <w:r>
        <w:t>В случаях и в порядке, предусмотренных федеральными законами, указами Президента Российской Федерации и постановлениями Правительства Российской Федерации, нормативными актами субъектов Российской Федерации и муниципальных образований, по их специальному поручению от их имени могут выступать государственные органы, органы местного самоуправления, а также юридические лица и граждане</w:t>
      </w:r>
    </w:p>
    <w:p>
      <w:r>
        <w:rPr>
          <w:b/>
        </w:rPr>
        <w:t>Статья 126. Ответственность по обязательствам Российской Федерации, субъекта Российской Федерации, муниципального образования</w:t>
      </w:r>
    </w:p>
    <w:p>
      <w:r>
        <w:rPr>
          <w:b/>
        </w:rPr>
        <w:t xml:space="preserve">1. </w:t>
      </w:r>
      <w:r>
        <w:t>Российская Федерация, субъект Российской Федерации, муниципальное образование отвечают по своим обязательствам принадлежащим им на праве собственности имуществом, кроме имущества, которое закреплено за созданными ими юридическими лицами на праве хозяйственного ведения или оперативного управления, а также имущества, которое может находиться только в государственной или муниципальной собственности. Обращение взыскания на землю и другие природные ресурсы, находящиеся в государственной или муниципальной собственности, допускается в случаях, предусмотренных законом</w:t>
      </w:r>
    </w:p>
    <w:p>
      <w:r>
        <w:rPr>
          <w:b/>
        </w:rPr>
        <w:t xml:space="preserve">2. </w:t>
      </w:r>
      <w:r>
        <w:t>Юридические лица, созданные Российской Федерацией, субъектами Российской Федерации, муниципальными образованиями, не отвечают по их обязательствам</w:t>
      </w:r>
    </w:p>
    <w:p>
      <w:r>
        <w:rPr>
          <w:b/>
        </w:rPr>
        <w:t xml:space="preserve">3. </w:t>
      </w:r>
      <w:r>
        <w:t>Российская Федерация, субъекты Российской Федерации, муниципальные образования не отвечают по обязательствам созданных ими юридических лиц, кроме случаев, предусмотренных законом</w:t>
      </w:r>
    </w:p>
    <w:p>
      <w:r>
        <w:rPr>
          <w:b/>
        </w:rPr>
        <w:t xml:space="preserve">4. </w:t>
      </w:r>
      <w:r>
        <w:t>Российская Федерация не отвечает по обязательствам субъектов Российской Федерации и муниципальных образований</w:t>
      </w:r>
    </w:p>
    <w:p>
      <w:r>
        <w:rPr>
          <w:b/>
        </w:rPr>
        <w:t xml:space="preserve">5. </w:t>
      </w:r>
      <w:r>
        <w:t>Субъекты Российской Федерации, муниципальные образования не отвечают по обязательствам друг друга, а также по обязательствам Российской Федерации</w:t>
      </w:r>
    </w:p>
    <w:p>
      <w:r>
        <w:rPr>
          <w:b/>
        </w:rPr>
        <w:t xml:space="preserve">6. </w:t>
      </w:r>
      <w:r>
        <w:t>Правила пунктов 2 - 5 настоящей статьи не распространяются на случаи, когда Российская Федерация приняла на себя гарантию (поручительство) по обязательствам субъекта Российской Федерации, муниципального образования или юридического лица либо указанные субъекты приняли на себя гарантию (поручительство) по обязательствам Российской Федерации</w:t>
      </w:r>
    </w:p>
    <w:p>
      <w:r>
        <w:rPr>
          <w:b/>
        </w:rPr>
        <w:t>Статья 127. Особенности ответственности Российской Федерации и субъектов Российской Федерации в отношениях, регулируемых гражданским законодательством, с участием иностранных юридических лиц, граждан и государств</w:t>
      </w:r>
    </w:p>
    <w:p>
      <w:r>
        <w:t>Особенности ответственности Российской Федерации и субъектов Российской Федерации в отношениях, регулируемых гражданским законодательством, с участием иностранных юридических лиц, граждан и государств определяются законом об иммунитете государства и его собственности. Подраздел 3. Объекты гражданских прав</w:t>
      </w:r>
    </w:p>
    <w:p>
      <w:pPr>
        <w:pStyle w:val="Heading3"/>
      </w:pPr>
      <w:r>
        <w:t>Общие положения</w:t>
      </w:r>
    </w:p>
    <w:p>
      <w:r>
        <w:rPr>
          <w:b/>
        </w:rPr>
        <w:t>Статья 128. Объекты гражданских прав</w:t>
      </w:r>
    </w:p>
    <w:p>
      <w:r>
        <w:t>К объектам гражданских прав относятся вещи (включая наличные деньги и документарные ценные бумаги), иное имущество, в том числе имущественные права (включая безналичные денежные средства, в том числе цифровые рубли, бездокументарные ценные бумаги, цифровые права); результаты работ и оказание услуг; охраняемые результаты интеллектуальной деятельности и приравненные к ним средства индивидуализации (интеллектуальная собственность); нематериальные блага. (В редакции федеральных законов от 18.03.2019 № 34-ФЗ, от 24.07.2023 № 339-ФЗ) (Статья в редакции Федерального закона от 02.07.2013 № 142-ФЗ)</w:t>
      </w:r>
    </w:p>
    <w:p>
      <w:r>
        <w:rPr>
          <w:b/>
        </w:rPr>
        <w:t>Статья 129. Оборотоспособность объектов гражданских прав</w:t>
      </w:r>
    </w:p>
    <w:p>
      <w:r>
        <w:rPr>
          <w:b/>
        </w:rPr>
        <w:t xml:space="preserve">1. </w:t>
      </w:r>
      <w:r>
        <w:t>Объекты гражданских прав могут свободно отчуждаться или переходить от одного лица к другому в порядке универсального правопреемства (наследование, реорганизация юридического лица) либо иным способом, если они не ограничены в обороте. (В редакции Федерального закона от 02.07.2013 № 142-ФЗ)</w:t>
      </w:r>
    </w:p>
    <w:p>
      <w:r>
        <w:rPr>
          <w:b/>
        </w:rPr>
        <w:t xml:space="preserve">2. </w:t>
      </w:r>
      <w:r>
        <w:t>Законом или в установленном законом порядке могут быть введены ограничения оборотоспособности объектов гражданских прав, в частности могут быть предусмотрены виды объектов гражданских прав, которые могут принадлежать лишь определенным участникам оборота либо совершение сделок с которыми допускается по специальному разрешению. (В редакции Федерального закона от 02.07.2013 № 142-ФЗ)</w:t>
      </w:r>
    </w:p>
    <w:p>
      <w:r>
        <w:rPr>
          <w:b/>
        </w:rPr>
        <w:t xml:space="preserve">3. </w:t>
      </w:r>
      <w:r>
        <w:t>Земля и другие природные ресурсы могут отчуждаться или переходить от одного лица к другому иными способами в той мере, в какой их оборот допускается законами о земле и других природных ресурсах</w:t>
      </w:r>
    </w:p>
    <w:p>
      <w:r>
        <w:rPr>
          <w:b/>
        </w:rPr>
        <w:t xml:space="preserve">4. </w:t>
      </w:r>
      <w:r>
        <w:t>Результаты интеллектуальной деятельности и приравненные к ним средства индивидуализации (статья 1225) не могут отчуждаться или иными способами переходить от одного лица к другому. Однако права на такие результаты и средства, а также материальные носители, в которых выражены соответствующие результаты или средства, могут отчуждаться или иными способами переходить от одного лица к другому в случаях и в порядке, которые установлены настоящим Кодексом. (Дополнение пунктом - Федеральный закон от 18.12.2006 № 231-ФЗ)</w:t>
      </w:r>
    </w:p>
    <w:p>
      <w:r>
        <w:rPr>
          <w:b/>
        </w:rPr>
        <w:t>Статья 130. Недвижимые и движимые вещи</w:t>
      </w:r>
    </w:p>
    <w:p>
      <w:r>
        <w:rPr>
          <w:b/>
        </w:rPr>
        <w:t xml:space="preserve">1. </w:t>
      </w:r>
      <w:r>
        <w:t>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(В редакции федеральных законов от 30.12.2004 № 213-ФЗ; от 03.06.2006 № 73-ФЗ, от 04.12.2006 № 201-ФЗ) К недвижимым вещам относятся также подлежащие государственной регистрации воздушные и морские суда, суда внутреннего плавания. Законом к недвижимым вещам может быть отнесено и иное имущество. (В редакции Федерального закона от 13.07.2015 № 216-ФЗ) К недвижимым вещам относятся жилые и нежилые помещения, а также предназначенные для размещения транспортных средств части зданий или сооружений (машино-места), если границы таких помещений, частей зданий или сооружений описаны в установленном законодательством о государственном кадастровом учете порядке. (Дополнение абзацем - Федеральный закон от 03.07.2016 № 315-ФЗ)</w:t>
      </w:r>
    </w:p>
    <w:p>
      <w:r>
        <w:rPr>
          <w:b/>
        </w:rPr>
        <w:t xml:space="preserve">2. </w:t>
      </w:r>
      <w:r>
        <w:t>Вещи, не относящиеся к недвижимости, включая деньги и ценные бумаги, признаются движимым имуществом. Регистрация прав на движимые вещи не требуется, кроме случаев, указанных в законе</w:t>
      </w:r>
    </w:p>
    <w:p>
      <w:r>
        <w:rPr>
          <w:b/>
        </w:rPr>
        <w:t>Статья 131. Государственная регистрация недвижимости</w:t>
      </w:r>
    </w:p>
    <w:p>
      <w:r>
        <w:rPr>
          <w:b/>
        </w:rPr>
        <w:t xml:space="preserve">1. </w:t>
      </w:r>
      <w:r>
        <w:t>Право собственности и другие вещные права на недвижимые вещи, ограничения этих прав, их возникновение, переход и прекращение подлежат государственной регистрации в едином государственном реестре органами, осуществляющими государственную регистрацию прав на недвижимость и сделок с ней. Регистрации подлежат: право собственности, право хозяйственного ведения, право оперативного управления, право пожизненного наследуемого владения, право постоянного пользования, ипотека, сервитуты, а также иные права в случаях, предусмотренных настоящим Кодексом и иными законами. (В редакции Федерального закона от 29.06.2004 № 58-ФЗ)</w:t>
      </w:r>
    </w:p>
    <w:p>
      <w:r>
        <w:rPr>
          <w:b/>
        </w:rPr>
        <w:t xml:space="preserve">2. </w:t>
      </w:r>
      <w:r>
        <w:t>В случаях, предусмотренных законом, наряду с государственной регистрацией могут осуществляться специальная регистрация или учет отдельных видов недвижимого имущества</w:t>
      </w:r>
    </w:p>
    <w:p>
      <w:r>
        <w:rPr>
          <w:b/>
        </w:rPr>
        <w:t xml:space="preserve">3. </w:t>
      </w:r>
      <w:r>
        <w:t>Орган, осуществляющий государственную регистрацию прав на недвижимость и сделок с ней, обязан по ходатайству правообладателя удостоверить произведенную регистрацию путем выдачи документа о зарегистрированном праве или сделке либо совершением надписи на документе, представленном для регистрации</w:t>
      </w:r>
    </w:p>
    <w:p>
      <w:r>
        <w:rPr>
          <w:b/>
        </w:rPr>
        <w:t xml:space="preserve">4. </w:t>
      </w:r>
      <w:r>
        <w:t>Орган, осуществляющий государственную регистрацию прав на недвижимость и сделок с ней, обязан предоставлять информацию о произведенной регистрации и зарегистрированных правах любому лицу. Информация предоставляется в любом органе, осуществляющем регистрацию недвижимости, независимо от места совершения регистрации</w:t>
      </w:r>
    </w:p>
    <w:p>
      <w:r>
        <w:rPr>
          <w:b/>
        </w:rPr>
        <w:t xml:space="preserve">5. </w:t>
      </w:r>
      <w:r>
        <w:t>(Пункт утратил силу - Федеральный закон от 02.07.2013 № 142-ФЗ)</w:t>
      </w:r>
    </w:p>
    <w:p>
      <w:r>
        <w:rPr>
          <w:b/>
        </w:rPr>
        <w:t xml:space="preserve">6. </w:t>
      </w:r>
      <w:r>
        <w:t>Порядок государственной регистрации прав на недвижимое имущество и основания отказа в регистрации этих прав устанавливаются в соответствии с настоящим Кодексом законом о регистрации прав на недвижимое имущество. (В редакции Федерального закона от 02.07.2013 № 142-ФЗ)</w:t>
      </w:r>
    </w:p>
    <w:p>
      <w:r>
        <w:rPr>
          <w:b/>
        </w:rPr>
        <w:t>Статья 132. Предприятие</w:t>
      </w:r>
    </w:p>
    <w:p>
      <w:r>
        <w:rPr>
          <w:b/>
        </w:rPr>
        <w:t xml:space="preserve">1. </w:t>
      </w:r>
      <w:r>
        <w:t>Предприятием как объектом прав признается имущественный комплекс, используемый для осуществления предпринимательской деятельности. Предприятие в целом как имущественный комплекс признается недвижимостью</w:t>
      </w:r>
    </w:p>
    <w:p>
      <w:r>
        <w:rPr>
          <w:b/>
        </w:rPr>
        <w:t xml:space="preserve">2. </w:t>
      </w:r>
      <w:r>
        <w:t>Предприятие в целом или его часть могут быть объектом купли-продажи, залога, аренды и других сделок, связанных с установлением, изменением и прекращением вещных прав. В состав предприятия как имущественного комплекса входят все виды имущества, предназначенные для его деятельности, включая земельные участки, здания, сооружения, оборудование, инвентарь, сырье, продукцию, права требования, долги, а также права на обозначения, индивидуализирующие предприятие, его продукцию, работы и услуги (коммерческое обозначение, товарные знаки, знаки обслуживания), и другие исключительные права, если иное не предусмотрено законом или договором. (В редакции Федерального закона от 18.12.2006 № 231-ФЗ)</w:t>
      </w:r>
    </w:p>
    <w:p>
      <w:r>
        <w:rPr>
          <w:b/>
        </w:rPr>
        <w:t>Статья 133. Неделимые вещи</w:t>
      </w:r>
    </w:p>
    <w:p>
      <w:r>
        <w:rPr>
          <w:b/>
        </w:rPr>
        <w:t xml:space="preserve">1. </w:t>
      </w:r>
      <w:r>
        <w:t>Вещь, раздел которой в натуре невозможен без разрушения, повреждения вещи или изменения ее назначения и которая выступает в обороте как единый объект вещных прав, является неделимой вещью и в том случае, если она имеет составные части</w:t>
      </w:r>
    </w:p>
    <w:p>
      <w:r>
        <w:rPr>
          <w:b/>
        </w:rPr>
        <w:t xml:space="preserve">2. </w:t>
      </w:r>
      <w:r>
        <w:t>Замена одних составных частей неделимой вещи другими составными частями не влечет возникновения иной вещи, если при этом существенные свойства вещи сохраняются</w:t>
      </w:r>
    </w:p>
    <w:p>
      <w:r>
        <w:rPr>
          <w:b/>
        </w:rPr>
        <w:t xml:space="preserve">3. </w:t>
      </w:r>
      <w:r>
        <w:t>Взыскание может быть обращено на неделимую вещь только в целом, если законом или судебным актом не установлена возможность выделения из вещи ее составной части, в том числе в целях продажи ее отдельно</w:t>
      </w:r>
    </w:p>
    <w:p>
      <w:r>
        <w:rPr>
          <w:b/>
        </w:rPr>
        <w:t xml:space="preserve">4. </w:t>
      </w:r>
      <w:r>
        <w:t>Отношения по поводу долей в праве собственности на неделимую вещь регулируются правилами главы 16, статьи 1168 настоящего Кодекса. (Статья в редакции Федерального закона от 02.07.2013 № 142-ФЗ)</w:t>
      </w:r>
    </w:p>
    <w:p>
      <w:r>
        <w:rPr>
          <w:b/>
        </w:rPr>
        <w:t>Статья 133.1. Единый недвижимый комплекс</w:t>
      </w:r>
    </w:p>
    <w:p>
      <w:r>
        <w:t>Недвижимой вещью, участвующей в обороте как единый объект, может являться единый недвижимый комплекс - совокупность объединенных единым назначением зданий, сооружений и иных вещей, неразрывно связанных физически или технологически, в том числе линейных объектов (железные дороги, линии электропередачи, трубопроводы и другие), либо расположенных на одном земельном участке, если в едином государственном реестре прав на недвижимое имущество зарегистрировано право собственности на совокупность указанных объектов в целом как одну недвижимую вещь. К единым недвижимым комплексам применяются правила о неделимых вещах. (Дополнение статьей - Федеральный закон от 02.07.2013 № 142-ФЗ)</w:t>
      </w:r>
    </w:p>
    <w:p>
      <w:r>
        <w:rPr>
          <w:b/>
        </w:rPr>
        <w:t>Статья 134. Сложные вещи</w:t>
      </w:r>
    </w:p>
    <w:p>
      <w:r>
        <w:t>Если различные вещи соединены таким образом, который предполагает их использование по общему назначению (сложная вещь), то действие сделки, совершенной по поводу сложной вещи, распространяется на все входящие в нее вещи, поскольку условиями сделки не предусмотрено иное. (Статья в редакции Федерального закона от 02.07.2013 № 142-ФЗ)</w:t>
      </w:r>
    </w:p>
    <w:p>
      <w:r>
        <w:rPr>
          <w:b/>
        </w:rPr>
        <w:t>Статья 135. Главная вещь и принадлежность</w:t>
      </w:r>
    </w:p>
    <w:p>
      <w:r>
        <w:t>Вещь, предназначенная для обслуживания другой, главной, вещи и связанная с ней общим назначением (принадлежность), следует судьбе главной вещи, если договором не предусмотрено иное.</w:t>
      </w:r>
    </w:p>
    <w:p>
      <w:r>
        <w:rPr>
          <w:b/>
        </w:rPr>
        <w:t>Статья 136. Плоды, продукция и доходы</w:t>
      </w:r>
    </w:p>
    <w:p>
      <w:r>
        <w:t>Плоды, продукция, доходы, полученные в результате использования вещи, независимо от того, кто использует такую вещь, принадлежат собственнику вещи, если иное не предусмотрено законом, иными правовыми актами, договором или не вытекает из существа отношений. (Статья в редакции Федерального закона от 02.07.2013 № 142-ФЗ)</w:t>
      </w:r>
    </w:p>
    <w:p>
      <w:r>
        <w:rPr>
          <w:b/>
        </w:rPr>
        <w:t>Статья 137. Животные</w:t>
      </w:r>
    </w:p>
    <w:p>
      <w:r>
        <w:t>К животным применяются общие правила об имуществе постольку, поскольку законом или иными правовыми актами не установлено иное. При осуществлении прав не допускается жестокое обращение с животными, противоречащее принципам гуманности.</w:t>
      </w:r>
    </w:p>
    <w:p>
      <w:r>
        <w:rPr>
          <w:b/>
        </w:rPr>
        <w:t>Статья 138</w:t>
      </w:r>
    </w:p>
    <w:p>
      <w:r>
        <w:t>(Статья утратила силу - Федеральный закон от 18.12.2006 № 231-ФЗ)</w:t>
      </w:r>
    </w:p>
    <w:p>
      <w:r>
        <w:rPr>
          <w:b/>
        </w:rPr>
        <w:t>Статья 139</w:t>
      </w:r>
    </w:p>
    <w:p>
      <w:r>
        <w:t>(Статья утратила силу - Федеральный закон от 18.12.2006 № 231-ФЗ)</w:t>
      </w:r>
    </w:p>
    <w:p>
      <w:r>
        <w:rPr>
          <w:b/>
        </w:rPr>
        <w:t>Статья 140. Деньги (валюта)</w:t>
      </w:r>
    </w:p>
    <w:p>
      <w:r>
        <w:rPr>
          <w:b/>
        </w:rPr>
        <w:t xml:space="preserve">1. </w:t>
      </w:r>
      <w:r>
        <w:t>Рубль является законным платежным средством, обязательным к приему по нарицательной стоимости на всей территории Российской Федерации. Платежи на территории Российской Федерации осуществляются путем наличных и безналичных расчетов, включая расчеты цифровыми рублями. (В редакции Федерального закона от 24.07.2023 № 339-ФЗ)</w:t>
      </w:r>
    </w:p>
    <w:p>
      <w:r>
        <w:rPr>
          <w:b/>
        </w:rPr>
        <w:t xml:space="preserve">2. </w:t>
      </w:r>
      <w:r>
        <w:t>Случаи, порядок и условия использования иностранной валюты на территории Российской Федерации определяются законом или в установленном им порядке</w:t>
      </w:r>
    </w:p>
    <w:p>
      <w:r>
        <w:rPr>
          <w:b/>
        </w:rPr>
        <w:t>Статья 141. Валютные ценности</w:t>
      </w:r>
    </w:p>
    <w:p>
      <w:r>
        <w:t>Виды имущества, признаваемого валютными ценностями, и порядок совершения сделок с ними определяются законом о валютном регулировании и валютном контроле. Права на валютные ценности защищаются в Российской Федерации на общих основаниях. (В редакции Федерального закона от 02.07.2013 № 142-ФЗ)</w:t>
      </w:r>
    </w:p>
    <w:p>
      <w:r>
        <w:rPr>
          <w:b/>
        </w:rPr>
        <w:t>Статья 141.1. Цифровые права</w:t>
      </w:r>
    </w:p>
    <w:p>
      <w:r>
        <w:rPr>
          <w:b/>
        </w:rPr>
        <w:t xml:space="preserve">1. </w:t>
      </w:r>
      <w:r>
        <w:t>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r>
        <w:rPr>
          <w:b/>
        </w:rPr>
        <w:t xml:space="preserve">2. </w:t>
      </w:r>
      <w:r>
        <w:t>Если иное не предусмотрено законом, обладателем цифрового права признается лицо, которое в соответствии с правилами информационной системы имеет возможность распоряжаться этим правом. В случаях и по основаниям, которые предусмотрены законом, обладателем цифрового права признается иное лицо</w:t>
      </w:r>
    </w:p>
    <w:p>
      <w:r>
        <w:rPr>
          <w:b/>
        </w:rPr>
        <w:t xml:space="preserve">3. </w:t>
      </w:r>
      <w:r>
        <w:t>Переход цифрового права на основании сделки не требует согласия лица, обязанного по такому цифровому праву. (Дополнение статьей - Федеральный закон от 18.03.2019 № 34-ФЗ)</w:t>
      </w:r>
    </w:p>
    <w:p>
      <w:pPr>
        <w:pStyle w:val="Heading3"/>
      </w:pPr>
      <w:r>
        <w:t>Недвижимые вещи</w:t>
      </w:r>
    </w:p>
    <w:p>
      <w:r>
        <w:rPr>
          <w:b/>
        </w:rPr>
        <w:t>Статья 141.2. Земельный участок как недвижимая вещь</w:t>
      </w:r>
    </w:p>
    <w:p>
      <w:r>
        <w:rPr>
          <w:b/>
        </w:rPr>
        <w:t xml:space="preserve">1. </w:t>
      </w:r>
      <w:r>
        <w:t>Земельным участком признается часть поверхности земли, границы которой определены в порядке, установленном законом</w:t>
      </w:r>
    </w:p>
    <w:p>
      <w:r>
        <w:rPr>
          <w:b/>
        </w:rPr>
        <w:t xml:space="preserve">2. </w:t>
      </w:r>
      <w:r>
        <w:t>Земельный участок является недвижимой вещью (статья 130)</w:t>
      </w:r>
    </w:p>
    <w:p>
      <w:r>
        <w:rPr>
          <w:b/>
        </w:rPr>
        <w:t>Статья 141.3. Здания и сооружения как недвижимые вещи</w:t>
      </w:r>
    </w:p>
    <w:p>
      <w:r>
        <w:rPr>
          <w:b/>
        </w:rPr>
        <w:t xml:space="preserve">1. </w:t>
      </w:r>
      <w:r>
        <w:t>Здания и сооружения являются недвижимыми вещами (статья 130). Здания и сооружения создаются в результате строительства</w:t>
      </w:r>
    </w:p>
    <w:p>
      <w:r>
        <w:rPr>
          <w:b/>
        </w:rPr>
        <w:t xml:space="preserve">2. </w:t>
      </w:r>
      <w:r>
        <w:t>Здания и сооружения могут быть образованы в результате раздела недвижимой вещи (здания, сооружения, единого недвижимого комплекса) или в результате объединения нескольких недвижимых вещей (зданий, сооружений, всех помещений и машино-мест, расположенных в одном здании, сооружении)</w:t>
      </w:r>
    </w:p>
    <w:p>
      <w:r>
        <w:rPr>
          <w:b/>
        </w:rPr>
        <w:t xml:space="preserve">3. </w:t>
      </w:r>
      <w:r>
        <w:t>Изменение характеристик здания или сооружения не влечет образования новых здания или сооружения, если иное не установлено законом</w:t>
      </w:r>
    </w:p>
    <w:p>
      <w:r>
        <w:rPr>
          <w:b/>
        </w:rPr>
        <w:t>Статья 141.4. Помещения как недвижимые вещи</w:t>
      </w:r>
    </w:p>
    <w:p>
      <w:r>
        <w:rPr>
          <w:b/>
        </w:rPr>
        <w:t xml:space="preserve">1. </w:t>
      </w:r>
      <w:r>
        <w:t>Помещением признается обособленная часть здания или сооружения, пригодная для постоянного проживания граждан (жилое помещение) либо для других целей, не связанных с проживанием граждан (нежилое помещение), и подходящая для использования в соответствующих целях</w:t>
      </w:r>
    </w:p>
    <w:p>
      <w:r>
        <w:rPr>
          <w:b/>
        </w:rPr>
        <w:t xml:space="preserve">2. </w:t>
      </w:r>
      <w:r>
        <w:t>Помещения, предназначенные для обслуживания иных помещений в здании или сооружении, являются общим имуществом в таких здании или сооружении и не участвуют в обороте как самостоятельные недвижимые вещи, за исключением случая, предусмотренного пунктом 7 статьи 2875 настоящего Кодекса</w:t>
      </w:r>
    </w:p>
    <w:p>
      <w:r>
        <w:rPr>
          <w:b/>
        </w:rPr>
        <w:t xml:space="preserve">3. </w:t>
      </w:r>
      <w:r>
        <w:t>Помещения, машино-места как недвижимые вещи могут быть образованы в том числе в результате раздела недвижимой вещи (здания, сооружения, в которых они образуются, помещения), объединения смежных недвижимых вещей (помещений, машино-мест) либо в результате реконструкции здания, сооружения, при проведении которой образуются помещения, машино-места как новые недвижимые вещи</w:t>
      </w:r>
    </w:p>
    <w:p>
      <w:r>
        <w:rPr>
          <w:b/>
        </w:rPr>
        <w:t xml:space="preserve">4. </w:t>
      </w:r>
      <w:r>
        <w:t>В одном здании, сооружении может быть образовано не менее двух помещений и (или) машино-мест</w:t>
      </w:r>
    </w:p>
    <w:p>
      <w:r>
        <w:rPr>
          <w:b/>
        </w:rPr>
        <w:t xml:space="preserve">5. </w:t>
      </w:r>
      <w:r>
        <w:t>При перепланировке помещений, машино-мест могут быть образованы иные помещения, машино-места путем объединения смежных помещений, машино-мест или раздела помещений, машино-мест. В остальных случаях осуществления перепланировки помещение, машино-место сохраняются как недвижимая вещь, в том числе в измененных границах</w:t>
      </w:r>
    </w:p>
    <w:p>
      <w:r>
        <w:rPr>
          <w:b/>
        </w:rPr>
        <w:t xml:space="preserve">6. </w:t>
      </w:r>
      <w:r>
        <w:t>Образование помещений и машино-мест в объектах незавершенного строительства не допускается</w:t>
      </w:r>
    </w:p>
    <w:p>
      <w:r>
        <w:rPr>
          <w:b/>
        </w:rPr>
        <w:t xml:space="preserve">7. </w:t>
      </w:r>
      <w:r>
        <w:t>Правила настоящей главы о помещениях подлежат применению к жилым помещениям, если иное не установлено Жилищным кодексом Российской Федерации</w:t>
      </w:r>
    </w:p>
    <w:p>
      <w:r>
        <w:rPr>
          <w:b/>
        </w:rPr>
        <w:t>Статья 141.5. Образование недвижимых вещей</w:t>
      </w:r>
    </w:p>
    <w:p>
      <w:r>
        <w:rPr>
          <w:b/>
        </w:rPr>
        <w:t xml:space="preserve">1. </w:t>
      </w:r>
      <w:r>
        <w:t>Законом могут быть установлены запреты или ограничения на образование отдельных видов недвижимых вещей либо условия, при соблюдении которых допускается образование таких недвижимых вещей</w:t>
      </w:r>
    </w:p>
    <w:p>
      <w:r>
        <w:rPr>
          <w:b/>
        </w:rPr>
        <w:t xml:space="preserve">2. </w:t>
      </w:r>
      <w:r>
        <w:t>Обременения, установленные в отношении исходной недвижимой вещи, сохраняются в отношении всех образованных недвижимых вещей, если настоящим Кодексом или соглашением собственника исходной недвижимой вещи с лицом, в пользу которого установлено обременение, не определено иное</w:t>
      </w:r>
    </w:p>
    <w:p>
      <w:r>
        <w:rPr>
          <w:b/>
        </w:rPr>
        <w:t xml:space="preserve">3. </w:t>
      </w:r>
      <w:r>
        <w:t>При разделе линейного объекта, в том числе при осуществлении которого не производится его реконструкция, могут быть образованы один или несколько линейных объектов, включая линейный объект, раздел которого осуществлен, с измененными параметрами</w:t>
      </w:r>
    </w:p>
    <w:p>
      <w:pPr>
        <w:pStyle w:val="Heading3"/>
      </w:pPr>
      <w:r>
        <w:t>Ценные бумаги</w:t>
      </w:r>
    </w:p>
    <w:p>
      <w:r>
        <w:rPr>
          <w:b/>
        </w:rPr>
        <w:t>Статья 142. Ценные бумаги</w:t>
      </w:r>
    </w:p>
    <w:p>
      <w:r>
        <w:rPr>
          <w:b/>
        </w:rPr>
        <w:t xml:space="preserve">1. </w:t>
      </w:r>
      <w:r>
        <w:t>Ценными бумагами являются документы, соответствующие установленным законом требованиям и удостоверяющие обязательственные и иные права, осуществление или передача которых возможны только при предъявлении таких документов (документарные ценные бумаги). Ценными бумагами признаются также обязательственные и иные права, которые закреплены в решении о выпуске или ином акте лица, выпустившего ценные бумаги в соответствии с требованиями закона, и осуществление и передача которых возможны только с соблюдением правил учета этих прав в соответствии со статьей 149 настоящего Кодекса (бездокументарные ценные бумаги)</w:t>
      </w:r>
    </w:p>
    <w:p>
      <w:r>
        <w:rPr>
          <w:b/>
        </w:rPr>
        <w:t xml:space="preserve">2. </w:t>
      </w:r>
      <w:r>
        <w:t>Ценными бумагами являются акция, вексель, закладная, инвестиционный пай паевого инвестиционного фонда, коносамент, облигация, чек и иные ценные бумаги, названные в таком качестве в законе или признанные таковыми в установленном законом порядке. Выпуск или выдача ценных бумаг подлежит государственной регистрации в случаях, установленных законом</w:t>
      </w:r>
    </w:p>
    <w:p>
      <w:r>
        <w:rPr>
          <w:b/>
        </w:rPr>
        <w:t>Статья 143. Виды ценных бумаг</w:t>
      </w:r>
    </w:p>
    <w:p>
      <w:r>
        <w:rPr>
          <w:b/>
        </w:rPr>
        <w:t xml:space="preserve">1. </w:t>
      </w:r>
      <w:r>
        <w:t>Документарные ценные бумаги могут быть предъявительскими (ценными бумагами на предъявителя), ордерными и именными</w:t>
      </w:r>
    </w:p>
    <w:p>
      <w:r>
        <w:rPr>
          <w:b/>
        </w:rPr>
        <w:t xml:space="preserve">2. </w:t>
      </w:r>
      <w:r>
        <w:t>Предъявительской является документарная ценная бумага, по которой лицом, уполномоченным требовать исполнения по ней, признается ее владелец</w:t>
      </w:r>
    </w:p>
    <w:p>
      <w:r>
        <w:rPr>
          <w:b/>
        </w:rPr>
        <w:t xml:space="preserve">3. </w:t>
      </w:r>
      <w:r>
        <w:t>Ордерной является документарная ценная бумага, по которой лицом, уполномоченным требовать исполнения по ней, признается ее владелец, если ценная бумага выдана на его имя или перешла к нему от первоначального владельца по непрерывному ряду индоссаментов</w:t>
      </w:r>
    </w:p>
    <w:p>
      <w:r>
        <w:rPr>
          <w:b/>
        </w:rPr>
        <w:t xml:space="preserve">4. </w:t>
      </w:r>
      <w:r>
        <w:t>Именной является документарная ценная бумага, по которой лицом, уполномоченным требовать исполнения по ней, признается одно из следующих указанных лиц</w:t>
      </w:r>
    </w:p>
    <w:p>
      <w:r>
        <w:rPr>
          <w:b/>
        </w:rPr>
        <w:t xml:space="preserve">5. </w:t>
      </w:r>
      <w:r>
        <w:t>Выпуск или выдача предъявительских ценных бумаг допускается в случаях, установленных законом. Возможность выпуска или выдачи определенных документарных ценных бумаг в качестве именных либо ордерных может быть исключена законом</w:t>
      </w:r>
    </w:p>
    <w:p>
      <w:r>
        <w:rPr>
          <w:b/>
        </w:rPr>
        <w:t xml:space="preserve">6. </w:t>
      </w:r>
      <w:r>
        <w:t>Если иное не установлено настоящим Кодексом, законом или не вытекает из особенностей фиксации прав на бездокументарные ценные бумаги, к таким ценным бумагам применяются правила об именных документарных ценных бумагах, правообладатель которых определяется в соответствии с учетными записями. § 2. Документарные ценные бумаги</w:t>
      </w:r>
    </w:p>
    <w:p>
      <w:r>
        <w:rPr>
          <w:b/>
        </w:rPr>
        <w:t xml:space="preserve">4. </w:t>
      </w:r>
      <w:r>
        <w:t>владелец ценной бумаги, указанный в качестве правообладателя в учетных записях, которые ведутся обязанным лицом или действующим по его поручению и имеющим соответствующую лицензию лицом. Законом может быть предусмотрена обязанность передачи такого учета лицу, имеющему соответствующую лицензию</w:t>
      </w:r>
    </w:p>
    <w:p>
      <w:r>
        <w:rPr>
          <w:b/>
        </w:rPr>
        <w:t xml:space="preserve">4. </w:t>
      </w:r>
      <w:r>
        <w:t>владелец ценной бумаги, если ценная бумага была выдана на его имя или перешла к нему от первоначального владельца в порядке непрерывного ряда уступок требования (цессий) путем совершения на ней именных передаточных надписей или в иной форме в соответствии с правилами, установленными для уступки требования (цессии)</w:t>
      </w:r>
    </w:p>
    <w:p>
      <w:r>
        <w:rPr>
          <w:b/>
        </w:rPr>
        <w:t>Статья 143.1. Требования к документарной ценной бумаге</w:t>
      </w:r>
    </w:p>
    <w:p>
      <w:r>
        <w:rPr>
          <w:b/>
        </w:rPr>
        <w:t xml:space="preserve">1. </w:t>
      </w:r>
      <w:r>
        <w:t>Обязательные реквизиты, требования к форме документарной ценной бумаги и другие требования к документарной ценной бумаге определяются законом или в установленном им порядке</w:t>
      </w:r>
    </w:p>
    <w:p>
      <w:r>
        <w:rPr>
          <w:b/>
        </w:rPr>
        <w:t xml:space="preserve">2. </w:t>
      </w:r>
      <w:r>
        <w:t>При отсутствии в документе обязательных реквизитов документарной ценной бумаги, несоответствии его установленной форме и другим требованиям документ не является ценной бумагой, но сохраняет значение письменного доказательства</w:t>
      </w:r>
    </w:p>
    <w:p>
      <w:r>
        <w:rPr>
          <w:b/>
        </w:rPr>
        <w:t>Статья 144. Исполнение по документарной ценной бумаге</w:t>
      </w:r>
    </w:p>
    <w:p>
      <w:r>
        <w:rPr>
          <w:b/>
        </w:rPr>
        <w:t xml:space="preserve">1. </w:t>
      </w:r>
      <w:r>
        <w:t>Надлежащим исполнением по документарной ценной бумаге признается исполнение лицу, определенному пунктами 2 - 4 статьи 143 настоящего Кодекса (владельцу ценной бумаги)</w:t>
      </w:r>
    </w:p>
    <w:p>
      <w:r>
        <w:rPr>
          <w:b/>
        </w:rPr>
        <w:t xml:space="preserve">2. </w:t>
      </w:r>
      <w:r>
        <w:t>Если ответственное за исполнение по документарной ценной бумаге лицо знало, что владелец ценной бумаги, которому произведено исполнение, не является надлежащим обладателем права на ценную бумагу, оно обязано возместить убытки, причиненные обладателю права на ценную бумагу</w:t>
      </w:r>
    </w:p>
    <w:p>
      <w:r>
        <w:rPr>
          <w:b/>
        </w:rPr>
        <w:t>Статья 145. Возражения по документарной ценной бумаге</w:t>
      </w:r>
    </w:p>
    <w:p>
      <w:r>
        <w:rPr>
          <w:b/>
        </w:rPr>
        <w:t xml:space="preserve">1. </w:t>
      </w:r>
      <w:r>
        <w:t>Лицо, ответственное за исполнение по документарной ценной бумаге, вправе выдвигать против требований владельца ценной бумаги только те возражения, которые вытекают из ценной бумаги или основаны на отношениях между этими лицами. Лицо, составившее документарную ценную бумагу, отвечает по ценной бумаге и в случае, если документ поступил в обращение помимо его воли. Предусмотренные настоящим пунктом правила об ограничении возражений не применяются в случае, если владелец ценной бумаги в момент ее приобретения знал или должен был знать об отсутствии основания возникновения прав, удостоверенных ценной бумагой, в том числе о недействительности такого основания, либо об отсутствии прав предшествующих владельцев ценной бумаги, в том числе о недействительности основания их возникновения, а также в случае, если владелец ценной бумаги не является ее добросовестным приобретателем (статья 1471)</w:t>
      </w:r>
    </w:p>
    <w:p>
      <w:r>
        <w:rPr>
          <w:b/>
        </w:rPr>
        <w:t xml:space="preserve">2. </w:t>
      </w:r>
      <w:r>
        <w:t>Лица, ответственные за исполнение по ордерной ценной бумаге, не вправе ссылаться на возражения других лиц, ответственных за исполнение по данной ценной бумаге</w:t>
      </w:r>
    </w:p>
    <w:p>
      <w:r>
        <w:rPr>
          <w:b/>
        </w:rPr>
        <w:t xml:space="preserve">3. </w:t>
      </w:r>
      <w:r>
        <w:t>Против требования об исполнении по документарной ценной бумаге лицо, указанное в качестве ответственного за исполнение по ней, может выдвинуть возражения, связанные с подделкой такой ценной бумаги или с оспариванием факта подписания им ценной бумаги (подлог ценной бумаги)</w:t>
      </w:r>
    </w:p>
    <w:p>
      <w:r>
        <w:rPr>
          <w:b/>
        </w:rPr>
        <w:t>Статья 146. Переход прав, удостоверенных документарными ценными бумагами</w:t>
      </w:r>
    </w:p>
    <w:p>
      <w:r>
        <w:rPr>
          <w:b/>
        </w:rPr>
        <w:t xml:space="preserve">1. </w:t>
      </w:r>
      <w:r>
        <w:t>С переходом права на документарную ценную бумагу переходят все удостоверенные ею права в совокупности</w:t>
      </w:r>
    </w:p>
    <w:p>
      <w:r>
        <w:rPr>
          <w:b/>
        </w:rPr>
        <w:t xml:space="preserve">2. </w:t>
      </w:r>
      <w:r>
        <w:t>Права, удостоверенные предъявительской ценной бумагой, передаются приобретателю путем вручения ему ценной бумаги лицом, совершившим ее отчуждение. Права, удостоверенные предъявительской ценной бумагой, могут перейти к другому лицу независимо от ее вручения в случаях и по основаниям, которые установлены законом</w:t>
      </w:r>
    </w:p>
    <w:p>
      <w:r>
        <w:rPr>
          <w:b/>
        </w:rPr>
        <w:t xml:space="preserve">3. </w:t>
      </w:r>
      <w:r>
        <w:t>Права, удостоверенные ордерной ценной бумагой, передаются приобретателю путем ее вручения с совершением на ней передаточной надписи - индоссамента. Если иное не предусмотрено настоящим Кодексом или законом, к передаче ордерных ценных бумаг применяются установленные законом о переводном и простом векселе правила о передаче векселя</w:t>
      </w:r>
    </w:p>
    <w:p>
      <w:r>
        <w:rPr>
          <w:b/>
        </w:rPr>
        <w:t xml:space="preserve">4. </w:t>
      </w:r>
      <w:r>
        <w:t>Права, удостоверенные именной документарной ценной бумагой, передаются приобретателю путем вручения ему ценной бумаги лицом, совершающим ее отчуждение, с совершением на ней именной передаточной надписи или в иной форме в соответствии с правилами, установленными для уступки требования (цессии). Нормы параграфа 1 главы 24 настоящего Кодекса применяются к передаче прав, удостоверенных именными документарными ценными бумагами, в порядке уступки требования (цессии), если иное не установлено правилами настоящей главы, иным законом или не вытекает из существа соответствующей ценной бумаги</w:t>
      </w:r>
    </w:p>
    <w:p>
      <w:r>
        <w:rPr>
          <w:b/>
        </w:rPr>
        <w:t xml:space="preserve">5. </w:t>
      </w:r>
      <w:r>
        <w:t>В случае неисполнения обязательства передать ордерную или именную документарную ценную бумагу приобретатель вправе требовать ее изъятия у лица, во владении которого она находится, за исключением случаев, если на ценной бумаге учинены индоссамент или передаточная надпись лица, совершившего отчуждение, по которым права переданы иному лицу</w:t>
      </w:r>
    </w:p>
    <w:p>
      <w:r>
        <w:rPr>
          <w:b/>
        </w:rPr>
        <w:t xml:space="preserve">6. </w:t>
      </w:r>
      <w:r>
        <w:t>В случае неисполнения обязательства по совершению индоссамента или передаточной надписи на ордерной или именной документарной ценной бумаге переход прав на ордерную или именную документарную ценную бумагу осуществляется по требованию приобретателя на основании решения суда путем совершения лицом, осуществляющим исполнение судебного решения, надписи на ценной бумаге, которая имеет силу индоссамента или передаточной надписи</w:t>
      </w:r>
    </w:p>
    <w:p>
      <w:r>
        <w:rPr>
          <w:b/>
        </w:rPr>
        <w:t xml:space="preserve">7. </w:t>
      </w:r>
      <w:r>
        <w:t>Переход прав, удостоверенных ордерной или именной ценной бумагой, к другому лицу по основаниям иным, чем передача по договору, осуществляется путем приобретения права на ценную бумагу в случаях и по основаниям, которые установлены законом</w:t>
      </w:r>
    </w:p>
    <w:p>
      <w:r>
        <w:rPr>
          <w:b/>
        </w:rPr>
        <w:t xml:space="preserve">8. </w:t>
      </w:r>
      <w:r>
        <w:t>Переход прав на ордерные или именные ценные бумаги подтверждается</w:t>
      </w:r>
    </w:p>
    <w:p>
      <w:r>
        <w:rPr>
          <w:b/>
        </w:rPr>
        <w:t xml:space="preserve">9. </w:t>
      </w:r>
      <w:r>
        <w:t>При учете прав на именную документарную ценную бумагу права переходят к лицу, указанному в ценной бумаге, в момент внесения в учетные записи отметки о переходе прав. Отметка вносится на основании передаточного акта, совершенного сторонами в присутствии лица, осуществляющего учет в соответствии с пунктом 4 статьи 143 настоящего Кодекса, или на основании нотариально удостоверенного передаточного акта, предъявленного лицу, осуществляющему учет, одной из сторон</w:t>
      </w:r>
    </w:p>
    <w:p>
      <w:r>
        <w:rPr>
          <w:b/>
        </w:rPr>
        <w:t xml:space="preserve">10. </w:t>
      </w:r>
      <w:r>
        <w:t>При уклонении лица, осуществляющего учет в соответствии с пунктом 4 статьи 143 настоящего Кодекса, от внесения в учетные записи отметки о переходе прав лицо, на имя которого совершен передаточный акт, может требовать в судебном порядке внесения соответствующей отметки в учетные записи</w:t>
      </w:r>
    </w:p>
    <w:p>
      <w:r>
        <w:rPr>
          <w:b/>
        </w:rPr>
        <w:t xml:space="preserve">8. </w:t>
      </w:r>
      <w:r>
        <w:t>при наследовании - отметкой нотариуса на самой ценной бумаге, которая имеет силу индоссамента или передаточной надписи предшествующего правообладателя</w:t>
      </w:r>
    </w:p>
    <w:p>
      <w:r>
        <w:rPr>
          <w:b/>
        </w:rPr>
        <w:t xml:space="preserve">8. </w:t>
      </w:r>
      <w:r>
        <w:t>при реализации таких ценных бумаг в случае обращения на них взыскания - отметкой лица, уполномоченного на реализацию имущества владельца таких ценных бумаг</w:t>
      </w:r>
    </w:p>
    <w:p>
      <w:r>
        <w:rPr>
          <w:b/>
        </w:rPr>
        <w:t xml:space="preserve">8. </w:t>
      </w:r>
      <w:r>
        <w:t>в иных случаях - на основании решения суда отметкой лица, осуществляющего исполнение судебного решения</w:t>
      </w:r>
    </w:p>
    <w:p>
      <w:r>
        <w:rPr>
          <w:b/>
        </w:rPr>
        <w:t>Статья 147. Ответственность за действительность прав, удостоверенных документарной ценной бумагой</w:t>
      </w:r>
    </w:p>
    <w:p>
      <w:r>
        <w:rPr>
          <w:b/>
        </w:rPr>
        <w:t xml:space="preserve">1. </w:t>
      </w:r>
      <w:r>
        <w:t>Лицо, передавшее документарную ценную бумагу, несет ответственность за недействительность прав, удостоверенных ценной бумагой, если иное не установлено законом. Лицо, передавшее документарную ценную бумагу, несет ответственность за исполнение обязательства по ней при наличии соответствующей оговорки, а также в иных случаях, установленных законом</w:t>
      </w:r>
    </w:p>
    <w:p>
      <w:r>
        <w:rPr>
          <w:b/>
        </w:rPr>
        <w:t xml:space="preserve">2. </w:t>
      </w:r>
      <w:r>
        <w:t>Владелец ценной бумаги, обнаруживший ее подлог или подделку, вправе потребовать от лица, передавшего ему ценную бумагу, исполнения обязательств по такой ценной бумаге и возмещения убытков</w:t>
      </w:r>
    </w:p>
    <w:p>
      <w:r>
        <w:rPr>
          <w:b/>
        </w:rPr>
        <w:t>Статья 147.1. Особенности истребования документарных ценных бумаг от добросовестного приобретателя</w:t>
      </w:r>
    </w:p>
    <w:p>
      <w:r>
        <w:rPr>
          <w:b/>
        </w:rPr>
        <w:t xml:space="preserve">1. </w:t>
      </w:r>
      <w:r>
        <w:t>Истребование документарных ценных бумаг из чужого незаконного владения осуществляется по правилам настоящего Кодекса об истребовании вещи из чужого незаконного владения с особенностями, предусмотренными настоящей статьей</w:t>
      </w:r>
    </w:p>
    <w:p>
      <w:r>
        <w:rPr>
          <w:b/>
        </w:rPr>
        <w:t xml:space="preserve">2. </w:t>
      </w:r>
      <w:r>
        <w:t>Правом на истребование документарных ценных бумаг из чужого незаконного владения обладает лицо, которое на момент, когда ценные бумаги выбыли из его владения, являлось их законным владельцем</w:t>
      </w:r>
    </w:p>
    <w:p>
      <w:r>
        <w:rPr>
          <w:b/>
        </w:rPr>
        <w:t xml:space="preserve">3. </w:t>
      </w:r>
      <w:r>
        <w:t>Не могут быть истребованы от добросовестного приобретателя предъявительские ценные бумаги независимо от того, какое право они удостоверяют, а также ордерные и именные ценные бумаги, удостоверяющие денежное требование</w:t>
      </w:r>
    </w:p>
    <w:p>
      <w:r>
        <w:rPr>
          <w:b/>
        </w:rPr>
        <w:t xml:space="preserve">4. </w:t>
      </w:r>
      <w:r>
        <w:t>Правообладатель ценной бумаги, утративший ее в результате неправомерных действий, вправе потребовать от лица, которое приобрело ее у третьего лица, независимо от того, является ли такое третье лицо добросовестным или недобросовестным приобретателем, либо признается законным владельцем, возврата ценной бумаги или возмещения ее рыночной стоимости, если указанный приобретатель, от которого истребуется ценная бумага, своими обманными или другими незаконными действиями способствовал утрате прав законного владельца на ценную бумагу либо в качестве предшествующего владельца знал или должен был знать о наличии прав иных лиц на ценную бумагу</w:t>
      </w:r>
    </w:p>
    <w:p>
      <w:r>
        <w:rPr>
          <w:b/>
        </w:rPr>
        <w:t xml:space="preserve">5. </w:t>
      </w:r>
      <w:r>
        <w:t>Лицо, которому документарная ценная бумага была возвращена из чужого незаконного владения, вправе потребовать от недобросовестного владельца возврата всего полученного по ценной бумаге, а также возмещения убытков; от добросовестного владельца - возврата всего полученного по ценной бумаге со времени, когда он узнал или должен был узнать о неправомерности владения ею либо получил из суда уведомление о предъявлении к нему иска об истребовании ценной бумаги. Если незаконный владелец воспользовался предоставленным ценной бумагой преимущественным правом приобретения какого-либо имущества, лицо, которому документарная ценная бумага была возвращена из чужого незаконного владения, вправе потребовать от такого владельца передачи ему приобретенного имущества при условии возмещения его стоимости по цене приобретения указанного имущества незаконным владельцем, а от недобросовестного владельца вправе потребовать также возмещения убытков</w:t>
      </w:r>
    </w:p>
    <w:p>
      <w:r>
        <w:rPr>
          <w:b/>
        </w:rPr>
        <w:t>Статья 148. Восстановление прав по документарной ценной бумаге</w:t>
      </w:r>
    </w:p>
    <w:p>
      <w:r>
        <w:rPr>
          <w:b/>
        </w:rPr>
        <w:t xml:space="preserve">1. </w:t>
      </w:r>
      <w:r>
        <w:t>Восстановление прав по утраченной ценной бумаге на предъявителя производится судом в порядке вызывного производства в соответствии с процессуальным законодательством по заявлению лица, утратившего ценную бумагу, о признании ее недействительной и восстановлении прав по ценной бумаге</w:t>
      </w:r>
    </w:p>
    <w:p>
      <w:r>
        <w:rPr>
          <w:b/>
        </w:rPr>
        <w:t xml:space="preserve">2. </w:t>
      </w:r>
      <w:r>
        <w:t>Лицо, утратившее ордерную ценную бумагу, вправе заявить в письменной форме об этом всем обязанным по ней лицам с указанием причин утраты. Обязанное лицо, получившее заявление лица, утратившего ордерную ценную бумагу, в случае предъявления ее иным лицом должно приостановить исполнение предъявителю ценной бумаги и сообщить ему о притязаниях заявителя, а также сообщить заявителю о лице, предъявившем ценную бумагу. Если в течение трех месяцев со дня заявления лица об утрате ордерной ценной бумаги лицо, утратившее ценную бумагу, не обратилось в суд с соответствующим требованием к предъявителю ценной бумаги, обязанное лицо должно произвести исполнение предъявителю ценной бумаги. Если спор между лицом, утратившим ценную бумагу, и лицом, предъявившим ценную бумагу, разрешен судом, исполнение производится лицу, в пользу которого принято судебное решение. При отсутствии спора о праве на ордерную ценную бумагу лицо, утратившее ее, вправе потребовать в судебном порядке исполнения от обязанного лица</w:t>
      </w:r>
    </w:p>
    <w:p>
      <w:r>
        <w:rPr>
          <w:b/>
        </w:rPr>
        <w:t xml:space="preserve">3. </w:t>
      </w:r>
      <w:r>
        <w:t>Восстановление прав по утраченной именной документарной ценной бумаге производится судом в порядке особого производства по делам об установлении фактов, имеющих юридическое значение, в соответствии с процессуальным законодательством по заявлению лица, утратившего такую ценную бумагу, а в случаях, предусмотренных законом, также иных лиц</w:t>
      </w:r>
    </w:p>
    <w:p>
      <w:r>
        <w:rPr>
          <w:b/>
        </w:rPr>
        <w:t xml:space="preserve">4. </w:t>
      </w:r>
      <w:r>
        <w:t>При утрате учетных записей о владельцах именных документарных ценных бумаг лицо, ведущее учет, обязано опубликовать незамедлительно информацию об этом в средствах массовой информации, в которых подлежат опубликованию сведения о банкротстве, и предложить лицам, которые были указаны в качестве правообладателей в учетных записях, представить именные ценные бумаги в срок, который указан при опубликовании информации и который не может быть менее трех месяцев с момента ее опубликования. Учетные записи о владельцах именных документарных ценных бумаг должны быть восстановлены лицом, ведущим такой учет, в течение месяца со дня окончания срока представления ценных бумаг их владельцами. При уклонении лица, ведущего учет, от восстановления учетных записей они подлежат восстановлению судом по иску заинтересованного лица в порядке, установленном процессуальным законодательством</w:t>
      </w:r>
    </w:p>
    <w:p>
      <w:r>
        <w:rPr>
          <w:b/>
        </w:rPr>
        <w:t xml:space="preserve">5. </w:t>
      </w:r>
      <w:r>
        <w:t>Лицо, обязанное по именной документарной ценной бумаге, и лицо, осуществляющее по его поручению учет прав на ценные бумаги, несут солидарную ответственность за убытки, причиненные владельцам таких ценных бумаг в результате утраты учетных записей или нарушения порядка и сроков восстановления таких записей, если не докажут, что утрата или нарушение имели место вследствие непреодолимой силы</w:t>
      </w:r>
    </w:p>
    <w:p>
      <w:r>
        <w:rPr>
          <w:b/>
        </w:rPr>
        <w:t>Статья 148.1. Обездвижение документарных ценных бумаг</w:t>
      </w:r>
    </w:p>
    <w:p>
      <w:r>
        <w:t>В соответствии с законом или в установленном им порядке документарные ценные бумаги могут быть обездвижены, то есть переданы на хранение лицу, которое в соответствии с законом вправе осуществлять хранение документарных ценных бумаг и (или) учет прав на ценные бумаги. Переход прав на обездвиженные ценные бумаги и осуществление прав, удостоверенных такими ценными бумагами, регулируются статьями 149 - 1495 настоящего Кодекса, если иное не предусмотрено законом. § 3. Бездокументарные ценные бумаги</w:t>
      </w:r>
    </w:p>
    <w:p>
      <w:r>
        <w:rPr>
          <w:b/>
        </w:rPr>
        <w:t>Статья 149. Общие положения о бездокументарных ценных бумагах</w:t>
      </w:r>
    </w:p>
    <w:p>
      <w:r>
        <w:rPr>
          <w:b/>
        </w:rPr>
        <w:t xml:space="preserve">1. </w:t>
      </w:r>
      <w:r>
        <w:t>Лицами, ответственными за исполнение по бездокументарной ценной бумаге, являются лицо, которое выпустило ценную бумагу, а также лица, которые предоставили обеспечение исполнения соответствующего обязательства. Лица, ответственные за исполнение по бездокументарной ценной бумаге, должны быть указаны в решении о ее выпуске или в ином предусмотренном законом акте лица, выпустившего ценную бумагу. Право требовать от обязанного лица исполнения по бездокументарной ценной бумаге признается за лицом, указанным в учетных записях в качестве правообладателя, или за иным лицом, которое в соответствии с законом осуществляет права по ценной бумаге</w:t>
      </w:r>
    </w:p>
    <w:p>
      <w:r>
        <w:rPr>
          <w:b/>
        </w:rPr>
        <w:t xml:space="preserve">2. </w:t>
      </w:r>
      <w:r>
        <w:t>Учет прав на бездокументарные ценные бумаги осуществляется путем внесения записей по счетам лицом, действующим по поручению лица, обязанного по ценной бумаге, либо лицом, действующим на основании договора с правообладателем или с иным лицом, которое в соответствии с законом осуществляет права по ценной бумаге. Ведение записей по учету таких прав осуществляется лицом, имеющим предусмотренную законом лицензию</w:t>
      </w:r>
    </w:p>
    <w:p>
      <w:r>
        <w:rPr>
          <w:b/>
        </w:rPr>
        <w:t xml:space="preserve">3. </w:t>
      </w:r>
      <w:r>
        <w:t>Распоряжение, в том числе передача, залог, обременение другими способами бездокументарных ценных бумаг, а также ограничения распоряжения ими могут осуществляться только посредством обращения к лицу, осуществляющему учет прав на бездокументарные ценные бумаги, для внесения соответствующих записей</w:t>
      </w:r>
    </w:p>
    <w:p>
      <w:r>
        <w:rPr>
          <w:b/>
        </w:rPr>
        <w:t xml:space="preserve">4. </w:t>
      </w:r>
      <w:r>
        <w:t>Лицо, выпустившее бездокументарную ценную бумагу, и лицо, осуществляющее по его поручению учет прав на такие ценные бумаги, несут солидарную ответственность за убытки, причиненные в результате нарушения порядка учета прав, порядка совершения операций по счетам, утраты учетных данных, предоставления недостоверной информации об учетных данных, если не докажут, что нарушение имело место вследствие непреодолимой силы. Лицо, ответственное за исполнение по бездокументарной ценной бумаге, не несет ответственность за убытки, причиненные в результате нарушения порядка учета прав лицами, действующими на основании договора с правообладателем или с иным лицом, которое в соответствии с законом осуществляет права по ценной бумаге</w:t>
      </w:r>
    </w:p>
    <w:p>
      <w:r>
        <w:rPr>
          <w:b/>
        </w:rPr>
        <w:t>Статья 149.1. Исполнение по бездокументарной ценной бумаге</w:t>
      </w:r>
    </w:p>
    <w:p>
      <w:r>
        <w:rPr>
          <w:b/>
        </w:rPr>
        <w:t xml:space="preserve">1. </w:t>
      </w:r>
      <w:r>
        <w:t>Надлежащим исполнением по бездокументарной ценной бумаге признается исполнение, произведенное обязанным лицом лицам, указанным в абзаце втором пункта 1 статьи 149 настоящего Кодекса. Законом могут быть установлены случаи, когда на определенную дату фиксируется перечень лиц, имеющих право требовать исполнения по бездокументарным ценным бумагам. Надлежащим признается исполнение, произведенное таким лицам</w:t>
      </w:r>
    </w:p>
    <w:p>
      <w:r>
        <w:rPr>
          <w:b/>
        </w:rPr>
        <w:t xml:space="preserve">2. </w:t>
      </w:r>
      <w:r>
        <w:t>В случаях, предусмотренных законом, надлежащим признается исполнение лицам иным, чем те, которые указаны в пункте 1 настоящей статьи</w:t>
      </w:r>
    </w:p>
    <w:p>
      <w:r>
        <w:rPr>
          <w:b/>
        </w:rPr>
        <w:t xml:space="preserve">3. </w:t>
      </w:r>
      <w:r>
        <w:t>Правила, предусмотренные пунктом 2 статьи 144 и статьей 145 настоящего Кодекса, применяются к отношениям, связанным с исполнением по бездокументарным ценным бумагам, если это не противоречит существу таких ценных бумаг</w:t>
      </w:r>
    </w:p>
    <w:p>
      <w:r>
        <w:rPr>
          <w:b/>
        </w:rPr>
        <w:t>Статья 149.2. Переход прав по бездокументарной ценной бумаге и возникновение обременения бездокументарной ценной бумаги</w:t>
      </w:r>
    </w:p>
    <w:p>
      <w:r>
        <w:rPr>
          <w:b/>
        </w:rPr>
        <w:t xml:space="preserve">1. </w:t>
      </w:r>
      <w:r>
        <w:t>Передача прав на бездокументарные ценные бумаги приобретателю осуществляется посредством списания бездокументарных ценных бумаг со счета лица, совершившего их отчуждение, и зачисления их на счет приобретателя на основании распоряжения лица, совершившего отчуждение. Законом или договором правообладателя с лицом, осуществляющим учет прав на бездокументарные ценные бумаги, могут быть предусмотрены иные основания и условия списания ценных бумаг и их зачисления, в том числе возможность списания ценных бумаг со счета лица, совершившего отчуждение, без представления его распоряжения</w:t>
      </w:r>
    </w:p>
    <w:p>
      <w:r>
        <w:rPr>
          <w:b/>
        </w:rPr>
        <w:t xml:space="preserve">2. </w:t>
      </w:r>
      <w:r>
        <w:t>Права по бездокументарной ценной бумаге переходят к приобретателю с момента внесения лицом, осуществляющим учет прав на бездокументарные ценные бумаги, соответствующей записи по счету приобретателя</w:t>
      </w:r>
    </w:p>
    <w:p>
      <w:r>
        <w:rPr>
          <w:b/>
        </w:rPr>
        <w:t xml:space="preserve">3. </w:t>
      </w:r>
      <w:r>
        <w:t>Залог, обременение другими способами бездокументарных ценных бумаг, а также ограничения распоряжения ими возникают после внесения лицом, осуществляющим учет прав, соответствующей записи о залоге, обременении или ограничении по счету правообладателя либо в установленных законом случаях по счету иного лица. Обременение бездокументарных ценных бумаг может также возникать с момента их зачисления на счет, на котором в соответствии с законом учитываются права на обремененные бездокументарные ценные бумаги. Внесение записей о залоге или об ином обременении бездокументарных ценных бумаг производится на основании распоряжения правообладателя (залоговое распоряжение и т.п.), если иное не предусмотрено законом. Записи об изменении условий обременения и о его прекращении вносятся на основании распоряжения правообладателя при наличии согласия в письменной форме лица, в пользу которого установлено обременение, либо без такого распоряжения в случаях, предусмотренных законом или соглашением правообладателя с лицом, осуществляющим учет прав на бездокументарные ценные бумаги, и лицом, в пользу которого установлено обременение</w:t>
      </w:r>
    </w:p>
    <w:p>
      <w:r>
        <w:rPr>
          <w:b/>
        </w:rPr>
        <w:t xml:space="preserve">4. </w:t>
      </w:r>
      <w:r>
        <w:t>При уклонении лица, совершившего отчуждение, либо лица, предоставляющего ценные бумаги в обеспечение исполнения обязательства, от представления лицу, осуществляющему учет прав на бездокументарные ценные бумаги, распоряжения о проведении операции по счету приобретатель или лицо, в пользу которого устанавливается обременение бездокументарных ценных бумаг, вправе требовать в судебном порядке внесения записей о переходе прав на ценные бумаги или об их обременении на условиях, предусмотренных договором с лицом, совершающим отчуждение, или с лицом, предоставляющим ценные бумаги в обеспечение исполнения обязательства. При наличии нескольких лиц, в пользу которых установлено обязательство по передаче либо обременению прав на одни и те же бездокументарные ценные бумаги, в случае, если операция по их передаче или по обременению еще не осуществлена, преимущество имеет лицо, в пользу которого обязательство возникло ранее, а если это невозможно установить - лицо, первым предъявившее иск</w:t>
      </w:r>
    </w:p>
    <w:p>
      <w:r>
        <w:rPr>
          <w:b/>
        </w:rPr>
        <w:t xml:space="preserve">5. </w:t>
      </w:r>
      <w:r>
        <w:t>Оформление перехода прав на бездокументарные ценные бумаги в порядке наследования производится на основании представленного наследником свидетельства о праве на наследство (статья 1162). Переход прав на бездокументарные ценные бумаги при реализации таких ценных бумаг в случае обращения на них взыскания оформляется на основании распоряжения лица, уполномоченного на реализацию имущества правообладателя. Оформление передачи прав на бездокументарные ценные бумаги в соответствии с судебным решением производится лицом, осуществляющим учет прав, на основании решения суда или на основании акта лица, осуществляющего исполнение судебного решения</w:t>
      </w:r>
    </w:p>
    <w:p>
      <w:r>
        <w:rPr>
          <w:b/>
        </w:rPr>
        <w:t xml:space="preserve">6. </w:t>
      </w:r>
      <w:r>
        <w:t>Уклонение или отказ лица, осуществляющего учет прав на бездокументарные ценные бумаги, от проведения операции по счету могут быть оспорены в суде</w:t>
      </w:r>
    </w:p>
    <w:p>
      <w:r>
        <w:rPr>
          <w:b/>
        </w:rPr>
        <w:t>Статья 149.3. Защита нарушенных прав правообладателей</w:t>
      </w:r>
    </w:p>
    <w:p>
      <w:r>
        <w:rPr>
          <w:b/>
        </w:rPr>
        <w:t xml:space="preserve">1. </w:t>
      </w:r>
      <w:r>
        <w:t>Правообладатель, со счета которого были неправомерно списаны бездокументарные ценные бумаги, вправе требовать от лица, на счет которого ценные бумаги были зачислены, возврата такого же количества соответствующих ценных бумаг. Бездокументарные ценные бумаги, удостоверяющие только денежное право требования, а также бездокументарные ценные бумаги, приобретенные на организованных торгах, независимо от вида удостоверяемого права не могут быть истребованы от добросовестного приобретателя. Если бездокументарные ценные бумаги были безвозмездно приобретены у лица, которое не имело права их отчуждать, правообладатель вправе истребовать такие ценные бумаги во всех случаях</w:t>
      </w:r>
    </w:p>
    <w:p>
      <w:r>
        <w:rPr>
          <w:b/>
        </w:rPr>
        <w:t xml:space="preserve">2. </w:t>
      </w:r>
      <w:r>
        <w:t>Если бездокументарные ценные бумаги, которые правообладатель вправе истребовать, были конвертированы в другие ценные бумаги, правообладатель вправе истребовать те ценные бумаги, в которые были конвертированы ценные бумаги, списанные с его счета</w:t>
      </w:r>
    </w:p>
    <w:p>
      <w:r>
        <w:rPr>
          <w:b/>
        </w:rPr>
        <w:t xml:space="preserve">3. </w:t>
      </w:r>
      <w:r>
        <w:t>Правообладатель, со счета которого бездокументарные ценные бумаги были неправомерно списаны, при наличии возможности приобретения таких же ценных бумаг на организованных торгах по своему выбору вправе потребовать от лиц, несущих перед ним ответственность за причиненные этим убытки, приобретения таких же ценных бумаг за их счет либо возмещения всех необходимых для их приобретения расходов</w:t>
      </w:r>
    </w:p>
    <w:p>
      <w:r>
        <w:rPr>
          <w:b/>
        </w:rPr>
        <w:t>Статья 149.4. Последствия истребования бездокументарных ценных бумаг</w:t>
      </w:r>
    </w:p>
    <w:p>
      <w:r>
        <w:rPr>
          <w:b/>
        </w:rPr>
        <w:t xml:space="preserve">1. </w:t>
      </w:r>
      <w:r>
        <w:t>В случае удовлетворения требования правообладателя о возврате бездокументарных ценных бумаг в соответствии с пунктом 1 или пунктом 2 статьи 1493 настоящего Кодекса правообладатель пользуется в отношении лица, со счета которого ценные бумаги были ему возвращены, правами, указанными в пункте 5 статьи 1471 настоящего Кодекса</w:t>
      </w:r>
    </w:p>
    <w:p>
      <w:r>
        <w:rPr>
          <w:b/>
        </w:rPr>
        <w:t xml:space="preserve">2. </w:t>
      </w:r>
      <w:r>
        <w:t>В случае реализации неуправомоченными лицами удостоверенных бездокументарными ценными бумагами права на участие в управлении акционерным обществом или иного права на участие в принятии решения собрания правообладатель может оспорить соответствующее решение собрания, нарушающее его права и охраняемые законом интересы, если акционерное общество или лица, волеизъявление которых имело значение при принятии решения собрания, знали или должны были знать о наличии спора о правах на бездокументарные ценные бумаги и голосование правообладателя могло повлиять на принятие решения. Иск об оспаривании решения собрания может быть предъявлен в течение трех месяцев со дня, когда лицо, имеющее право на ценную бумагу, узнало или должно было узнать о неправомерном списании ценных бумаг с его счета, но не позднее одного года со дня принятия соответствующего решения. Суд может оставить решение собрания в силе, если признание решения недействительным повлечет причинение несоразмерного ущерба кредиторам акционерного общества или иным третьим лицам</w:t>
      </w:r>
    </w:p>
    <w:p>
      <w:r>
        <w:rPr>
          <w:b/>
        </w:rPr>
        <w:t>Статья 149.5. Последствия утраты учетных записей, удостоверяющих права на бездокументарные ценные бумаги</w:t>
      </w:r>
    </w:p>
    <w:p>
      <w:r>
        <w:rPr>
          <w:b/>
        </w:rPr>
        <w:t xml:space="preserve">1. </w:t>
      </w:r>
      <w:r>
        <w:t>При утрате учетных записей, удостоверяющих права на бездокументарные ценные бумаги, лицо, осуществляющее учет прав, обязано незамедлительно опубликовать информацию об этом в средствах массовой информации, в которых подлежат опубликованию сведения о банкротстве, и обратиться в суд с заявлением о восстановлении данных учета прав в порядке, установленном процессуальным законодательством. Требование о восстановлении данных учета прав на бездокументарные ценные бумаги может быть заявлено любым заинтересованным лицом. Восстановление данных учета прав осуществляется в порядке, установленном процессуальным законодательством. При восстановлении данных учета прав на бездокументарные ценные бумаги записи о правообладателях вносятся на основании решения суда. Информация о восстановлении данных учета прав на бездокументарные ценные бумаги опубликовывается для всеобщего сведения в средствах массовой информации, в которых подлежат опубликованию сведения о банкротстве, на основании решения суда за счет лица, осуществлявшего этот учет на момент утраты учетных записей, удостоверявших права на бездокументарные ценные бумаги</w:t>
      </w:r>
    </w:p>
    <w:p>
      <w:r>
        <w:rPr>
          <w:b/>
        </w:rPr>
        <w:t xml:space="preserve">2. </w:t>
      </w:r>
      <w:r>
        <w:t>Записи об учете прав на бездокументарные ценные бумаги не имеют силы с момента, когда лицо, осуществляющее учет прав, утратило учетные записи, и до дня вступления в законную силу решения суда о восстановлении данных учета прав</w:t>
      </w:r>
    </w:p>
    <w:p>
      <w:pPr>
        <w:pStyle w:val="Heading3"/>
      </w:pPr>
      <w:r>
        <w:t>Нематериальные блага и их защита</w:t>
      </w:r>
    </w:p>
    <w:p>
      <w:r>
        <w:rPr>
          <w:b/>
        </w:rPr>
        <w:t>Статья 150. Нематериальные блага</w:t>
      </w:r>
    </w:p>
    <w:p>
      <w:r>
        <w:rPr>
          <w:b/>
        </w:rPr>
        <w:t xml:space="preserve">1. </w:t>
      </w:r>
      <w:r>
        <w:t>Жизнь и здоровье, достоинство личности, личная неприкосновенность, честь и доброе имя, деловая репутация, неприкосновенность частной жизни, неприкосновенность жилища, личная и семейная тайна, свобода передвижения, свобода выбора места пребывания и жительства, имя гражданина, авторство, иные нематериальные блага, принадлежащие гражданину от рождения или в силу закона, неотчуждаемы и непередаваемы иным способом</w:t>
      </w:r>
    </w:p>
    <w:p>
      <w:r>
        <w:rPr>
          <w:b/>
        </w:rPr>
        <w:t xml:space="preserve">2. </w:t>
      </w:r>
      <w:r>
        <w:t>Нематериальные блага защищаются в соответствии с настоящим Кодексом и другими законами в случаях и в порядке, ими предусмотренных, а также в тех случаях и пределах, в каких использование способов защиты гражданских прав (статья 12) вытекает из существа нарушенного нематериального блага или личного неимущественного права и характера последствий этого нарушения. В случаях, если того требуют интересы гражданина, принадлежащие ему нематериальные блага могут быть защищены, в частности, путем признания судом факта нарушения его личного неимущественного права, опубликования решения суда о допущенном нарушении, а также путем пресечения или запрещения действий, нарушающих или создающих угрозу нарушения личного неимущественного права либо посягающих или создающих угрозу посягательства на нематериальное благо. В случаях и в порядке, которые предусмотрены законом, нематериальные блага, принадлежавшие умершему, могут защищаться другими лицами. (Статья в редакции Федерального закона от 02.07.2013 № 142-ФЗ)</w:t>
      </w:r>
    </w:p>
    <w:p>
      <w:r>
        <w:rPr>
          <w:b/>
        </w:rPr>
        <w:t>Статья 151. Компенсация морального вреда</w:t>
      </w:r>
    </w:p>
    <w:p>
      <w:r>
        <w:t>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(В редакции Федерального закона от 02.07.2013 № 142-ФЗ)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 (В редакции Федерального закона от 02.07.2013 № 142-ФЗ)</w:t>
      </w:r>
    </w:p>
    <w:p>
      <w:r>
        <w:rPr>
          <w:b/>
        </w:rPr>
        <w:t>Статья 152. Защита чести, достоинства и деловой репутации</w:t>
      </w:r>
    </w:p>
    <w:p>
      <w:r>
        <w:rPr>
          <w:b/>
        </w:rPr>
        <w:t xml:space="preserve">1. </w:t>
      </w:r>
      <w:r>
        <w:t>Гражданин вправе требовать по суду опровержения порочащих его честь, достоинство или деловую репутацию сведений, если распространивший такие сведения не докажет, что они соответствуют действительности. Опровержение должно быть сделано тем же способом, которым были распространены сведения о гражданине, или другим аналогичным способом. По требованию заинтересованных лиц допускается защита чести, достоинства и деловой репутации гражданина и после его смерти</w:t>
      </w:r>
    </w:p>
    <w:p>
      <w:r>
        <w:rPr>
          <w:b/>
        </w:rPr>
        <w:t xml:space="preserve">2. </w:t>
      </w:r>
      <w:r>
        <w:t>Сведения, порочащие честь, достоинство или деловую репутацию гражданина и распространенные в средствах массовой информации, должны быть опровергнуты в тех же средствах массовой информации. Гражданин, в отношении которого в средствах массовой информации распространены указанные сведения, имеет право потребовать наряду с опровержением также опубликования своего ответа в тех же средствах массовой информации</w:t>
      </w:r>
    </w:p>
    <w:p>
      <w:r>
        <w:rPr>
          <w:b/>
        </w:rPr>
        <w:t xml:space="preserve">3. </w:t>
      </w:r>
      <w:r>
        <w:t>Если сведения, порочащие честь, достоинство или деловую репутацию гражданина, содержатся в документе, исходящем от организации, такой документ подлежит замене или отзыву</w:t>
      </w:r>
    </w:p>
    <w:p>
      <w:r>
        <w:rPr>
          <w:b/>
        </w:rPr>
        <w:t xml:space="preserve">4. </w:t>
      </w:r>
      <w:r>
        <w:t>В случаях, когда сведения, порочащие честь, достоинство или деловую репутацию гражданина, стали широко известны и в связи с этим опровержение невозможно довести до всеобщего сведения, гражданин вправе требовать удаления соответствующей информации, а также пресечения или запрещения дальнейшего распространения указанных сведений путем изъятия и уничтожения без какой бы то ни было компенсации изготовленных в целях введения в гражданский оборот экземпляров материальных носителей, содержащих указанные сведения, если без уничтожения таких экземпляров материальных носителей удаление соответствующей информации невозможно</w:t>
      </w:r>
    </w:p>
    <w:p>
      <w:r>
        <w:rPr>
          <w:b/>
        </w:rPr>
        <w:t xml:space="preserve">5. </w:t>
      </w:r>
      <w:r>
        <w:t>Если сведения, порочащие честь, достоинство или деловую репутацию гражданина, оказались после их распространения доступными в сети "Интернет", гражданин вправе требовать удаления соответствующей информации, а также опровержения указанных сведений способом, обеспечивающим доведение опровержения до пользователей сети "Интернет"</w:t>
      </w:r>
    </w:p>
    <w:p>
      <w:r>
        <w:rPr>
          <w:b/>
        </w:rPr>
        <w:t xml:space="preserve">6. </w:t>
      </w:r>
      <w:r>
        <w:t>Порядок опровержения сведений, порочащих честь, достоинство или деловую репутацию гражданина, в иных случаях, кроме указанных в пунктах 2 - 5 настоящей статьи, устанавливается судом</w:t>
      </w:r>
    </w:p>
    <w:p>
      <w:r>
        <w:rPr>
          <w:b/>
        </w:rPr>
        <w:t xml:space="preserve">7. </w:t>
      </w:r>
      <w:r>
        <w:t>Применение к нарушителю мер ответственности за неисполнение судебного решения не освобождает его от обязанности совершить предусмотренное решением суда действие</w:t>
      </w:r>
    </w:p>
    <w:p>
      <w:r>
        <w:rPr>
          <w:b/>
        </w:rPr>
        <w:t xml:space="preserve">8. </w:t>
      </w:r>
      <w:r>
        <w:t>Если установить лицо, распространившее сведения, порочащие честь, достоинство или деловую репутацию гражданина, невозможно, гражданин, в отношении которого такие сведения распространены, вправе обратиться в суд с заявлением о признании распространенных сведений не соответствующими действительности</w:t>
      </w:r>
    </w:p>
    <w:p>
      <w:r>
        <w:rPr>
          <w:b/>
        </w:rPr>
        <w:t xml:space="preserve">9. </w:t>
      </w:r>
      <w:r>
        <w:t>Гражданин, в отношении которого распространены сведения, порочащие его честь, достоинство или деловую репутацию, наряду с опровержением таких сведений или опубликованием своего ответа вправе требовать возмещения убытков и компенсации морального вреда, причиненных распространением таких сведений</w:t>
      </w:r>
    </w:p>
    <w:p>
      <w:r>
        <w:rPr>
          <w:b/>
        </w:rPr>
        <w:t xml:space="preserve">10. </w:t>
      </w:r>
      <w:r>
        <w:t>Правила пунктов 1 - 9 настоящей статьи, за исключением положений о компенсации морального вреда, могут быть применены судом также к случаям распространения любых не соответствующих действительности сведений о гражданине, если такой гражданин докажет несоответствие указанных сведений действительности. Срок исковой давности по требованиям, предъявляемым в связи с распространением указанных сведений в средствах массовой информации, составляет один год со дня опубликования таких сведений в соответствующих средствах массовой информации</w:t>
      </w:r>
    </w:p>
    <w:p>
      <w:r>
        <w:rPr>
          <w:b/>
        </w:rPr>
        <w:t xml:space="preserve">11. </w:t>
      </w:r>
      <w:r>
        <w:t>Правила настоящей статьи о защите деловой репутации гражданина, за исключением положений о компенсации морального вреда, соответственно применяются к защите деловой репутации юридического лица. (Статья в редакции Федерального закона от 02.07.2013 № 142-ФЗ)</w:t>
      </w:r>
    </w:p>
    <w:p>
      <w:r>
        <w:rPr>
          <w:b/>
        </w:rPr>
        <w:t>Статья 152.1. Охрана изображения гражданина</w:t>
      </w:r>
    </w:p>
    <w:p>
      <w:r>
        <w:rPr>
          <w:b/>
        </w:rPr>
        <w:t xml:space="preserve">1. </w:t>
      </w:r>
      <w:r>
        <w:t>Обнародование и дальнейшее использование изображения гражданина (в том числе его фотографии, а также видеозаписи или произведения изобразительного искусства, в которых он изображен) допускаются только с согласия этого гражданина. После смерти гражданина его изображение может использоваться только с согласия детей и пережившего супруга, а при их отсутствии - с согласия родителей. Такое согласие не требуется в случаях, когда: (В редакции Федерального закона от 02.07.2013 № 142-ФЗ) 1) использование изображения осуществляется в государственных, общественных или иных публичных интересах;</w:t>
      </w:r>
    </w:p>
    <w:p>
      <w:r>
        <w:rPr>
          <w:b/>
        </w:rPr>
        <w:t xml:space="preserve">2. </w:t>
      </w:r>
      <w:r>
        <w:t>Изготовленные в целях введения в гражданский оборот, а также находящиеся в обороте экземпляры материальных носителей, содержащих изображение гражданина, полученное или используемое с нарушением пункта 1 настоящей статьи, подлежат на основании судебного решения изъятию из оборота и уничтожению без какой бы то ни было компенсации. (Дополнение пунктом - Федеральный закон от 02.07.2013 № 142-ФЗ)</w:t>
      </w:r>
    </w:p>
    <w:p>
      <w:r>
        <w:rPr>
          <w:b/>
        </w:rPr>
        <w:t xml:space="preserve">3. </w:t>
      </w:r>
      <w:r>
        <w:t>Если изображение гражданина, полученное или используемое с нарушением пункта 1 настоящей статьи, распространено в сети "Интернет", гражданин вправе требовать удаления этого изображения, а также пресечения или запрещения дальнейшего его распространения. (Дополнение пунктом - Федеральный закон от 02.07.2013 № 142-ФЗ) (Дополнение статьей - Федеральный закон от 18.12.2006 № 231-ФЗ)</w:t>
      </w:r>
    </w:p>
    <w:p>
      <w:r>
        <w:rPr>
          <w:b/>
        </w:rPr>
        <w:t xml:space="preserve">1. </w:t>
      </w:r>
      <w:r>
        <w:t>изображение гражданина получено при съемке, которая проводится в местах, открытых для свободного посещения, или на публичных мероприятиях (собраниях, съездах, конференциях, концертах, представлениях, спортивных соревнованиях и подобных мероприятиях), за исключением случаев, когда такое изображение является основным объектом использования</w:t>
      </w:r>
    </w:p>
    <w:p>
      <w:r>
        <w:rPr>
          <w:b/>
        </w:rPr>
        <w:t xml:space="preserve">1. </w:t>
      </w:r>
      <w:r>
        <w:t>гражданин позировал за плату</w:t>
      </w:r>
    </w:p>
    <w:p>
      <w:r>
        <w:rPr>
          <w:b/>
        </w:rPr>
        <w:t>Статья 152.2. Охрана частной жизни гражданина</w:t>
      </w:r>
    </w:p>
    <w:p>
      <w:r>
        <w:rPr>
          <w:b/>
        </w:rPr>
        <w:t xml:space="preserve">1. </w:t>
      </w:r>
      <w:r>
        <w:t>Если иное прямо не предусмотрено законом, не допускаются без согласия гражданина сбор, хранение, распространение и использование любой информации о его частной жизни, в частности сведений о его происхождении, о месте его пребывания или жительства, о личной и семейной жизни. Не являются нарушением правил, установленных абзацем первым настоящего пункта, сбор, хранение, распространение и использование информации о частной жизни гражданина в государственных, общественных или иных публичных интересах, а также в случаях, если информация о частной жизни гражданина ранее стала общедоступной либо была раскрыта самим гражданином или по его воле</w:t>
      </w:r>
    </w:p>
    <w:p>
      <w:r>
        <w:rPr>
          <w:b/>
        </w:rPr>
        <w:t xml:space="preserve">2. </w:t>
      </w:r>
      <w:r>
        <w:t>Стороны обязательства не вправе разглашать ставшую известной им при возникновении и (или) исполнении обязательства информацию о частной жизни гражданина, являющегося стороной или третьим лицом в данном обязательстве, если соглашением не предусмотрена возможность такого разглашения информации о сторонах</w:t>
      </w:r>
    </w:p>
    <w:p>
      <w:r>
        <w:rPr>
          <w:b/>
        </w:rPr>
        <w:t xml:space="preserve">3. </w:t>
      </w:r>
      <w:r>
        <w:t>Неправомерным распространением полученной с нарушением закона информации о частной жизни гражданина считается, в частности, ее использование при создании произведений науки, литературы и искусства, если такое использование нарушает интересы гражданина</w:t>
      </w:r>
    </w:p>
    <w:p>
      <w:r>
        <w:rPr>
          <w:b/>
        </w:rPr>
        <w:t xml:space="preserve">4. </w:t>
      </w:r>
      <w:r>
        <w:t>В случаях, когда информация о частной жизни гражданина, полученная с нарушением закона, содержится в документах, видеозаписях или на иных материальных носителях, гражданин вправе обратиться в суд с требованием об удалении соответствующей информации, а также о пресечении или запрещении дальнейшего ее распространения путем изъятия и уничтожения без какой бы то ни было компенсации изготовленных в целях введения в гражданский оборот экземпляров материальных носителей, содержащих соответствующую информацию, если без уничтожения таких экземпляров материальных носителей удаление соответствующей информации невозможно</w:t>
      </w:r>
    </w:p>
    <w:p>
      <w:r>
        <w:rPr>
          <w:b/>
        </w:rPr>
        <w:t xml:space="preserve">5. </w:t>
      </w:r>
      <w:r>
        <w:t>Право требовать защиты частной жизни гражданина способами, предусмотренными пунктом 2 статьи 150 настоящего Кодекса и настоящей статьей, в случае его смерти имеют дети, родители и переживший супруг такого гражданина. (Дополнение статьей - Федеральный закон от 02.07.2013 № 142-ФЗ) Подраздел 4. Сделки. Решения собраний. Представительство (Наименование в редакции Федерального закона от 07.05.2013 № 100-ФЗ)</w:t>
      </w:r>
    </w:p>
    <w:p>
      <w:pPr>
        <w:pStyle w:val="Heading3"/>
      </w:pPr>
      <w:r>
        <w:t>Сделки</w:t>
      </w:r>
    </w:p>
    <w:p>
      <w:r>
        <w:rPr>
          <w:b/>
        </w:rPr>
        <w:t>Статья 153. Понятие сделки</w:t>
      </w:r>
    </w:p>
    <w:p>
      <w:r>
        <w:t>Сделками признаются действия граждан и юридических лиц, направленные на установление, изменение или прекращение гражданских прав и обязанностей.</w:t>
      </w:r>
    </w:p>
    <w:p>
      <w:r>
        <w:rPr>
          <w:b/>
        </w:rPr>
        <w:t>Статья 154. Договоры и односторонние сделки</w:t>
      </w:r>
    </w:p>
    <w:p>
      <w:r>
        <w:rPr>
          <w:b/>
        </w:rPr>
        <w:t xml:space="preserve">1. </w:t>
      </w:r>
      <w:r>
        <w:t>Сделки могут быть двух- или многосторонними (договоры) и односторонними</w:t>
      </w:r>
    </w:p>
    <w:p>
      <w:r>
        <w:rPr>
          <w:b/>
        </w:rPr>
        <w:t xml:space="preserve">2. </w:t>
      </w:r>
      <w:r>
        <w:t>Односторонней считается сделка, для совершения которой в соответствии с законом, иными правовыми актами или соглашением сторон необходимо и достаточно выражения воли одной стороны</w:t>
      </w:r>
    </w:p>
    <w:p>
      <w:r>
        <w:rPr>
          <w:b/>
        </w:rPr>
        <w:t xml:space="preserve">3. </w:t>
      </w:r>
      <w:r>
        <w:t>Для заключения договора необходимо выражение согласованной воли двух сторон (двусторонняя сделка) либо трех или более сторон (многосторонняя сделка)</w:t>
      </w:r>
    </w:p>
    <w:p>
      <w:r>
        <w:rPr>
          <w:b/>
        </w:rPr>
        <w:t>Статья 155. Обязанности по односторонней сделке</w:t>
      </w:r>
    </w:p>
    <w:p>
      <w:r>
        <w:t>Односторонняя сделка создает обязанности для лица, совершившего сделку. Она может создавать обязанности для других лиц лишь в случаях, установленных законом либо соглашением с этими лицами.</w:t>
      </w:r>
    </w:p>
    <w:p>
      <w:r>
        <w:rPr>
          <w:b/>
        </w:rPr>
        <w:t>Статья 156. Правовое регулирование односторонних сделок</w:t>
      </w:r>
    </w:p>
    <w:p>
      <w:r>
        <w:t>К односторонним сделкам соответственно применяются общие положения об обязательствах и о договорах, поскольку это не противоречит закону, одностороннему характеру и существу сделки. (В редакции Федерального закона от 07.05.2013 № 100-ФЗ)</w:t>
      </w:r>
    </w:p>
    <w:p>
      <w:r>
        <w:rPr>
          <w:b/>
        </w:rPr>
        <w:t>Статья 157. Сделки, совершенные под условием</w:t>
      </w:r>
    </w:p>
    <w:p>
      <w:r>
        <w:rPr>
          <w:b/>
        </w:rPr>
        <w:t xml:space="preserve">1. </w:t>
      </w:r>
      <w:r>
        <w:t>Сделка считается совершенной под отлагательным условием, если стороны поставили возникновение прав и обязанностей в зависимость от обстоятельства, относительно которого неизвестно, наступит оно или не наступит</w:t>
      </w:r>
    </w:p>
    <w:p>
      <w:r>
        <w:rPr>
          <w:b/>
        </w:rPr>
        <w:t xml:space="preserve">2. </w:t>
      </w:r>
      <w:r>
        <w:t>Сделка считается совершенной под отменительным условием, если стороны поставили прекращение прав и обязанностей в зависимость от обстоятельства, относительно которого неизвестно, наступит оно или не наступит</w:t>
      </w:r>
    </w:p>
    <w:p>
      <w:r>
        <w:rPr>
          <w:b/>
        </w:rPr>
        <w:t xml:space="preserve">3. </w:t>
      </w:r>
      <w:r>
        <w:t>Если наступлению условия недобросовестно воспрепятствовала сторона, которой наступление условия невыгодно, то условие признается наступившим. Если наступлению условия недобросовестно содействовала сторона, которой наступление условия выгодно, то условие признается ненаступившим</w:t>
      </w:r>
    </w:p>
    <w:p>
      <w:r>
        <w:rPr>
          <w:b/>
        </w:rPr>
        <w:t>Статья 157.1. Согласие на совершение сделки</w:t>
      </w:r>
    </w:p>
    <w:p>
      <w:r>
        <w:rPr>
          <w:b/>
        </w:rPr>
        <w:t xml:space="preserve">1. </w:t>
      </w:r>
      <w:r>
        <w:t>Правила настоящей статьи применяются, если другое не предусмотрено законом или иным правовым актом</w:t>
      </w:r>
    </w:p>
    <w:p>
      <w:r>
        <w:rPr>
          <w:b/>
        </w:rPr>
        <w:t xml:space="preserve">2. </w:t>
      </w:r>
      <w:r>
        <w:t>Если на совершение сделки в силу закона требуется согласие третьего лица, органа юридического лица или государственного органа либо органа местного самоуправления, о своем согласии или об отказе в нем третье лицо или соответствующий орган сообщает лицу, запросившему согласие, либо иному заинтересованному лицу в разумный срок после получения обращения лица, запросившего согласие</w:t>
      </w:r>
    </w:p>
    <w:p>
      <w:r>
        <w:rPr>
          <w:b/>
        </w:rPr>
        <w:t xml:space="preserve">3. </w:t>
      </w:r>
      <w:r>
        <w:t>В предварительном согласии на совершение сделки должен быть определен предмет сделки, на совершение которой дается согласие. При последующем согласии (одобрении) должна быть указана сделка, на совершение которой дано согласие</w:t>
      </w:r>
    </w:p>
    <w:p>
      <w:r>
        <w:rPr>
          <w:b/>
        </w:rPr>
        <w:t xml:space="preserve">4. </w:t>
      </w:r>
      <w:r>
        <w:t>Молчание не считается согласием на совершение сделки, за исключением случаев, установленных законом. (Дополнение статьей - Федеральный закон от 07.05.2013 № 100-ФЗ)</w:t>
      </w:r>
    </w:p>
    <w:p>
      <w:r>
        <w:rPr>
          <w:b/>
        </w:rPr>
        <w:t>Статья 158. Форма сделок</w:t>
      </w:r>
    </w:p>
    <w:p>
      <w:r>
        <w:rPr>
          <w:b/>
        </w:rPr>
        <w:t xml:space="preserve">1. </w:t>
      </w:r>
      <w:r>
        <w:t>Сделки совершаются устно или в письменной форме (простой или нотариальной)</w:t>
      </w:r>
    </w:p>
    <w:p>
      <w:r>
        <w:rPr>
          <w:b/>
        </w:rPr>
        <w:t xml:space="preserve">2. </w:t>
      </w:r>
      <w:r>
        <w:t>Сделка, которая может быть совершена устно, считается совершенной и в том случае, когда из поведения лица явствует его воля совершить сделку</w:t>
      </w:r>
    </w:p>
    <w:p>
      <w:r>
        <w:rPr>
          <w:b/>
        </w:rPr>
        <w:t xml:space="preserve">3. </w:t>
      </w:r>
      <w:r>
        <w:t>Молчание признается выражением воли совершить сделку в случаях, предусмотренных законом или соглашением сторон</w:t>
      </w:r>
    </w:p>
    <w:p>
      <w:r>
        <w:rPr>
          <w:b/>
        </w:rPr>
        <w:t>Статья 159. Устные сделки</w:t>
      </w:r>
    </w:p>
    <w:p>
      <w:r>
        <w:rPr>
          <w:b/>
        </w:rPr>
        <w:t xml:space="preserve">1. </w:t>
      </w:r>
      <w:r>
        <w:t>Сделка, для которой законом или соглашением сторон не установлена письменная (простая или нотариальная) форма, может быть совершена устно</w:t>
      </w:r>
    </w:p>
    <w:p>
      <w:r>
        <w:rPr>
          <w:b/>
        </w:rPr>
        <w:t xml:space="preserve">2. </w:t>
      </w:r>
      <w:r>
        <w:t>Если иное не установлено соглашением сторон, могут совершаться устно все сделки, исполняемые при самом их совершении, за исключением сделок, для которых установлена нотариальная форма, и сделок, несоблюдение простой письменной формы которых влечет их недействительность</w:t>
      </w:r>
    </w:p>
    <w:p>
      <w:r>
        <w:rPr>
          <w:b/>
        </w:rPr>
        <w:t xml:space="preserve">3. </w:t>
      </w:r>
      <w:r>
        <w:t>Сделки во исполнение договора, заключенного в письменной форме, могут по соглашению сторон совершаться устно, если это не противоречит закону, иным правовым актам и договору</w:t>
      </w:r>
    </w:p>
    <w:p>
      <w:r>
        <w:rPr>
          <w:b/>
        </w:rPr>
        <w:t>Статья 160. Письменная форма сделки</w:t>
      </w:r>
    </w:p>
    <w:p>
      <w:r>
        <w:rPr>
          <w:b/>
        </w:rPr>
        <w:t xml:space="preserve">1. </w:t>
      </w:r>
      <w:r>
        <w:t>Сделка в письменной форме должна быть совершена путем составления документа, выражающего ее содержание и подписанного лицом или лицами, совершающими сделку, либо должным образом уполномоченными ими лицами. Письменная форма сделки считается соблюденной также в случае совершения лицом сделки с помощью электронных либо иных технических средств, позволяющих воспроизвести на материальном носителе в неизменном виде содержание сделки, при этом требование о наличии подписи считается выполненным, если использован любой способ, позволяющий достоверно определить лицо, выразившее волю. Законом, иными правовыми актами и соглашением сторон может быть предусмотрен специальный способ достоверного определения лица, выразившего волю. Двусторонние (многосторонние) сделки могут совершаться способами, установленными пунктами 2 и 3 статьи 434 настоящего Кодекса. Законом, иными правовыми актами и соглашением сторон могут устанавливаться дополнительные требования, которым должна соответствовать форма сделки (совершение на бланке определенной формы, скрепление печатью и тому подобное), и предусматриваться последствия несоблюдения этих требований. Если такие последствия не предусмотрены, применяются последствия несоблюдения простой письменной формы сделки (пункт 1 статьи 162). (Пункт в редакции Федерального закона от 18.03.2019 № 34-ФЗ)</w:t>
      </w:r>
    </w:p>
    <w:p>
      <w:r>
        <w:rPr>
          <w:b/>
        </w:rPr>
        <w:t xml:space="preserve">2. </w:t>
      </w:r>
      <w:r>
        <w:t>Использование при совершении сделок факсимильного воспроизведения подписи с помощью средств механического или иного копирования либо иного аналога собственноручной подписи допускается в случаях и в порядке, предусмотренных законом, иными правовыми актами или соглашением сторон. (В редакции федеральных законов от 06.04.2011 № 65-ФЗ, от 18.03.2019 № 34-ФЗ)</w:t>
      </w:r>
    </w:p>
    <w:p>
      <w:r>
        <w:rPr>
          <w:b/>
        </w:rPr>
        <w:t xml:space="preserve">3. </w:t>
      </w:r>
      <w:r>
        <w:t>Если гражданин вследствие физического недостатка, болезни или неграмотности не может собственноручно подписаться, то по его просьбе сделку может подписать другой гражданин. Подпись последнего должна быть засвидетельствована нотариусом либо другим должностным лицом, имеющим право совершать такое нотариальное действие, с указанием причин, в силу которых совершающий сделку не мог подписать ее собственноручно. При совершении доверенностей, указанных в пункте 3 статьи 1851 настоящего Кодекса, подпись того, кто подписывает доверенность, может быть удостоверена также организацией, где работает гражданин, который не может собственноручно подписаться, или администрацией медицинской организации, в которой он находится на излечении в стационарных условиях. (В редакции Федерального закона от 23.05.2018 № 116-ФЗ)</w:t>
      </w:r>
    </w:p>
    <w:p>
      <w:r>
        <w:rPr>
          <w:b/>
        </w:rPr>
        <w:t>Статья 161. Сделки, совершаемые в простой письменной форме</w:t>
      </w:r>
    </w:p>
    <w:p>
      <w:r>
        <w:t>В случаях и в порядке, которые предусмотрены законом, ущерб, причиненный личности или имуществу гражданина либо имуществу юридического лица правомерными действиями государственных органов, органов местного самоуправления или должностных лиц этих органов, а также иных лиц, которым государством делегированы властные полномочия, подлежит компенсации. (Дополнение статьей - Федеральный закон от 30.12.2012 № 302-ФЗ) Подраздел 2. Лица</w:t>
      </w:r>
    </w:p>
    <w:p>
      <w:r>
        <w:rPr>
          <w:b/>
        </w:rPr>
        <w:t xml:space="preserve">1. </w:t>
      </w:r>
      <w:r>
        <w:t>Должны совершаться в простой письменной форме, за исключением сделок, требующих нотариального удостоверения</w:t>
      </w:r>
    </w:p>
    <w:p>
      <w:r>
        <w:rPr>
          <w:b/>
        </w:rPr>
        <w:t xml:space="preserve">2. </w:t>
      </w:r>
      <w:r>
        <w:t>Соблюдение простой письменной формы не требуется для сделок, которые в соответствии со статьей 159 настоящего Кодекса могут быть совершены устно</w:t>
      </w:r>
    </w:p>
    <w:p>
      <w:r>
        <w:rPr>
          <w:b/>
        </w:rPr>
        <w:t xml:space="preserve">1. </w:t>
      </w:r>
      <w:r>
        <w:t>сделки юридических лиц между собой и с гражданами</w:t>
      </w:r>
    </w:p>
    <w:p>
      <w:r>
        <w:rPr>
          <w:b/>
        </w:rPr>
        <w:t xml:space="preserve">1. </w:t>
      </w:r>
      <w:r>
        <w:t>сделки граждан между собой на сумму, превышающую десять тысяч рублей, а в случаях, предусмотренных законом, - независимо от суммы сделки. (В редакции Федерального закона от 07.05.2013 № 100-ФЗ)</w:t>
      </w:r>
    </w:p>
    <w:p>
      <w:r>
        <w:rPr>
          <w:b/>
        </w:rPr>
        <w:t>Статья 162. Последствия несоблюдения простой письменной формы сделки</w:t>
      </w:r>
    </w:p>
    <w:p>
      <w:r>
        <w:rPr>
          <w:b/>
        </w:rPr>
        <w:t xml:space="preserve">1. </w:t>
      </w:r>
      <w:r>
        <w:t>Несоблюдение простой письменной формы сделки лишает стороны права в случае спора ссылаться в подтверждение сделки и ее условий на свидетельские показания, но не лишает их права приводить письменные и другие доказательства</w:t>
      </w:r>
    </w:p>
    <w:p>
      <w:r>
        <w:rPr>
          <w:b/>
        </w:rPr>
        <w:t xml:space="preserve">2. </w:t>
      </w:r>
      <w:r>
        <w:t>В случаях, прямо указанных в законе или в соглашении сторон, несоблюдение простой письменной формы сделки влечет ее недействительность</w:t>
      </w:r>
    </w:p>
    <w:p>
      <w:r>
        <w:rPr>
          <w:b/>
        </w:rPr>
        <w:t xml:space="preserve">3. </w:t>
      </w:r>
      <w:r>
        <w:t>(Пункт утратил силу - Федеральный закон от 07.05.2013 № 100-ФЗ)</w:t>
      </w:r>
    </w:p>
    <w:p>
      <w:r>
        <w:rPr>
          <w:b/>
        </w:rPr>
        <w:t>Статья 163. Нотариальное удостоверение сделки</w:t>
      </w:r>
    </w:p>
    <w:p>
      <w:r>
        <w:t>(Наименование в редакции Федерального закона от 07.05.2013 № 100-ФЗ)</w:t>
      </w:r>
    </w:p>
    <w:p>
      <w:r>
        <w:rPr>
          <w:b/>
        </w:rPr>
        <w:t xml:space="preserve">1. </w:t>
      </w:r>
      <w:r>
        <w:t>Нотариальное удостоверение сделки означает проверку законности сделки, в том числе наличия у каждой из сторон права на ее совершение, и осуществляется нотариусом или должностным лицом, имеющим право совершать такое нотариальное действие, в порядке, установленном законом о нотариате и нотариальной деятельности. (В редакции Федерального закона от 07.05.2013 № 100-ФЗ)</w:t>
      </w:r>
    </w:p>
    <w:p>
      <w:r>
        <w:rPr>
          <w:b/>
        </w:rPr>
        <w:t xml:space="preserve">2. </w:t>
      </w:r>
      <w:r>
        <w:t>Нотариальное удостоверение сделок обязательно</w:t>
      </w:r>
    </w:p>
    <w:p>
      <w:r>
        <w:rPr>
          <w:b/>
        </w:rPr>
        <w:t xml:space="preserve">3. </w:t>
      </w:r>
      <w:r>
        <w:t>Если нотариальное удостоверение сделки в соответствии с пунктом 2 настоящей статьи является обязательным, несоблюдение нотариальной формы сделки влечет ее ничтожность. (Дополнение пунктом - Федеральный закон от 07.05.2013 № 100-ФЗ)</w:t>
      </w:r>
    </w:p>
    <w:p>
      <w:r>
        <w:rPr>
          <w:b/>
        </w:rPr>
        <w:t xml:space="preserve">2. </w:t>
      </w:r>
      <w:r>
        <w:t>в случаях, указанных в законе</w:t>
      </w:r>
    </w:p>
    <w:p>
      <w:r>
        <w:rPr>
          <w:b/>
        </w:rPr>
        <w:t xml:space="preserve">2. </w:t>
      </w:r>
      <w:r>
        <w:t>в случаях, предусмотренных соглашением сторон, хотя бы по закону для сделок данного вида эта форма не требовалась</w:t>
      </w:r>
    </w:p>
    <w:p>
      <w:r>
        <w:rPr>
          <w:b/>
        </w:rPr>
        <w:t>Статья 164. Государственная регистрация сделок</w:t>
      </w:r>
    </w:p>
    <w:p>
      <w:r>
        <w:rPr>
          <w:b/>
        </w:rPr>
        <w:t xml:space="preserve">1. </w:t>
      </w:r>
      <w:r>
        <w:t>В случаях, если законом предусмотрена государственная регистрация сделок, правовые последствия сделки наступают после ее регистрации</w:t>
      </w:r>
    </w:p>
    <w:p>
      <w:r>
        <w:rPr>
          <w:b/>
        </w:rPr>
        <w:t xml:space="preserve">2. </w:t>
      </w:r>
      <w:r>
        <w:t>Сделка, предусматривающая изменение условий зарегистрированной сделки, подлежит государственной регистрации. (Статья в редакции Федерального закона от 07.05.2013 № 100-ФЗ)</w:t>
      </w:r>
    </w:p>
    <w:p>
      <w:r>
        <w:rPr>
          <w:b/>
        </w:rPr>
        <w:t>Статья 165. Последствия уклонения от нотариального удостоверения или государственной регистрации сделки</w:t>
      </w:r>
    </w:p>
    <w:p>
      <w:r>
        <w:rPr>
          <w:b/>
        </w:rPr>
        <w:t xml:space="preserve">1. </w:t>
      </w:r>
      <w:r>
        <w:t>Если одна из сторон полностью или частично исполнила сделку, требующую нотариального удостоверения, а другая сторона уклоняется от такого удостоверения сделки, суд по требованию исполнившей сделку стороны вправе признать сделку действительной. В этом случае последующее нотариальное удостоверение сделки не требуется</w:t>
      </w:r>
    </w:p>
    <w:p>
      <w:r>
        <w:rPr>
          <w:b/>
        </w:rPr>
        <w:t xml:space="preserve">2. </w:t>
      </w:r>
      <w:r>
        <w:t>Если сделка, требующая государственной регистрации, совершена в надлежащей форме, но одна из сторон уклоняется от ее регистрации, суд по требованию другой стороны вправе вынести решение о регистрации сделки. В этом случае сделка регистрируется в соответствии с решением суда</w:t>
      </w:r>
    </w:p>
    <w:p>
      <w:r>
        <w:rPr>
          <w:b/>
        </w:rPr>
        <w:t xml:space="preserve">3. </w:t>
      </w:r>
      <w:r>
        <w:t>В случаях, предусмотренных пунктами 1 и 2 настоящей статьи, сторона, необоснованно уклоняющаяся от нотариального удостоверения или государственной регистрации сделки, должна возместить другой стороне убытки, вызванные задержкой в совершении или регистрации сделки</w:t>
      </w:r>
    </w:p>
    <w:p>
      <w:r>
        <w:rPr>
          <w:b/>
        </w:rPr>
        <w:t xml:space="preserve">4. </w:t>
      </w:r>
      <w:r>
        <w:t>Срок исковой давности по требованиям, указанным в настоящей статье, составляет один год. (Статья в редакции Федерального закона от 07.05.2013 № 100-ФЗ)</w:t>
      </w:r>
    </w:p>
    <w:p>
      <w:r>
        <w:rPr>
          <w:b/>
        </w:rPr>
        <w:t>Статья 165.1. Юридически значимые сообщения</w:t>
      </w:r>
    </w:p>
    <w:p>
      <w:r>
        <w:rPr>
          <w:b/>
        </w:rPr>
        <w:t xml:space="preserve">1. </w:t>
      </w:r>
      <w:r>
        <w:t>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
        <w:rPr>
          <w:b/>
        </w:rPr>
        <w:t xml:space="preserve">2. </w:t>
      </w:r>
      <w:r>
        <w:t>Правила пункта 1 настоящей статьи применяются, если иное не предусмотрено законом или условиями сделки либо не следует из обычая или из практики, установившейся во взаимоотношениях сторон. (Дополнение статьей - Федеральный закон от 07.05.2013 № 100-ФЗ) § 2. Недействительность сделок</w:t>
      </w:r>
    </w:p>
    <w:p>
      <w:r>
        <w:rPr>
          <w:b/>
        </w:rPr>
        <w:t>Статья 166. Оспоримые и ничтожные сделки</w:t>
      </w:r>
    </w:p>
    <w:p>
      <w:r>
        <w:rPr>
          <w:b/>
        </w:rPr>
        <w:t xml:space="preserve">1. </w:t>
      </w:r>
      <w:r>
        <w:t>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w:t>
      </w:r>
    </w:p>
    <w:p>
      <w:r>
        <w:rPr>
          <w:b/>
        </w:rPr>
        <w:t xml:space="preserve">2. </w:t>
      </w:r>
      <w:r>
        <w:t>Требование о признании оспоримой сделки недействительной может быть предъявлено стороной сделки или иным лицом, указанным в законе. Оспоримая сделка может быть признана недействительной, если она нарушает права или охраняемые законом интересы лица, оспаривающего сделку, в том числе повлекла неблагоприятные для него последствия. В случаях, когда в соответствии с законом сделка оспаривается в интересах третьих лиц, она может быть признана недействительной, если нарушает права или охраняемые законом интересы таких третьих лиц. Сторона, из поведения которой явствует ее воля сохранить силу сделки, не вправе оспаривать сделку по основанию, о котором эта сторона знала или должна была знать при проявлении ее воли</w:t>
      </w:r>
    </w:p>
    <w:p>
      <w:r>
        <w:rPr>
          <w:b/>
        </w:rPr>
        <w:t xml:space="preserve">3. </w:t>
      </w:r>
      <w:r>
        <w:t>Требование о применении последствий недействительности ничтожной сделки вправе предъявить сторона сделки, а в предусмотренных законом случаях также иное лицо. Требование о признании недействительной ничтожной сделки независимо от применения последствий ее недействительности может быть удовлетворено, если лицо, предъявляющее такое требование, имеет охраняемый законом интерес в признании этой сделки недействительной</w:t>
      </w:r>
    </w:p>
    <w:p>
      <w:r>
        <w:rPr>
          <w:b/>
        </w:rPr>
        <w:t xml:space="preserve">4. </w:t>
      </w:r>
      <w:r>
        <w:t>Суд вправе применить последствия недействительности ничтожной сделки по своей инициативе, если это необходимо для защиты публичных интересов, и в иных предусмотренных законом случаях</w:t>
      </w:r>
    </w:p>
    <w:p>
      <w:r>
        <w:rPr>
          <w:b/>
        </w:rPr>
        <w:t xml:space="preserve">5. </w:t>
      </w:r>
      <w:r>
        <w:t>Заявление о недействительности сделки не имеет правового значения, если ссылающееся на недействительность сделки лицо действует недобросовестно, в частности если его поведение после заключения сделки давало основание другим лицам полагаться на действительность сделки. (Статья в редакции Федерального закона от 07.05.2013 № 100-ФЗ)</w:t>
      </w:r>
    </w:p>
    <w:p>
      <w:r>
        <w:rPr>
          <w:b/>
        </w:rPr>
        <w:t>Статья 167. Общие положения о последствиях недействительности сделки</w:t>
      </w:r>
    </w:p>
    <w:p>
      <w:r>
        <w:rPr>
          <w:b/>
        </w:rPr>
        <w:t xml:space="preserve">1. </w:t>
      </w:r>
      <w:r>
        <w:t>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Лицо, которое знало или должно было знать об основаниях недействительности оспоримой сделки, после признания этой сделки недействительной не считается действовавшим добросовестно. (Дополнение абзацем - Федеральный закон от 07.05.2013 № 100-ФЗ)</w:t>
      </w:r>
    </w:p>
    <w:p>
      <w:r>
        <w:rPr>
          <w:b/>
        </w:rPr>
        <w:t xml:space="preserve">2. </w:t>
      </w:r>
      <w:r>
        <w:t>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(В редакции Федерального закона от 07.05.2013 № 100-ФЗ)</w:t>
      </w:r>
    </w:p>
    <w:p>
      <w:r>
        <w:rPr>
          <w:b/>
        </w:rPr>
        <w:t xml:space="preserve">3. </w:t>
      </w:r>
      <w:r>
        <w:t>Если из существа оспоримой сделки вытекает, что она может быть лишь прекращена на будущее время, суд, признавая сделку недействительной, прекращает ее действие на будущее время. (В редакции Федерального закона от 07.05.2013 № 100-ФЗ)</w:t>
      </w:r>
    </w:p>
    <w:p>
      <w:r>
        <w:rPr>
          <w:b/>
        </w:rPr>
        <w:t xml:space="preserve">4. </w:t>
      </w:r>
      <w:r>
        <w:t>Суд вправе не применять последствия недействительности сделки (пункт 2 настоящей статьи), если их применение будет противоречить основам правопорядка или нравственности. (Дополнение пунктом - Федеральный закон от 07.05.2013 № 100-ФЗ)</w:t>
      </w:r>
    </w:p>
    <w:p>
      <w:r>
        <w:rPr>
          <w:b/>
        </w:rPr>
        <w:t>Статья 168. Недействительность сделки, нарушающей требования закона или иного правового акта</w:t>
      </w:r>
    </w:p>
    <w:p>
      <w:r>
        <w:rPr>
          <w:b/>
        </w:rPr>
        <w:t xml:space="preserve">1. </w:t>
      </w:r>
      <w:r>
        <w:t>За исключением случаев, предусмотренных пунктом 2 настоящей статьи или иным законом, сделка, нарушающая требования закона или иного правового акта, является оспоримой, если из закона не следует, что должны применяться другие последствия нарушения, не связанные с недействительностью сделки</w:t>
      </w:r>
    </w:p>
    <w:p>
      <w:r>
        <w:rPr>
          <w:b/>
        </w:rPr>
        <w:t xml:space="preserve">2. </w:t>
      </w:r>
      <w:r>
        <w:t>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(Статья в редакции Федерального закона от 07.05.2013 № 100-ФЗ)</w:t>
      </w:r>
    </w:p>
    <w:p>
      <w:r>
        <w:rPr>
          <w:b/>
        </w:rPr>
        <w:t>Статья 169. Недействительность сделки, совершенной с целью, противной основам правопорядка или нравственности</w:t>
      </w:r>
    </w:p>
    <w:p>
      <w:r>
        <w:t>Сделка, совершенная с целью, заведомо противной основам правопорядка или нравственности, ничтожна и влечет последствия, установленные статьей 167 настоящего Кодекса. В случаях, предусмотренных законом, суд может взыскать в доход Российской Федерации все полученное по такой сделке сторонами, действовавшими умышленно, или применить иные последствия, установленные законом. (Статья в редакции Федерального закона от 07.05.2013 № 100-ФЗ)</w:t>
      </w:r>
    </w:p>
    <w:p>
      <w:r>
        <w:rPr>
          <w:b/>
        </w:rPr>
        <w:t>Статья 170. Недействительность мнимой и притворной сделок</w:t>
      </w:r>
    </w:p>
    <w:p>
      <w:r>
        <w:rPr>
          <w:b/>
        </w:rPr>
        <w:t xml:space="preserve">1. </w:t>
      </w:r>
      <w:r>
        <w:t>Мнимая сделка, то есть сделка, совершенная лишь для вида, без намерения создать соответствующие ей правовые последствия, ничтожна</w:t>
      </w:r>
    </w:p>
    <w:p>
      <w:r>
        <w:rPr>
          <w:b/>
        </w:rPr>
        <w:t xml:space="preserve">2. </w:t>
      </w:r>
      <w:r>
        <w:t>Притворная сделка, то есть сделка, которая совершена с целью прикрыть другую сделку, в том числе сделку на иных условиях, ничтожна. К сделке, которую стороны действительно имели в виду, с учетом существа и содержания сделки применяются относящиеся к ней правила. (В редакции Федерального закона от 07.05.2013 № 100-ФЗ)</w:t>
      </w:r>
    </w:p>
    <w:p>
      <w:r>
        <w:rPr>
          <w:b/>
        </w:rPr>
        <w:t>Статья 171. Недействительность сделки, совершенной гражданином, признанным недееспособным</w:t>
      </w:r>
    </w:p>
    <w:p>
      <w:r>
        <w:rPr>
          <w:b/>
        </w:rPr>
        <w:t xml:space="preserve">1. </w:t>
      </w:r>
      <w:r>
        <w:t>Ничтожна сделка, совершенная гражданином, признанным недееспособным вследствие психического расстройства. Каждая из сторон такой сделки обязана возвратить другой все полученное в натуре, а при невозможности возвратить полученное в натуре - возместить его стоимость. (В редакции Федерального закона от 07.05.2013 № 100-ФЗ) Дееспособная сторона обязана, кроме того, возместить другой стороне понесенный ею реальный ущерб, если дееспособная сторона знала или должна была знать о недееспособности другой стороны</w:t>
      </w:r>
    </w:p>
    <w:p>
      <w:r>
        <w:rPr>
          <w:b/>
        </w:rPr>
        <w:t xml:space="preserve">2. </w:t>
      </w:r>
      <w:r>
        <w:t>В интересах гражданина, признанного недееспособным вследствие психического расстройства, совершенная им сделка может быть по требованию его опекуна признана судом действительной, если она совершена к выгоде этого гражданина</w:t>
      </w:r>
    </w:p>
    <w:p>
      <w:r>
        <w:rPr>
          <w:b/>
        </w:rPr>
        <w:t>Статья 172. Недействительность сделки, совершенной несовершеннолетним, не достигшим четырнадцати лет</w:t>
      </w:r>
    </w:p>
    <w:p>
      <w:r>
        <w:rPr>
          <w:b/>
        </w:rPr>
        <w:t xml:space="preserve">1. </w:t>
      </w:r>
      <w:r>
        <w:t>Ничтожна сделка, совершенная несовершеннолетним, не достигшим четырнадцати лет (малолетним). К такой сделке применяются правила, предусмотренные абзацами вторым и третьим пункта 1 статьи 171 настоящего Кодекса</w:t>
      </w:r>
    </w:p>
    <w:p>
      <w:r>
        <w:rPr>
          <w:b/>
        </w:rPr>
        <w:t xml:space="preserve">2. </w:t>
      </w:r>
      <w:r>
        <w:t>В интересах малолетнего совершенная им сделка может быть по требованию его родителей, усыновителей или опекуна признана судом действительной, если она совершена к выгоде малолетнего</w:t>
      </w:r>
    </w:p>
    <w:p>
      <w:r>
        <w:rPr>
          <w:b/>
        </w:rPr>
        <w:t xml:space="preserve">3. </w:t>
      </w:r>
      <w:r>
        <w:t>Правила настоящей статьи не распространяются на мелкие бытовые и другие сделки малолетних, которые они вправе совершать самостоятельно в соответствии со статьей 28 настоящего Кодекса</w:t>
      </w:r>
    </w:p>
    <w:p>
      <w:r>
        <w:rPr>
          <w:b/>
        </w:rPr>
        <w:t>Статья 173. Недействительность сделки юридического лица, совершенной в противоречии с целями его деятельности</w:t>
      </w:r>
    </w:p>
    <w:p>
      <w:r>
        <w:t>Сделка, совершенная юридическим лицом в противоречии с целями деятельности, определенно ограниченными в его учредительных документах, может быть признана судом недействительной по иску этого юридического лица, его учредителя (участника) или иного лица, в интересах которого установлено ограничение, если доказано, что другая сторона сделки знала или должна была знать о таком ограничении. (Статья в редакции Федерального закона от 07.05.2013 № 100-ФЗ)</w:t>
      </w:r>
    </w:p>
    <w:p>
      <w:r>
        <w:rPr>
          <w:b/>
        </w:rPr>
        <w:t>Статья 173.1. Недействительность сделки, совершенной без необходимого в силу закона согласия третьего лица, органа юридического лица или государственного органа либо органа местного самоуправления</w:t>
      </w:r>
    </w:p>
    <w:p>
      <w:r>
        <w:rPr>
          <w:b/>
        </w:rPr>
        <w:t xml:space="preserve">1. </w:t>
      </w:r>
      <w:r>
        <w:t>Сделка, совершенная без согласия третьего лица, органа юридического лица или государственного органа либо органа местного самоуправления, необходимость получения которого предусмотрена законом, является оспоримой, если из закона не следует, что она ничтожна или не влечет правовых последствий для лица, управомоченного давать согласие, при отсутствии такого согласия. Она может быть признана недействительной по иску такого лица или иных лиц, указанных в законе. Законом или в предусмотренных им случаях соглашением с лицом, согласие которого необходимо на совершение сделки, могут быть установлены иные последствия отсутствия необходимого согласия на совершение сделки, чем ее недействительность</w:t>
      </w:r>
    </w:p>
    <w:p>
      <w:r>
        <w:rPr>
          <w:b/>
        </w:rPr>
        <w:t xml:space="preserve">2. </w:t>
      </w:r>
      <w:r>
        <w:t>Поскольку законом не установлено иное, оспоримая сделка, совершенная без необходимого в силу закона согласия третьего лица, органа юридического лица или государственного органа либо органа местного самоуправления, может быть признана недействительной, если доказано, что другая сторона сделки знала или должна была знать об отсутствии на момент совершения сделки необходимого согласия такого лица или такого органа</w:t>
      </w:r>
    </w:p>
    <w:p>
      <w:r>
        <w:rPr>
          <w:b/>
        </w:rPr>
        <w:t xml:space="preserve">3. </w:t>
      </w:r>
      <w:r>
        <w:t>Лицо, давшее необходимое в силу закона согласие на совершение оспоримой сделки, не вправе оспаривать ее по основанию, о котором это лицо знало или должно было знать в момент выражения согласия. (Дополнение статьей - Федеральный закон от 07.05.2013 № 100-ФЗ)</w:t>
      </w:r>
    </w:p>
    <w:p>
      <w:r>
        <w:rPr>
          <w:b/>
        </w:rPr>
        <w:t>Статья 174. Последствия нарушения представителем или органом юридического лица условий осуществления полномочий либо интересов представляемого или интересов юридического лица</w:t>
      </w:r>
    </w:p>
    <w:p>
      <w:r>
        <w:rPr>
          <w:b/>
        </w:rPr>
        <w:t xml:space="preserve">1. </w:t>
      </w:r>
      <w:r>
        <w:t>Если полномочия лица на совершение сделки ограничены договором или положением о филиале или представительстве юридического лица либо полномочия действующего от имени юридического лица без доверенности органа юридического лица ограничены учредительными документами юридического лица или иными регулирующими его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сделка, и при ее совершении такое лицо или такой орган вышли за пределы этих ограничений, сделка может быть признана судом недействительной по иску лица, в интересах которого установлены ограничения, лишь в случаях, когда доказано, что другая сторона сделки знала или должна была знать об этих ограничениях</w:t>
      </w:r>
    </w:p>
    <w:p>
      <w:r>
        <w:rPr>
          <w:b/>
        </w:rPr>
        <w:t xml:space="preserve">2. </w:t>
      </w:r>
      <w:r>
        <w:t>Сделка, совершенная представителем или действующим от имени юридического лица без доверенности органом юридического лица в ущерб интересам представляемого или интересам юридического лица, может быть признана судом недействительной по иску представляемого или по иску юридического лица, а в случаях, предусмотренных законом, по иску, предъявленному в их интересах иным лицом или иным органом, если другая сторона сделки знала или должна была знать о явном ущербе для представляемого или для юридического лица либо имели место обстоятельства, которые свидетельствовали о сговоре либо об иных совместных действиях представителя или органа юридического лица и другой стороны сделки в ущерб интересам представляемого или интересам юридического лица. (Статья в редакции Федерального закона от 07.05.2013 № 100-ФЗ)</w:t>
      </w:r>
    </w:p>
    <w:p>
      <w:r>
        <w:rPr>
          <w:b/>
        </w:rPr>
        <w:t>Статья 174.1. Последствия совершения сделки в отношении имущества, распоряжение которым запрещено или ограничено</w:t>
      </w:r>
    </w:p>
    <w:p>
      <w:r>
        <w:rPr>
          <w:b/>
        </w:rPr>
        <w:t xml:space="preserve">1. </w:t>
      </w:r>
      <w:r>
        <w:t>Сделка, совершенная с нарушением запрета или ограничения распоряжения имуществом, вытекающих из закона, в частности из законодательства о несостоятельности (банкротстве), ничтожна в той части, в какой она предусматривает распоряжение таким имуществом (статья 180)</w:t>
      </w:r>
    </w:p>
    <w:p>
      <w:r>
        <w:rPr>
          <w:b/>
        </w:rPr>
        <w:t xml:space="preserve">2. </w:t>
      </w:r>
      <w:r>
        <w:t>Сделка, совершенная с нарушением запрета на распоряжение имуществом должника, наложенного в судебном или ином установленном законом порядке в пользу его кредитора или иного управомоченного лица, не препятствует реализации прав указанного кредитора или иного управомоченного лица, которые обеспечивались запретом, за исключением случаев, если приобретатель имущества не знал и не должен был знать о запрете. (Дополнение статьей - Федеральный закон от 07.05.2013 № 100-ФЗ)</w:t>
      </w:r>
    </w:p>
    <w:p>
      <w:r>
        <w:rPr>
          <w:b/>
        </w:rPr>
        <w:t>Статья 175. Недействительность сделки, совершенной несовершеннолетним в возрасте от четырнадцати до восемнадцати лет</w:t>
      </w:r>
    </w:p>
    <w:p>
      <w:r>
        <w:rPr>
          <w:b/>
        </w:rPr>
        <w:t xml:space="preserve">1. </w:t>
      </w:r>
      <w:r>
        <w:t>Сделка, совершенная несовершеннолетним в возрасте от четырнадцати до восемнадцати лет без согласия его родителей, усыновителей или попечителя, в случаях, когда такое согласие требуется в соответствии со статьей 26 настоящего Кодекса, может быть признана судом недействительной по иску родителей, усыновителей или попечителя. Если такая сделка признана недействительной, соответственно применяются правила, предусмотренные абзацами вторым и третьим пункта 1 статьи 171 настоящего Кодекса</w:t>
      </w:r>
    </w:p>
    <w:p>
      <w:r>
        <w:rPr>
          <w:b/>
        </w:rPr>
        <w:t xml:space="preserve">2. </w:t>
      </w:r>
      <w:r>
        <w:t>Правила настоящей статьи не распространяются на сделки несовершеннолетних, ставших полностью дееспособными</w:t>
      </w:r>
    </w:p>
    <w:p>
      <w:r>
        <w:rPr>
          <w:b/>
        </w:rPr>
        <w:t>Статья 176. Недействительность сделки, совершенной гражданином, ограниченным судом в дееспособности</w:t>
      </w:r>
    </w:p>
    <w:p>
      <w:r>
        <w:rPr>
          <w:b/>
        </w:rPr>
        <w:t xml:space="preserve">1. </w:t>
      </w:r>
      <w:r>
        <w:t>Сделка по распоряжению имуществом, совершенная без согласия попечителя гражданином, ограниченным судом в дееспособности (статья 30), может быть признана судом недействительной по иску попечителя. (В редакции Федерального закона от 07.05.2013 № 100-ФЗ) Если такая сделка признана недействительной, соответственно применяются правила, предусмотренные абзацами вторым и третьим пункта 1 статьи 171 настоящего Кодекса</w:t>
      </w:r>
    </w:p>
    <w:p>
      <w:r>
        <w:rPr>
          <w:b/>
        </w:rPr>
        <w:t xml:space="preserve">2. </w:t>
      </w:r>
      <w:r>
        <w:t>Правила настоящей статьи не распространяются на сделки, которые гражданин, ограниченный в дееспособности, вправе совершать самостоятельно в соответствии со статьей 30 настоящего Кодекса. (В редакции Федерального закона от 07.05.2013 № 100-ФЗ)</w:t>
      </w:r>
    </w:p>
    <w:p>
      <w:r>
        <w:rPr>
          <w:b/>
        </w:rPr>
        <w:t>Статья 177. Недействительность сделки, совершенной гражданином, не способным понимать значение своих действий или руководить ими</w:t>
      </w:r>
    </w:p>
    <w:p>
      <w:r>
        <w:rPr>
          <w:b/>
        </w:rPr>
        <w:t xml:space="preserve">1. </w:t>
      </w:r>
      <w:r>
        <w:t>Сделка, совершенная гражданином, хотя и дееспособным, но находившимся в момент ее совершения в таком состоянии, когда он не был способен понимать значение своих действий или руководить ими, может быть признана судом недействительной по иску этого гражданина либо иных лиц, чьи права или охраняемые законом интересы нарушены в результате ее совершения</w:t>
      </w:r>
    </w:p>
    <w:p>
      <w:r>
        <w:rPr>
          <w:b/>
        </w:rPr>
        <w:t xml:space="preserve">2. </w:t>
      </w:r>
      <w:r>
        <w:t>Сделка, совершенная гражданином, впоследствии признанным недееспособным, может быть признана судом недействительной по иску его опекуна, если доказано, что в момент совершения сделки гражданин не был способен понимать значение своих действий или руководить ими. Сделка, совершенная гражданином, впоследствии ограниченным в дееспособности вследствие психического расстройства, может быть признана судом недействительной по иску его попечителя, если доказано, что в момент совершения сделки гражданин не был способен понимать значение своих действий или руководить ими и другая сторона сделки знала или должна была знать об этом. (Дополнение абзацем - Федеральный закон от 07.05.2013 № 100-ФЗ)</w:t>
      </w:r>
    </w:p>
    <w:p>
      <w:r>
        <w:rPr>
          <w:b/>
        </w:rPr>
        <w:t xml:space="preserve">3. </w:t>
      </w:r>
      <w:r>
        <w:t>Если сделка признана недействительной на основании настоящей статьи, соответственно применяются правила, предусмотренные абзацами вторым и третьим пункта 1 статьи 171 настоящего Кодекса</w:t>
      </w:r>
    </w:p>
    <w:p>
      <w:r>
        <w:rPr>
          <w:b/>
        </w:rPr>
        <w:t>Статья 178. Недействительность сделки, совершенной под влиянием существенного заблуждения</w:t>
      </w:r>
    </w:p>
    <w:p>
      <w:r>
        <w:rPr>
          <w:b/>
        </w:rPr>
        <w:t xml:space="preserve">1. </w:t>
      </w:r>
      <w:r>
        <w:t>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w:t>
      </w:r>
    </w:p>
    <w:p>
      <w:r>
        <w:rPr>
          <w:b/>
        </w:rPr>
        <w:t xml:space="preserve">2. </w:t>
      </w:r>
      <w:r>
        <w:t>При наличии условий, предусмотренных пунктом 1 настоящей статьи, заблуждение предполагается достаточно существенным, в частности если</w:t>
      </w:r>
    </w:p>
    <w:p>
      <w:r>
        <w:rPr>
          <w:b/>
        </w:rPr>
        <w:t xml:space="preserve">3. </w:t>
      </w:r>
      <w:r>
        <w:t>Заблуждение относительно мотивов сделки не является достаточно существенным для признания сделки недействительной</w:t>
      </w:r>
    </w:p>
    <w:p>
      <w:r>
        <w:rPr>
          <w:b/>
        </w:rPr>
        <w:t xml:space="preserve">4. </w:t>
      </w:r>
      <w:r>
        <w:t>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w:t>
      </w:r>
    </w:p>
    <w:p>
      <w:r>
        <w:rPr>
          <w:b/>
        </w:rPr>
        <w:t xml:space="preserve">5. </w:t>
      </w:r>
      <w:r>
        <w:t>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w:t>
      </w:r>
    </w:p>
    <w:p>
      <w:r>
        <w:rPr>
          <w:b/>
        </w:rPr>
        <w:t xml:space="preserve">6. </w:t>
      </w:r>
      <w:r>
        <w:t>Если сделка признана недействительной как совершенная под влиянием заблуждения, к ней применяются правила, предусмотренные статьей 167 настоящего Кодекса. 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заблуждение возникло вследствие зависящих от нее обстоятельств. 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 (Статья в редакции Федерального закона от 07.05.2013 № 100-ФЗ)</w:t>
      </w:r>
    </w:p>
    <w:p>
      <w:r>
        <w:rPr>
          <w:b/>
        </w:rPr>
        <w:t xml:space="preserve">2. </w:t>
      </w:r>
      <w:r>
        <w:t>сторона допустила очевидные оговорку, описку, опечатку и т.п</w:t>
      </w:r>
    </w:p>
    <w:p>
      <w:r>
        <w:rPr>
          <w:b/>
        </w:rPr>
        <w:t xml:space="preserve">2. </w:t>
      </w:r>
      <w:r>
        <w:t>сторона заблуждается в отношении предмета сделки, в частности таких его качеств, которые в обороте рассматриваются как существенные</w:t>
      </w:r>
    </w:p>
    <w:p>
      <w:r>
        <w:rPr>
          <w:b/>
        </w:rPr>
        <w:t xml:space="preserve">2. </w:t>
      </w:r>
      <w:r>
        <w:t>сторона заблуждается в отношении природы сделки</w:t>
      </w:r>
    </w:p>
    <w:p>
      <w:r>
        <w:rPr>
          <w:b/>
        </w:rPr>
        <w:t xml:space="preserve">2. </w:t>
      </w:r>
      <w:r>
        <w:t>сторона заблуждается в отношении лица, с которым она вступает в сделку, или лица, связанного со сделкой</w:t>
      </w:r>
    </w:p>
    <w:p>
      <w:r>
        <w:rPr>
          <w:b/>
        </w:rPr>
        <w:t xml:space="preserve">2. </w:t>
      </w:r>
      <w:r>
        <w:t>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w:t>
      </w:r>
    </w:p>
    <w:p>
      <w:r>
        <w:rPr>
          <w:b/>
        </w:rPr>
        <w:t>Статья 179. Недействительность сделки, совершенной под влиянием обмана, насилия, угрозы или неблагоприятных обстоятельств</w:t>
      </w:r>
    </w:p>
    <w:p>
      <w:r>
        <w:rPr>
          <w:b/>
        </w:rPr>
        <w:t xml:space="preserve">1. </w:t>
      </w:r>
      <w:r>
        <w:t>Сделка, совершенная под влиянием насилия или угрозы, может быть признана судом недействительной по иску потерпевшего</w:t>
      </w:r>
    </w:p>
    <w:p>
      <w:r>
        <w:rPr>
          <w:b/>
        </w:rPr>
        <w:t xml:space="preserve">2. </w:t>
      </w:r>
      <w:r>
        <w:t>Сделка, совершенная под влиянием обмана, может быть признана судом недействительной по иску потерпевшего. Обманом считается также намеренное умолчание об обстоятельствах, о которых лицо должно было сообщить при той добросовестности, какая от него требовалась по условиям оборота. Сделка, совершенная под влиянием обмана потерпевшего третьим лицом, может быть признана недействительной по иску потерпевшего при условии, что другая сторона либо лицо, к которому обращена односторонняя сделка, знали или должны были знать об обмане. Считается, в частности, что сторона знала об обмане, если виновное в обмане третье лицо являлось ее представителем или работником либо содействовало ей в совершении сделки</w:t>
      </w:r>
    </w:p>
    <w:p>
      <w:r>
        <w:rPr>
          <w:b/>
        </w:rPr>
        <w:t xml:space="preserve">3. </w:t>
      </w:r>
      <w:r>
        <w:t>Сделка на крайне невыгодных условиях, которую лицо было вынуждено совершить вследствие стечения тяжелых обстоятельств, чем другая сторона воспользовалась (кабальная сделка), может быть признана судом недействительной по иску потерпевшего</w:t>
      </w:r>
    </w:p>
    <w:p>
      <w:r>
        <w:rPr>
          <w:b/>
        </w:rPr>
        <w:t xml:space="preserve">4. </w:t>
      </w:r>
      <w:r>
        <w:t>Если сделка признана недействительной по одному из оснований, указанных в пунктах 1 - 3 настоящей статьи, применяются последствия недействительности сделки, установленные статьей 167 настоящего Кодекса. Кроме того, убытки, причиненные потерпевшему, возмещаются ему другой стороной. Риск случайной гибели предмета сделки несет другая сторона сделки. (Статья в редакции Федерального закона от 07.05.2013 № 100-ФЗ)</w:t>
      </w:r>
    </w:p>
    <w:p>
      <w:r>
        <w:rPr>
          <w:b/>
        </w:rPr>
        <w:t>Статья 180. Последствия недействительности части сделки</w:t>
      </w:r>
    </w:p>
    <w:p>
      <w:r>
        <w:t>Недействительность части сделки не влечет недействительности прочих ее частей, если можно предположить, что сделка была бы совершена и без включения недействительной ее части.</w:t>
      </w:r>
    </w:p>
    <w:p>
      <w:r>
        <w:rPr>
          <w:b/>
        </w:rPr>
        <w:t>Статья 181. Сроки исковой давности по недействительным сделкам</w:t>
      </w:r>
    </w:p>
    <w:p>
      <w:r>
        <w:rPr>
          <w:b/>
        </w:rPr>
        <w:t xml:space="preserve">1. </w:t>
      </w:r>
      <w:r>
        <w:t>Срок исковой давности по требованиям о применении последствий недействительности ничтожной сделки и о признании такой сделки недействительной (пункт 3 статьи 166)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 (В редакции Федерального закона от 07.05.2013 № 100-ФЗ)</w:t>
      </w:r>
    </w:p>
    <w:p>
      <w:r>
        <w:rPr>
          <w:b/>
        </w:rPr>
        <w:t xml:space="preserve">2. </w:t>
      </w:r>
      <w:r>
        <w:t>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(Статья в редакции Федерального закона от 21.07.2005 № 109-ФЗ)</w:t>
      </w:r>
    </w:p>
    <w:p>
      <w:pPr>
        <w:pStyle w:val="Heading3"/>
      </w:pPr>
      <w:r>
        <w:t>Решения собраний</w:t>
      </w:r>
    </w:p>
    <w:p>
      <w:r>
        <w:rPr>
          <w:b/>
        </w:rPr>
        <w:t>Статья 181.1. Основные положения</w:t>
      </w:r>
    </w:p>
    <w:p>
      <w:r>
        <w:rPr>
          <w:b/>
        </w:rPr>
        <w:t xml:space="preserve">1. </w:t>
      </w:r>
      <w:r>
        <w:t>Правила, предусмотренные настоящей главой, применяются, если законом или в установленном им порядке не предусмотрено иное</w:t>
      </w:r>
    </w:p>
    <w:p>
      <w:r>
        <w:rPr>
          <w:b/>
        </w:rPr>
        <w:t xml:space="preserve">2. </w:t>
      </w:r>
      <w:r>
        <w:t>Решение собрания, с которым закон связывает гражданско-правовые последствия, порождает правовые последствия, на которые решение собрания направлено, для всех лиц, имевших право участвовать в данном собрании (участников юридического лица, сособственников, кредиторов при банкротстве и других - участников гражданско-правового сообщества), а также для иных лиц, если это установлено законом или вытекает из существа отношений</w:t>
      </w:r>
    </w:p>
    <w:p>
      <w:r>
        <w:rPr>
          <w:b/>
        </w:rPr>
        <w:t>Статья 181.2. Принятие решения собрания</w:t>
      </w:r>
    </w:p>
    <w:p>
      <w:r>
        <w:rPr>
          <w:b/>
        </w:rPr>
        <w:t xml:space="preserve">1. </w:t>
      </w:r>
      <w:r>
        <w:t>Решение собрания считается принятым, если за него проголосовало большинство участников собрания и при этом в заседании участвовало не менее пятидесяти процентов от общего числа участников соответствующего гражданско-правового сообщества. (В редакции Федерального закона от 28.06.2021 № 225-ФЗ) Члены гражданско-правового сообщества могут участвовать в заседании дистанционно с помощью электронных либо иных технических средств, если при этом используются любые способы, позволяющие достоверно установить лицо, принимающее участие в заседании, участвовать ему в обсуждении вопросов повестки дня и голосовать. Такие возможность и способы могут быть установлены законом, единогласным решением участников гражданско-правового сообщества или уставом юридического лица. (В редакции Федерального закона от 28.06.2021 № 225-ФЗ)</w:t>
      </w:r>
    </w:p>
    <w:p>
      <w:r>
        <w:rPr>
          <w:b/>
        </w:rPr>
        <w:t xml:space="preserve">11. </w:t>
      </w:r>
      <w:r>
        <w:t>Решение собрания может быть принято без проведения заседания (заочное голосование) посредством отправки, в том числе с помощью электронных либо иных технических средств, не менее чем пятьюдесятью процентами от общего числа участников соответствующего гражданско-правового сообщества документов, содержащих сведения об их голосовании. При этом решение считается принятым, если за него проголосовало большинство направивших эти документы участников гражданско-правового сообщества. (Дополнение пунктом - Федеральный закон от 28.06.2021 № 225-ФЗ)</w:t>
      </w:r>
    </w:p>
    <w:p>
      <w:r>
        <w:rPr>
          <w:b/>
        </w:rPr>
        <w:t xml:space="preserve">12. </w:t>
      </w:r>
      <w:r>
        <w:t>Законом, единогласным решением участников гражданско-правового сообщества или уставом юридического лица может быть предусмотрено совмещение голосования на заседании и заочного голосования. (Дополнение пунктом - Федеральный закон от 28.06.2021 № 225-ФЗ)</w:t>
      </w:r>
    </w:p>
    <w:p>
      <w:r>
        <w:rPr>
          <w:b/>
        </w:rPr>
        <w:t xml:space="preserve">2. </w:t>
      </w:r>
      <w:r>
        <w:t>При наличии в повестке дня собрания нескольких вопросов по каждому из них принимается самостоятельное решение, если иное не установлено единогласно участниками собрания</w:t>
      </w:r>
    </w:p>
    <w:p>
      <w:r>
        <w:rPr>
          <w:b/>
        </w:rPr>
        <w:t xml:space="preserve">3. </w:t>
      </w:r>
      <w:r>
        <w:t>Проведение заседания участников гражданско-правового сообщества и результаты голосования на заседании, а также результаты заочного голосования подтверждаются протоколом. Протокол составляется в письменной форме, в том числе с помощью электронных либо иных технических средств (абзац второй пункта 1 статьи 160), и подписывается в случае проведения заседания председательствующим на заседании и секретарем заседания, а в случае принятия решения в результате заочного голосования - лицами, проводившими подсчет голосов или зафиксировавшими результат подсчета голосов. Настоящим Кодексом, законом, единогласным решением участников гражданско-правового сообщества или уставом юридического лица может быть предусмотрен иной способ подтверждения проведения заседания участников гражданско-правового сообщества и результатов голосования на заседании, а также результатов заочного голосования. (В редакции Федерального закона от 28.06.2021 № 225-ФЗ)</w:t>
      </w:r>
    </w:p>
    <w:p>
      <w:r>
        <w:rPr>
          <w:b/>
        </w:rPr>
        <w:t xml:space="preserve">4. </w:t>
      </w:r>
      <w:r>
        <w:t>В протоколе должны быть указаны</w:t>
      </w:r>
    </w:p>
    <w:p>
      <w:r>
        <w:rPr>
          <w:b/>
        </w:rPr>
        <w:t xml:space="preserve">41. </w:t>
      </w:r>
      <w:r>
        <w:t>При использовании иного способа подтверждения проведения заседания участников гражданско-правового сообщества и результатов голосования на заседании, а также результатов заочного голосования (пункт 3 настоящей статьи) должны обеспечиваться хранение и воспроизведение в неизменном виде сведений, перечисленных в подпунктах 1 - 6 пункта 4 настоящей статьи. (Дополнение пунктом - Федеральный закон от 28.06.2021 № 225-ФЗ)</w:t>
      </w:r>
    </w:p>
    <w:p>
      <w:r>
        <w:rPr>
          <w:b/>
        </w:rPr>
        <w:t xml:space="preserve">5. </w:t>
      </w:r>
      <w:r>
        <w:t>(Пункт утратил силу - Федеральный закон от 28.06.2021 № 225-ФЗ)</w:t>
      </w:r>
    </w:p>
    <w:p>
      <w:r>
        <w:rPr>
          <w:b/>
        </w:rPr>
        <w:t xml:space="preserve">4. </w:t>
      </w:r>
      <w:r>
        <w:t>дата и время проведения заседания, место проведения заседания и (или) способ дистанционного участия членов гражданского-правового сообщества в заседании, а в случаях заочного голосования - дата, до которой принимались документы, содержащие сведения о голосовании членов гражданско-правового сообщества, и способ отправки этих документов</w:t>
      </w:r>
    </w:p>
    <w:p>
      <w:r>
        <w:rPr>
          <w:b/>
        </w:rPr>
        <w:t xml:space="preserve">4. </w:t>
      </w:r>
      <w:r>
        <w:t>сведения о лицах, принявших участие в заседании, и (или) о лицах, направивших документы, содержащие сведения о голосовании</w:t>
      </w:r>
    </w:p>
    <w:p>
      <w:r>
        <w:rPr>
          <w:b/>
        </w:rPr>
        <w:t xml:space="preserve">4. </w:t>
      </w:r>
      <w:r>
        <w:t>результаты голосования по каждому вопросу повестки дня</w:t>
      </w:r>
    </w:p>
    <w:p>
      <w:r>
        <w:rPr>
          <w:b/>
        </w:rPr>
        <w:t xml:space="preserve">4. </w:t>
      </w:r>
      <w:r>
        <w:t>сведения о лицах, проводивших подсчет голосов, если подсчет голосов был поручен определенным лицам</w:t>
      </w:r>
    </w:p>
    <w:p>
      <w:r>
        <w:rPr>
          <w:b/>
        </w:rPr>
        <w:t xml:space="preserve">4. </w:t>
      </w:r>
      <w:r>
        <w:t>сведения о лицах, голосовавших против принятия решения собрания и потребовавших внести запись об этом в протокол</w:t>
      </w:r>
    </w:p>
    <w:p>
      <w:r>
        <w:rPr>
          <w:b/>
        </w:rPr>
        <w:t xml:space="preserve">4. </w:t>
      </w:r>
      <w:r>
        <w:t>сведения о ходе проведения заседания или о ходе голосования, если участник гражданско-правового сообщества требует их внести в протокол</w:t>
      </w:r>
    </w:p>
    <w:p>
      <w:r>
        <w:rPr>
          <w:b/>
        </w:rPr>
        <w:t xml:space="preserve">4. </w:t>
      </w:r>
      <w:r>
        <w:t>сведения о лицах, подписавших протокол. (Пункт в редакции Федерального закона от 28.06.2021 № 225-ФЗ)</w:t>
      </w:r>
    </w:p>
    <w:p>
      <w:r>
        <w:rPr>
          <w:b/>
        </w:rPr>
        <w:t>Статья 181.3. Недействительность решения собрания</w:t>
      </w:r>
    </w:p>
    <w:p>
      <w:r>
        <w:rPr>
          <w:b/>
        </w:rPr>
        <w:t xml:space="preserve">1. </w:t>
      </w:r>
      <w:r>
        <w:t>Решение собрания недействительно по основаниям, установленным настоящим Кодексом или иными законами, в силу признания его таковым судом (оспоримое решение) или независимо от такого признания (ничтожное решение). Недействительное решение собрания оспоримо, если из закона не следует, что решение ничтожно</w:t>
      </w:r>
    </w:p>
    <w:p>
      <w:r>
        <w:rPr>
          <w:b/>
        </w:rPr>
        <w:t xml:space="preserve">2. </w:t>
      </w:r>
      <w:r>
        <w:t>Если решение собрания опубликовано, сообщение о признании судом решения собрания недействительным должно быть опубликовано на основании решения суда в том же издании за счет лица, на которое в соответствии с процессуальным законодательством возлагаются судебные расходы. Если сведения о решении собрания внесены в реестр, сведения о судебном акте, которым решение собрания признано недействительным, также должны быть внесены в соответствующий реестр</w:t>
      </w:r>
    </w:p>
    <w:p>
      <w:r>
        <w:rPr>
          <w:b/>
        </w:rPr>
        <w:t>Статья 181.4. Оспоримость решения собрания</w:t>
      </w:r>
    </w:p>
    <w:p>
      <w:r>
        <w:rPr>
          <w:b/>
        </w:rPr>
        <w:t xml:space="preserve">1. </w:t>
      </w:r>
      <w:r>
        <w:t>Решение собрания может быть признано судом недействительным при нарушении требований закона, в том числе в случае, если</w:t>
      </w:r>
    </w:p>
    <w:p>
      <w:r>
        <w:rPr>
          <w:b/>
        </w:rPr>
        <w:t xml:space="preserve">2. </w:t>
      </w:r>
      <w:r>
        <w:t>Решение собрания не может быть признано судом недействительным по основаниям, связанным с нарушением порядка принятия решения, если оно подтверждено последующим решением собрания, принятым в установленном порядке до вынесения решения суда. (В редакции Федерального закона от 28.06.2021 № 225-ФЗ)</w:t>
      </w:r>
    </w:p>
    <w:p>
      <w:r>
        <w:rPr>
          <w:b/>
        </w:rPr>
        <w:t xml:space="preserve">3. </w:t>
      </w:r>
      <w:r>
        <w:t>Решение собрания вправе оспорить в суде участник соответствующего гражданско-правового сообщества, не принимавший участия в заседании или заочном голосовании либо голосовавший против принятия оспариваемого решения. (В редакции Федерального закона от 28.06.2021 № 225-ФЗ) Участник собрания, голосовавший за принятие решения или воздержавшийся от голосования, вправе оспорить в суде решение собрания в случаях, если его волеизъявление при голосовании было нарушено</w:t>
      </w:r>
    </w:p>
    <w:p>
      <w:r>
        <w:rPr>
          <w:b/>
        </w:rPr>
        <w:t xml:space="preserve">4. </w:t>
      </w:r>
      <w:r>
        <w:t>Решение собрания не может быть признано судом недействительным, если голосование лица, права которого затрагиваются оспариваемым решением, не могло повлиять на его принятие и решение собрания не влечет существенные неблагоприятные последствия для этого лица</w:t>
      </w:r>
    </w:p>
    <w:p>
      <w:r>
        <w:rPr>
          <w:b/>
        </w:rPr>
        <w:t xml:space="preserve">5. </w:t>
      </w:r>
      <w:r>
        <w:t>Решение собрания может быть оспорено в суде в течение шести месяцев со дня, когда лицо, права которого нарушены принятием решения, узнало или должно было узнать об этом, но не позднее чем в течение двух лет со дня, когда сведения о принятом решении стали общедоступными для участников соответствующего гражданско-правового сообщества</w:t>
      </w:r>
    </w:p>
    <w:p>
      <w:r>
        <w:rPr>
          <w:b/>
        </w:rPr>
        <w:t xml:space="preserve">6. </w:t>
      </w:r>
      <w:r>
        <w:t>Лицо, оспаривающее решение собрания, должно уведомить в письменной форме заблаговременно участников соответствующего гражданско-правового сообщества о намерении обратиться с таким иском в суд и предоставить им иную информацию, имеющую отношение к делу. Участники соответствующего гражданско-правового сообщества, не присоединившиеся в порядке, установленном процессуальным законодательством, к такому иску, в том числе имеющие иные основания для оспаривания данного решения, в последующем не вправе обращаться в суд с требованиями об оспаривании данного решения, если только суд не признает причины этого обращения уважительными</w:t>
      </w:r>
    </w:p>
    <w:p>
      <w:r>
        <w:rPr>
          <w:b/>
        </w:rPr>
        <w:t xml:space="preserve">7. </w:t>
      </w:r>
      <w:r>
        <w:t>Оспоримое решение собрания, признанное судом недействительным, недействительно с момента его принятия</w:t>
      </w:r>
    </w:p>
    <w:p>
      <w:r>
        <w:rPr>
          <w:b/>
        </w:rPr>
        <w:t xml:space="preserve">1. </w:t>
      </w:r>
      <w:r>
        <w:t>допущено существенное нарушение порядка принятия решения о проведении, порядка подготовки и проведения заседания общего собрания или заочного голосования участников общества, а также порядка принятия решений общего собрания, влияющее на волеизъявление участников собрания; (В редакции Федерального закона от 28.06.2021 № 225-ФЗ) 2) у лица, выступавшего от имени участника собрания, отсутствовали полномочия</w:t>
      </w:r>
    </w:p>
    <w:p>
      <w:r>
        <w:rPr>
          <w:b/>
        </w:rPr>
        <w:t xml:space="preserve">1. </w:t>
      </w:r>
      <w:r>
        <w:t>допущено нарушение равенства прав участников гражданско-правового сообщества при проведении заседания общего собрания или заочного голосования; (В редакции Федерального закона от 28.06.2021 № 225-ФЗ) 4) допущено существенное нарушение правил составления протокола, в том числе правила о письменной форме протокола (пункт 3 статьи 1812)</w:t>
      </w:r>
    </w:p>
    <w:p>
      <w:r>
        <w:rPr>
          <w:b/>
        </w:rPr>
        <w:t>Статья 181.5. Ничтожность решения собрания</w:t>
      </w:r>
    </w:p>
    <w:p>
      <w:r>
        <w:t>Если иное не предусмотрено законом, решение собрания ничтожно в случае, если оно</w:t>
      </w:r>
    </w:p>
    <w:p>
      <w:r>
        <w:t>принято по вопросу, не включенному в повестку дня, за исключением случая, если в заседании или заочном голосовании приняли участие все участники соответствующего гражданско-правового сообщества; (В редакции Федерального закона от 28.06.2021 № 225-ФЗ) 2) принято при отсутствии необходимого кворума</w:t>
      </w:r>
    </w:p>
    <w:p>
      <w:r>
        <w:t>принято по вопросу, не относящемуся к компетенции собрания</w:t>
      </w:r>
    </w:p>
    <w:p>
      <w:r>
        <w:t>противоречит основам правопорядка или нравственности</w:t>
      </w:r>
    </w:p>
    <w:p>
      <w:pPr>
        <w:pStyle w:val="Heading3"/>
      </w:pPr>
      <w:r>
        <w:t>Представительство. Доверенность</w:t>
      </w:r>
    </w:p>
    <w:p>
      <w:r>
        <w:rPr>
          <w:b/>
        </w:rPr>
        <w:t>Статья 182. Представительство</w:t>
      </w:r>
    </w:p>
    <w:p>
      <w:r>
        <w:rPr>
          <w:b/>
        </w:rPr>
        <w:t xml:space="preserve">1. </w:t>
      </w:r>
      <w:r>
        <w:t>Сделка, совершенная одним лицом (представителем) от имени другого лица (представляемого) в силу полномочия, основанного на доверенности, указании закона либо акте уполномоченного на то государственного органа или органа местного самоуправления, непосредственно создает, изменяет и прекращает гражданские права и обязанности представляемого. Полномочие может также явствовать из обстановки, в которой действует представитель (продавец в розничной торговле, кассир и т.п.)</w:t>
      </w:r>
    </w:p>
    <w:p>
      <w:r>
        <w:rPr>
          <w:b/>
        </w:rPr>
        <w:t xml:space="preserve">2. </w:t>
      </w:r>
      <w:r>
        <w:t>Не являются представителями лица, действующие хотя и в чужих интересах, но от собственного имени, лица, лишь передающие выраженную в надлежащей форме волю другого лица, а также лица, уполномоченные на вступление в переговоры относительно возможных в будущем сделок. (В редакции Федерального закона от 07.05.2013 № 100-ФЗ)</w:t>
      </w:r>
    </w:p>
    <w:p>
      <w:r>
        <w:rPr>
          <w:b/>
        </w:rPr>
        <w:t xml:space="preserve">3. </w:t>
      </w:r>
      <w:r>
        <w:t>Представитель не может совершать сделки от имени представляемого в отношении себя лично, а также в отношении другого лица, представителем которого он одновременно является, за исключением случаев, предусмотренных законом. Сделка, которая совершена с нарушением правил, установленных в абзаце первом настоящего пункта, и на которую представляемый не дал согласия, может быть признана судом недействительной по иску представляемого, если она нарушает его интересы. Нарушение интересов представляемого предполагается, если не доказано иное. (Пункт в редакции Федерального закона от 07.05.2013 № 100-ФЗ)</w:t>
      </w:r>
    </w:p>
    <w:p>
      <w:r>
        <w:rPr>
          <w:b/>
        </w:rPr>
        <w:t xml:space="preserve">4. </w:t>
      </w:r>
      <w:r>
        <w:t>Не допускается совершение через представителя сделки, которая по своему характеру может быть совершена только лично, а равно других сделок, указанных в законе</w:t>
      </w:r>
    </w:p>
    <w:p>
      <w:r>
        <w:rPr>
          <w:b/>
        </w:rPr>
        <w:t>Статья 183. Заключение сделки неуполномоченным лицом</w:t>
      </w:r>
    </w:p>
    <w:p>
      <w:r>
        <w:rPr>
          <w:b/>
        </w:rPr>
        <w:t xml:space="preserve">1. </w:t>
      </w:r>
      <w:r>
        <w:t>При отсутствии полномочий действовать от имени другого лица или при превышении таких полномочий сделка считается заключенной от имени и в интересах совершившего ее лица, если только другое лицо (представляемый) впоследствии не одобрит данную сделку. До одобрения сделки представляемым другая сторона путем заявления совершившему сделку лицу или представляемому вправе отказаться от нее в одностороннем порядке, за исключением случаев, если при совершении сделки она знала или должна была знать об отсутствии у совершающего сделку лица полномочий либо об их превышении. (Пункт в редакции Федерального закона от 07.05.2013 № 100-ФЗ)</w:t>
      </w:r>
    </w:p>
    <w:p>
      <w:r>
        <w:rPr>
          <w:b/>
        </w:rPr>
        <w:t xml:space="preserve">2. </w:t>
      </w:r>
      <w:r>
        <w:t>Последующее одобрение сделки представляемым создает, изменяет и прекращает для него гражданские права и обязанности по данной сделке с момента ее совершения</w:t>
      </w:r>
    </w:p>
    <w:p>
      <w:r>
        <w:rPr>
          <w:b/>
        </w:rPr>
        <w:t xml:space="preserve">3. </w:t>
      </w:r>
      <w:r>
        <w:t>Если представляемый отказался одобрить сделку или ответ на предложение представляемому ее одобрить не поступил в разумный срок, другая сторона вправе потребовать от неуправомоченного лица, совершившего сделку, исполнения сделки либо вправе отказаться от нее в одностороннем порядке и потребовать от этого лица возмещения убытков. Убытки не подлежат возмещению, если при совершении сделки другая сторона знала или должна была знать об отсутствии полномочий либо об их превышении. (Дополнение пунктом - Федеральный закон от 07.05.2013 № 100-ФЗ)</w:t>
      </w:r>
    </w:p>
    <w:p>
      <w:r>
        <w:rPr>
          <w:b/>
        </w:rPr>
        <w:t>Статья 184. Коммерческое представительство</w:t>
      </w:r>
    </w:p>
    <w:p>
      <w:r>
        <w:rPr>
          <w:b/>
        </w:rPr>
        <w:t xml:space="preserve">1. </w:t>
      </w:r>
      <w:r>
        <w:t>Коммерческим представителем является лицо, постоянно и самостоятельно представительствующее от имени предпринимателей при заключении ими договоров в сфере предпринимательской деятельности</w:t>
      </w:r>
    </w:p>
    <w:p>
      <w:r>
        <w:rPr>
          <w:b/>
        </w:rPr>
        <w:t xml:space="preserve">2. </w:t>
      </w:r>
      <w:r>
        <w:t>Одновременное коммерческое представительство разных сторон в сделке допускается с согласия этих сторон, а также в других случаях, предусмотренных законом. Если коммерческий представитель действует на организованных торгах, предполагается, поскольку не доказано иное, что представляемый согласен на одновременное представительство таким представителем другой стороны или других сторон</w:t>
      </w:r>
    </w:p>
    <w:p>
      <w:r>
        <w:rPr>
          <w:b/>
        </w:rPr>
        <w:t xml:space="preserve">3. </w:t>
      </w:r>
      <w:r>
        <w:t>Особенности коммерческого представительства в отдельных сферах предпринимательской деятельности устанавливаются законом и иными правовыми актами. (Статья в редакции Федерального закона от 07.05.2013 № 100-ФЗ)</w:t>
      </w:r>
    </w:p>
    <w:p>
      <w:r>
        <w:rPr>
          <w:b/>
        </w:rPr>
        <w:t>Статья 185. Общие положения о доверенности</w:t>
      </w:r>
    </w:p>
    <w:p>
      <w:r>
        <w:rPr>
          <w:b/>
        </w:rPr>
        <w:t xml:space="preserve">1. </w:t>
      </w:r>
      <w:r>
        <w:t>Доверенностью признается письменное уполномочие, выдаваемое одним лицом другому лицу или другим лицам для представительства перед третьими лицами</w:t>
      </w:r>
    </w:p>
    <w:p>
      <w:r>
        <w:rPr>
          <w:b/>
        </w:rPr>
        <w:t xml:space="preserve">2. </w:t>
      </w:r>
      <w:r>
        <w:t>Доверенности от имени малолетних (статья 28) и от имени недееспособных граждан (статья 29) выдают их законные представители</w:t>
      </w:r>
    </w:p>
    <w:p>
      <w:r>
        <w:rPr>
          <w:b/>
        </w:rPr>
        <w:t xml:space="preserve">3. </w:t>
      </w:r>
      <w:r>
        <w:t>Письменное уполномочие на совершение сделки представителем может быть представлено представляемым непосредственно соответствующему третьему лицу, которое вправе удостовериться в личности представляемого и сделать об этом отметку на документе, подтверждающем полномочия представителя. Письменное уполномочие на получение представителем гражданина его вклада в банке, внесение денежных средств на его счет по вкладу, на совершение операций по его банковскому счету, в том числе получение денежных средств с его банковского счета, а также на получение адресованной ему корреспонденции в организации связи может быть представлено представляемым непосредственно банку или организации связи</w:t>
      </w:r>
    </w:p>
    <w:p>
      <w:r>
        <w:rPr>
          <w:b/>
        </w:rPr>
        <w:t xml:space="preserve">4. </w:t>
      </w:r>
      <w:r>
        <w:t>Правила настоящего Кодекса о доверенности применяются также в случаях, когда полномочия представителя содержатся в договоре, в том числе в договоре между представителем и представляемым, между представляемым и третьим лицом, либо в решении собрания, если иное не установлено законом или не противоречит существу отношений</w:t>
      </w:r>
    </w:p>
    <w:p>
      <w:r>
        <w:rPr>
          <w:b/>
        </w:rPr>
        <w:t xml:space="preserve">5. </w:t>
      </w:r>
      <w:r>
        <w:t>В случае выдачи доверенности нескольким представителям каждый из них обладает полномочиями, указанными в доверенности, если в доверенности не предусмотрено, что представители осуществляют их совместно</w:t>
      </w:r>
    </w:p>
    <w:p>
      <w:r>
        <w:rPr>
          <w:b/>
        </w:rPr>
        <w:t xml:space="preserve">6. </w:t>
      </w:r>
      <w:r>
        <w:t>Правила настоящей статьи соответственно применяются также в случаях, если доверенность выдана несколькими лицами совместно. (Статья в редакции Федерального закона от 07.05.2013 № 100-ФЗ)</w:t>
      </w:r>
    </w:p>
    <w:p>
      <w:r>
        <w:rPr>
          <w:b/>
        </w:rPr>
        <w:t>Статья 185.1. Удостоверение доверенности</w:t>
      </w:r>
    </w:p>
    <w:p>
      <w:r>
        <w:rPr>
          <w:b/>
        </w:rPr>
        <w:t xml:space="preserve">1. </w:t>
      </w:r>
      <w:r>
        <w:t>Доверенность на совершение сделок, требующих нотариальной формы, на подачу заявлений о государственной регистрации прав или сделок, а также на распоряжение зарегистрированными в государственных реестрах правами должна быть нотариально удостоверена, за исключением случаев, предусмотренных законом</w:t>
      </w:r>
    </w:p>
    <w:p>
      <w:r>
        <w:rPr>
          <w:b/>
        </w:rPr>
        <w:t xml:space="preserve">2. </w:t>
      </w:r>
      <w:r>
        <w:t>К нотариально удостоверенным доверенностям приравниваются</w:t>
      </w:r>
    </w:p>
    <w:p>
      <w:r>
        <w:rPr>
          <w:b/>
        </w:rPr>
        <w:t xml:space="preserve">2. </w:t>
      </w:r>
      <w:r>
        <w:t>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