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Семейный кодекс Российской Федерации</w:t>
      </w:r>
    </w:p>
    <w:p>
      <w:pPr>
        <w:pStyle w:val="Heading2"/>
      </w:pPr>
      <w:r>
        <w:t>ОБЩИЕ ПОЛОЖЕНИЯ</w:t>
      </w:r>
    </w:p>
    <w:p>
      <w:pPr>
        <w:pStyle w:val="Heading3"/>
      </w:pPr>
      <w:r>
        <w:t>СЕМЕЙНОЕ ЗАКОНОДАТЕЛЬСТВО</w:t>
      </w:r>
    </w:p>
    <w:p>
      <w:r>
        <w:rPr>
          <w:b/>
        </w:rPr>
        <w:t>Статья 1. Основные начала семейного законодательства</w:t>
      </w:r>
    </w:p>
    <w:p>
      <w:r>
        <w:rPr>
          <w:b/>
        </w:rPr>
        <w:t xml:space="preserve">1. </w:t>
      </w:r>
      <w:r>
        <w:t>Семья, материнство, отцовство и детство в Российской Федерации находятся под защитой государства. Семейное законодательство исходит из необходимости укрепления семьи, построения семейных отношений на чувствах взаимной любви и уважения, взаимопомощи и ответственности перед семьей всех ее членов, недопустимости произвольного вмешательства кого-либо в дела семьи, обеспечения беспрепятственного осуществления членами семьи своих прав, возможности судебной защиты этих прав</w:t>
      </w:r>
    </w:p>
    <w:p>
      <w:r>
        <w:rPr>
          <w:b/>
        </w:rPr>
        <w:t xml:space="preserve">2. </w:t>
      </w:r>
      <w:r>
        <w:t>Признается брак, заключенный только в органах записи актов гражданского состояния</w:t>
      </w:r>
    </w:p>
    <w:p>
      <w:r>
        <w:rPr>
          <w:b/>
        </w:rPr>
        <w:t xml:space="preserve">3. </w:t>
      </w:r>
      <w:r>
        <w:t>Регулирование семейных отношений осуществляется в соответствии с принципами добровольности брачного союза мужчины и женщины, равенства прав супругов в семье, разрешения внутрисемейных вопросов по взаимному согласию, приоритета семейного воспитания детей, заботы об их благосостоянии и развитии, обеспечения приоритетной защиты прав и интересов несовершеннолетних и нетрудоспособных членов семьи</w:t>
      </w:r>
    </w:p>
    <w:p>
      <w:r>
        <w:rPr>
          <w:b/>
        </w:rPr>
        <w:t xml:space="preserve">4. </w:t>
      </w:r>
      <w:r>
        <w:t>Запрещаются любые формы ограничения прав граждан при вступлении в брак и в семейных отношениях по признакам социальной, расовой, национальной, языковой или религиозной принадлежности. Права граждан в семье могут быть ограничены только на основании федерального закона и только в той мере, в какой это необходимо в целях защиты нравственности, здоровья, прав и законных интересов других членов семьи и иных граждан</w:t>
      </w:r>
    </w:p>
    <w:p>
      <w:r>
        <w:rPr>
          <w:b/>
        </w:rPr>
        <w:t>Статья 2. Отношения, регулируемые семейным законодательством</w:t>
      </w:r>
    </w:p>
    <w:p>
      <w:r>
        <w:t>Семейное законодательство устанавливает порядок осуществления и защиты семейных прав, условия и порядок вступления в брак, прекращения брака и признания его недействительным, регулирует личные неимущественные и имущественные отношения между членами семьи: супругами, родителями и детьми (усыновителями и усыновленными), а в случаях и в пределах, предусмотренных семейным законодательством, между другими родственниками и иными лицами, определяет порядок выявления детей, оставшихся без попечения родителей, формы и порядок их устройства в семью, а также их временного устройства, в том числе в организацию для детей-сирот и детей, оставшихся без попечения родителей. (Статья в редакции Федерального закона от 30.12.2015 № 457-ФЗ)</w:t>
      </w:r>
    </w:p>
    <w:p>
      <w:r>
        <w:rPr>
          <w:b/>
        </w:rPr>
        <w:t>Статья 3. Семейное законодательство и иные акты, содержащие нормы семейного права</w:t>
      </w:r>
    </w:p>
    <w:p>
      <w:r>
        <w:rPr>
          <w:b/>
        </w:rPr>
        <w:t xml:space="preserve">1. </w:t>
      </w:r>
      <w:r>
        <w:t>В соответствии с Конституцией Российской Федерации семейное законодательство находится в совместном ведении Российской Федерации и субъектов Российской Федерации</w:t>
      </w:r>
    </w:p>
    <w:p>
      <w:r>
        <w:rPr>
          <w:b/>
        </w:rPr>
        <w:t xml:space="preserve">2. </w:t>
      </w:r>
      <w:r>
        <w:t>Семейное законодательство состоит из настоящего Кодекса и принимаемых в соответствии с ним других федеральных законов (далее - законы), а также законов субъектов Российской Федерации. Законы субъектов Российской Федерации регулируют семейные отношения, которые указаны в статье 2 настоящего Кодекса, по вопросам, отнесенным к ведению субъектов Российской Федерации настоящим Кодексом, и по вопросам, непосредственно настоящим Кодексом не урегулированным. Нормы семейного права, содержащиеся в законах субъектов Российской Федерации, должны соответствовать настоящему Кодексу</w:t>
      </w:r>
    </w:p>
    <w:p>
      <w:r>
        <w:rPr>
          <w:b/>
        </w:rPr>
        <w:t xml:space="preserve">3. </w:t>
      </w:r>
      <w:r>
        <w:t>На основании и во исполнение настоящего Кодекса, других законов, указов Президента Российской Федерации Правительство Российской Федерации вправе принимать нормативные правовые акты в случаях, непосредственно предусмотренных настоящим Кодексом, другими законами, указами Президента Российской Федерации</w:t>
      </w:r>
    </w:p>
    <w:p>
      <w:r>
        <w:rPr>
          <w:b/>
        </w:rPr>
        <w:t>Статья 4. Применение к семейным отношениям гражданского законодательства</w:t>
      </w:r>
    </w:p>
    <w:p>
      <w:r>
        <w:t>К названным в статье 2 настоящего Кодекса имущественным и личным неимущественным отношениям между членами семьи, не урегулированным семейным законодательством (статья 3 настоящего Кодекса), применяется гражданское законодательство постольку, поскольку это не противоречит существу семейных отношений.</w:t>
      </w:r>
    </w:p>
    <w:p>
      <w:r>
        <w:rPr>
          <w:b/>
        </w:rPr>
        <w:t>Статья 5. Применение семейного законодательства и гражданского законодательства к семейным отношениям по аналогии</w:t>
      </w:r>
    </w:p>
    <w:p>
      <w:r>
        <w:t>В случае, если отношения между членами семьи не урегулированы семейным законодательством или соглашением сторон, и при отсутствии норм гражданского права, прямо регулирующих указанные отношения, к таким отношениям, если это не противоречит их существу, применяются нормы семейного и (или) гражданского права, регулирующие сходные отношения (аналогия закона). При отсутствии таких норм права и обязанности членов семьи определяются исходя из общих начал и принципов семейного или гражданского права (аналогия права), а также принципов гуманности, разумности и справедливости.</w:t>
      </w:r>
    </w:p>
    <w:p>
      <w:r>
        <w:rPr>
          <w:b/>
        </w:rPr>
        <w:t>Статья 6. Семейное законодательство и нормы международного права</w:t>
      </w:r>
    </w:p>
    <w:p>
      <w:r>
        <w:rPr>
          <w:b/>
        </w:rPr>
        <w:t xml:space="preserve">1. </w:t>
      </w:r>
      <w:r>
        <w:t>Если международным договором Российской Федерации установлены иные правила, чем те, которые предусмотрены семейным законодательством, применяются правила международного договора. (В редакции Федерального закона от 04.02.2021 № 5-ФЗ)</w:t>
      </w:r>
    </w:p>
    <w:p>
      <w:r>
        <w:rPr>
          <w:b/>
        </w:rPr>
        <w:t xml:space="preserve">2. </w:t>
      </w:r>
      <w:r>
        <w:t>Не допускается применение правил международных договоров в их истолковании, противоречащем Конституции Российской Федерации, а также основам правопорядка и нравственности. Такое противоречие может быть установлено в порядке, определенном федеральным конституционным законом. (Дополнение пунктом - Федеральный закон от 04.02.2021 № 5-ФЗ)</w:t>
      </w:r>
    </w:p>
    <w:p>
      <w:pPr>
        <w:pStyle w:val="Heading3"/>
      </w:pPr>
      <w:r>
        <w:t>ОСУЩЕСТВЛЕНИЕ И ЗАЩИТА СЕМЕЙНЫХ ПРАВ</w:t>
      </w:r>
    </w:p>
    <w:p>
      <w:r>
        <w:rPr>
          <w:b/>
        </w:rPr>
        <w:t>Статья 7. Осуществление семейных прав и исполнение семейных обязанностей</w:t>
      </w:r>
    </w:p>
    <w:p>
      <w:r>
        <w:rPr>
          <w:b/>
        </w:rPr>
        <w:t xml:space="preserve">1. </w:t>
      </w:r>
      <w:r>
        <w:t>Граждане по своему усмотрению распоряжаются принадлежащими им правами, вытекающими из семейных отношений (семейными правами), в том числе правом на защиту этих прав, если иное не установлено настоящим Кодексом. Осуществление членами семьи своих прав и исполнение ими своих обязанностей не должны нарушать права, свободы и законные интересы других членов семьи и иных граждан</w:t>
      </w:r>
    </w:p>
    <w:p>
      <w:r>
        <w:rPr>
          <w:b/>
        </w:rPr>
        <w:t xml:space="preserve">2. </w:t>
      </w:r>
      <w:r>
        <w:t>Семейные права охраняются законом, за исключением случаев, если они осуществляются в противоречии с назначением этих прав</w:t>
      </w:r>
    </w:p>
    <w:p>
      <w:r>
        <w:rPr>
          <w:b/>
        </w:rPr>
        <w:t>Статья 8. Защита семейных прав</w:t>
      </w:r>
    </w:p>
    <w:p>
      <w:r>
        <w:rPr>
          <w:b/>
        </w:rPr>
        <w:t xml:space="preserve">1. </w:t>
      </w:r>
      <w:r>
        <w:t>Защита семейных прав осуществляется судом по правилам гражданского судопроизводства, а в случаях, предусмотренных настоящим Кодексом, государственными органами, в том числе органами опеки и попечительства. (В редакции Федерального закона от 29.12.2006 № 258-ФЗ)</w:t>
      </w:r>
    </w:p>
    <w:p>
      <w:r>
        <w:rPr>
          <w:b/>
        </w:rPr>
        <w:t xml:space="preserve">2. </w:t>
      </w:r>
      <w:r>
        <w:t>Защита семейных прав осуществляется способами, предусмотренными соответствующими статьями настоящего Кодекса, а также иными способами, предусмотренными законом. (В редакции Федерального закона от 30.12.2015 № 457-ФЗ)</w:t>
      </w:r>
    </w:p>
    <w:p>
      <w:r>
        <w:rPr>
          <w:b/>
        </w:rPr>
        <w:t>Статья 9. Применение исковой давности в семейных отношениях</w:t>
      </w:r>
    </w:p>
    <w:p>
      <w:r>
        <w:rPr>
          <w:b/>
        </w:rPr>
        <w:t xml:space="preserve">1. </w:t>
      </w:r>
      <w:r>
        <w:t>На требования, вытекающие из семейных отношений, исковая давность не распространяется, за исключением случаев, если срок для защиты нарушенного права установлен настоящим Кодексом</w:t>
      </w:r>
    </w:p>
    <w:p>
      <w:r>
        <w:rPr>
          <w:b/>
        </w:rPr>
        <w:t xml:space="preserve">2. </w:t>
      </w:r>
      <w:r>
        <w:t>При применении норм, устанавливающих исковую давность, суд руководствуется правилами статей 198 - 200 и 202 - 205 Гражданского кодекса Российской Федерации</w:t>
      </w:r>
    </w:p>
    <w:p>
      <w:pPr>
        <w:pStyle w:val="Heading2"/>
      </w:pPr>
      <w:r>
        <w:t>ЗАКЛЮЧЕНИЕ И ПРЕКРАЩЕНИЕ БРАКА</w:t>
      </w:r>
    </w:p>
    <w:p>
      <w:pPr>
        <w:pStyle w:val="Heading3"/>
      </w:pPr>
      <w:r>
        <w:t>УСЛОВИЯ И ПОРЯДОК ЗАКЛЮЧЕНИЯ БРАКА</w:t>
      </w:r>
    </w:p>
    <w:p>
      <w:r>
        <w:rPr>
          <w:b/>
        </w:rPr>
        <w:t>Статья 10. Заключение брака</w:t>
      </w:r>
    </w:p>
    <w:p>
      <w:r>
        <w:rPr>
          <w:b/>
        </w:rPr>
        <w:t xml:space="preserve">1. </w:t>
      </w:r>
      <w:r>
        <w:t>Брак заключается в органах записи актов гражданского состояния</w:t>
      </w:r>
    </w:p>
    <w:p>
      <w:r>
        <w:rPr>
          <w:b/>
        </w:rPr>
        <w:t xml:space="preserve">2. </w:t>
      </w:r>
      <w:r>
        <w:t>Права и обязанности супругов возникают со дня государственной регистрации заключения брака в органах записи актов гражданского состояния</w:t>
      </w:r>
    </w:p>
    <w:p>
      <w:r>
        <w:rPr>
          <w:b/>
        </w:rPr>
        <w:t>Статья 11. Порядок заключения брака</w:t>
      </w:r>
    </w:p>
    <w:p>
      <w:r>
        <w:rPr>
          <w:b/>
        </w:rPr>
        <w:t xml:space="preserve">1. </w:t>
      </w:r>
      <w:r>
        <w:t>Заключение брака производится в личном присутствии лиц, вступающих в брак, по истечении месяца и не позднее двенадцати месяцев со дня подачи заявления в орган записи актов гражданского состояния в дату и во время, которые определены лицами, вступающими в брак, при подаче ими заявления о заключении брака. (В редакции Федерального закона от 03.08.2018 № 319-ФЗ) При наличии уважительных причин орган записи актов гражданского состояния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 (В редакции Федерального закона от 03.08.2018 № 319-ФЗ) При наличии особых обстоятельств (беременности, рождения ребенка, непосредственной угрозы жизни одной из сторон и других особых обстоятельств) брак может быть заключен в день подачи заявления</w:t>
      </w:r>
    </w:p>
    <w:p>
      <w:r>
        <w:rPr>
          <w:b/>
        </w:rPr>
        <w:t xml:space="preserve">2. </w:t>
      </w:r>
      <w:r>
        <w:t>Государственная регистрация заключения брака производится в порядке, установленном для государственной регистрации актов гражданского состояния</w:t>
      </w:r>
    </w:p>
    <w:p>
      <w:r>
        <w:rPr>
          <w:b/>
        </w:rPr>
        <w:t xml:space="preserve">3. </w:t>
      </w:r>
      <w:r>
        <w:t>Отказ органа записи актов гражданского состояния в регистрации брака может быть обжалован в суд лицами, желающими вступить в брак (одним из них)</w:t>
      </w:r>
    </w:p>
    <w:p>
      <w:r>
        <w:rPr>
          <w:b/>
        </w:rPr>
        <w:t>Статья 12. Условия заключения брака</w:t>
      </w:r>
    </w:p>
    <w:p>
      <w:r>
        <w:rPr>
          <w:b/>
        </w:rPr>
        <w:t xml:space="preserve">1. </w:t>
      </w:r>
      <w:r>
        <w:t>Для заключения брака необходимы взаимное добровольное согласие мужчины и женщины, вступающих в брак, и достижение ими брачного возраста</w:t>
      </w:r>
    </w:p>
    <w:p>
      <w:r>
        <w:rPr>
          <w:b/>
        </w:rPr>
        <w:t xml:space="preserve">2. </w:t>
      </w:r>
      <w:r>
        <w:t>Брак не может быть заключен при наличии обстоятельств, указанных в статье 14 настоящего Кодекса</w:t>
      </w:r>
    </w:p>
    <w:p>
      <w:r>
        <w:rPr>
          <w:b/>
        </w:rPr>
        <w:t>Статья 13. Брачный возраст</w:t>
      </w:r>
    </w:p>
    <w:p>
      <w:r>
        <w:rPr>
          <w:b/>
        </w:rPr>
        <w:t xml:space="preserve">1. </w:t>
      </w:r>
      <w:r>
        <w:t>Брачный возраст устанавливается в восемнадцать лет</w:t>
      </w:r>
    </w:p>
    <w:p>
      <w:r>
        <w:rPr>
          <w:b/>
        </w:rPr>
        <w:t xml:space="preserve">2. </w:t>
      </w:r>
      <w:r>
        <w:t>При наличии уважительных причин органы местного самоуправления по месту жительства лиц, желающих вступить в брак, вправе по просьбе данных лиц разрешить вступить в брак лицам, достигшим возраста шестнадцати лет. (В редакции Федерального закона от 15.11.1997 № 140-ФЗ) Порядок и условия, при наличии которых вступление в брак в виде исключения с учетом особых обстоятельств может быть разрешено до достижения возраста шестнадцати лет, могут быть установлены законами субъектов Российской Федерации</w:t>
      </w:r>
    </w:p>
    <w:p>
      <w:r>
        <w:rPr>
          <w:b/>
        </w:rPr>
        <w:t>Статья 14. Обстоятельства, препятствующие заключению брака</w:t>
      </w:r>
    </w:p>
    <w:p>
      <w:r>
        <w:t>Не допускается заключение брака между: лицами, из которых хотя бы одно лицо уже состоит в другом зарегистрированном браке;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 усыновленными; лицами, из которых хотя бы одно лицо признано судом недееспособным вследствие психического расстройства.</w:t>
      </w:r>
    </w:p>
    <w:p>
      <w:r>
        <w:rPr>
          <w:b/>
        </w:rPr>
        <w:t>Статья 15. Медицинское обследование лиц, вступающих в брак</w:t>
      </w:r>
    </w:p>
    <w:p>
      <w:r>
        <w:rPr>
          <w:b/>
        </w:rPr>
        <w:t xml:space="preserve">1. </w:t>
      </w:r>
      <w:r>
        <w:t>Медицинское обследование лиц, вступающих в брак, а также консультирование по медико-генетическим вопросам и вопросам планирования семьи проводятся медицинскими организациями государственной системы здравоохранения и муниципальной системы здравоохранения по месту их жительства бесплатно и только с согласия лиц, вступающих в брак. (В редакции Федерального закона от 25.11.2013 № 317-ФЗ)</w:t>
      </w:r>
    </w:p>
    <w:p>
      <w:r>
        <w:rPr>
          <w:b/>
        </w:rPr>
        <w:t xml:space="preserve">2. </w:t>
      </w:r>
      <w:r>
        <w:t>Результаты обследования лица, вступающего в брак, составляют врачебную тайну и могут быть сообщены лицу, с которым оно намерено заключить брак, только с согласия лица, прошедшего обследование. (В редакции Федерального закона от 25.11.2013 № 317-ФЗ)</w:t>
      </w:r>
    </w:p>
    <w:p>
      <w:r>
        <w:rPr>
          <w:b/>
        </w:rPr>
        <w:t xml:space="preserve">3. </w:t>
      </w:r>
      <w:r>
        <w:t>Если одно из лиц, вступающих в брак, скрыло от другого лица наличие венерической болезни или ВИЧ-инфекции, последний вправе обратиться в суд с требованием о признании брака недействительным (статьи 27 - 30 настоящего Кодекса)</w:t>
      </w:r>
    </w:p>
    <w:p>
      <w:pPr>
        <w:pStyle w:val="Heading3"/>
      </w:pPr>
      <w:r>
        <w:t>ПРЕКРАЩЕНИЕ БРАКА</w:t>
      </w:r>
    </w:p>
    <w:p>
      <w:r>
        <w:rPr>
          <w:b/>
        </w:rPr>
        <w:t>Статья 16. Основания для прекращения брака</w:t>
      </w:r>
    </w:p>
    <w:p>
      <w:r>
        <w:rPr>
          <w:b/>
        </w:rPr>
        <w:t xml:space="preserve">1. </w:t>
      </w:r>
      <w:r>
        <w:t>Брак прекращается вследствие смерти или вследствие объявления судом одного из супругов умершим, а также вследствие внесения изменения в запись акта гражданского состояния об изменении пола одним из супругов. (В редакции Федерального закона от 24.07.2023 № 386-ФЗ)</w:t>
      </w:r>
    </w:p>
    <w:p>
      <w:r>
        <w:rPr>
          <w:b/>
        </w:rPr>
        <w:t xml:space="preserve">2. </w:t>
      </w:r>
      <w:r>
        <w:t>Брак может быть прекращен путем его расторжения по заявлению одного или обоих супругов, а также по заявлению опекуна супруга, признанного судом недееспособным</w:t>
      </w:r>
    </w:p>
    <w:p>
      <w:r>
        <w:rPr>
          <w:b/>
        </w:rPr>
        <w:t>Статья 17. Ограничение права на предъявление мужем требования о расторжении брака</w:t>
      </w:r>
    </w:p>
    <w:p>
      <w:r>
        <w:t>Муж не имеет права без согласия жены возбуждать дело о расторжении брака во время беременности жены и в течение года после рождения ребенка.</w:t>
      </w:r>
    </w:p>
    <w:p>
      <w:r>
        <w:rPr>
          <w:b/>
        </w:rPr>
        <w:t>Статья 18. Порядок расторжения брака</w:t>
      </w:r>
    </w:p>
    <w:p>
      <w:r>
        <w:t>Расторжение брака производится в органах записи актов гражданского состояния, а в случаях, предусмотренных статьями 21 - 23 настоящего Кодекса, в судебном порядке.</w:t>
      </w:r>
    </w:p>
    <w:p>
      <w:r>
        <w:rPr>
          <w:b/>
        </w:rPr>
        <w:t>Статья 19. Расторжение брака в органах записи актов гражданского состояния</w:t>
      </w:r>
    </w:p>
    <w:p>
      <w:r>
        <w:rPr>
          <w:b/>
        </w:rPr>
        <w:t xml:space="preserve">1. </w:t>
      </w:r>
      <w:r>
        <w:t>При взаимном согласии на расторжение брака супругов, не имеющих общих несовершеннолетних детей, расторжение брака производится в органах записи актов гражданского состояния</w:t>
      </w:r>
    </w:p>
    <w:p>
      <w:r>
        <w:rPr>
          <w:b/>
        </w:rPr>
        <w:t xml:space="preserve">2. </w:t>
      </w:r>
      <w:r>
        <w:t>Расторжение брака по заявлению одного из супругов независимо от наличия у супругов общих несовершеннолетних детей производится в органах записи актов гражданского состояния, если другой супруг: признан судом безвестно отсутствующим; признан судом недееспособным; осужден за совершение преступления к лишению свободы на срок свыше трех лет</w:t>
      </w:r>
    </w:p>
    <w:p>
      <w:r>
        <w:rPr>
          <w:b/>
        </w:rPr>
        <w:t xml:space="preserve">3. </w:t>
      </w:r>
      <w:r>
        <w:t>Расторжение брака и выдача свидетельства о расторжении брака производятся органом записи актов гражданского состояния по истечении месяца со дня подачи заявления о расторжении брака</w:t>
      </w:r>
    </w:p>
    <w:p>
      <w:r>
        <w:rPr>
          <w:b/>
        </w:rPr>
        <w:t xml:space="preserve">4. </w:t>
      </w:r>
      <w:r>
        <w:t>Государственная регистрация расторжения брака производится органом записи актов гражданского состояния в порядке, установленном для государственной регистрации актов гражданского состояния</w:t>
      </w:r>
    </w:p>
    <w:p>
      <w:r>
        <w:rPr>
          <w:b/>
        </w:rPr>
        <w:t>Статья 20. Рассмотрение споров, возникающих между супругами при расторжении брака в органах записи актов гражданского состояния</w:t>
      </w:r>
    </w:p>
    <w:p>
      <w:r>
        <w:t>Споры о разделе общего имущества супругов, выплате средств на содержание нуждающегося нетрудоспособного супруга, а также споры о детях, возникающие между супругами, один из которых признан судом недееспособным или осужден за совершение преступления к лишению свободы на срок свыше трех лет (пункт 2 статьи 19 настоящего Кодекса), рассматриваются в судебном порядке независимо от расторжения брака в органах записи актов гражданского состояния.</w:t>
      </w:r>
    </w:p>
    <w:p>
      <w:r>
        <w:rPr>
          <w:b/>
        </w:rPr>
        <w:t>Статья 21. Расторжение брака в судебном порядке</w:t>
      </w:r>
    </w:p>
    <w:p>
      <w:r>
        <w:rPr>
          <w:b/>
        </w:rPr>
        <w:t xml:space="preserve">1. </w:t>
      </w:r>
      <w:r>
        <w:t>Расторжение брака производится в судебном порядке при наличии у супругов общих несовершеннолетних детей, за исключением случаев, предусмотренных пунктом 2 статьи 19 настоящего Кодекса, или при отсутствии согласия одного из супругов на расторжение брака</w:t>
      </w:r>
    </w:p>
    <w:p>
      <w:r>
        <w:rPr>
          <w:b/>
        </w:rPr>
        <w:t xml:space="preserve">2. </w:t>
      </w:r>
      <w:r>
        <w:t>Расторжение брака производится в судебном порядке также в случаях, если один из супругов, несмотря на отсутствие у него возражений, уклоняется от расторжения брака в органе записи актов гражданского состояния, в том числе отказывается подать заявление. (В редакции Федерального закона от 30.12.2015 № 457-ФЗ)</w:t>
      </w:r>
    </w:p>
    <w:p>
      <w:r>
        <w:rPr>
          <w:b/>
        </w:rPr>
        <w:t>Статья 22. Расторжение брака в судебном порядке при отсутствии согласия одного из супругов на расторжение брака</w:t>
      </w:r>
    </w:p>
    <w:p>
      <w:r>
        <w:rPr>
          <w:b/>
        </w:rPr>
        <w:t xml:space="preserve">1. </w:t>
      </w:r>
      <w:r>
        <w:t>Расторжение брака в судебном порядке производится, если судом установлено, что дальнейшая совместная жизнь супругов и сохранение семьи невозможны</w:t>
      </w:r>
    </w:p>
    <w:p>
      <w:r>
        <w:rPr>
          <w:b/>
        </w:rPr>
        <w:t xml:space="preserve">2. </w:t>
      </w:r>
      <w:r>
        <w:t>При рассмотрении дела о расторжении брака при отсутствии согласия одного из супругов на расторжение брака суд вправе принять меры к примирению супругов и вправе отложить разбирательство дела, назначив супругам срок для примирения в пределах трех месяцев. Расторжение брака производится, если меры по примирению супругов оказались безрезультатными и супруги (один из них) настаивают на расторжении брака</w:t>
      </w:r>
    </w:p>
    <w:p>
      <w:r>
        <w:rPr>
          <w:b/>
        </w:rPr>
        <w:t>Статья 23. Расторжение брака в судебном порядке при взаимном согласии супругов на расторжение брака</w:t>
      </w:r>
    </w:p>
    <w:p>
      <w:r>
        <w:rPr>
          <w:b/>
        </w:rPr>
        <w:t xml:space="preserve">1. </w:t>
      </w:r>
      <w:r>
        <w:t>При наличии взаимного согласия на расторжение брака супругов, имеющих общих несовершеннолетних детей, а также супругов, указанных в пункте 2 статьи 21 настоящего Кодекса, суд расторгает брак без выяснения мотивов развода. Супруги вправе представить на рассмотрение суда соглашение о детях, предусмотренное пунктом 1 статьи 24 настоящего Кодекса. При отсутствии такого соглашения либо в случае, если соглашение нарушает интересы детей, суд принимает меры к защите их интересов в порядке, предусмотренном пунктом 2 статьи 24 настоящего Кодекса</w:t>
      </w:r>
    </w:p>
    <w:p>
      <w:r>
        <w:rPr>
          <w:b/>
        </w:rPr>
        <w:t xml:space="preserve">2. </w:t>
      </w:r>
      <w:r>
        <w:t>Расторжение брака производится судом не ранее истечения месяца со дня подачи супругами заявления о расторжении брака</w:t>
      </w:r>
    </w:p>
    <w:p>
      <w:r>
        <w:rPr>
          <w:b/>
        </w:rPr>
        <w:t>Статья 24. Вопросы, разрешаемые судом при вынесении решения о расторжении брака</w:t>
      </w:r>
    </w:p>
    <w:p>
      <w:r>
        <w:rPr>
          <w:b/>
        </w:rPr>
        <w:t xml:space="preserve">1. </w:t>
      </w:r>
      <w:r>
        <w:t>При расторжении брака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о размерах этих средств либо о разделе общего имущества супругов</w:t>
      </w:r>
    </w:p>
    <w:p>
      <w:r>
        <w:rPr>
          <w:b/>
        </w:rPr>
        <w:t xml:space="preserve">2. </w:t>
      </w:r>
      <w:r>
        <w:t>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 определить, с кем из родителей будут проживать несовершеннолетние дети после развода; определить, с кого из родителей и в каких размерах взыскиваются алименты на их детей; по требованию супругов (одного из них) произвести раздел имущества, находящегося в их совместной собственности; по требованию супруга, имеющего право на получение содержания от другого супруга, определить размер этого содержания</w:t>
      </w:r>
    </w:p>
    <w:p>
      <w:r>
        <w:rPr>
          <w:b/>
        </w:rPr>
        <w:t xml:space="preserve">3. </w:t>
      </w:r>
      <w:r>
        <w:t>В случае, если раздел имущества затрагивает интересы третьих лиц, суд вправе выделить требование о разделе имущества в отдельное производство</w:t>
      </w:r>
    </w:p>
    <w:p>
      <w:r>
        <w:rPr>
          <w:b/>
        </w:rPr>
        <w:t>Статья 25. Момент прекращения брака при его расторжении</w:t>
      </w:r>
    </w:p>
    <w:p>
      <w:r>
        <w:rPr>
          <w:b/>
        </w:rPr>
        <w:t xml:space="preserve">1. </w:t>
      </w:r>
      <w:r>
        <w:t>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
        <w:rPr>
          <w:b/>
        </w:rPr>
        <w:t xml:space="preserve">2. </w:t>
      </w:r>
      <w:r>
        <w:t>Расторжение брака в суде подлежит государственной регистрации в порядке, установленном для государственной регистрации актов гражданского состояния. 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 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 или по месту государственной регистрации заключения брака. (В редакции Федерального закона от 12.11.2012 № 183-ФЗ)</w:t>
      </w:r>
    </w:p>
    <w:p>
      <w:r>
        <w:rPr>
          <w:b/>
        </w:rPr>
        <w:t>Статья 26. Восстановление брака в случае явки супруга, объявленного умершим или признанного безвестно отсутствующим</w:t>
      </w:r>
    </w:p>
    <w:p>
      <w:r>
        <w:rPr>
          <w:b/>
        </w:rPr>
        <w:t xml:space="preserve">1. </w:t>
      </w:r>
      <w:r>
        <w:t>В случае явки супруга, объявленного судом умершим или признанного судом безвестно отсутствующим,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w:t>
      </w:r>
    </w:p>
    <w:p>
      <w:r>
        <w:rPr>
          <w:b/>
        </w:rPr>
        <w:t xml:space="preserve">2. </w:t>
      </w:r>
      <w:r>
        <w:t>Брак не может быть восстановлен, если другой супруг вступил в новый брак</w:t>
      </w:r>
    </w:p>
    <w:p>
      <w:pPr>
        <w:pStyle w:val="Heading3"/>
      </w:pPr>
      <w:r>
        <w:t>НЕДЕЙСТВИТЕЛЬНОСТЬ БРАКА</w:t>
      </w:r>
    </w:p>
    <w:p>
      <w:r>
        <w:rPr>
          <w:b/>
        </w:rPr>
        <w:t>Статья 27. Признание брака недействительным</w:t>
      </w:r>
    </w:p>
    <w:p>
      <w:r>
        <w:rPr>
          <w:b/>
        </w:rPr>
        <w:t xml:space="preserve">1. </w:t>
      </w:r>
      <w:r>
        <w:t>Брак признается недействительным при нарушении условий, установленных статьями 12 - 14 и пунктом 3 статьи 15 настоящего Кодекса, а также в случае заключения фиктивного брака, то есть если супруги или один из них зарегистрировали брак без намерения создать семью</w:t>
      </w:r>
    </w:p>
    <w:p>
      <w:r>
        <w:rPr>
          <w:b/>
        </w:rPr>
        <w:t xml:space="preserve">2. </w:t>
      </w:r>
      <w:r>
        <w:t>Признание брака недействительным производится судом</w:t>
      </w:r>
    </w:p>
    <w:p>
      <w:r>
        <w:rPr>
          <w:b/>
        </w:rPr>
        <w:t xml:space="preserve">3. </w:t>
      </w:r>
      <w:r>
        <w:t>Суд обязан в течение трех дней со дня вступления в законную силу решения суда о признании брака недействительным направить выписку из этого решения суда в орган записи актов гражданского состояния по месту государственной регистрации заключения брака</w:t>
      </w:r>
    </w:p>
    <w:p>
      <w:r>
        <w:rPr>
          <w:b/>
        </w:rPr>
        <w:t xml:space="preserve">4. </w:t>
      </w:r>
      <w:r>
        <w:t>Брак признается недействительным со дня его заключения (статья 10 настоящего Кодекса)</w:t>
      </w:r>
    </w:p>
    <w:p>
      <w:r>
        <w:rPr>
          <w:b/>
        </w:rPr>
        <w:t>Статья 28. Лица, имеющие право требовать признания брака недействительным</w:t>
      </w:r>
    </w:p>
    <w:p>
      <w:r>
        <w:rPr>
          <w:b/>
        </w:rPr>
        <w:t xml:space="preserve">1. </w:t>
      </w:r>
      <w:r>
        <w:t>Требовать признания брака недействительным вправе: несовершеннолетний супруг, его родители (лица, их заменяющие), орган опеки и попечительства или прокурор, если брак заключен с лицом, не достигшим брачного возраста, при отсутствии разрешения на заключение брака до достижения этим лицом брачного возраста (статья 13 настоящего Кодекса). После достижения несовершеннолетним супругом возраста восемнадцати лет требовать признания брака недействительным вправе только этот супруг; супруг, права которого нарушены заключением брака, а также прокурор, если брак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 супруг, не знавший о наличии обстоятельств, препятствующих заключению брака, опекун супруга, признанного недееспособным, супруг по предыдущему нерасторгнутому браку, другие лица, права которых нарушены заключением брака, произведенного с нарушением требований статьи 14 настоящего Кодекса, а также орган опеки и попечительства и прокурор; прокурор, а также не знавший о фиктивности брака супруг в случае заключения фиктивного брака; супруг, права которого нарушены, при наличии обстоятельств, указанных в пункте 3 статьи 15 настоящего Кодекса</w:t>
      </w:r>
    </w:p>
    <w:p>
      <w:r>
        <w:rPr>
          <w:b/>
        </w:rPr>
        <w:t xml:space="preserve">2. </w:t>
      </w:r>
      <w:r>
        <w:t>При рассмотрении дела о признании недействительным брака, заключенного с лицом, не достигшим брачного возраста, а также с лицом, признанным судом недееспособным, к участию в деле привлекается орган опеки и попечительства</w:t>
      </w:r>
    </w:p>
    <w:p>
      <w:r>
        <w:rPr>
          <w:b/>
        </w:rPr>
        <w:t>Статья 29. Обстоятельства, устраняющие недействительность брака</w:t>
      </w:r>
    </w:p>
    <w:p>
      <w:r>
        <w:rPr>
          <w:b/>
        </w:rPr>
        <w:t xml:space="preserve">1. </w:t>
      </w:r>
      <w:r>
        <w:t>Суд может признать брак действительным, если к моменту рассмотрения дела о признании брака недействительным отпали те обстоятельства, которые в силу закона препятствовали его заключению</w:t>
      </w:r>
    </w:p>
    <w:p>
      <w:r>
        <w:rPr>
          <w:b/>
        </w:rPr>
        <w:t xml:space="preserve">2. </w:t>
      </w:r>
      <w:r>
        <w:t>Суд может отказать в иске о признании недействительным брака, заключенного с лицом, не достигшим брачного возраста, если этого требуют интересы несовершеннолетнего супруга, а также при отсутствии его согласия на признание брака недействительным</w:t>
      </w:r>
    </w:p>
    <w:p>
      <w:r>
        <w:rPr>
          <w:b/>
        </w:rPr>
        <w:t xml:space="preserve">3. </w:t>
      </w:r>
      <w:r>
        <w:t>Суд не может признать брак фиктивным, если лица, зарегистрировавшие такой брак, до рассмотрения дела судом фактически создали семью</w:t>
      </w:r>
    </w:p>
    <w:p>
      <w:r>
        <w:rPr>
          <w:b/>
        </w:rPr>
        <w:t xml:space="preserve">4. </w:t>
      </w:r>
      <w:r>
        <w:t>Брак не может быть признан недействительным после его расторжения,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(статья 14 настоящего Кодекса)</w:t>
      </w:r>
    </w:p>
    <w:p>
      <w:r>
        <w:rPr>
          <w:b/>
        </w:rPr>
        <w:t>Статья 30. Последствия признания брака недействительным</w:t>
      </w:r>
    </w:p>
    <w:p>
      <w:r>
        <w:rPr>
          <w:b/>
        </w:rPr>
        <w:t xml:space="preserve">1. </w:t>
      </w:r>
      <w:r>
        <w:t>Брак,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пунктами 4 и 5 настоящей статьи</w:t>
      </w:r>
    </w:p>
    <w:p>
      <w:r>
        <w:rPr>
          <w:b/>
        </w:rPr>
        <w:t xml:space="preserve">2. </w:t>
      </w:r>
      <w:r>
        <w:t>К имуществу, приобретенному совместно лицами, брак которых признан недействительным, применяются положения Гражданского кодекса Российской Федерации о долевой собственности. Брачный договор, заключенный супругами (статьи 40 - 42 настоящего Кодекса), признается недействительным</w:t>
      </w:r>
    </w:p>
    <w:p>
      <w:r>
        <w:rPr>
          <w:b/>
        </w:rPr>
        <w:t xml:space="preserve">3. </w:t>
      </w:r>
      <w:r>
        <w:t>Признание брака недействительным не влияет на права детей, родившихся в таком браке или в течение трехсот дней со дня признания брака недействительным (пункт 2 статьи 48 настоящего Кодекса)</w:t>
      </w:r>
    </w:p>
    <w:p>
      <w:r>
        <w:rPr>
          <w:b/>
        </w:rPr>
        <w:t xml:space="preserve">4. </w:t>
      </w:r>
      <w:r>
        <w:t>При вынесении решения о признании брака недействительным суд вправе признать за супругом, права которого нарушены заключением такого брака (добросовестным супругом), право на получение от другого супруга содержания в соответствии со статьями 90 и 91 настоящего Кодекса, а в отношении раздела имущества, приобретенного совместно до момента признания брака недействительным, вправе применить положения, установленные статьями 34, 38 и 39 настоящего Кодекса, а также признать действительным брачный договор полностью или частично. Добросовестный супруг вправе требовать возмещения причиненного ему материального и морального вреда по правилам, предусмотренным гражданским законодательством</w:t>
      </w:r>
    </w:p>
    <w:p>
      <w:r>
        <w:rPr>
          <w:b/>
        </w:rPr>
        <w:t xml:space="preserve">5. </w:t>
      </w:r>
      <w:r>
        <w:t>Добросовестный супруг вправе при признании брака недействительным сохранить фамилию, избранную им при государственной регистрации заключения брака</w:t>
      </w:r>
    </w:p>
    <w:p>
      <w:pPr>
        <w:pStyle w:val="Heading2"/>
      </w:pPr>
      <w:r>
        <w:t>ПРАВА И ОБЯЗАННОСТИ СУПРУГОВ</w:t>
      </w:r>
    </w:p>
    <w:p>
      <w:pPr>
        <w:pStyle w:val="Heading3"/>
      </w:pPr>
      <w:r>
        <w:t>ЛИЧНЫЕ ПРАВА И ОБЯЗАННОСТИ СУПРУГОВ</w:t>
      </w:r>
    </w:p>
    <w:p>
      <w:r>
        <w:rPr>
          <w:b/>
        </w:rPr>
        <w:t>Статья 31. Равенство супругов в семье</w:t>
      </w:r>
    </w:p>
    <w:p>
      <w:r>
        <w:rPr>
          <w:b/>
        </w:rPr>
        <w:t xml:space="preserve">1. </w:t>
      </w:r>
      <w:r>
        <w:t>Каждый из супругов свободен в выборе рода занятий, профессии, мест пребывания и жительства</w:t>
      </w:r>
    </w:p>
    <w:p>
      <w:r>
        <w:rPr>
          <w:b/>
        </w:rPr>
        <w:t xml:space="preserve">2. </w:t>
      </w:r>
      <w:r>
        <w:t>Вопросы материнства, отцовства, воспитания, образования детей и другие вопросы жизни семьи решаются супругами совместно исходя из принципа равенства супругов</w:t>
      </w:r>
    </w:p>
    <w:p>
      <w:r>
        <w:rPr>
          <w:b/>
        </w:rPr>
        <w:t xml:space="preserve">3. </w:t>
      </w:r>
      <w:r>
        <w:t>Супруги обязаны строить свои отношения в семье на основе взаимоуважения и взаимопомощи, содействовать благополучию и укреплению семьи, заботиться о благосостоянии и развитии своих детей</w:t>
      </w:r>
    </w:p>
    <w:p>
      <w:r>
        <w:rPr>
          <w:b/>
        </w:rPr>
        <w:t>Статья 32. Право выбора супругами фамилии</w:t>
      </w:r>
    </w:p>
    <w:p>
      <w:r>
        <w:rPr>
          <w:b/>
        </w:rPr>
        <w:t xml:space="preserve">1. </w:t>
      </w:r>
      <w:r>
        <w:t>Супруги по своему желанию выбирают при заключении брака фамилию одного из них в качестве общей фамилии, либо каждый из супругов сохраняет свою добрачную фамилию, либо, если иное не предусмотрено законами субъектов Российской Федерации, присоединяет к своей фамилии фамилию другого супруга. Соединение фамилий не допускается, если добрачная фамилия хотя бы одного из супругов является двойной</w:t>
      </w:r>
    </w:p>
    <w:p>
      <w:r>
        <w:rPr>
          <w:b/>
        </w:rPr>
        <w:t xml:space="preserve">2. </w:t>
      </w:r>
      <w:r>
        <w:t>Перемена фамилии одним из супругов не влечет за собой перемену фамилии другого супруга</w:t>
      </w:r>
    </w:p>
    <w:p>
      <w:r>
        <w:rPr>
          <w:b/>
        </w:rPr>
        <w:t xml:space="preserve">3. </w:t>
      </w:r>
      <w:r>
        <w:t>В случае расторжения брака супруги вправе сохранить общую фамилию или восстановить свои добрачные фамилии</w:t>
      </w:r>
    </w:p>
    <w:p>
      <w:pPr>
        <w:pStyle w:val="Heading3"/>
      </w:pPr>
      <w:r>
        <w:t>ЗАКОННЫЙ РЕЖИМ ИМУЩЕСТВА СУПРУГОВ</w:t>
      </w:r>
    </w:p>
    <w:p>
      <w:r>
        <w:rPr>
          <w:b/>
        </w:rPr>
        <w:t>Статья 33. Понятие законного режима имущества супругов</w:t>
      </w:r>
    </w:p>
    <w:p>
      <w:r>
        <w:rPr>
          <w:b/>
        </w:rPr>
        <w:t xml:space="preserve">1. </w:t>
      </w:r>
      <w:r>
        <w:t>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w:t>
      </w:r>
    </w:p>
    <w:p>
      <w:r>
        <w:rPr>
          <w:b/>
        </w:rPr>
        <w:t xml:space="preserve">2. </w:t>
      </w:r>
      <w:r>
        <w:t>Права супругов владеть, пользоваться и распоряжаться имуществом, являющимся совместной собственностью членов крестьянского (фермерского) хозяйства, определяются статьями 257 и 258 Гражданского кодекса Российской Федерации</w:t>
      </w:r>
    </w:p>
    <w:p>
      <w:r>
        <w:rPr>
          <w:b/>
        </w:rPr>
        <w:t>Статья 34. Совместная собственность супругов</w:t>
      </w:r>
    </w:p>
    <w:p>
      <w:r>
        <w:rPr>
          <w:b/>
        </w:rPr>
        <w:t xml:space="preserve">1. </w:t>
      </w:r>
      <w:r>
        <w:t>Имущество, нажитое супругами во время брака, является их совместной собственностью</w:t>
      </w:r>
    </w:p>
    <w:p>
      <w:r>
        <w:rPr>
          <w:b/>
        </w:rPr>
        <w:t xml:space="preserve">2. </w:t>
      </w:r>
      <w: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r>
        <w:rPr>
          <w:b/>
        </w:rPr>
        <w:t xml:space="preserve">3. </w:t>
      </w:r>
      <w:r>
        <w:t>Право на общее имущество супругов принадлежит также супругу, который в период брака осуществлял ведение домашнего хозяйства, уход за детьми или по другим уважительным причинам не имел самостоятельного дохода</w:t>
      </w:r>
    </w:p>
    <w:p>
      <w:r>
        <w:rPr>
          <w:b/>
        </w:rPr>
        <w:t>Статья 35. Владение, пользование и распоряжение общим имуществом супругов</w:t>
      </w:r>
    </w:p>
    <w:p>
      <w:r>
        <w:rPr>
          <w:b/>
        </w:rPr>
        <w:t xml:space="preserve">1. </w:t>
      </w:r>
      <w:r>
        <w:t>Владение, пользование и распоряжение общим имуществом супругов осуществляются по обоюдному согласию супругов</w:t>
      </w:r>
    </w:p>
    <w:p>
      <w:r>
        <w:rPr>
          <w:b/>
        </w:rPr>
        <w:t xml:space="preserve">2. </w:t>
      </w:r>
      <w:r>
        <w:t>При совершении одним из супругов сделки по распоряжению общим имуществом супругов предполагается, что он действует с согласия другого супруга.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другого супруга на совершение данной сделки</w:t>
      </w:r>
    </w:p>
    <w:p>
      <w:r>
        <w:rPr>
          <w:b/>
        </w:rPr>
        <w:t xml:space="preserve">3. </w:t>
      </w:r>
      <w:r>
        <w:t>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(В редакции Федерального закона от 29.12.2015 № 391-ФЗ) Супруг, чье нотариально удостоверенное согласие на совершение указанной сделки не было получено, вправе требовать признания сделки недействительной в судебном порядке в течение года со дня, когда он узнал или должен был узнать о совершении данной сделки, по правилам статьи 1731 Гражданского кодекса Российской Федерации. (В редакции Федерального закона от 14.07.2022 № 310-ФЗ)</w:t>
      </w:r>
    </w:p>
    <w:p>
      <w:r>
        <w:rPr>
          <w:b/>
        </w:rPr>
        <w:t>Статья 36. Имущество каждого из супругов</w:t>
      </w:r>
    </w:p>
    <w:p>
      <w:r>
        <w:t>(Наименование в редакции Федерального закона от 18.12.2006 № 231-ФЗ)</w:t>
      </w:r>
    </w:p>
    <w:p>
      <w:r>
        <w:rPr>
          <w:b/>
        </w:rPr>
        <w:t xml:space="preserve">1. </w:t>
      </w:r>
      <w:r>
        <w:t>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w:t>
      </w:r>
    </w:p>
    <w:p>
      <w:r>
        <w:rPr>
          <w:b/>
        </w:rPr>
        <w:t xml:space="preserve">2. </w:t>
      </w:r>
      <w:r>
        <w:t>Вещи индивидуального пользования (одежда, обувь и другие), за исключением драгоценностей и других предметов роскоши, хотя и приобретенные в период брака за счет общих средств супругов, признаются собственностью того супруга, который ими пользовался</w:t>
      </w:r>
    </w:p>
    <w:p>
      <w:r>
        <w:rPr>
          <w:b/>
        </w:rPr>
        <w:t xml:space="preserve">3. </w:t>
      </w:r>
      <w:r>
        <w:t>Исключительное право на результат интеллектуальной деятельности, созданный одним из супругов, принадлежит автору такого результата. (Дополнение пунктом - Федеральный закон от 18.12.2006 № 231-ФЗ)</w:t>
      </w:r>
    </w:p>
    <w:p>
      <w:r>
        <w:rPr>
          <w:b/>
        </w:rPr>
        <w:t>Статья 37. Признание имущества каждого из супругов их совместной собственностью</w:t>
      </w:r>
    </w:p>
    <w:p>
      <w:r>
        <w:t>Имущество каждого из супругов может быть признано судом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 (В редакции Федерального закона от 30.12.2015 № 457-ФЗ)</w:t>
      </w:r>
    </w:p>
    <w:p>
      <w:r>
        <w:rPr>
          <w:b/>
        </w:rPr>
        <w:t>Статья 38. Раздел общего имущества супругов</w:t>
      </w:r>
    </w:p>
    <w:p>
      <w:r>
        <w:rPr>
          <w:b/>
        </w:rPr>
        <w:t xml:space="preserve">1. </w:t>
      </w:r>
      <w:r>
        <w:t>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r>
        <w:rPr>
          <w:b/>
        </w:rPr>
        <w:t xml:space="preserve">2. </w:t>
      </w:r>
      <w:r>
        <w:t>Общее имущество супругов может быть разделено между супругами по их соглашению. Соглашение о разделе общего имущества, нажитого супругами в период брака, должно быть нотариально удостоверено. (В редакции Федерального закона от 29.12.2015 № 391-ФЗ)</w:t>
      </w:r>
    </w:p>
    <w:p>
      <w:r>
        <w:rPr>
          <w:b/>
        </w:rPr>
        <w:t xml:space="preserve">3. </w:t>
      </w:r>
      <w: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w:t>
      </w:r>
    </w:p>
    <w:p>
      <w:r>
        <w:rPr>
          <w:b/>
        </w:rPr>
        <w:t xml:space="preserve">4. </w:t>
      </w:r>
      <w:r>
        <w:t>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r>
        <w:rPr>
          <w:b/>
        </w:rPr>
        <w:t xml:space="preserve">5. </w:t>
      </w:r>
      <w:r>
        <w:t>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r>
        <w:rPr>
          <w:b/>
        </w:rPr>
        <w:t xml:space="preserve">6. </w:t>
      </w:r>
      <w:r>
        <w:t>В случае раздела общего имущества супругов в период брака та часть общего имущества супругов, которая не была разделена, а также имущество, нажитое супругами в период брака в дальнейшем, составляют их совместную собственность</w:t>
      </w:r>
    </w:p>
    <w:p>
      <w:r>
        <w:rPr>
          <w:b/>
        </w:rPr>
        <w:t xml:space="preserve">7. </w:t>
      </w:r>
      <w:r>
        <w:t>К требованиям супругов о разделе общего имущества супругов, брак которых расторгнут, применяется трехлетний срок исковой давности</w:t>
      </w:r>
    </w:p>
    <w:p>
      <w:r>
        <w:rPr>
          <w:b/>
        </w:rPr>
        <w:t>Статья 39. Определение долей при разделе общего имущества супругов</w:t>
      </w:r>
    </w:p>
    <w:p>
      <w:r>
        <w:rPr>
          <w:b/>
        </w:rPr>
        <w:t xml:space="preserve">1. </w:t>
      </w:r>
      <w:r>
        <w:t>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r>
        <w:rPr>
          <w:b/>
        </w:rPr>
        <w:t xml:space="preserve">2. </w:t>
      </w:r>
      <w:r>
        <w:t>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 (В редакции Федерального закона от 14.07.2022 № 310-ФЗ)</w:t>
      </w:r>
    </w:p>
    <w:p>
      <w:r>
        <w:rPr>
          <w:b/>
        </w:rPr>
        <w:t xml:space="preserve">3. </w:t>
      </w:r>
      <w:r>
        <w:t>Общие долги супругов при разделе общего имущества супругов распределяются между супругами пропорционально присужденным им долям</w:t>
      </w:r>
    </w:p>
    <w:p>
      <w:pPr>
        <w:pStyle w:val="Heading3"/>
      </w:pPr>
      <w:r>
        <w:t>ДОГОВОРНЫЙ РЕЖИМ ИМУЩЕСТВА СУПРУГОВ</w:t>
      </w:r>
    </w:p>
    <w:p>
      <w:r>
        <w:rPr>
          <w:b/>
        </w:rPr>
        <w:t>Статья 40. Брачный договор</w:t>
      </w:r>
    </w:p>
    <w:p>
      <w:r>
        <w:t>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w:t>
      </w:r>
    </w:p>
    <w:p>
      <w:r>
        <w:rPr>
          <w:b/>
        </w:rPr>
        <w:t>Статья 41. Заключение брачного договора</w:t>
      </w:r>
    </w:p>
    <w:p>
      <w:r>
        <w:rPr>
          <w:b/>
        </w:rPr>
        <w:t xml:space="preserve">1. </w:t>
      </w:r>
      <w:r>
        <w:t>Брачный договор может быть заключен как до государственной регистрации заключения брака, так и в любое время в период брака. Брачный договор, заключенный до государственной регистрации заключения брака, вступает в силу со дня государственной регистрации заключения брака</w:t>
      </w:r>
    </w:p>
    <w:p>
      <w:r>
        <w:rPr>
          <w:b/>
        </w:rPr>
        <w:t xml:space="preserve">2. </w:t>
      </w:r>
      <w:r>
        <w:t>Брачный договор заключается в письменной форме и подлежит нотариальному удостоверению</w:t>
      </w:r>
    </w:p>
    <w:p>
      <w:r>
        <w:rPr>
          <w:b/>
        </w:rPr>
        <w:t>Статья 42. Содержание брачного договора</w:t>
      </w:r>
    </w:p>
    <w:p>
      <w:r>
        <w:rPr>
          <w:b/>
        </w:rPr>
        <w:t xml:space="preserve">1. </w:t>
      </w:r>
      <w:r>
        <w:t>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Брачный договор может быть заключен как в отношении имеющегося, так и в отношении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w:t>
      </w:r>
    </w:p>
    <w:p>
      <w:r>
        <w:rPr>
          <w:b/>
        </w:rPr>
        <w:t xml:space="preserve">2. </w:t>
      </w:r>
      <w:r>
        <w:t>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r>
        <w:rPr>
          <w:b/>
        </w:rPr>
        <w:t xml:space="preserve">3. </w:t>
      </w:r>
      <w:r>
        <w:t>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r>
        <w:rPr>
          <w:b/>
        </w:rPr>
        <w:t>Статья 43. Изменение и расторжение брачного договора</w:t>
      </w:r>
    </w:p>
    <w:p>
      <w:r>
        <w:rPr>
          <w:b/>
        </w:rPr>
        <w:t xml:space="preserve">1. </w:t>
      </w:r>
      <w:r>
        <w:t>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w:t>
      </w:r>
    </w:p>
    <w:p>
      <w:r>
        <w:rPr>
          <w:b/>
        </w:rPr>
        <w:t xml:space="preserve">2. </w:t>
      </w:r>
      <w:r>
        <w:t>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w:t>
      </w:r>
    </w:p>
    <w:p>
      <w:r>
        <w:rPr>
          <w:b/>
        </w:rPr>
        <w:t xml:space="preserve">3. </w:t>
      </w:r>
      <w:r>
        <w:t>Действие брачного договора прекращается с момента прекращения брака (статья 25 настоящего Кодекса), за исключением тех обязательств, которые предусмотрены брачным договором на период после прекращения брака</w:t>
      </w:r>
    </w:p>
    <w:p>
      <w:r>
        <w:rPr>
          <w:b/>
        </w:rPr>
        <w:t>Статья 44. Признание брачного договора недействительным</w:t>
      </w:r>
    </w:p>
    <w:p>
      <w:r>
        <w:rPr>
          <w:b/>
        </w:rPr>
        <w:t xml:space="preserve">1. </w:t>
      </w:r>
      <w:r>
        <w:t>Брачный договор может быть признан судом недействительным полностью или частично по основаниям, предусмотренным Гражданским кодексом Российской Федерации для недействительности сделок</w:t>
      </w:r>
    </w:p>
    <w:p>
      <w:r>
        <w:rPr>
          <w:b/>
        </w:rPr>
        <w:t xml:space="preserve">2. </w:t>
      </w:r>
      <w:r>
        <w:t>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настоящего Кодекса, ничтожны</w:t>
      </w:r>
    </w:p>
    <w:p>
      <w:pPr>
        <w:pStyle w:val="Heading3"/>
      </w:pPr>
      <w:r>
        <w:t>ОТВЕТСТВЕННОСТЬ СУПРУГОВ ПО ОБЯЗАТЕЛЬСТВАМ</w:t>
      </w:r>
    </w:p>
    <w:p>
      <w:r>
        <w:rPr>
          <w:b/>
        </w:rPr>
        <w:t>Статья 45. Обращение взыскания на имущество супругов</w:t>
      </w:r>
    </w:p>
    <w:p>
      <w:r>
        <w:rPr>
          <w:b/>
        </w:rPr>
        <w:t xml:space="preserve">1. </w:t>
      </w:r>
      <w:r>
        <w:t>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w:t>
      </w:r>
    </w:p>
    <w:p>
      <w:r>
        <w:rPr>
          <w:b/>
        </w:rPr>
        <w:t xml:space="preserve">2. </w:t>
      </w:r>
      <w:r>
        <w:t>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может быть обращено соответственно на общее имущество супругов или на его часть</w:t>
      </w:r>
    </w:p>
    <w:p>
      <w:r>
        <w:rPr>
          <w:b/>
        </w:rPr>
        <w:t xml:space="preserve">3. </w:t>
      </w:r>
      <w:r>
        <w:t>Ответственность супругов за вред, причиненный их несовершеннолетними детьми, определяется гражданским законодательством. Обращение взыскания на имущество супругов при возмещении ими вреда, причиненного их несовершеннолетними детьми, производится в соответствии с пунктом 2 настоящей статьи</w:t>
      </w:r>
    </w:p>
    <w:p>
      <w:r>
        <w:rPr>
          <w:b/>
        </w:rPr>
        <w:t>Статья 46. Гарантии прав кредиторов при заключении, изменении и расторжении брачного договора</w:t>
      </w:r>
    </w:p>
    <w:p>
      <w:r>
        <w:rPr>
          <w:b/>
        </w:rPr>
        <w:t xml:space="preserve">1. </w:t>
      </w:r>
      <w:r>
        <w:t>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w:t>
      </w:r>
    </w:p>
    <w:p>
      <w:r>
        <w:rPr>
          <w:b/>
        </w:rPr>
        <w:t xml:space="preserve">2. </w:t>
      </w:r>
      <w:r>
        <w:t>Кредитор (кредиторы) супруга-должника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 установленном статьями 451 - 453 Гражданского кодекса Российской Федерации</w:t>
      </w:r>
    </w:p>
    <w:p>
      <w:pPr>
        <w:pStyle w:val="Heading2"/>
      </w:pPr>
      <w:r>
        <w:t>ПРАВА И ОБЯЗАННОСТИ РОДИТЕЛЕЙ И ДЕТЕЙ</w:t>
      </w:r>
    </w:p>
    <w:p>
      <w:pPr>
        <w:pStyle w:val="Heading3"/>
      </w:pPr>
      <w:r>
        <w:t>УСТАНОВЛЕНИЕ ПРОИСХОЖДЕНИЯ ДЕТЕЙ</w:t>
      </w:r>
    </w:p>
    <w:p>
      <w:r>
        <w:rPr>
          <w:b/>
        </w:rPr>
        <w:t>Статья 47. Основание для возникновения прав и обязанностей родителей и детей</w:t>
      </w:r>
    </w:p>
    <w:p>
      <w:r>
        <w:t>Права и обязанности родителей и детей основываются на происхождении детей, удостоверенном в установленном законом порядке.</w:t>
      </w:r>
    </w:p>
    <w:p>
      <w:r>
        <w:rPr>
          <w:b/>
        </w:rPr>
        <w:t>Статья 48. Установление происхождения ребенка</w:t>
      </w:r>
    </w:p>
    <w:p>
      <w:r>
        <w:rPr>
          <w:b/>
        </w:rPr>
        <w:t xml:space="preserve">1. </w:t>
      </w:r>
      <w:r>
        <w:t>Происхождение ребенка от матери (материнство) устанавливается на основании документов, подтверждающих рождение ребенка матерью в медицинской организации, а в случае рождения ребенка вне медицинской организации на основании медицинских документов, свидетельских показаний или на основании иных доказательств. (В редакции федеральных законов от 15.11.1997 № 140-ФЗ, от 25.11.2013 № 317-ФЗ)</w:t>
      </w:r>
    </w:p>
    <w:p>
      <w:r>
        <w:rPr>
          <w:b/>
        </w:rPr>
        <w:t xml:space="preserve">2. </w:t>
      </w:r>
      <w:r>
        <w:t>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(статья 52 настоящего Кодекса). Отцовство супруга матери ребенка удостоверяется записью об их браке. (Пункт 3 исключен - Федеральный закон от 15.11.1997 № 140-ФЗ)</w:t>
      </w:r>
    </w:p>
    <w:p>
      <w:r>
        <w:rPr>
          <w:b/>
        </w:rPr>
        <w:t xml:space="preserve">3. </w:t>
      </w:r>
      <w:r>
        <w:t>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опеки и попечительства, при отсутствии такого согласия - по решению суда. При наличии обстоятельств, дающих основания предполагать, что подача совместного заявления об установлении отцовства может оказаться после рождения ребенка невозможной или затруднительной, родители будущего ребенка, не состоящие между собой в браке, вправе подать такое заявление в орган записи актов гражданского состояния во время беременности матери. Запись о родителях ребенка производится после рождения ребенка. (Пункт в редакции Федерального закона от 15.11.1997 № 140-ФЗ)</w:t>
      </w:r>
    </w:p>
    <w:p>
      <w:r>
        <w:rPr>
          <w:b/>
        </w:rPr>
        <w:t xml:space="preserve">4. </w:t>
      </w:r>
      <w:r>
        <w:t>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органа опеки и попечительства. (В редакции Федерального закона от 15.11.1997 № 140-ФЗ)</w:t>
      </w:r>
    </w:p>
    <w:p>
      <w:r>
        <w:rPr>
          <w:b/>
        </w:rPr>
        <w:t>Статья 49. Установление отцовства в судебном порядке</w:t>
      </w:r>
    </w:p>
    <w:p>
      <w:r>
        <w:t>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48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w:t>
      </w:r>
    </w:p>
    <w:p>
      <w:r>
        <w:rPr>
          <w:b/>
        </w:rPr>
        <w:t>Статья 50. Установление судом факта признания отцовства</w:t>
      </w:r>
    </w:p>
    <w:p>
      <w:r>
        <w:t>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w:t>
      </w:r>
    </w:p>
    <w:p>
      <w:r>
        <w:rPr>
          <w:b/>
        </w:rPr>
        <w:t>Статья 51. Запись родителей ребенка в книге записей рождений</w:t>
      </w:r>
    </w:p>
    <w:p>
      <w:r>
        <w:rPr>
          <w:b/>
        </w:rPr>
        <w:t xml:space="preserve">1. </w:t>
      </w:r>
      <w:r>
        <w:t>Отец и мать, состоящие в браке между собой, записываются родителями ребенка в книге записей рождений по заявлению любого из них</w:t>
      </w:r>
    </w:p>
    <w:p>
      <w:r>
        <w:rPr>
          <w:b/>
        </w:rPr>
        <w:t xml:space="preserve">2. </w:t>
      </w:r>
      <w:r>
        <w:t>Если родители не состоят в браке между собой, запись о матери ребенка производится по заявлению матери, а запись об отце ребенка - по совместному заявлению отца и матери ребенка, или по заявлению отца ребенка (пункт 3 статьи 48 настоящего Кодекса), или отец записывается согласно решению суда. (В редакции Федерального закона от 30.12.2015 № 457-ФЗ)</w:t>
      </w:r>
    </w:p>
    <w:p>
      <w:r>
        <w:rPr>
          <w:b/>
        </w:rPr>
        <w:t xml:space="preserve">3. </w:t>
      </w:r>
      <w:r>
        <w:t>В случае рождения ребенка у матери, не состоящей в браке, при отсутствии совместного заявления родителей или при отсутствии решения суда об установлении отцовства фамилия отца ребенка в книге записей рождений записывается по фамилии матери, имя и отчество отца ребенка - по ее указанию</w:t>
      </w:r>
    </w:p>
    <w:p>
      <w:r>
        <w:rPr>
          <w:b/>
        </w:rPr>
        <w:t xml:space="preserve">4. </w:t>
      </w:r>
      <w:r>
        <w:t>Лица, состоящие в браке и давшие свое согласие в письменной форме на применение метода искусственного оплодотворения или на имплантацию эмбриона, в случае рождения у них ребенка в результате применения этих методов записываются его родителями в книге записей рождений. Лица, состоящие в браке между собой, если одно из них или оба являются гражданами Российской Федерации на момент заключения договора о вынашивании и рождении ребенка (далее - договор о суррогатном материнстве), или одинокая женщина, имеющая гражданство Российской Федерации на момент заключения договора о суррогатном материнстве, давшие свое согласие в письменной форме на имплантацию эмбриона другой женщине в целях вынашивания и рождения ребенка, могут быть записаны родителями ребенка только с согласия женщины, родившей ребенка (суррогатной матери). (В редакции Федерального закона от 19.12.2022 № 538-ФЗ)</w:t>
      </w:r>
    </w:p>
    <w:p>
      <w:r>
        <w:rPr>
          <w:b/>
        </w:rPr>
        <w:t xml:space="preserve">5. </w:t>
      </w:r>
      <w:r>
        <w:t>Лица, указанные в абзаце втором пункта 4 настоящей статьи, давшие свое согласие в письменной форме на имплантацию эмбриона другой женщине в целях вынашивания и рождения ребенка, могут быть записаны родителями ребенка только с согласия женщины, родившей ребенка (суррогатной матери), также в случаях, если на момент записи родителями ребенка в книге записей рождений</w:t>
      </w:r>
    </w:p>
    <w:p>
      <w:r>
        <w:rPr>
          <w:b/>
        </w:rPr>
        <w:t xml:space="preserve">6. </w:t>
      </w:r>
      <w:r>
        <w:t>Лица, состоявшие в браке, указанные в абзаце втором пункта 4 настоящей статьи, брак которых был прекращен или признан недействительным (за исключением подпункта 1 пункта 5 настоящей статьи) на момент записи родителями ребенка в книге записей рождений, могут быть записаны родителями ребенка только с согласия женщины, родившей ребенка (суррогатной матери), на основании решения суда и при условии, если судом не будет установлено, что указанный брак был зарегистрирован в целях заключения договора о суррогатном материнстве без намерения создать семью. Суд признает за супругом, права которого нарушены заключением такого брака (добросовестным супругом), право быть записанным родителем ребенка. (Дополнение пунктом - Федеральный закон от 19.12.2022 № 538-ФЗ)</w:t>
      </w:r>
    </w:p>
    <w:p>
      <w:r>
        <w:rPr>
          <w:b/>
        </w:rPr>
        <w:t xml:space="preserve">5. </w:t>
      </w:r>
      <w:r>
        <w:t>один из супругов умер</w:t>
      </w:r>
    </w:p>
    <w:p>
      <w:r>
        <w:rPr>
          <w:b/>
        </w:rPr>
        <w:t xml:space="preserve">5. </w:t>
      </w:r>
      <w:r>
        <w:t>гражданство Российской Федерации одного из супругов или обоих супругов либо одинокой женщины прекращено; (В редакции Федерального закона от 31.07.2023 № 407-ФЗ) 3) (Подпункт утратил силу - Федеральный закон от 31.07.2023 № 407-ФЗ) (Дополнение пунктом - Федеральный закон от 19.12.2022 № 538-ФЗ)</w:t>
      </w:r>
    </w:p>
    <w:p>
      <w:r>
        <w:rPr>
          <w:b/>
        </w:rPr>
        <w:t>Статья 52. Оспаривание отцовства (материнства)</w:t>
      </w:r>
    </w:p>
    <w:p>
      <w:r>
        <w:rPr>
          <w:b/>
        </w:rPr>
        <w:t xml:space="preserve">1. </w:t>
      </w:r>
      <w:r>
        <w:t>Запись родителей в книге записей рождений, произведенная в соответствии с пунктами 1 и 2 статьи 51 настоящего Кодекса, может быть оспорена только в судебном порядке по требованию лица, записанного в качестве отца или матери ребенка, либо лица, фактически являющегося отцом или матерью ребенка, а также самого ребенка по достижении им совершеннолетия, опекуна (попечителя) ребенка, опекуна родителя, признанного судом недееспособным. Запись об отце ребенка в книге записей рождений, произведенная в соответствии с пунктом 2 статьи 51 настоящего Кодекса, может быть оспорена в судебном порядке также по требованию наследника лица, записанного в качестве отца ребенка. Соответствующее требование может быть удовлетворено в случае нарушения положений указанного пункта, в том числе если такая запись произведена на основании подложных документов либо без свободного волеизъявления лица, отцовство которого было установлено во внесудебном порядке. (Дополнение абзацем - Федеральный закон от 04.08.2022 № 362-ФЗ)</w:t>
      </w:r>
    </w:p>
    <w:p>
      <w:r>
        <w:rPr>
          <w:b/>
        </w:rPr>
        <w:t xml:space="preserve">2. </w:t>
      </w:r>
      <w:r>
        <w:t>Требование лица, записанного отцом ребенка на основании пункта 2 статьи 51 настоящего Кодекса, об оспаривании отцовства не может быть удовлетворено, если в момент записи этому лицу было известно, что оно фактически не является отцом ребенка</w:t>
      </w:r>
    </w:p>
    <w:p>
      <w:r>
        <w:rPr>
          <w:b/>
        </w:rPr>
        <w:t xml:space="preserve">3. </w:t>
      </w:r>
      <w:r>
        <w:t>Супруг, давший в порядке, установленном законом, согласие в письменной форме на применение метода искусственного оплодотворения или на имплантацию эмбриона, не вправе при оспаривании отцовства ссылаться на эти обстоятельства. Супруги или одинокая женщина, давшие согласие на имплантацию эмбриона другой женщине, а также суррогатная мать (абзац второй пункта 4 статьи 51 настоящего Кодекса) не вправе при оспаривании материнства и отцовства после совершения записи родителей в книге записей рождений ссылаться на эти обстоятельства. (В редакции Федерального закона от 19.12.2022 № 538-ФЗ)</w:t>
      </w:r>
    </w:p>
    <w:p>
      <w:r>
        <w:rPr>
          <w:b/>
        </w:rPr>
        <w:t>Статья 53. Права и обязанности детей, родившихся от лиц, не состоящих в браке между собой</w:t>
      </w:r>
    </w:p>
    <w:p>
      <w:r>
        <w:t>При установлении отцовства в порядке, предусмотренном статьями 48 - 50 настоящего Кодекса, дети имеют такие же права и обязанности по отношению к родителям и их родственникам, какие имеют дети, родившиеся от лиц, состоящих в браке между собой.</w:t>
      </w:r>
    </w:p>
    <w:p>
      <w:pPr>
        <w:pStyle w:val="Heading3"/>
      </w:pPr>
      <w:r>
        <w:t>ПРАВА НЕСОВЕРШЕННОЛЕТНИХ ДЕТЕЙ</w:t>
      </w:r>
    </w:p>
    <w:p>
      <w:r>
        <w:rPr>
          <w:b/>
        </w:rPr>
        <w:t>Статья 54. Право ребенка жить и воспитываться в семье</w:t>
      </w:r>
    </w:p>
    <w:p>
      <w:r>
        <w:rPr>
          <w:b/>
        </w:rPr>
        <w:t xml:space="preserve">1. </w:t>
      </w:r>
      <w:r>
        <w:t>Ребенком признается лицо, не достигшее возраста восемнадцати лет (совершеннолетия)</w:t>
      </w:r>
    </w:p>
    <w:p>
      <w:r>
        <w:rPr>
          <w:b/>
        </w:rPr>
        <w:t xml:space="preserve">2. </w:t>
      </w:r>
      <w:r>
        <w:t>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от 29 декабря 2012 года № 273-ФЗ "Об образовании в Российской Федерации". (Дополнение абзацем - Федеральный закон от 02.12.2019 № 411-ФЗ) (В редакции Федерального закона от 21.11.2022 № 465-ФЗ) Ребенок имеет права на воспитание своими родителями, образование, обеспечение его интересов, всестороннее развитие, уважение его человеческого достоинства. (В редакции Федерального закона от 02.12.2019 № 411-ФЗ) При отсутствии родителей, при лишении их родительских прав и в других случаях утраты родительского попечения право ребенка на воспитание в семье обеспечивается органом опеки и попечительства в порядке, установленном главой 18 настоящего Кодекса</w:t>
      </w:r>
    </w:p>
    <w:p>
      <w:r>
        <w:rPr>
          <w:b/>
        </w:rPr>
        <w:t>Статья 55. Право ребенка на общение с родителями и другими родственниками</w:t>
      </w:r>
    </w:p>
    <w:p>
      <w:r>
        <w:rPr>
          <w:b/>
        </w:rPr>
        <w:t xml:space="preserve">1. </w:t>
      </w:r>
      <w:r>
        <w:t>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недействительным или раздельное проживание родителей не влияют на права ребенка. 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p>
      <w:r>
        <w:rPr>
          <w:b/>
        </w:rPr>
        <w:t xml:space="preserve">2. </w:t>
      </w:r>
      <w:r>
        <w:t>Ребенок, находящийся в экстремальной ситуации (задержание, арест, заключение под стражу, нахождение в медицинской организации и другое), имеет право на общение со своими родителями (лицами, их заменяющими) и другими родственниками в порядке, установленном законом. (В редакции федеральных законов от 02.07.2013 № 167-ФЗ, от 25.11.2013 № 317-ФЗ)</w:t>
      </w:r>
    </w:p>
    <w:p>
      <w:r>
        <w:rPr>
          <w:b/>
        </w:rPr>
        <w:t>Статья 56. Право ребенка на защиту</w:t>
      </w:r>
    </w:p>
    <w:p>
      <w:r>
        <w:rPr>
          <w:b/>
        </w:rPr>
        <w:t xml:space="preserve">1. </w:t>
      </w:r>
      <w:r>
        <w:t>Ребенок имеет право на защиту своих прав и законных интересов. Защита прав и законных интересов ребенка осуществляется родителями (лицами, их заменяющими), а в случаях, предусмотренных настоящим Кодексом, органом опеки и попечительства, прокурором и судом. Несовершеннолетний, признанный в соответствии с законом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r>
        <w:rPr>
          <w:b/>
        </w:rPr>
        <w:t xml:space="preserve">2. </w:t>
      </w:r>
      <w:r>
        <w:t>Ребенок имеет право на защиту от злоупотреблений со стороны родителей (лиц, их заменяющих). При нарушении прав и законных интересов ребенка, в том 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 по достижении возраста четырнадцати лет в суд</w:t>
      </w:r>
    </w:p>
    <w:p>
      <w:r>
        <w:rPr>
          <w:b/>
        </w:rPr>
        <w:t xml:space="preserve">3. </w:t>
      </w:r>
      <w:r>
        <w:t>Должностные лица организаций и иные граждане, которым станет известно об угрозе жизни или здоровью ребенка, о нарушении его прав и законных интересов, обязаны сообщить об этом в орган опеки и попечительства по месту фактического нахождения ребенка. При получении таких сведений орган опеки и попечительства обязан принять необходимые меры по защите прав и законных интересов ребенка</w:t>
      </w:r>
    </w:p>
    <w:p>
      <w:r>
        <w:rPr>
          <w:b/>
        </w:rPr>
        <w:t>Статья 57. Право ребенка выражать свое мнение</w:t>
      </w:r>
    </w:p>
    <w:p>
      <w:r>
        <w:t>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(статьи 59, 72, 132, 134, 136, 143, 145), органы опеки и попечительства или суд могут принять решение только с согласия ребенка, достигшего возраста десяти лет. (В редакции Федерального закона от 24.04.2008 № 49-ФЗ)</w:t>
      </w:r>
    </w:p>
    <w:p>
      <w:r>
        <w:rPr>
          <w:b/>
        </w:rPr>
        <w:t>Статья 58. Право ребенка на имя, отчество и фамилию</w:t>
      </w:r>
    </w:p>
    <w:p>
      <w:r>
        <w:rPr>
          <w:b/>
        </w:rPr>
        <w:t xml:space="preserve">1. </w:t>
      </w:r>
      <w:r>
        <w:t>Ребенок имеет право на имя, отчество и фамилию</w:t>
      </w:r>
    </w:p>
    <w:p>
      <w:r>
        <w:rPr>
          <w:b/>
        </w:rPr>
        <w:t xml:space="preserve">2. </w:t>
      </w:r>
      <w:r>
        <w:t>Имя ребенку дается по соглашению родителей, отчество присваивается по имени отца, если иное не предусмотрено законами субъектов Российской Федерации или не основано на национальном обычае. При выборе родителями имени ребенка не допускается использование в его имени цифр, буквенно-цифровых обозначений, числительных, символов и не являющихся буквами знаков, за исключением знака "дефис", или их любой комбинации либо бранных слов, указаний на ранги, должности, титулы. (В редакции Федерального закона от 01.05.2017 № 94-ФЗ)</w:t>
      </w:r>
    </w:p>
    <w:p>
      <w:r>
        <w:rPr>
          <w:b/>
        </w:rPr>
        <w:t xml:space="preserve">3. </w:t>
      </w:r>
      <w:r>
        <w:t>Фамилия ребенка определяется фамилией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 (В редакции Федерального закона от 01.05.2017 № 94-ФЗ)</w:t>
      </w:r>
    </w:p>
    <w:p>
      <w:r>
        <w:rPr>
          <w:b/>
        </w:rPr>
        <w:t xml:space="preserve">4. </w:t>
      </w:r>
      <w:r>
        <w:t>При отсутствии соглашения между родителями относительно имени и (или) фамилии ребенка возникшие разногласия разрешаются органом опеки и попечительства</w:t>
      </w:r>
    </w:p>
    <w:p>
      <w:r>
        <w:rPr>
          <w:b/>
        </w:rPr>
        <w:t xml:space="preserve">5. </w:t>
      </w:r>
      <w:r>
        <w:t>Если отцовство не установлено, имя ребенку дается по указанию матери, отчество присваивается по имени лица, записанного в качестве отца ребенка (пункт 3 статьи 51 настоящего Кодекса), фамилия - по фамилии матери</w:t>
      </w:r>
    </w:p>
    <w:p>
      <w:r>
        <w:rPr>
          <w:b/>
        </w:rPr>
        <w:t>Статья 59. Изменение имени и фамилии ребенка</w:t>
      </w:r>
    </w:p>
    <w:p>
      <w:r>
        <w:rPr>
          <w:b/>
        </w:rPr>
        <w:t xml:space="preserve">1. </w:t>
      </w:r>
      <w:r>
        <w:t>По совместной просьбе родителей до достижения ребенком возраста четырнадцати лет орган опеки и попечительства исходя из интересов ребенка вправе разрешить изменить имя ребенку, а также изменить присвоенную ему фамилию на фамилию другого родителя. (В редакции Федерального закона от 15.11.1997 № 140-ФЗ)</w:t>
      </w:r>
    </w:p>
    <w:p>
      <w:r>
        <w:rPr>
          <w:b/>
        </w:rPr>
        <w:t xml:space="preserve">2. </w:t>
      </w:r>
      <w:r>
        <w:t>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родителя. Учет мнения родителя не обязателен при невозможности установления его места нахождения,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p>
    <w:p>
      <w:r>
        <w:rPr>
          <w:b/>
        </w:rPr>
        <w:t xml:space="preserve">3. </w:t>
      </w:r>
      <w:r>
        <w:t>Если ребенок рожден от лиц, не состоящих в браке между собой, и отцовство в законном порядке не установлено, орган опеки и попечительства исходя из интересов ребенка вправе разрешить изменить его фамилию на фамилию матери, которую она носит в момент обращения с такой просьбой</w:t>
      </w:r>
    </w:p>
    <w:p>
      <w:r>
        <w:rPr>
          <w:b/>
        </w:rPr>
        <w:t xml:space="preserve">4. </w:t>
      </w:r>
      <w:r>
        <w:t>Изменение имени и (или) фамилии ребенка, достигшего возраста десяти лет, может быть произведено только с его согласия</w:t>
      </w:r>
    </w:p>
    <w:p>
      <w:r>
        <w:rPr>
          <w:b/>
        </w:rPr>
        <w:t>Статья 60. Имущественные права ребенка</w:t>
      </w:r>
    </w:p>
    <w:p>
      <w:r>
        <w:rPr>
          <w:b/>
        </w:rPr>
        <w:t xml:space="preserve">1. </w:t>
      </w:r>
      <w:r>
        <w:t>Ребенок имеет право на получение содержания от своих родителей и других членов семьи в порядке и в размерах, которые установлены разделом V настоящего Кодекса</w:t>
      </w:r>
    </w:p>
    <w:p>
      <w:r>
        <w:rPr>
          <w:b/>
        </w:rPr>
        <w:t xml:space="preserve">2. </w:t>
      </w:r>
      <w:r>
        <w:t>Суммы, причитающиеся ребенку в качестве алиментов, пенсий, пособий, поступают в распоряжение родителей (лиц, их заменяющих) и расходуются ими на содержание, воспитание и образование ребенка. 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процентов сумм алиментов, подлежащих выплате, на счета, открытые на имя несовершеннолетних детей в банках</w:t>
      </w:r>
    </w:p>
    <w:p>
      <w:r>
        <w:rPr>
          <w:b/>
        </w:rPr>
        <w:t xml:space="preserve">3. </w:t>
      </w:r>
      <w:r>
        <w:t>Ребенок имеет право собственности на доходы, полученные им, имущество, полученное им в дар или в порядке наследования, а также на любое другое имущество, приобретенное на средства ребенка. Право ребенка на распоряжение принадлежащим ему на праве собственности имуществом определяется статьями 26 и 28 Гражданского кодекса Российской Федерации. При осуществлении родителями правомочий по управлению имуществом ребенка на них распространяются правила, установленные гражданским законодательством в отношении распоряжения имуществом подопечного (статья 37 Гражданского кодекса Российской Федерации)</w:t>
      </w:r>
    </w:p>
    <w:p>
      <w:r>
        <w:rPr>
          <w:b/>
        </w:rPr>
        <w:t xml:space="preserve">4. </w:t>
      </w:r>
      <w:r>
        <w:t>Ребенок не имеет права собственности на имущество родителей, родители не имеют права собственности на имущество ребенка. Дети и родители, проживающие совместно, могут владеть и пользоваться имуществом друг друга по взаимному согласию</w:t>
      </w:r>
    </w:p>
    <w:p>
      <w:r>
        <w:rPr>
          <w:b/>
        </w:rPr>
        <w:t xml:space="preserve">5. </w:t>
      </w:r>
      <w:r>
        <w:t>В случае возникновения права общей собственности родителей и детей их права на владение, пользование и распоряжение общим имуществом определяются гражданским законодательством</w:t>
      </w:r>
    </w:p>
    <w:p>
      <w:pPr>
        <w:pStyle w:val="Heading3"/>
      </w:pPr>
      <w:r>
        <w:t>ПРАВА И ОБЯЗАННОСТИ РОДИТЕЛЕЙ</w:t>
      </w:r>
    </w:p>
    <w:p>
      <w:r>
        <w:rPr>
          <w:b/>
        </w:rPr>
        <w:t>Статья 61. Равенство прав и обязанностей родителей</w:t>
      </w:r>
    </w:p>
    <w:p>
      <w:r>
        <w:rPr>
          <w:b/>
        </w:rPr>
        <w:t xml:space="preserve">1. </w:t>
      </w:r>
      <w:r>
        <w:t>Родители имеют равные права и несут равные обязанности в отношении своих детей (родительские права)</w:t>
      </w:r>
    </w:p>
    <w:p>
      <w:r>
        <w:rPr>
          <w:b/>
        </w:rPr>
        <w:t xml:space="preserve">2. </w:t>
      </w:r>
      <w:r>
        <w:t>Родительские права, предусмотренные настоящей главой, прекращаются по достижении детьми возраста восемнадцати лет (совершеннолетия),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w:t>
      </w:r>
    </w:p>
    <w:p>
      <w:r>
        <w:rPr>
          <w:b/>
        </w:rPr>
        <w:t>Статья 62. Права несовершеннолетних родителей</w:t>
      </w:r>
    </w:p>
    <w:p>
      <w:r>
        <w:rPr>
          <w:b/>
        </w:rPr>
        <w:t xml:space="preserve">1. </w:t>
      </w:r>
      <w:r>
        <w:t>Несовершеннолетние родители имеют права на совместное проживание с ребенком и участие в его воспитании</w:t>
      </w:r>
    </w:p>
    <w:p>
      <w:r>
        <w:rPr>
          <w:b/>
        </w:rPr>
        <w:t xml:space="preserve">2. </w:t>
      </w:r>
      <w:r>
        <w:t>Несовершеннолетние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их ребенку назначается опекун, который осуществляет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органом опеки и попечительства. (В редакции Федерального закона от 30.12.2015 № 457-ФЗ)</w:t>
      </w:r>
    </w:p>
    <w:p>
      <w:r>
        <w:rPr>
          <w:b/>
        </w:rPr>
        <w:t xml:space="preserve">3. </w:t>
      </w:r>
      <w:r>
        <w:t>Несовершеннолетние родители имеют права признавать и оспаривать свое отцовство и материнство на общих основаниях, а также имеют право требовать по достижении ими возраста четырнадцати лет установления отцовства в отношении своих детей в судебном порядке</w:t>
      </w:r>
    </w:p>
    <w:p>
      <w:r>
        <w:rPr>
          <w:b/>
        </w:rPr>
        <w:t>Статья 63. Права и обязанности родителей по воспитанию и образованию детей</w:t>
      </w:r>
    </w:p>
    <w:p>
      <w:r>
        <w:rPr>
          <w:b/>
        </w:rPr>
        <w:t xml:space="preserve">1. </w:t>
      </w:r>
      <w:r>
        <w:t>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Родители имеют преимущественное право на обучение и воспитание своих детей перед всеми другими лицами. (В редакции Федерального закона от 02.07.2013 № 185-ФЗ)</w:t>
      </w:r>
    </w:p>
    <w:p>
      <w:r>
        <w:rPr>
          <w:b/>
        </w:rPr>
        <w:t xml:space="preserve">2. </w:t>
      </w:r>
      <w:r>
        <w:t>Родители обязаны обеспечить получение детьми общего образования. Родители имеют право выбора образовательной организации, формы получения детьми образования и формы их обучения с учетом мнения детей до получения ими основного общего образования. (Пункт в редакции Федерального закона от 02.07.2013 № 185-ФЗ)</w:t>
      </w:r>
    </w:p>
    <w:p>
      <w:r>
        <w:rPr>
          <w:b/>
        </w:rPr>
        <w:t>Статья 64. Права и обязанности родителей по защите прав и интересов детей</w:t>
      </w:r>
    </w:p>
    <w:p>
      <w:r>
        <w:rPr>
          <w:b/>
        </w:rPr>
        <w:t xml:space="preserve">1. </w:t>
      </w:r>
      <w:r>
        <w:t>Защита прав и интересов детей возлагается на их родителей.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r>
        <w:rPr>
          <w:b/>
        </w:rPr>
        <w:t xml:space="preserve">2. </w:t>
      </w:r>
      <w:r>
        <w:t>Родители не вправе представлять интересы своих детей, если органом опеки и попечительства установлено, что между интересами родителей и детей имеются противоречия. В случае разногласий между родителями и детьми орган опеки и попечительства обязан назначить представителя для защиты прав и интересов детей</w:t>
      </w:r>
    </w:p>
    <w:p>
      <w:r>
        <w:rPr>
          <w:b/>
        </w:rPr>
        <w:t>Статья 65. Осуществление родительских прав</w:t>
      </w:r>
    </w:p>
    <w:p>
      <w:r>
        <w:rPr>
          <w:b/>
        </w:rPr>
        <w:t xml:space="preserve">1. </w:t>
      </w:r>
      <w:r>
        <w:t>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Родители, осуществляющие родительские права в ущерб правам и интересам детей, несут ответственность в установленном законом порядке</w:t>
      </w:r>
    </w:p>
    <w:p>
      <w:r>
        <w:rPr>
          <w:b/>
        </w:rPr>
        <w:t xml:space="preserve">2. </w:t>
      </w:r>
      <w:r>
        <w:t>Все вопросы, касающиеся воспитания и образования детей, решаются родителями по их взаимному согласию исходя из интересов детей и с учетом мнения детей. Родители (один из них) при наличии разногласий между ними вправе обратиться за разрешением этих разногласий в орган опеки и попечительства или в суд</w:t>
      </w:r>
    </w:p>
    <w:p>
      <w:r>
        <w:rPr>
          <w:b/>
        </w:rPr>
        <w:t xml:space="preserve">3. </w:t>
      </w:r>
      <w:r>
        <w:t>Место жительства детей при раздельном проживании родителей устанавливается соглашением родителей. 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 По требованию родителей (одного из них) в порядке, установленном гражданским процессуальным законодательством, и с учетом требований абзаца второго настоящего пункта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 (Дополнение абзацем - Федеральный закон от 04.05.2011 № 98-ФЗ)</w:t>
      </w:r>
    </w:p>
    <w:p>
      <w:r>
        <w:rPr>
          <w:b/>
        </w:rPr>
        <w:t xml:space="preserve">4. </w:t>
      </w:r>
      <w:r>
        <w:t>При осуществлении родительских прав родители (лица, их заменяющие) имеют право на оказание им содействия в предоставлении семье медицинской, психологической, педагогической, юридической, социальной помощи. 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 (Дополнение пунктом - Федеральный закон от 02.07.2013 № 167-ФЗ)</w:t>
      </w:r>
    </w:p>
    <w:p>
      <w:r>
        <w:rPr>
          <w:b/>
        </w:rPr>
        <w:t>Статья 66. Осуществление родительских прав родителем, проживающим отдельно от ребенка</w:t>
      </w:r>
    </w:p>
    <w:p>
      <w:r>
        <w:rPr>
          <w:b/>
        </w:rPr>
        <w:t xml:space="preserve">1. </w:t>
      </w:r>
      <w:r>
        <w:t>Родитель, проживающий отдельно от ребенка, имеет права на общение с ребенком, участие в его воспитании и решение вопросов получения ребенком образования. 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r>
        <w:rPr>
          <w:b/>
        </w:rPr>
        <w:t xml:space="preserve">2. </w:t>
      </w:r>
      <w:r>
        <w:t>Родители вправе заключить в письменной форме соглашение о порядке осуществления родительских прав родителем, проживающим отдельно от ребенка. Если родители не могут прийти к соглашению, спор разрешается судом с участием органа опеки и попечительства по требованию родителей (одного из них). По требованию родителей (одного из них) в порядке, установленном гражданским процессуальным законодательством,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 (В редакции Федерального закона от 04.05.2011 № 98-ФЗ)</w:t>
      </w:r>
    </w:p>
    <w:p>
      <w:r>
        <w:rPr>
          <w:b/>
        </w:rPr>
        <w:t xml:space="preserve">3. </w:t>
      </w:r>
      <w:r>
        <w:t>При невыполнении решения суда к виновному родителю применяются меры, предусмотренные законодательством об административных правонарушениях и законодательством об исполнительном производстве.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 (В редакции Федерального закона от 30.12.2015 № 457-ФЗ)</w:t>
      </w:r>
    </w:p>
    <w:p>
      <w:r>
        <w:rPr>
          <w:b/>
        </w:rPr>
        <w:t xml:space="preserve">4. </w:t>
      </w:r>
      <w:r>
        <w:t>Родитель, проживающий отдельно от ребенка, имеет право на получение информации о своем ребенке из образовательных организаций, медицинских организаций, организаций социального обслуживания и аналогичных организаций.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 (В редакции федеральных законов от 24.04.2008 № 49-ФЗ, от 25.11.2013 № 317-ФЗ, от 28.11.2015 № 358-ФЗ, от 28.03.2017 № 39-ФЗ)</w:t>
      </w:r>
    </w:p>
    <w:p>
      <w:r>
        <w:rPr>
          <w:b/>
        </w:rPr>
        <w:t>Статья 67. Право на общение с ребенком дедушки, бабушки, братьев, сестер и других родственников</w:t>
      </w:r>
    </w:p>
    <w:p>
      <w:r>
        <w:rPr>
          <w:b/>
        </w:rPr>
        <w:t xml:space="preserve">1. </w:t>
      </w:r>
      <w:r>
        <w:t>Дедушка, бабушка, братья, сестры и другие родственники имеют право на общение с ребенком</w:t>
      </w:r>
    </w:p>
    <w:p>
      <w:r>
        <w:rPr>
          <w:b/>
        </w:rPr>
        <w:t xml:space="preserve">2. </w:t>
      </w:r>
      <w:r>
        <w:t>В случае отказа родителей (одного из них) от предоставления близким родственникам ребенка возможности общаться с ним орган опеки и попечительства может обязать родителей (одного из них) не препятствовать этому общению</w:t>
      </w:r>
    </w:p>
    <w:p>
      <w:r>
        <w:rPr>
          <w:b/>
        </w:rPr>
        <w:t xml:space="preserve">3. </w:t>
      </w:r>
      <w:r>
        <w:t>Если родители (один из них) не подчиняются решению органа опеки и попечительства, близкие родственники ребенка либо орган опеки и попечительства вправе обратиться в суд с иском об устранении препятствий к общению с ребенком. Суд разрешает спор исходя из интересов ребенка и с учетом мнения ребенка. В случае невыполнения решения суда к виновному родителю применяются меры, предусмотренные законодательством об административных правонарушениях и законодательством об исполнительном производстве. (В редакции Федерального закона от 30.12.2015 № 457-ФЗ)</w:t>
      </w:r>
    </w:p>
    <w:p>
      <w:r>
        <w:rPr>
          <w:b/>
        </w:rPr>
        <w:t>Статья 68. Защита родительских прав</w:t>
      </w:r>
    </w:p>
    <w:p>
      <w:r>
        <w:rPr>
          <w:b/>
        </w:rPr>
        <w:t xml:space="preserve">1. </w:t>
      </w:r>
      <w:r>
        <w:t>Родители вправе требовать возврата ребенка от любого лица, удерживающего его у себя не на основании закона или не на основании судебного решения. В случае возникновения спора родители вправе обратиться в суд за защитой своих прав. При рассмотрении этих требований суд вправе с учетом мнения ребенка отказать в удовлетворении иска родителей, если придет к выводу, что передача ребенка родителям не отвечает интересам ребенка</w:t>
      </w:r>
    </w:p>
    <w:p>
      <w:r>
        <w:rPr>
          <w:b/>
        </w:rPr>
        <w:t xml:space="preserve">2. </w:t>
      </w:r>
      <w:r>
        <w:t>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органа опеки и попечительства</w:t>
      </w:r>
    </w:p>
    <w:p>
      <w:r>
        <w:rPr>
          <w:b/>
        </w:rPr>
        <w:t>Статья 69. Лишение родительских прав</w:t>
      </w:r>
    </w:p>
    <w:p>
      <w:r>
        <w:t>Родители (один из них) могут быть лишены родительских прав, если они: уклоняются от выполнения обязанностей родителей, в том числе при злостном уклонении от уплаты алиментов;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(В редакции федеральных законов от 24.04.2008 № 49-ФЗ, от 25.11.2013 № 317-ФЗ, от 28.11.2015 № 358-ФЗ, от 28.03.2017 № 39-ФЗ)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(В редакции Федерального закона от 30.12.2015 № 457-ФЗ)</w:t>
      </w:r>
    </w:p>
    <w:p>
      <w:r>
        <w:rPr>
          <w:b/>
        </w:rPr>
        <w:t>Статья 70. Порядок лишения родительских прав</w:t>
      </w:r>
    </w:p>
    <w:p>
      <w:r>
        <w:rPr>
          <w:b/>
        </w:rPr>
        <w:t xml:space="preserve">1. </w:t>
      </w:r>
      <w:r>
        <w:t>Лишение родительских прав производится в судебном порядке.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(В редакции Федерального закона от 24.04.2008 № 49-ФЗ)</w:t>
      </w:r>
    </w:p>
    <w:p>
      <w:r>
        <w:rPr>
          <w:b/>
        </w:rPr>
        <w:t xml:space="preserve">2. </w:t>
      </w:r>
      <w:r>
        <w:t>Дела о лишении родительских прав рассматриваются с участием прокурора и органа опеки и попечительства</w:t>
      </w:r>
    </w:p>
    <w:p>
      <w:r>
        <w:rPr>
          <w:b/>
        </w:rPr>
        <w:t xml:space="preserve">3. </w:t>
      </w:r>
      <w:r>
        <w:t>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r>
        <w:rPr>
          <w:b/>
        </w:rPr>
        <w:t xml:space="preserve">4. </w:t>
      </w:r>
      <w:r>
        <w:t>Если суд при рассмотрении дела о лишении родительских прав обнаружит в действиях родителей (одного из них) признаки уголовно наказуемого деяния, он обязан уведомить об этом прокурора</w:t>
      </w:r>
    </w:p>
    <w:p>
      <w:r>
        <w:rPr>
          <w:b/>
        </w:rPr>
        <w:t xml:space="preserve">5. </w:t>
      </w:r>
      <w:r>
        <w:t>Суд обязан в течение трех дней со дня вступления в законную силу решения суда о лишении родительских прав направить выписку из этого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(В редакции федеральных законов от 29.12.2017 № 438-ФЗ, от 02.08.2019 № 319-ФЗ)</w:t>
      </w:r>
    </w:p>
    <w:p>
      <w:r>
        <w:rPr>
          <w:b/>
        </w:rPr>
        <w:t>Статья 71. Последствия лишения родительских прав</w:t>
      </w:r>
    </w:p>
    <w:p>
      <w:r>
        <w:rPr>
          <w:b/>
        </w:rPr>
        <w:t xml:space="preserve">1. </w:t>
      </w:r>
      <w:r>
        <w:t>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(статья 87 настоящего Кодекса), а также право на льготы и государственные пособия, установленные для граждан, имеющих детей</w:t>
      </w:r>
    </w:p>
    <w:p>
      <w:r>
        <w:rPr>
          <w:b/>
        </w:rPr>
        <w:t xml:space="preserve">2. </w:t>
      </w:r>
      <w:r>
        <w:t>Лишение родительских прав не освобождает родителей от обязанности содержать своего ребенка</w:t>
      </w:r>
    </w:p>
    <w:p>
      <w:r>
        <w:rPr>
          <w:b/>
        </w:rPr>
        <w:t xml:space="preserve">3. </w:t>
      </w:r>
      <w:r>
        <w:t>Вопрос о дальнейшем совместном проживании ребенка и родителей (одного из них), лишенных родительских прав, решается судом в порядке, установленном жилищным законодательством</w:t>
      </w:r>
    </w:p>
    <w:p>
      <w:r>
        <w:rPr>
          <w:b/>
        </w:rPr>
        <w:t xml:space="preserve">4. </w:t>
      </w:r>
      <w:r>
        <w:t>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
        <w:rPr>
          <w:b/>
        </w:rPr>
        <w:t xml:space="preserve">5. </w:t>
      </w:r>
      <w:r>
        <w:t>При невозможности передать ребенка другому родителю или в случае лишения родительских прав обоих родителей ребенок передается на попечение органа опеки и попечительства</w:t>
      </w:r>
    </w:p>
    <w:p>
      <w:r>
        <w:rPr>
          <w:b/>
        </w:rPr>
        <w:t xml:space="preserve">6. </w:t>
      </w:r>
      <w:r>
        <w:t>Усыновление ребенка в случае лишения родителей (одного из них) родительских прав допускается не ранее истечения шести месяцев со дня вынесения решения суда о лишении родителей (одного из них) родительских прав</w:t>
      </w:r>
    </w:p>
    <w:p>
      <w:r>
        <w:rPr>
          <w:b/>
        </w:rPr>
        <w:t>Статья 72. Восстановление в родительских правах</w:t>
      </w:r>
    </w:p>
    <w:p>
      <w:r>
        <w:rPr>
          <w:b/>
        </w:rPr>
        <w:t xml:space="preserve">1. </w:t>
      </w:r>
      <w:r>
        <w:t>Родители (один из них) могут быть восстановлены в родительских правах в случаях, если они изменили поведение, образ жизни и (или) отношение к воспитанию ребенка</w:t>
      </w:r>
    </w:p>
    <w:p>
      <w:r>
        <w:rPr>
          <w:b/>
        </w:rPr>
        <w:t xml:space="preserve">2. </w:t>
      </w:r>
      <w:r>
        <w:t>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органа опеки и попечительства, а также прокурора</w:t>
      </w:r>
    </w:p>
    <w:p>
      <w:r>
        <w:rPr>
          <w:b/>
        </w:rPr>
        <w:t xml:space="preserve">3. </w:t>
      </w:r>
      <w:r>
        <w:t>Одновременно с заявлением родителей (одного из них) о восстановлении в родительских правах может быть рассмотрено требование о возврате ребенка родителям (одному из них)</w:t>
      </w:r>
    </w:p>
    <w:p>
      <w:r>
        <w:rPr>
          <w:b/>
        </w:rPr>
        <w:t xml:space="preserve">4. </w:t>
      </w:r>
      <w:r>
        <w:t>Суд вправе с учетом мнения ребенка отказать в удовлетворении иска родителей (одного из них) о восстановлении в родительских правах, если восстановление в родительских правах противоречит интересам ребенка. Восстановление в родительских правах в отношении ребенка, достигшего возраста десяти лет, возможно только с его согласия. Не допускается восстановление в родительских правах, если ребенок усыновлен и усыновление не отменено (статья 140 настоящего Кодекса)</w:t>
      </w:r>
    </w:p>
    <w:p>
      <w:r>
        <w:rPr>
          <w:b/>
        </w:rPr>
        <w:t xml:space="preserve">5. </w:t>
      </w:r>
      <w:r>
        <w:t>В течение трех дней со дня вступления в законную силу решения суда о восстановлении в родительских правах суд направляет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(Дополнение пунктом - Федеральный закон от 12.11.2012 № 183-ФЗ) (В редакции федеральных законов от 29.12.2017 № 438-ФЗ, от 02.08.2019 № 319-ФЗ)</w:t>
      </w:r>
    </w:p>
    <w:p>
      <w:r>
        <w:rPr>
          <w:b/>
        </w:rPr>
        <w:t>Статья 73. Ограничение родительских прав</w:t>
      </w:r>
    </w:p>
    <w:p>
      <w:r>
        <w:rPr>
          <w:b/>
        </w:rPr>
        <w:t xml:space="preserve">1. </w:t>
      </w:r>
      <w:r>
        <w:t>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r>
        <w:rPr>
          <w:b/>
        </w:rPr>
        <w:t xml:space="preserve">2. </w:t>
      </w:r>
      <w:r>
        <w:t>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r>
        <w:rPr>
          <w:b/>
        </w:rPr>
        <w:t xml:space="preserve">3. </w:t>
      </w:r>
      <w:r>
        <w:t>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(пункт 1 статьи 70 настоящего Кодекса), дошкольными образовательными организациями, общеобразовательными организациями и другими организациями, а также прокурором. (В редакции федеральных законов от 24.04.2008 № 49-ФЗ, от 02.07.2013 № 185-ФЗ)</w:t>
      </w:r>
    </w:p>
    <w:p>
      <w:r>
        <w:rPr>
          <w:b/>
        </w:rPr>
        <w:t xml:space="preserve">4. </w:t>
      </w:r>
      <w:r>
        <w:t>Дела об ограничении родительских прав рассматриваются с участием прокурора и органа опеки и попечительства</w:t>
      </w:r>
    </w:p>
    <w:p>
      <w:r>
        <w:rPr>
          <w:b/>
        </w:rPr>
        <w:t xml:space="preserve">5. </w:t>
      </w:r>
      <w:r>
        <w:t>При рассмотрении дела об ограничении родительских прав суд решает вопрос о взыскании алиментов на ребенка с родителей (одного из них)</w:t>
      </w:r>
    </w:p>
    <w:p>
      <w:r>
        <w:rPr>
          <w:b/>
        </w:rPr>
        <w:t xml:space="preserve">6. </w:t>
      </w:r>
      <w:r>
        <w:t>Суд обязан в течение трех дней со дня вступления в законную силу решения суда об ограничении родительских прав направить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а в случае государственной регистрации рождения ребенка многофункциональным центром предоставления государственных и муниципальных услуг -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 в котором хранится соответствующая запись акта о рождении. (Дополнение пунктом - Федеральный закон от 15.11.1997 № 140-ФЗ) (В редакции федеральных законов от 29.12.2017 № 438-ФЗ, от 02.08.2019 № 319-ФЗ)</w:t>
      </w:r>
    </w:p>
    <w:p>
      <w:r>
        <w:rPr>
          <w:b/>
        </w:rPr>
        <w:t>Статья 74. Последствия ограничения родительских прав</w:t>
      </w:r>
    </w:p>
    <w:p>
      <w:r>
        <w:rPr>
          <w:b/>
        </w:rPr>
        <w:t xml:space="preserve">1. </w:t>
      </w:r>
      <w:r>
        <w:t>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w:t>
      </w:r>
    </w:p>
    <w:p>
      <w:r>
        <w:rPr>
          <w:b/>
        </w:rPr>
        <w:t xml:space="preserve">2. </w:t>
      </w:r>
      <w:r>
        <w:t>Ограничение родительских прав не освобождает родителей от обязанности по содержанию ребенка</w:t>
      </w:r>
    </w:p>
    <w:p>
      <w:r>
        <w:rPr>
          <w:b/>
        </w:rPr>
        <w:t xml:space="preserve">3. </w:t>
      </w:r>
      <w:r>
        <w:t>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
        <w:rPr>
          <w:b/>
        </w:rPr>
        <w:t xml:space="preserve">4. </w:t>
      </w:r>
      <w:r>
        <w:t>В случае ограничения родительских прав обоих родителей ребенок передается на попечение органа опеки и попечительства</w:t>
      </w:r>
    </w:p>
    <w:p>
      <w:r>
        <w:rPr>
          <w:b/>
        </w:rPr>
        <w:t>Статья 75. Контакты ребенка с родителем, родительские права которого ограничены судом</w:t>
      </w:r>
    </w:p>
    <w:p>
      <w:r>
        <w:t>Родителю, родительские права которого ограничены судом, могут быть разрешены контакты с ребенком, если это не оказывает на ребенка вредного влияния. Контакты родителя с ребенком допускаются с согласия органа опеки и попечительства либо с согласия другого родителя, не лишенного родительских прав или не ограниченного в родительских правах, опекуна (попечителя), приемных родителей ребенка или администрации организации, в которой находится ребенок. (Статья в редакции Федерального закона от 30.12.2015 № 457-ФЗ)</w:t>
      </w:r>
    </w:p>
    <w:p>
      <w:r>
        <w:rPr>
          <w:b/>
        </w:rPr>
        <w:t>Статья 76. Отмена ограничения родительских прав</w:t>
      </w:r>
    </w:p>
    <w:p>
      <w:r>
        <w:rPr>
          <w:b/>
        </w:rPr>
        <w:t xml:space="preserve">1. </w:t>
      </w:r>
      <w:r>
        <w:t>Если основания, в силу которых родители (один из них) были ограничены в родительских правах, отпали, суд по иску родителей (одного из них) может вынести решение о возвращении ребенка родителям (одному из них) и об отмене ограничений, предусмотренных статьей 74 настоящего Кодекса</w:t>
      </w:r>
    </w:p>
    <w:p>
      <w:r>
        <w:rPr>
          <w:b/>
        </w:rPr>
        <w:t xml:space="preserve">2. </w:t>
      </w:r>
      <w:r>
        <w:t>Суд с учетом мнения ребенка вправе отказать в удовлетворении иска, если возвращение ребенка родителям (одному из них) противоречит его интересам</w:t>
      </w:r>
    </w:p>
    <w:p>
      <w:r>
        <w:rPr>
          <w:b/>
        </w:rPr>
        <w:t xml:space="preserve">3. </w:t>
      </w:r>
      <w:r>
        <w:t>В течение трех дней со дня вступления в законную силу решения суда об отмене ограничения родительских прав суд направляет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 (Дополнение пунктом - Федеральный закон от 12.11.2012 № 183-ФЗ) (В редакции Федерального закона от 02.08.2019 № 319-ФЗ)</w:t>
      </w:r>
    </w:p>
    <w:p>
      <w:r>
        <w:rPr>
          <w:b/>
        </w:rPr>
        <w:t>Статья 77. Отобрание ребенка при непосредственной угрозе жизни ребенка или его здоровью</w:t>
      </w:r>
    </w:p>
    <w:p>
      <w:r>
        <w:rPr>
          <w:b/>
        </w:rPr>
        <w:t xml:space="preserve">1. </w:t>
      </w:r>
      <w:r>
        <w:t>При непосредственной угрозе жизни ребенка или его здоровью орган опеки и попечительства вправе немедленно отобрать ребенка у родителей (одного из них) или у других лиц, на попечении которых он находится. Немедленное отобрание ребенка производится органом опеки и попечительства на основании соответствующего акта органа исполнительной власти субъекта Российской Федерации либо акта главы муниципального образования в случае,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 (В редакции федеральных законов от 29.12.2006 № 258-ФЗ, от 02.07.2013 № 167-ФЗ)</w:t>
      </w:r>
    </w:p>
    <w:p>
      <w:r>
        <w:rPr>
          <w:b/>
        </w:rPr>
        <w:t xml:space="preserve">2. </w:t>
      </w:r>
      <w:r>
        <w:t>При отобрании ребенка орган опеки и попечительства обязан незамедлительно уведомить прокурора, обеспечить временное устройство ребенка и в течение семи дней после вынесения органом исполнительной власти субъекта Российской Федерации либо в случае, если законом субъекта Российской Федерации органы местного самоуправления наделены полномочиями по опеке и попечительству в соответствии с федеральными законами, главой муниципального образования акта об отобрании ребенка обратиться в суд с иском о лишении родителей родительских прав или об ограничении их родительских прав. (В редакции федеральных законов от 29.12.2006 № 258-ФЗ, от 02.07.2013 № 167-ФЗ)</w:t>
      </w:r>
    </w:p>
    <w:p>
      <w:r>
        <w:rPr>
          <w:b/>
        </w:rPr>
        <w:t>Статья 78. Участие органа опеки и попечительства при рассмотрении судом споров, связанных с воспитанием детей</w:t>
      </w:r>
    </w:p>
    <w:p>
      <w:r>
        <w:rPr>
          <w:b/>
        </w:rPr>
        <w:t xml:space="preserve">1. </w:t>
      </w:r>
      <w:r>
        <w:t>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w:t>
      </w:r>
    </w:p>
    <w:p>
      <w:r>
        <w:rPr>
          <w:b/>
        </w:rPr>
        <w:t xml:space="preserve">2. </w:t>
      </w:r>
      <w:r>
        <w:t>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w:t>
      </w:r>
    </w:p>
    <w:p>
      <w:r>
        <w:rPr>
          <w:b/>
        </w:rPr>
        <w:t>Статья 79. Исполнение решений суда по делам, связанным с воспитанием детей</w:t>
      </w:r>
    </w:p>
    <w:p>
      <w:r>
        <w:rPr>
          <w:b/>
        </w:rPr>
        <w:t xml:space="preserve">1. </w:t>
      </w:r>
      <w:r>
        <w:t>Исполнение решений суда по делам, связанным с воспитанием детей, производится судебным исполнителем в порядке, установленном законодательством об исполнительном производстве. (В редакции Федерального закона от 30.12.2015 № 457-ФЗ) Если родитель (другое лицо, на попечении которого находится ребенок) препятствует исполнению судебного решения, к нему применяются меры, предусмотренные законодательством об административных правонарушениях и законодательством об исполнительном производстве. (В редакции Федерального закона от 30.12.2015 № 457-ФЗ)</w:t>
      </w:r>
    </w:p>
    <w:p>
      <w:r>
        <w:rPr>
          <w:b/>
        </w:rPr>
        <w:t xml:space="preserve">2. </w:t>
      </w:r>
      <w:r>
        <w:t>Принудительное исполнение решений, связанных с отобранием ребенка и передачей его другому лицу (лицам), должно производиться с обязательным участием органа опеки и попечительства и участием лица (лиц), которому передается ребенок, а в необходимых случаях с участием представителя органов внутренних дел, детского психолога, врача, педагога, переводчика и иных специалистов. (В редакции Федерального закона от 05.05.2014 № 126-ФЗ) При невозможности исполнения решения суда о передаче ребенка без ущерба его интересам ребенок может быть по определению суда временно помещен в организацию для детей-сирот и детей, оставшихся без попечения родителей (статья 1551 настоящего Кодекса). (В редакции Федерального закона от 24.04.2008 № 49-ФЗ)</w:t>
      </w:r>
    </w:p>
    <w:p>
      <w:pPr>
        <w:pStyle w:val="Heading2"/>
      </w:pPr>
      <w:r>
        <w:t>АЛИМЕНТНЫЕ ОБЯЗАТЕЛЬСТВА ЧЛЕНОВ СЕМЬИ</w:t>
      </w:r>
    </w:p>
    <w:p>
      <w:pPr>
        <w:pStyle w:val="Heading3"/>
      </w:pPr>
      <w:r>
        <w:t>АЛИМЕНТНЫЕ ОБЯЗАТЕЛЬСТВА РОДИТЕЛЕЙ И ДЕТЕЙ</w:t>
      </w:r>
    </w:p>
    <w:p>
      <w:r>
        <w:rPr>
          <w:b/>
        </w:rPr>
        <w:t>Статья 80. Обязанности родителей по содержанию несовершеннолетних детей</w:t>
      </w:r>
    </w:p>
    <w:p>
      <w:r>
        <w:rPr>
          <w:b/>
        </w:rPr>
        <w:t xml:space="preserve">1. </w:t>
      </w:r>
      <w:r>
        <w:t>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Родители вправе заключить соглашение о содержании своих несовершеннолетних детей (соглашение об уплате алиментов) в соответствии с главой 16 настоящего Кодекса</w:t>
      </w:r>
    </w:p>
    <w:p>
      <w:r>
        <w:rPr>
          <w:b/>
        </w:rPr>
        <w:t xml:space="preserve">2. </w:t>
      </w:r>
      <w:r>
        <w:t>В случае, если родители не предоставляют содержание своим несовершеннолетним детям, средства на содержание несовершеннолетних детей (алименты) взыскиваются с родителей в судебном порядке</w:t>
      </w:r>
    </w:p>
    <w:p>
      <w:r>
        <w:rPr>
          <w:b/>
        </w:rPr>
        <w:t xml:space="preserve">3. </w:t>
      </w:r>
      <w:r>
        <w:t>При отсутствии соглашения родителей об уплате алиментов,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(одному из них)</w:t>
      </w:r>
    </w:p>
    <w:p>
      <w:r>
        <w:rPr>
          <w:b/>
        </w:rPr>
        <w:t>Статья 81. Размер алиментов, взыскиваемых на несовершеннолетних детей в судебном порядке</w:t>
      </w:r>
    </w:p>
    <w:p>
      <w:r>
        <w:rPr>
          <w:b/>
        </w:rPr>
        <w:t xml:space="preserve">1. </w:t>
      </w:r>
      <w:r>
        <w:t>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r>
        <w:rPr>
          <w:b/>
        </w:rPr>
        <w:t xml:space="preserve">2. </w:t>
      </w:r>
      <w:r>
        <w:t>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r>
        <w:rPr>
          <w:b/>
        </w:rPr>
        <w:t>Статья 82. Виды заработка и (или) иного дохода, из которых производится удержание алиментов на несовершеннолетних детей</w:t>
      </w:r>
    </w:p>
    <w:p>
      <w:r>
        <w:t>Виды заработка и (или) иного дохода, которые получают родители в рублях и (или) в иностранной валюте и из которых производится удержание алиментов, взыскиваемых на несовершеннолетних детей в соответствии со статьей 81 настоящего Кодекса, определяются Правительством Российской Федерации.</w:t>
      </w:r>
    </w:p>
    <w:p>
      <w:r>
        <w:rPr>
          <w:b/>
        </w:rPr>
        <w:t>Статья 83. Взыскание алиментов на несовершеннолетних детей в твердой денежной сумме</w:t>
      </w:r>
    </w:p>
    <w:p>
      <w:r>
        <w:rPr>
          <w:b/>
        </w:rPr>
        <w:t xml:space="preserve">1. </w:t>
      </w:r>
      <w:r>
        <w:t>При отсутствии соглашения родителей об уплате алиментов на несовершеннолетних детей и в случаях, если родитель, обязанный уплачивать алименты, имеет нерегулярный, меняющийся заработок и (или) иной доход, либо если этот родитель получает заработок и (или) иной доход полностью или частично в натуре или в иностранной валюте, либо если у него отсутствует заработок и (или) иной доход, а также в других случаях, если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(в соответствии со статьей 81 настоящего Кодекса) и в твердой денежной сумме</w:t>
      </w:r>
    </w:p>
    <w:p>
      <w:r>
        <w:rPr>
          <w:b/>
        </w:rPr>
        <w:t xml:space="preserve">2. </w:t>
      </w:r>
      <w:r>
        <w:t>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r>
        <w:rPr>
          <w:b/>
        </w:rPr>
        <w:t xml:space="preserve">3. </w:t>
      </w:r>
      <w:r>
        <w:t>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пунктом 2 настоящей статьи</w:t>
      </w:r>
    </w:p>
    <w:p>
      <w:r>
        <w:rPr>
          <w:b/>
        </w:rPr>
        <w:t>Статья 84. Взыскание и использование алиментов на детей, оставшихся без попечения родителей</w:t>
      </w:r>
    </w:p>
    <w:p>
      <w:r>
        <w:rPr>
          <w:b/>
        </w:rPr>
        <w:t xml:space="preserve">1. </w:t>
      </w:r>
      <w:r>
        <w:t>На детей, оставшихся без попечения родителей, алименты взыскиваются в соответствии со статьями 81 - 83 настоящего Кодекса и выплачиваются опекуну (попечителю) детей или их приемным родителям</w:t>
      </w:r>
    </w:p>
    <w:p>
      <w:r>
        <w:rPr>
          <w:b/>
        </w:rPr>
        <w:t xml:space="preserve">2. </w:t>
      </w:r>
      <w:r>
        <w:t>Алименты, взыскиваемые с родителей на детей, оставшихся без попечения родителей и находящихся в образовательных организациях, медицинских организациях, организациях социального обслуживания и в аналогичных организациях, зачисляются на счета этих организаций, где учитываются отдельно по каждому ребенку. (В редакции федеральных законов от 24.04.2008 № 49-ФЗ, от 25.11.2013 № 317-ФЗ, от 28.11.2015 № 358-ФЗ, от 28.03.2017 № 39-ФЗ) Указанные организации вправе помещать эти суммы в банки. Пятьдесят процентов дохода от обращения поступивших сумм алиментов используется на содержание детей в указанных организациях. При оставлении ребенком такой организации сумма полученных на него алиментов и пятьдесят процентов дохода от их обращения зачисляются на счет или счета, открытые на имя ребенка в банке или банках, при условии, что указанные денежные средства, включая капитализированные (причисленные) проценты на их сумму, застрахованы в системе обязательного страхования вкладов в банках Российской Федерации и суммарный размер денежных средств, находящихся на счете или счетах в одном банке, не превышает предусмотренный Федеральным законом от 23 декабря 2003 года № 177-ФЗ "О страховании вкладов в банках Российской Федерации" размер возмещения по вкладам. (В редакции федеральных законов от 24.04.2008 № 49-ФЗ, от 04.11.2014 № 333-ФЗ, от 03.08.2018 № 322-ФЗ)</w:t>
      </w:r>
    </w:p>
    <w:p>
      <w:r>
        <w:rPr>
          <w:b/>
        </w:rPr>
        <w:t>Статья 85. Право на алименты нетрудоспособных совершеннолетних детей</w:t>
      </w:r>
    </w:p>
    <w:p>
      <w:r>
        <w:rPr>
          <w:b/>
        </w:rPr>
        <w:t xml:space="preserve">1. </w:t>
      </w:r>
      <w:r>
        <w:t>Родители обязаны содержать своих нетрудоспособных совершеннолетних детей, нуждающихся в помощи</w:t>
      </w:r>
    </w:p>
    <w:p>
      <w:r>
        <w:rPr>
          <w:b/>
        </w:rPr>
        <w:t xml:space="preserve">2. </w:t>
      </w:r>
      <w:r>
        <w:t>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 подлежащей уплате ежемесячно, исходя из материального и семейного положения и других заслуживающих внимания интересов сторон</w:t>
      </w:r>
    </w:p>
    <w:p>
      <w:r>
        <w:rPr>
          <w:b/>
        </w:rPr>
        <w:t>Статья 86. Участие родителей в дополнительных расходах на детей</w:t>
      </w:r>
    </w:p>
    <w:p>
      <w:r>
        <w:rPr>
          <w:b/>
        </w:rPr>
        <w:t xml:space="preserve">1. </w:t>
      </w:r>
      <w:r>
        <w:t>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(В редакции Федерального закона от 06.02.2020 № 10-ФЗ) 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r>
        <w:rPr>
          <w:b/>
        </w:rPr>
        <w:t xml:space="preserve">2. </w:t>
      </w:r>
      <w:r>
        <w:t>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r>
        <w:rPr>
          <w:b/>
        </w:rPr>
        <w:t>Статья 87. Обязанности совершеннолетних детей по содержанию родителей</w:t>
      </w:r>
    </w:p>
    <w:p>
      <w:r>
        <w:rPr>
          <w:b/>
        </w:rPr>
        <w:t xml:space="preserve">1. </w:t>
      </w:r>
      <w:r>
        <w:t>Трудоспособные совершеннолетние дети обязаны содержать своих нетрудоспособных нуждающихся в помощи родителей и заботиться о них</w:t>
      </w:r>
    </w:p>
    <w:p>
      <w:r>
        <w:rPr>
          <w:b/>
        </w:rPr>
        <w:t xml:space="preserve">2. </w:t>
      </w:r>
      <w:r>
        <w:t>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r>
        <w:rPr>
          <w:b/>
        </w:rPr>
        <w:t xml:space="preserve">3. </w:t>
      </w:r>
      <w:r>
        <w:t>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w:t>
      </w:r>
    </w:p>
    <w:p>
      <w:r>
        <w:rPr>
          <w:b/>
        </w:rPr>
        <w:t xml:space="preserve">4. </w:t>
      </w:r>
      <w:r>
        <w:t>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из них или к нескольким из них</w:t>
      </w:r>
    </w:p>
    <w:p>
      <w:r>
        <w:rPr>
          <w:b/>
        </w:rPr>
        <w:t xml:space="preserve">5. </w:t>
      </w:r>
      <w:r>
        <w:t>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уклонялись от выполнения обязанностей родителей. Дети освобождаются от уплаты алиментов родителям, лишенным родительских прав</w:t>
      </w:r>
    </w:p>
    <w:p>
      <w:r>
        <w:rPr>
          <w:b/>
        </w:rPr>
        <w:t>Статья 88. Участие совершеннолетних детей в дополнительных расходах на родителей</w:t>
      </w:r>
    </w:p>
    <w:p>
      <w:r>
        <w:rPr>
          <w:b/>
        </w:rPr>
        <w:t xml:space="preserve">1. </w:t>
      </w:r>
      <w:r>
        <w:t>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и других) совершеннолетние дети могут быть привлечены судом к участию в несении дополнительных расходов, вызванных этими обстоятельствами</w:t>
      </w:r>
    </w:p>
    <w:p>
      <w:r>
        <w:rPr>
          <w:b/>
        </w:rPr>
        <w:t xml:space="preserve">2. </w:t>
      </w:r>
      <w:r>
        <w:t>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 детей и других заслуживающих внимания интересов сторон при соблюдении положений пунктов 3, 4 и 5 статьи 87 настоящего Кодекса</w:t>
      </w:r>
    </w:p>
    <w:p>
      <w:r>
        <w:rPr>
          <w:b/>
        </w:rPr>
        <w:t xml:space="preserve">3. </w:t>
      </w:r>
      <w:r>
        <w:t>Порядок несения дополнительных расходов и размер этих расходов могут быть определены соглашением сторон</w:t>
      </w:r>
    </w:p>
    <w:p>
      <w:pPr>
        <w:pStyle w:val="Heading3"/>
      </w:pPr>
      <w:r>
        <w:t>АЛИМЕНТНЫЕ ОБЯЗАТЕЛЬСТВА СУПРУГОВ И БЫВШИХ СУПРУГОВ</w:t>
      </w:r>
    </w:p>
    <w:p>
      <w:r>
        <w:rPr>
          <w:b/>
        </w:rPr>
        <w:t>Статья 89. Обязанности супругов по взаимному содержанию</w:t>
      </w:r>
    </w:p>
    <w:p>
      <w:r>
        <w:rPr>
          <w:b/>
        </w:rPr>
        <w:t xml:space="preserve">1. </w:t>
      </w:r>
      <w:r>
        <w:t>Супруги обязаны материально поддерживать друг друга</w:t>
      </w:r>
    </w:p>
    <w:p>
      <w:r>
        <w:rPr>
          <w:b/>
        </w:rPr>
        <w:t xml:space="preserve">2. </w:t>
      </w:r>
      <w:r>
        <w:t>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 нетрудоспособный нуждающийся супруг; жена в период беременности; супруг, фактически осуществляющий уход за общим ребенком в течение трех лет со дня его рождения; нуждающийся супруг, фактически осуществляющий уход за общим ребенком-инвалидом до достижения ребенком возраста восемнадцати лет или за общим ребенком - инвалидом с детства I группы. (Пункт в редакции Федерального закона от 31.07.2023 № 403-ФЗ)</w:t>
      </w:r>
    </w:p>
    <w:p>
      <w:r>
        <w:rPr>
          <w:b/>
        </w:rPr>
        <w:t>Статья 90. Право бывшего супруга на получение алиментов после расторжения брака</w:t>
      </w:r>
    </w:p>
    <w:p>
      <w:r>
        <w:rPr>
          <w:b/>
        </w:rPr>
        <w:t xml:space="preserve">1. </w:t>
      </w:r>
      <w:r>
        <w:t>Право требовать предоставления алиментов в судебном порядке от бывшего супруга, обладающего необходимыми для этого средствами, имеют: бывшая жена в период беременности, наступившей в период брака; бывший супруг, фактически осуществляющий уход за общим ребенком в течение трех лет со дня его рождения; нуждающийся бывший супруг, фактически осуществляющий уход за общим ребенком-инвалидом до достижения ребенком возраста восемнадцати лет или за общим ребенком - инвалидом с детства I группы; нетрудоспособный нуждающийся бывший супруг, ставший нетрудоспособным до расторжения брака или в течение года с момента расторжения брака; нуждающийся бывший супруг, достигший пенсионного возраста не позднее чем через пять лет с момента расторжения брака, если супруги состояли в браке длительное время. (Пункт в редакции Федерального закона от 31.07.2023 № 403-ФЗ)</w:t>
      </w:r>
    </w:p>
    <w:p>
      <w:r>
        <w:rPr>
          <w:b/>
        </w:rPr>
        <w:t xml:space="preserve">2. </w:t>
      </w:r>
      <w:r>
        <w:t>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r>
        <w:rPr>
          <w:b/>
        </w:rPr>
        <w:t>Статья 91. Размер алиментов, взыскиваемых на супругов и бывших супругов в судебном порядке</w:t>
      </w:r>
    </w:p>
    <w:p>
      <w:r>
        <w:t>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твердой денежной сумме, подлежащей уплате ежемесячно.</w:t>
      </w:r>
    </w:p>
    <w:p>
      <w:r>
        <w:rPr>
          <w:b/>
        </w:rPr>
        <w:t>Статья 92. Освобождение супруга от обязанности по содержанию другого супруга или ограничение этой обязанности сроком</w:t>
      </w:r>
    </w:p>
    <w:p>
      <w:r>
        <w:t>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 так и после его расторжения: в случае, если нетрудоспособность нуждающегося в помощи супруга наступила в результате злоупотребления спиртными напитками, наркотическими средствами или в результате совершения им умышленного преступления; в случае непродолжительности пребывания супругов в браке; в случае недостойного поведения в семье супруга, требующего выплаты алиментов.</w:t>
      </w:r>
    </w:p>
    <w:p>
      <w:pPr>
        <w:pStyle w:val="Heading3"/>
      </w:pPr>
      <w:r>
        <w:t>АЛИМЕНТНЫЕ ОБЯЗАТЕЛЬСТВА ДРУГИХ ЧЛЕНОВ СЕМЬИ</w:t>
      </w:r>
    </w:p>
    <w:p>
      <w:r>
        <w:rPr>
          <w:b/>
        </w:rPr>
        <w:t>Статья 93. Обязанности братьев и сестер по содержанию своих несовершеннолетних и нетрудоспособных совершеннолетних братьев и сестер</w:t>
      </w:r>
    </w:p>
    <w:p>
      <w:r>
        <w:t>Несовершеннолетние нуждающиеся в помощи братья и сестры в случае невозможности получения содержания от своих родителей имеют право на получение в судебном порядке алиментов от своих трудоспособных совершеннолетних братьев и сестер, обладающих необходимыми для этого средствами. Такое же право предоставляется нетрудоспособным нуждающимся в помощи совершеннолетним братьям и сестрам, если они не могут получить содержание от своих трудоспособных совершеннолетних детей, супругов (бывших супругов) или от родителей.</w:t>
      </w:r>
    </w:p>
    <w:p>
      <w:r>
        <w:rPr>
          <w:b/>
        </w:rPr>
        <w:t>Статья 94. Обязанности дедушки и бабушки по содержанию внуков</w:t>
      </w:r>
    </w:p>
    <w:p>
      <w:r>
        <w:t>Несовершеннолетние нуждающиеся в помощи внуки в случае невозможности получения содержания от своих родителей имеют право на получение в судебном порядке алиментов от своих дедушки и бабушки, обладающих необходимыми для этого средствами. Такое же право предоставляется совершеннолетним нетрудоспособным нуждающимся в помощи внукам, если они не могут получить содержание от своих супругов (бывших супругов) или от родителей.</w:t>
      </w:r>
    </w:p>
    <w:p>
      <w:r>
        <w:rPr>
          <w:b/>
        </w:rPr>
        <w:t>Статья 95. Обязанность внуков содержать дедушку и бабушку</w:t>
      </w:r>
    </w:p>
    <w:p>
      <w:r>
        <w:t>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p>
      <w:r>
        <w:rPr>
          <w:b/>
        </w:rPr>
        <w:t>Статья 96. Обязанность воспитанников содержать своих фактических воспитателей</w:t>
      </w:r>
    </w:p>
    <w:p>
      <w:r>
        <w:rPr>
          <w:b/>
        </w:rPr>
        <w:t xml:space="preserve">1. </w:t>
      </w:r>
      <w:r>
        <w:t>Нетрудоспособные нуждающиеся лица, осуществлявшие фактическое воспитание и содержание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от супругов (бывших супругов)</w:t>
      </w:r>
    </w:p>
    <w:p>
      <w:r>
        <w:rPr>
          <w:b/>
        </w:rPr>
        <w:t xml:space="preserve">2. </w:t>
      </w:r>
      <w:r>
        <w:t>Суд вправе освободить воспитанников от обязанности содержать фактических воспитателей, если последние содержали и воспитывали их менее пяти лет, а также если они содержали и воспитывали своих воспитанников ненадлежащим образом</w:t>
      </w:r>
    </w:p>
    <w:p>
      <w:r>
        <w:rPr>
          <w:b/>
        </w:rPr>
        <w:t xml:space="preserve">3. </w:t>
      </w:r>
      <w:r>
        <w:t>Обязанности, предусмотренные пунктом 1 настоящей статьи, не возлагаются на лиц, находившихся под опекой (попечительством), или на лиц, находившихся на воспитании в приемных семьях</w:t>
      </w:r>
    </w:p>
    <w:p>
      <w:r>
        <w:rPr>
          <w:b/>
        </w:rPr>
        <w:t>Статья 97. Обязанности пасынков и падчериц по содержанию отчима и мачехи</w:t>
      </w:r>
    </w:p>
    <w:p>
      <w:r>
        <w:rPr>
          <w:b/>
        </w:rPr>
        <w:t xml:space="preserve">1. </w:t>
      </w:r>
      <w:r>
        <w:t>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r>
        <w:rPr>
          <w:b/>
        </w:rPr>
        <w:t xml:space="preserve">2. </w:t>
      </w:r>
      <w:r>
        <w:t>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p>
      <w:r>
        <w:rPr>
          <w:b/>
        </w:rPr>
        <w:t>Статья 98. Размер алиментов, взыскиваемых на других членов семьи в судебном порядке</w:t>
      </w:r>
    </w:p>
    <w:p>
      <w:r>
        <w:rPr>
          <w:b/>
        </w:rPr>
        <w:t xml:space="preserve">1. </w:t>
      </w:r>
      <w:r>
        <w:t>Размер и порядок уплаты алиментов на лиц, указанных в статьях 93 - 97 настоящего Кодекса, могут быть определены соглашением сторон</w:t>
      </w:r>
    </w:p>
    <w:p>
      <w:r>
        <w:rPr>
          <w:b/>
        </w:rPr>
        <w:t xml:space="preserve">2. </w:t>
      </w:r>
      <w:r>
        <w:t>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твердой денежной сумме, подлежащей уплате ежемесячно</w:t>
      </w:r>
    </w:p>
    <w:p>
      <w:r>
        <w:rPr>
          <w:b/>
        </w:rPr>
        <w:t xml:space="preserve">3. </w:t>
      </w:r>
      <w:r>
        <w:t>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алиментной обязанности.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из них или к нескольким из них</w:t>
      </w:r>
    </w:p>
    <w:p>
      <w:pPr>
        <w:pStyle w:val="Heading3"/>
      </w:pPr>
      <w:r>
        <w:t>СОГЛАШЕНИЯ ОБ УПЛАТЕ АЛИМЕНТОВ</w:t>
      </w:r>
    </w:p>
    <w:p>
      <w:r>
        <w:rPr>
          <w:b/>
        </w:rPr>
        <w:t>Статья 99. Заключение соглашения об уплате алиментов</w:t>
      </w:r>
    </w:p>
    <w:p>
      <w:r>
        <w:t>Соглашение об уплате алиментов (размере, условиях и порядке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 Не полностью дееспособные лица заключают соглашение об уплате алиментов с согласия их законных представителей.</w:t>
      </w:r>
    </w:p>
    <w:p>
      <w:r>
        <w:rPr>
          <w:b/>
        </w:rPr>
        <w:t>Статья 100. Форма соглашения об уплате алиментов</w:t>
      </w:r>
    </w:p>
    <w:p>
      <w:r>
        <w:rPr>
          <w:b/>
        </w:rPr>
        <w:t xml:space="preserve">1. </w:t>
      </w:r>
      <w:r>
        <w:t>Соглашение об уплате алиментов заключается в письменной форме и подлежит нотариальному удостоверению. Несоблюдение установленной законом формы соглашения об уплате алиментов влечет за собой последствия, предусмотренные пунктом 3 статьи 163 Гражданского кодекса Российской Федерации. (В редакции Федерального закона от 13.07.2015 № 240-ФЗ)</w:t>
      </w:r>
    </w:p>
    <w:p>
      <w:r>
        <w:rPr>
          <w:b/>
        </w:rPr>
        <w:t xml:space="preserve">2. </w:t>
      </w:r>
      <w:r>
        <w:t>Нотариально удостоверенное соглашение об уплате алиментов имеет силу исполнительного листа</w:t>
      </w:r>
    </w:p>
    <w:p>
      <w:r>
        <w:rPr>
          <w:b/>
        </w:rPr>
        <w:t>Статья 101. Порядок заключения, исполнения, изменения, расторжения и признания недействительным соглашения об уплате алиментов</w:t>
      </w:r>
    </w:p>
    <w:p>
      <w:r>
        <w:rPr>
          <w:b/>
        </w:rPr>
        <w:t xml:space="preserve">1. </w:t>
      </w:r>
      <w:r>
        <w:t>К заключению, исполнению, расторжению и признанию недействительным соглашения об уплате алиментов применяются нормы Гражданского кодекса Российской Федерации, регулирующие заключение, исполнение, расторжение и признание недействительными гражданско-правовых сделок</w:t>
      </w:r>
    </w:p>
    <w:p>
      <w:r>
        <w:rPr>
          <w:b/>
        </w:rPr>
        <w:t xml:space="preserve">2. </w:t>
      </w:r>
      <w:r>
        <w:t>Соглашение об уплате алиментов может быть изменено или расторгнуто в любое время по взаимному согласию сторон. Изменение или расторжение соглашения об уплате алиментов должно быть произведено в той же форме, что и само соглашение об уплате алиментов</w:t>
      </w:r>
    </w:p>
    <w:p>
      <w:r>
        <w:rPr>
          <w:b/>
        </w:rPr>
        <w:t xml:space="preserve">3. </w:t>
      </w:r>
      <w:r>
        <w:t>Односторонний отказ от исполнения соглашения об уплате алиментов или одностороннее изменение его условий не допускаются</w:t>
      </w:r>
    </w:p>
    <w:p>
      <w:r>
        <w:rPr>
          <w:b/>
        </w:rPr>
        <w:t xml:space="preserve">4. </w:t>
      </w:r>
      <w:r>
        <w:t>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r>
        <w:rPr>
          <w:b/>
        </w:rPr>
        <w:t>Статья 102. Признание недействительным соглашения об уплате алиментов, нарушающего интересы получателя алиментов</w:t>
      </w:r>
    </w:p>
    <w:p>
      <w:r>
        <w:t>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103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опеки и попечительства или прокурора.</w:t>
      </w:r>
    </w:p>
    <w:p>
      <w:r>
        <w:rPr>
          <w:b/>
        </w:rPr>
        <w:t>Статья 103. Размер алиментов, уплачиваемых по соглашению об уплате алиментов</w:t>
      </w:r>
    </w:p>
    <w:p>
      <w:r>
        <w:rPr>
          <w:b/>
        </w:rPr>
        <w:t xml:space="preserve">1. </w:t>
      </w:r>
      <w:r>
        <w:t>Размер алиментов, уплачиваемых по соглашению об уплате алиментов, определяется сторонами в этом соглашении</w:t>
      </w:r>
    </w:p>
    <w:p>
      <w:r>
        <w:rPr>
          <w:b/>
        </w:rPr>
        <w:t xml:space="preserve">2. </w:t>
      </w:r>
      <w:r>
        <w:t>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(статья 81 настоящего Кодекса)</w:t>
      </w:r>
    </w:p>
    <w:p>
      <w:r>
        <w:rPr>
          <w:b/>
        </w:rPr>
        <w:t>Статья 104. Способы и порядок уплаты алиментов по соглашению об уплате алиментов</w:t>
      </w:r>
    </w:p>
    <w:p>
      <w:r>
        <w:rPr>
          <w:b/>
        </w:rPr>
        <w:t xml:space="preserve">1. </w:t>
      </w:r>
      <w:r>
        <w:t>Способы и порядок уплаты алиментов по соглашению об уплате алиментов определяются этим соглашением</w:t>
      </w:r>
    </w:p>
    <w:p>
      <w:r>
        <w:rPr>
          <w:b/>
        </w:rPr>
        <w:t xml:space="preserve">2. </w:t>
      </w:r>
      <w:r>
        <w:t>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а также иными способами, относительно которых достигнуто соглашение. В соглашении об уплате алиментов может быть предусмотрено сочетание различных способов уплаты алиментов</w:t>
      </w:r>
    </w:p>
    <w:p>
      <w:r>
        <w:rPr>
          <w:b/>
        </w:rPr>
        <w:t>Статья 105. Индексация размера алиментов, уплачиваемых по соглашению об уплате алиментов</w:t>
      </w:r>
    </w:p>
    <w:p>
      <w:r>
        <w:t>Индексация размера алиментов, уплачиваемых по соглашению об уплате алиментов, производится в соответствии с этим соглашением. Если в соглашении об уплате алиментов не предусматривается порядок индексации, индексация производится в соответствии со статьей 117 настоящего Кодекса.</w:t>
      </w:r>
    </w:p>
    <w:p>
      <w:pPr>
        <w:pStyle w:val="Heading3"/>
      </w:pPr>
      <w:r>
        <w:t>ПОРЯДОК УПЛАТЫ И ВЗЫСКАНИЯ АЛИМЕНТОВ</w:t>
      </w:r>
    </w:p>
    <w:p>
      <w:r>
        <w:rPr>
          <w:b/>
        </w:rPr>
        <w:t>Статья 106. Взыскание алиментов по решению суда</w:t>
      </w:r>
    </w:p>
    <w:p>
      <w:r>
        <w:t>При отсутствии соглашения об уплате алиментов члены семьи, указанные в статьях 80 - 99 настоящего Кодекса, вправе обратиться в суд с требованием о взыскании алиментов.</w:t>
      </w:r>
    </w:p>
    <w:p>
      <w:r>
        <w:rPr>
          <w:b/>
        </w:rPr>
        <w:t>Статья 107. Сроки обращения за алиментами</w:t>
      </w:r>
    </w:p>
    <w:p>
      <w:r>
        <w:rPr>
          <w:b/>
        </w:rPr>
        <w:t xml:space="preserve">1. </w:t>
      </w:r>
      <w:r>
        <w:t>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r>
        <w:rPr>
          <w:b/>
        </w:rPr>
        <w:t xml:space="preserve">2. </w:t>
      </w:r>
      <w:r>
        <w:t>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r>
        <w:rPr>
          <w:b/>
        </w:rPr>
        <w:t>Статья 108. Взыскание алиментов до разрешения спора судом</w:t>
      </w:r>
    </w:p>
    <w:p>
      <w:r>
        <w:rPr>
          <w:b/>
        </w:rPr>
        <w:t xml:space="preserve">1. </w:t>
      </w:r>
      <w:r>
        <w:t>По делу о взыскании алиментов суд вправе вынести постановление о взыскании алиментов до вступления решения суда о взыскании алиментов в законную силу; при взыскании алиментов на несовершеннолетних детей - до вынесения судом решения о взыскании алиментов</w:t>
      </w:r>
    </w:p>
    <w:p>
      <w:r>
        <w:rPr>
          <w:b/>
        </w:rPr>
        <w:t xml:space="preserve">2. </w:t>
      </w:r>
      <w:r>
        <w:t>Размер взыскиваемых алиментов определяется судом исходя из материального и семейного положения сторон. Размер алиментов, взыскиваемых на несовершеннолетних детей, определяется в соответствии со статьей 81 настоящего Кодекса</w:t>
      </w:r>
    </w:p>
    <w:p>
      <w:r>
        <w:rPr>
          <w:b/>
        </w:rPr>
        <w:t>Статья 109. Обязанность администрации организации удерживать алименты</w:t>
      </w:r>
    </w:p>
    <w:p>
      <w:r>
        <w:t>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w:t>
      </w:r>
    </w:p>
    <w:p>
      <w:r>
        <w:rPr>
          <w:b/>
        </w:rPr>
        <w:t>Статья 110. Удержание алиментов на основании соглашения об уплате алиментов</w:t>
      </w:r>
    </w:p>
    <w:p>
      <w:r>
        <w:t>Удержание алиментов на основании нотариально удостоверенного соглашения об уплате алиментов может производиться и в случае, если общая сумма удержаний на основании такого соглашения и исполнительных документов превышает пятьдесят процентов заработка и (или) иного дохода лица, обязанного уплачивать алименты.</w:t>
      </w:r>
    </w:p>
    <w:p>
      <w:r>
        <w:rPr>
          <w:b/>
        </w:rPr>
        <w:t>Статья 111. Обязанность сообщать о перемене места работы лица, обязанного уплачивать алименты</w:t>
      </w:r>
    </w:p>
    <w:p>
      <w:r>
        <w:rPr>
          <w:b/>
        </w:rPr>
        <w:t xml:space="preserve">1. </w:t>
      </w:r>
      <w:r>
        <w:t>Администрация организации, производившая удержание алиментов на основании решения суда или нотариально удостоверенного соглашения об уплате алиментов, обязана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ей известно</w:t>
      </w:r>
    </w:p>
    <w:p>
      <w:r>
        <w:rPr>
          <w:b/>
        </w:rPr>
        <w:t xml:space="preserve">2. </w:t>
      </w:r>
      <w:r>
        <w:t>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r>
        <w:rPr>
          <w:b/>
        </w:rPr>
        <w:t xml:space="preserve">3. </w:t>
      </w:r>
      <w:r>
        <w:t>В случае несообщения по неуважительной причине сведений, указанных в пунктах 1 и 2 настоящей статьи, виновные в этом должностные лица и иные граждане привлекаются к ответственности в порядке, установленном законом</w:t>
      </w:r>
    </w:p>
    <w:p>
      <w:r>
        <w:rPr>
          <w:b/>
        </w:rPr>
        <w:t>Статья 112. Обращение взыскания на имущество лица, обязанного уплачивать алименты</w:t>
      </w:r>
    </w:p>
    <w:p>
      <w:r>
        <w:rPr>
          <w:b/>
        </w:rPr>
        <w:t xml:space="preserve">1. </w:t>
      </w:r>
      <w:r>
        <w:t>Взыскание алиментов в размере, установленном соглашением об уплате алиментов или решением суда, а также взыскание задолженности по алиментам производится из заработка и (или) иного дохода лица, обязанного уплачивать алименты; при недостаточности заработка и (или) иного дохода алименты удерживаются из находящихся на счетах в банках или в иных кредитных учреждениях денежных средств лица, обязанного уплачивать алименты, а также из денежных средств, переданных по договорам коммерческим и некоммерческим организациям, кроме договоров, влекущих переход права собственности.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r>
        <w:rPr>
          <w:b/>
        </w:rPr>
        <w:t xml:space="preserve">2. </w:t>
      </w:r>
      <w:r>
        <w:t>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законодательством об исполнительном производстве. (В редакции Федерального закона от 30.12.2015 № 457-ФЗ)</w:t>
      </w:r>
    </w:p>
    <w:p>
      <w:r>
        <w:rPr>
          <w:b/>
        </w:rPr>
        <w:t>Статья 113. Определение задолженности по алиментам</w:t>
      </w:r>
    </w:p>
    <w:p>
      <w:r>
        <w:rPr>
          <w:b/>
        </w:rPr>
        <w:t xml:space="preserve">1. </w:t>
      </w:r>
      <w:r>
        <w:t>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w:t>
      </w:r>
    </w:p>
    <w:p>
      <w:r>
        <w:rPr>
          <w:b/>
        </w:rPr>
        <w:t xml:space="preserve">2. </w:t>
      </w:r>
      <w:r>
        <w:t>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w:t>
      </w:r>
    </w:p>
    <w:p>
      <w:r>
        <w:rPr>
          <w:b/>
        </w:rPr>
        <w:t xml:space="preserve">3. </w:t>
      </w:r>
      <w:r>
        <w:t>Размер задолженности определяется судебным исполнителем исходя из размера алиментов, определенного решением суда или соглашением об уплате алиментов</w:t>
      </w:r>
    </w:p>
    <w:p>
      <w:r>
        <w:rPr>
          <w:b/>
        </w:rPr>
        <w:t xml:space="preserve">4. </w:t>
      </w:r>
      <w:r>
        <w:t>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w:t>
      </w:r>
    </w:p>
    <w:p>
      <w:r>
        <w:rPr>
          <w:b/>
        </w:rPr>
        <w:t xml:space="preserve">5. </w:t>
      </w:r>
      <w:r>
        <w:t>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гражданским процессуальным законодательством</w:t>
      </w:r>
    </w:p>
    <w:p>
      <w:r>
        <w:rPr>
          <w:b/>
        </w:rPr>
        <w:t xml:space="preserve">6. </w:t>
      </w:r>
      <w:r>
        <w:t>Суммы установленного федеральным законом ежемесячного пособия на ребенка, выплаченные в период розыска его родителей, уклоняющихся от уплаты алиментов, в части их пятидесятипроцентного увеличения, взыскиваются с этих родителей с начислением десяти процентов с выплаченных сумм в доход бюджетов субъектов Российской Федерации. Указанные требования приравниваются к требованиям об уплате алиментов</w:t>
      </w:r>
    </w:p>
    <w:p>
      <w:r>
        <w:rPr>
          <w:b/>
        </w:rPr>
        <w:t>Статья 114. Освобождение от уплаты задолженности по алиментам и (или) задолженности по уплате неустойки за несвоевременную уплату алиментов</w:t>
      </w:r>
    </w:p>
    <w:p>
      <w:r>
        <w:t>(Наименование в редакции Федерального закона от 29.07.2018 № 224-ФЗ)</w:t>
      </w:r>
    </w:p>
    <w:p>
      <w:r>
        <w:rPr>
          <w:b/>
        </w:rPr>
        <w:t xml:space="preserve">1. </w:t>
      </w:r>
      <w:r>
        <w:t>Освобождение от уплаты задолженности по алиментам и (или) задолженности по уплате неустойки за несвоевременную уплату алиментов или уменьшение задолженности по алиментам и (или) задолженности по уплате неустойки за несвоевременную уплату алиментов при уплате алиментов по соглашению сторон возможно по взаимному согласию сторон, за исключением случаев уплаты алиментов на несовершеннолетних детей. (В редакции Федерального закона от 29.07.2018 № 224-ФЗ)</w:t>
      </w:r>
    </w:p>
    <w:p>
      <w:r>
        <w:rPr>
          <w:b/>
        </w:rPr>
        <w:t xml:space="preserve">2. </w:t>
      </w:r>
      <w:r>
        <w:t>Суд вправе по иску лица, обязанного уплачивать алименты, освободить его полностью или частично от уплаты задолженности по алиментам и (или) задолженности по уплате неустойки за несвоевременную уплату алиментов, если установит, что неуплата алиментов и (или) неустойки за несвоевременную уплату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 и (или) задолженность по уплате неустойки за несвоевременную уплату алиментов. (В редакции Федерального закона от 29.07.2018 № 224-ФЗ)</w:t>
      </w:r>
    </w:p>
    <w:p>
      <w:r>
        <w:rPr>
          <w:b/>
        </w:rPr>
        <w:t>Статья 115. Ответственность за несвоевременную уплату алиментов</w:t>
      </w:r>
    </w:p>
    <w:p>
      <w:r>
        <w:rPr>
          <w:b/>
        </w:rPr>
        <w:t xml:space="preserve">1. </w:t>
      </w:r>
      <w:r>
        <w:t>При образовании задолженности по вине лица, обязанного уплачивать алименты по соглашению об уплате алиментов, виновное лицо несет ответственность в порядке, предусмотренном этим соглашением</w:t>
      </w:r>
    </w:p>
    <w:p>
      <w:r>
        <w:rPr>
          <w:b/>
        </w:rPr>
        <w:t xml:space="preserve">2. </w:t>
      </w:r>
      <w:r>
        <w:t>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 (В редакции федеральных законов от 30.06.2008 № 106-ФЗ, от 29.07.2018 № 224-ФЗ) Размер неустойки за несвоевременную уплату алиментов может быть уменьшен судом с учетом материального и (или) семейного положения лица, обязанного уплачивать алименты, если подлежащая уплате неустойка явно несоразмерна последствиям нарушения обязательства по уплате алиментов. (Дополнение абзацем - Федеральный закон от 29.07.2018 № 224-ФЗ) Получатель алиментов вправе также взыскать с виновного в несвоевременной уплате алиментов лица, обязанного уплачивать алименты, все причиненные просрочкой исполнения алиментных обязательств убытки в части, не покрытой неустойкой</w:t>
      </w:r>
    </w:p>
    <w:p>
      <w:r>
        <w:rPr>
          <w:b/>
        </w:rPr>
        <w:t>Статья 116. Недопустимость зачета и обратного взыскания алиментов</w:t>
      </w:r>
    </w:p>
    <w:p>
      <w:r>
        <w:rPr>
          <w:b/>
        </w:rPr>
        <w:t xml:space="preserve">1. </w:t>
      </w:r>
      <w:r>
        <w:t>Алименты не могут быть зачтены другими встречными требованиями</w:t>
      </w:r>
    </w:p>
    <w:p>
      <w:r>
        <w:rPr>
          <w:b/>
        </w:rPr>
        <w:t xml:space="preserve">2. </w:t>
      </w:r>
      <w:r>
        <w:t>Выплаченные суммы алиментов не могут быть истребованы обратно, за исключением случаев: 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 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 установления приговором суда факта подделки решения суда, соглашения об уплате алиментов или исполнительного листа, на основании которых уплачивались алименты</w:t>
      </w:r>
    </w:p>
    <w:p>
      <w:r>
        <w:rPr>
          <w:b/>
        </w:rPr>
        <w:t xml:space="preserve">3. </w:t>
      </w:r>
      <w:r>
        <w:t>Если действия, перечисленные в пункте 2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p>
      <w:r>
        <w:rPr>
          <w:b/>
        </w:rPr>
        <w:t>Статья 117. Индексация алиментов</w:t>
      </w:r>
    </w:p>
    <w:p>
      <w:r>
        <w:rPr>
          <w:b/>
        </w:rPr>
        <w:t xml:space="preserve">1. </w:t>
      </w:r>
      <w:r>
        <w:t>Индексацию алиментов, взыскиваемых по решению суда в твердой денежной сумме, производит организация или иное лицо, которым направлен исполнительный документ (копия исполнительного документа) в случаях, установленных частью 1 статьи 9 и пунктом 8 части 1 статьи 47 Федерального закона от 2 октября 2007 года № 229-ФЗ "Об исполнительном производстве", либо судебный пристав-исполнитель в рамках исполнительного производства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установленной в целом по Российской Федерации. (В редакции Федерального закона от 14.11.2017 № 321-ФЗ)</w:t>
      </w:r>
    </w:p>
    <w:p>
      <w:r>
        <w:rPr>
          <w:b/>
        </w:rPr>
        <w:t xml:space="preserve">2. </w:t>
      </w:r>
      <w:r>
        <w:t>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 (Статья в редакции Федерального закона от 30.11.2011 № 363-ФЗ)</w:t>
      </w:r>
    </w:p>
    <w:p>
      <w:r>
        <w:rPr>
          <w:b/>
        </w:rPr>
        <w:t>Статья 118. Уплата алиментов в случае выезда лица, обязанного уплачивать алименты, в иностранное государство на постоянное жительство</w:t>
      </w:r>
    </w:p>
    <w:p>
      <w:r>
        <w:rPr>
          <w:b/>
        </w:rPr>
        <w:t xml:space="preserve">1. </w:t>
      </w:r>
      <w:r>
        <w:t>Лицо, выезжающее на постоянное жительство в иностранное государство, вправе заключить с членами семьи, которым оно по закону обязано предоставлять содержание, соглашение об уплате алиментов в соответствии со статьями 99, 100, 103 и 104 настоящего Кодекса</w:t>
      </w:r>
    </w:p>
    <w:p>
      <w:r>
        <w:rPr>
          <w:b/>
        </w:rPr>
        <w:t xml:space="preserve">2. </w:t>
      </w:r>
      <w:r>
        <w:t>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 или о предоставлении определенного имущества в счет алиментов, или об уплате алиментов иным способом</w:t>
      </w:r>
    </w:p>
    <w:p>
      <w:r>
        <w:rPr>
          <w:b/>
        </w:rPr>
        <w:t>Статья 119. Изменение установленного судом размера алиментов и освобождение от уплаты алиментов</w:t>
      </w:r>
    </w:p>
    <w:p>
      <w:r>
        <w:rPr>
          <w:b/>
        </w:rPr>
        <w:t xml:space="preserve">1. </w:t>
      </w:r>
      <w:r>
        <w:t>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r>
        <w:rPr>
          <w:b/>
        </w:rPr>
        <w:t xml:space="preserve">2. </w:t>
      </w:r>
      <w:r>
        <w:t>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преступление или в случае недостойного поведения совершеннолетнего дееспособного лица в семье</w:t>
      </w:r>
    </w:p>
    <w:p>
      <w:r>
        <w:rPr>
          <w:b/>
        </w:rPr>
        <w:t>Статья 120. Прекращение алиментных обязательств</w:t>
      </w:r>
    </w:p>
    <w:p>
      <w:r>
        <w:rPr>
          <w:b/>
        </w:rPr>
        <w:t xml:space="preserve">1. </w:t>
      </w:r>
      <w:r>
        <w:t>Алиментные обязательства, установленные соглашением об уплате алиментов, прекращаются смертью одной из сторон, истечением срока действия этого соглашения или по основаниям, предусмотренным этим соглашением</w:t>
      </w:r>
    </w:p>
    <w:p>
      <w:r>
        <w:rPr>
          <w:b/>
        </w:rPr>
        <w:t xml:space="preserve">2. </w:t>
      </w:r>
      <w:r>
        <w:t>Выплата алиментов, взыскиваемых в судебном порядке, прекращается: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при усыновлении (удочерении) ребенка, на содержание которого взыскивались алименты; при признании судом восстановления трудоспособности или прекращения нуждаемости в помощи получателя алиментов; при вступлении нетрудоспособного нуждающегося в помощи бывшего супруга - получателя алиментов в новый брак; смертью лица, получающего алименты, или лица, обязанного уплачивать алименты</w:t>
      </w:r>
    </w:p>
    <w:p>
      <w:pPr>
        <w:pStyle w:val="Heading2"/>
      </w:pPr>
      <w:r>
        <w:t>ФОРМЫ ВОСПИТАНИЯ ДЕТЕЙ, ОСТАВШИХСЯ БЕЗ ПОПЕЧЕНИЯ РОДИТЕЛЕЙ</w:t>
      </w:r>
    </w:p>
    <w:p>
      <w:pPr>
        <w:pStyle w:val="Heading3"/>
      </w:pPr>
      <w:r>
        <w:t>ВЫЯВЛЕНИЕ И УСТРОЙСТВО ДЕТЕЙ, ОСТАВШИХСЯ БЕЗ ПОПЕЧЕНИЯ РОДИТЕЛЕЙ</w:t>
      </w:r>
    </w:p>
    <w:p>
      <w:r>
        <w:rPr>
          <w:b/>
        </w:rPr>
        <w:t>Статья 121. Защита прав и интересов детей, оставшихся без попечения родителей</w:t>
      </w:r>
    </w:p>
    <w:p>
      <w:r>
        <w:rPr>
          <w:b/>
        </w:rPr>
        <w:t xml:space="preserve">1. </w:t>
      </w:r>
      <w:r>
        <w:t>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 возлагается на органы опеки и попечительства. (В редакции Федерального закона от 24.04.2008 № 49-ФЗ) Органы опеки и попечительства выявляют детей, оставшихся без попечения родителей, ведут учет таких детей в порядке, установленном уполномоченным Правительством Российской Федерации федеральным органом исполнительной власти, обеспечивают защиту их прав и интересов до решения вопроса об их устройстве и исходя из конкретных обстоятельств утраты попечения родителей избирают формы устройства детей, оставшихся без попечения родителей (статья 123 настоящего Кодекса), а также осуществляют последующий контроль за условиями их содержания, воспитания и образования. (В редакции Федерального закона от 02.07.2013 № 167-ФЗ) Деятельность других, кроме органов опеки и попечительства, юридических и физических лиц по выявлению и устройству детей, оставшихся без попечения родителей, не допускается</w:t>
      </w:r>
    </w:p>
    <w:p>
      <w:r>
        <w:rPr>
          <w:b/>
        </w:rPr>
        <w:t xml:space="preserve">2. </w:t>
      </w:r>
      <w:r>
        <w:t>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законами. 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Гражданским кодексом Российской Федерации, Федеральным законом от 21 декабря 2021 года № 414-ФЗ "Об общих принципах организации публичной власти в субъектах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 и законами субъектов Российской Федерации. (В редакции Федерального закона от 28.04.2023 № 150-ФЗ) (Пункт в редакции Федерального закона от 02.07.2013 № 167-ФЗ)</w:t>
      </w:r>
    </w:p>
    <w:p>
      <w:r>
        <w:rPr>
          <w:b/>
        </w:rPr>
        <w:t>Статья 122. Выявление и учет детей, оставшихся без попечения родителей</w:t>
      </w:r>
    </w:p>
    <w:p>
      <w:r>
        <w:rPr>
          <w:b/>
        </w:rPr>
        <w:t xml:space="preserve">1. </w:t>
      </w:r>
      <w:r>
        <w:t>Должностные лица организаций (дошкольных образовательных организаций, общеобразовательных организаций, медицинских организаций и других организаций) и иные граждане, располагающие сведениями о детях, указанных в пункте 1 статьи 121 настоящего Кодекса, обязаны сообщить об этом в органы опеки и попечительства по месту фактического нахождения детей. Орган опеки и попечительства в течение трех рабочих дней со дня получения таких сведений обязан провести обследование условий жизни ребенка и при установлении факта отсутствия попечения его родителей или его родственников обеспечить защиту прав и интересов ребенка до решения вопроса о его устройстве, а также направить имеющуюся информацию об этом ребенке в соответствующий орган исполнительной власти субъекта Российской Федерации для первичного учета в региональном банке данных о детях, оставшихся без попечения родителей, и одновременного направления в федеральный орган исполнительной власти, определяемый Правительством Российской Федерации, для первичного учета в федеральном банке данных о детях, оставшихся без попечения родителей, в соответствии с Федеральным законом от 16 апреля 2001 года № 44-ФЗ "О государственном банке данных о детях, оставшихся без попечения родителей". Орган опеки и попечительства в течение месяца со дня получения сведений, указанных в абзаце первом настоящего пункта, обязан направить документированную информацию о ребенке, оставшемся без попечения родителей, в соответствующий орган исполнительной власти субъекта Российской Федерации для учета в региональном банке данных о детях, оставшихся без попечения родителей, организации его устройства в семью граждан Российской Федерации на территории данного субъекта Российской Федерации и одновременного направления в соответствующий федеральный орган исполнительной власти для учета в федеральном банке данных о детях, оставшихся без попечения родителей, в соответствии с Федеральным законом от 16 апреля 2001 года № 44-ФЗ "О государственном банке данных о детях, оставшихся без попечения родителей"</w:t>
      </w:r>
    </w:p>
    <w:p>
      <w:r>
        <w:rPr>
          <w:b/>
        </w:rPr>
        <w:t xml:space="preserve">2. </w:t>
      </w:r>
      <w:r>
        <w:t>Руководители образовательных организаций, медицинских организаций, организаций, оказывающих социальные услуги, или аналогичных организаций, в которых находятся дети, оставшиеся без попечения родителей, в течение трех рабочих дней со дня, когда им стало известно, что ребенок может быть передан на воспитание в семью, обязаны сообщить об этом в орган опеки и попечительства по месту нахождения соответствующей организации для организации его устройства на воспитание в семью</w:t>
      </w:r>
    </w:p>
    <w:p>
      <w:r>
        <w:rPr>
          <w:b/>
        </w:rPr>
        <w:t xml:space="preserve">3. </w:t>
      </w:r>
      <w:r>
        <w:t>Орган опеки и попечительства в течение месяца со дня поступления сведений, указанных в абзаце первом пункта 1 настоящей статьи, обеспечивает устройство ребенка. Орган исполнительной власти субъекта Российской Федерации со дня поступления информации, указанной в абзаце третьем пункта 1 настоящей статьи, организует устройство ребенка, оставшегося без попечения родителей, на воспитание в семью граждан Российской Федерации на территории данного субъекта Российской Федерации, а при отсутствии такой возможности по истечении месяца со дня поступления информации, указанной в абзаце третьем пункта 1 настоящей статьи, федеральный орган исполнительной власти, определяемый Правительством Российской Федерации, оказывает содействие в устройстве ребенка на воспитание в семью граждан Российской Федерации на территории Российской Федерации. Региональные банки данных о детях, оставшихся без попечения родителей, и федеральный банк данных о детях, оставшихся без попечения родителей, составляют государственный банк данных о детях, оставшихся без попечения родителей. Порядок формирования государственного банка данных о детях, оставшихся без попечения родителей, и пользования им определяется Федеральным законом от 16 апреля 2001 года № 44-ФЗ "О государственном банке данных о детях, оставшихся без попечения родителей"</w:t>
      </w:r>
    </w:p>
    <w:p>
      <w:r>
        <w:rPr>
          <w:b/>
        </w:rPr>
        <w:t xml:space="preserve">4. </w:t>
      </w:r>
      <w:r>
        <w:t>За неисполнение обязанностей, предусмотренных пунктами 2, 3 настоящей статьи, за предоставление заведомо недостоверных сведений, за иные действия, направленные на сокрытие ребенка от передачи на воспитание в семью, руководители организаций и должностные лица указанных в пунктах 2, 3 настоящей статьи органов привлекаются к ответственности в порядке, установленном законом. (Статья в редакции Федерального закона от 02.07.2013 № 167-ФЗ)</w:t>
      </w:r>
    </w:p>
    <w:p>
      <w:r>
        <w:rPr>
          <w:b/>
        </w:rPr>
        <w:t>Статья 123. Устройство детей, оставшихся без попечения родителей</w:t>
      </w:r>
    </w:p>
    <w:p>
      <w:r>
        <w:rPr>
          <w:b/>
        </w:rPr>
        <w:t xml:space="preserve">1. </w:t>
      </w:r>
      <w:r>
        <w:t>Дети, оставшиеся без попечения родителей, подлежат передаче в семью на воспитание (усыновление (удочерение), под опеку или попечительство, в приемную семью либо в случаях, предусмотренных законами субъектов Российской Федерации, в патронатную семью), а при отсутствии такой возможности временно, на период до их устройства на воспитание в семью, передаются в организации для детей-сирот и детей, оставшихся без попечения родителей, всех типов (статья 1551 настоящего Кодекса). (В редакции федеральных законов от 24.04.2008 № 49-ФЗ, от 02.07.2013 № 167-ФЗ) Абзац. (Утратил силу - Федеральный закон от 24.04.2008 № 49-ФЗ) 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r>
        <w:rPr>
          <w:b/>
        </w:rPr>
        <w:t xml:space="preserve">2. </w:t>
      </w:r>
      <w:r>
        <w:t>До устройства детей, оставшихся без попечения родителей, на воспитание в семью или в организации, указанные в пункте 1 настоящей статьи, исполнение обязанностей опекуна (попечителя) детей временно возлагается на органы опеки и попечительства. (В редакции Федерального закона от 24.04.2008 № 49-ФЗ)</w:t>
      </w:r>
    </w:p>
    <w:p>
      <w:pPr>
        <w:pStyle w:val="Heading3"/>
      </w:pPr>
      <w:r>
        <w:t>УСЫНОВЛЕНИЕ (УДОЧЕРЕНИЕ) ДЕТЕЙ</w:t>
      </w:r>
    </w:p>
    <w:p>
      <w:r>
        <w:rPr>
          <w:b/>
        </w:rPr>
        <w:t>Статья 124. Дети, в отношении которых допускается усыновление (удочерение)</w:t>
      </w:r>
    </w:p>
    <w:p>
      <w:r>
        <w:rPr>
          <w:b/>
        </w:rPr>
        <w:t xml:space="preserve">1. </w:t>
      </w:r>
      <w:r>
        <w:t>Усыновление или удочерение (далее - усыновление) является приоритетной формой устройства детей, оставшихся без попечения родителей. (Дополнение пунктом - Федеральный закон от 27.06.1998 № 94-ФЗ)</w:t>
      </w:r>
    </w:p>
    <w:p>
      <w:r>
        <w:rPr>
          <w:b/>
        </w:rPr>
        <w:t xml:space="preserve">2. </w:t>
      </w:r>
      <w:r>
        <w:t>Усыновление допускается в отношении несовершеннолетних детей и только в их интересах с соблюдением требований абзаца третьего пункта 1 статьи 123 настоящего Кодекса, а также с учетом возможностей обеспечить детям полноценное физическое, психическое, духовное и нравственное развитие. (В редакции Федерального закона от 27.06.1998 № 94-ФЗ)</w:t>
      </w:r>
    </w:p>
    <w:p>
      <w:r>
        <w:rPr>
          <w:b/>
        </w:rPr>
        <w:t xml:space="preserve">3. </w:t>
      </w:r>
      <w:r>
        <w:t>Усыновление братьев и сестер разными лицами не допускается, за исключением случаев, когда усыновление отвечает интересам детей. (В редакции Федерального закона от 27.06.1998 № 94-ФЗ)</w:t>
      </w:r>
    </w:p>
    <w:p>
      <w:r>
        <w:rPr>
          <w:b/>
        </w:rPr>
        <w:t xml:space="preserve">4. </w:t>
      </w:r>
      <w:r>
        <w:t>Усыновление детей иностранными гражданами или лицами без гражданства допускается только в случаях, если не представляется возможным передать этих детей на воспитание в семьи граждан Российской Федерации, постоянно проживающих на территории Российской Федерации, либо на усыновление родственникам детей независимо от гражданства и места жительства этих родственников. Дети могут быть переданы на усыновление гражданам Российской Федерации, постоянно проживающим за пределами территории Российской Федерации, иностранным гражданам или лицам без гражданства, не являющимся родственниками детей, по истечении двенадцати месяцев со дня поступления сведений о таких детях в федеральный банк данных о детях, оставшихся без попечения родителей, в соответствии с пунктом 3 статьи 122 настоящего Кодекса. (В редакции федеральных законов от 27.06.1998 № 94-ФЗ, от 28.12.2004 № 185-ФЗ, от 02.07.2013 № 167-ФЗ)</w:t>
      </w:r>
    </w:p>
    <w:p>
      <w:r>
        <w:rPr>
          <w:b/>
        </w:rPr>
        <w:t>Статья 125. Порядок усыновления ребенка</w:t>
      </w:r>
    </w:p>
    <w:p>
      <w:r>
        <w:rPr>
          <w:b/>
        </w:rPr>
        <w:t xml:space="preserve">1. </w:t>
      </w:r>
      <w:r>
        <w:t>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по правилам, предусмотренным гражданским процессуальным законодательством. (В редакции Федерального закона от 30.12.2015 № 457-ФЗ) Дела об усыновлении детей рассматриваются судом с обязательным участием самих усыновителей, органов опеки и попечительства, а также прокурора. (В редакции федеральных законов от 27.06.1998 № 94-ФЗ, от 30.12.2015 № 457-ФЗ)</w:t>
      </w:r>
    </w:p>
    <w:p>
      <w:r>
        <w:rPr>
          <w:b/>
        </w:rPr>
        <w:t xml:space="preserve">2. </w:t>
      </w:r>
      <w:r>
        <w:t>Для усыновления ребенка необходимо заключение органа опеки и попечительства об обоснованности усыновления и о его соответствии интересам усыновляемого ребенка с указанием сведений о факте личного общения усыновителей (усыновителя) с усыновляемым ребенком. (В редакции Федерального закона от 30.12.2015 № 457-ФЗ) Порядок передачи детей на усыновление, а также осуществления контроля за условиями жизни и воспитания детей в семьях усыновителей на территории Российской Федерации определяется Правительством Российской Федерации. (Дополнение пунктом - Федеральный закон от 27.06.1998 № 94-ФЗ)</w:t>
      </w:r>
    </w:p>
    <w:p>
      <w:r>
        <w:rPr>
          <w:b/>
        </w:rPr>
        <w:t xml:space="preserve">3. </w:t>
      </w:r>
      <w:r>
        <w:t>Права и обязанности усыновителя и усыновленного ребенка (статья 137 настоящего Кодекса) возникают со дня вступления в законную силу решения суда об усыновлении ребенка. (В редакции Федерального закона от 30.12.2015 № 457-ФЗ) Суд обязан в течение трех дней со дня вступления в законную силу решения суда об усыновлении ребенка направить выписку из этого решения суда в орган записи актов гражданского состояния по месту вынесения решения. (В редакции Федерального закона от 30.12.2015 № 457-ФЗ) Усыновление ребенка подлежит государственной регистрации в порядке, установленном для государственной регистрации актов гражданского состояния. (Пункт в редакции Федерального закона от 27.06.1998 № 94-ФЗ)</w:t>
      </w:r>
    </w:p>
    <w:p>
      <w:r>
        <w:rPr>
          <w:b/>
        </w:rPr>
        <w:t>Статья 126. Учет детей, подлежащих усыновлению, и лиц, желающих усыновить детей</w:t>
      </w:r>
    </w:p>
    <w:p>
      <w:r>
        <w:rPr>
          <w:b/>
        </w:rPr>
        <w:t xml:space="preserve">1. </w:t>
      </w:r>
      <w:r>
        <w:t>Учет детей, подлежащих усыновлению, осуществляется в порядке, установленном пунктом 3 статьи 122 настоящего Кодекса</w:t>
      </w:r>
    </w:p>
    <w:p>
      <w:r>
        <w:rPr>
          <w:b/>
        </w:rPr>
        <w:t xml:space="preserve">2. </w:t>
      </w:r>
      <w:r>
        <w:t>Учет лиц, желающих усыновить детей, осуществляется в порядке, определяемом органами исполнительной власти субъектов Российской Федерации. Учет иностранных граждан и лиц без гражданства, желающих усыновить детей, являющихся гражданами Российской Федерации, производится органами исполнительной власти субъектов Российской Федерации или федеральным органом исполнительной власти (пункт 3 статьи 122 настоящего Кодекса)</w:t>
      </w:r>
    </w:p>
    <w:p>
      <w:r>
        <w:rPr>
          <w:b/>
        </w:rPr>
        <w:t>Статья 126.1. Недопустимость посреднической деятельности по усыновлению детей</w:t>
      </w:r>
    </w:p>
    <w:p>
      <w:r>
        <w:rPr>
          <w:b/>
        </w:rPr>
        <w:t xml:space="preserve">1. </w:t>
      </w:r>
      <w:r>
        <w:t>Посредническая деятельность по усыновлению детей, то есть любая деятельность других лиц в целях подбора и передачи детей на усыновление от имени и в интересах лиц, желающих усыновить детей, не допускается</w:t>
      </w:r>
    </w:p>
    <w:p>
      <w:r>
        <w:rPr>
          <w:b/>
        </w:rPr>
        <w:t xml:space="preserve">2. </w:t>
      </w:r>
      <w:r>
        <w:t>Не является посреднической деятельностью по усыновлению детей деятельность органов опеки и попечительства и органов исполнительной власти по выполнению возложенных на них обязанностей по выявлению и устройству детей, оставшихся без попечения родителей, а также деятельность специально уполномоченных иностранными государствами органов или организаций по усыновлению детей, которая осуществляется на территории Российской Федерации в силу международного договора Российской Федерации или на основе принципа взаимности. Органы и организации, указанные в настоящем пункте, не могут преследовать в своей деятельности коммерческие цели. Порядок деятельности органов и организаций иностранных государств по усыновлению детей на территории Российской Федерации и порядок контроля за ее осуществлением устанавливаются Правительством Российской Федерации по представлению Министерства юстиции Российской Федерации и Министерства иностранных дел Российской Федерации</w:t>
      </w:r>
    </w:p>
    <w:p>
      <w:r>
        <w:rPr>
          <w:b/>
        </w:rPr>
        <w:t xml:space="preserve">3. </w:t>
      </w:r>
      <w:r>
        <w:t>Обязательное личное участие лиц (лица), желающих усыновить ребенка, в процессе усыновления не лишает их права иметь одновременно своего представителя, права и обязанности которого установлены гражданским и гражданским процессуальным законодательством, а также пользоваться в необходимых случаях услугами переводчика</w:t>
      </w:r>
    </w:p>
    <w:p>
      <w:r>
        <w:rPr>
          <w:b/>
        </w:rPr>
        <w:t xml:space="preserve">4. </w:t>
      </w:r>
      <w:r>
        <w:t>Ответственность за осуществление посреднической деятельности по усыновлению детей устанавливается законодательством Российской Федерации. (Дополнение статьей - Федеральный закон от 27.06.1998 № 94-ФЗ)</w:t>
      </w:r>
    </w:p>
    <w:p>
      <w:r>
        <w:rPr>
          <w:b/>
        </w:rPr>
        <w:t>Статья 127. Лица, имеющие право быть усыновителями</w:t>
      </w:r>
    </w:p>
    <w:p>
      <w:r>
        <w:rPr>
          <w:b/>
        </w:rPr>
        <w:t xml:space="preserve">1. </w:t>
      </w:r>
      <w:r>
        <w:t>Усыновителями могут быть совершеннолетние лица обоего пола, за исключением</w:t>
      </w:r>
    </w:p>
    <w:p>
      <w:r>
        <w:rPr>
          <w:b/>
        </w:rPr>
        <w:t xml:space="preserve">2. </w:t>
      </w:r>
      <w:r>
        <w:t>При вынесении решения об усыновлении ребенка суд вправе отступить от положений, установленных подпунктами 6 (в случае, если лицо, желающее усыновить ребенка, проживает с ним в силу уже сложившихся семейных отношений), 7 и 12 пункта 1 настоящей статьи, с учетом интересов усыновляемого ребенка и заслуживающих внимания обстоятельств. (В редакции Федерального закона от 29.05.2019 № 115-ФЗ)</w:t>
      </w:r>
    </w:p>
    <w:p>
      <w:r>
        <w:rPr>
          <w:b/>
        </w:rPr>
        <w:t xml:space="preserve">3. </w:t>
      </w:r>
      <w:r>
        <w:t>Положения, установленные подпунктами 7 и 12 пункта 1 настоящей статьи, не распространяются на отчима (мачеху) усыновляемого ребенка</w:t>
      </w:r>
    </w:p>
    <w:p>
      <w:r>
        <w:rPr>
          <w:b/>
        </w:rPr>
        <w:t xml:space="preserve">4. </w:t>
      </w:r>
      <w:r>
        <w:t>Лица, не состоящие между собой в браке, не могут совместно усыновить одного и того же ребенка</w:t>
      </w:r>
    </w:p>
    <w:p>
      <w:r>
        <w:rPr>
          <w:b/>
        </w:rPr>
        <w:t xml:space="preserve">5. </w:t>
      </w:r>
      <w:r>
        <w:t>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пунктов 1 и 4 настоящей статьи и интересов усыновляемого ребенка</w:t>
      </w:r>
    </w:p>
    <w:p>
      <w:r>
        <w:rPr>
          <w:b/>
        </w:rPr>
        <w:t xml:space="preserve">6. </w:t>
      </w:r>
      <w:r>
        <w:t>В целях содействия психолого-педагогической и правовой подготовке лиц, желающих принять на воспитание в свою семью ребенка, оставшегося без попечения родителей, осуществляется их подготовка по программе, утвержденной органами исполнительной власти субъектов Российской Федерации. Требования к содержанию программы подготовки, порядок организации и осуществления деятельности по подготовке лиц, желающих принять на воспитание в свою семью ребенка, оставшегося без попечения родителей,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 Организация подготовки лиц, желающих принять на воспитание в свою семью ребенка, оставшегося без попечения родителей, осуществляется органами опеки и попечительства за счет и в пределах средств, которые предусматриваются на эти цели в бюджете субъекта Российской Федерации.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которые желают принять на воспитание в свою семью ребенка, оставшегося без попечения родителей и являющегося гражданином Российской Федерации, могут быть представлены документы о прохождении соответствующей подготовки на территории государства, в котором они постоянно проживают, с учетом тематики и в объеме не менее, чем это предусмотрено указанными в абзаце втором настоящего пункта требованиями к содержанию программы подготовки лиц, желающих принять на воспитание в свою семью ребенка, оставшегося без попечения родителей. В случае, если иностранные граждане, лица без гражданства или граждане Российской Федерации, постоянно проживающие за пределами территории Российской Федерации, которые желают принять на воспитание в свою семью ребенка, оставшегося без попечения родителей, не прошли соответствующую подготовку на территории иностранного государства, в котором они постоянно проживают, указанная подготовка проводится на территории Российской Федерации в порядке, установленном настоящим пунктом. (Статья в редакции Федерального закона от 20.04.2015 № 101-ФЗ)</w:t>
      </w:r>
    </w:p>
    <w:p>
      <w:r>
        <w:rPr>
          <w:b/>
        </w:rPr>
        <w:t xml:space="preserve">1. </w:t>
      </w:r>
      <w:r>
        <w:t>лиц, признанных судом недееспособными или ограниченно дееспособными</w:t>
      </w:r>
    </w:p>
    <w:p>
      <w:r>
        <w:rPr>
          <w:b/>
        </w:rPr>
        <w:t xml:space="preserve">1. </w:t>
      </w:r>
      <w:r>
        <w:t>супругов, один из которых признан судом недееспособным или ограниченно дееспособным</w:t>
      </w:r>
    </w:p>
    <w:p>
      <w:r>
        <w:rPr>
          <w:b/>
        </w:rPr>
        <w:t xml:space="preserve">1. </w:t>
      </w:r>
      <w:r>
        <w:t>лиц, лишенных по суду родительских прав или ограниченных судом в родительских правах</w:t>
      </w:r>
    </w:p>
    <w:p>
      <w:r>
        <w:rPr>
          <w:b/>
        </w:rPr>
        <w:t xml:space="preserve">1. </w:t>
      </w:r>
      <w:r>
        <w:t>лиц, отстраненных от обязанностей опекуна (попечителя) за ненадлежащее выполнение возложенных на него законом обязанностей</w:t>
      </w:r>
    </w:p>
    <w:p>
      <w:r>
        <w:rPr>
          <w:b/>
        </w:rPr>
        <w:t xml:space="preserve">1. </w:t>
      </w:r>
      <w:r>
        <w:t>бывших усыновителей, если усыновление отменено судом по их вине</w:t>
      </w:r>
    </w:p>
    <w:p>
      <w:r>
        <w:rPr>
          <w:b/>
        </w:rPr>
        <w:t xml:space="preserve">1. </w:t>
      </w:r>
      <w:r>
        <w:t>лиц, которые по состоянию здоровья не могут усыновить ребенка. Перечень заболеваний, при наличии которых лицо не может усыновить ребенка, принять его под опеку, попечительство, взять в приемную или патронатную семью, устанавливается Правительством Российской Федерации. Медицинское освидетельствование лиц, желающих усыновить детей, оставшихся без попечения родителей, проводится в рамках программы государственных гарантий бесплатного оказания гражданам медицинской помощи в порядке, установленном уполномоченным Правительством Российской Федерации федеральным органом исполнительной власти</w:t>
      </w:r>
    </w:p>
    <w:p>
      <w:r>
        <w:rPr>
          <w:b/>
        </w:rPr>
        <w:t xml:space="preserve">1. </w:t>
      </w:r>
      <w:r>
        <w:t>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 (В редакции Федерального закона от 30.12.2015 № 457-ФЗ) 8) лиц, не имеющих постоянного места жительства, кроме лиц, относящихся к коренным малочисленным народам Российской Федерации, ведущих кочевой и (или) полукочевой образ жизни и не имеющих места, где они постоянно или преимущественно проживают, в случае усыновления ими ребенка из числа лиц, относящихся к коренным малочисленным народам Российской Федерации; (В редакции Федерального закона от 30.10.2017 № 302-ФЗ) 9)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а также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 человечества, за исключением случаев, предусмотренных подпунктом 10 настоящего пункта; (В редакции Федерального закона от 13.07.2015 № 237-ФЗ) 10) лиц из числа лиц, указанных в подпункте 9 настоящего пункта,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 человечества, относящиеся к преступлениям небольшой или средней тяжести, в случае признания судом таких лиц представляющими опасность для жизни, здоровья и нравственности усыновляемого ребенка. При вынесении решения об усыновлении ребенка таким лицом суд учитывает обстоятельства деяния, за которое такое лицо подвергалось уголовному преследованию, срок, прошедший с момента совершения деяния, форму вины, обстоятельства, характеризующие личность, в том числе поведение такого лица после совершения деяния, и иные обстоятельства в целях определения возможности обеспечить усыновляемому ребенку полноценное физическое, психическое, духовное и нравственное развитие без риска для жизни ребенка и его здоровья; (В редакции Федерального закона от 13.07.2015 № 237-ФЗ) 11) лиц, имеющих судимость за тяжкие и особо тяжкие преступления, не относящиеся к преступлениям, указанным в подпункте 9 настоящего пункта</w:t>
      </w:r>
    </w:p>
    <w:p>
      <w:r>
        <w:rPr>
          <w:b/>
        </w:rPr>
        <w:t xml:space="preserve">1. </w:t>
      </w:r>
      <w:r>
        <w:t>лиц, не прошедших подготовки в порядке, установленном пунктом 6 настоящей статьи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
        <w:rPr>
          <w:b/>
        </w:rPr>
        <w:t xml:space="preserve">1. </w:t>
      </w:r>
      <w:r>
        <w:t>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гражданами указанного государства и не состоящих в браке</w:t>
      </w:r>
    </w:p>
    <w:p>
      <w:r>
        <w:rPr>
          <w:b/>
        </w:rPr>
        <w:t xml:space="preserve">1. </w:t>
      </w:r>
      <w:r>
        <w:t>лиц, изменивших пол, а также лиц, являющихся гражданами государств, в которых разрешены смена пола путем медицинского вмешательства, включая применение лекарственных препаратов, направленных на смену пола, в том числе на формирование у человека первичных и (или) вторичных половых признаков другого пола, и внесение в документы, удостоверяющие личность, изменений о половой принадлежности этих граждан без медицинского вмешательства, и лиц без гражданства, имеющих постоянное место жительства в указанных государствах. (Дополнение подпунктом - Федеральный закон от 24.07.2023 № 386-ФЗ) (В редакции Федерального закона от 23.11.2024 № 405-ФЗ)</w:t>
      </w:r>
    </w:p>
    <w:p>
      <w:r>
        <w:rPr>
          <w:b/>
        </w:rPr>
        <w:t>Статья 128. Разница в возрасте между усыновителем и усыновляемым ребенком</w:t>
      </w:r>
    </w:p>
    <w:p>
      <w:r>
        <w:rPr>
          <w:b/>
        </w:rPr>
        <w:t xml:space="preserve">1. </w:t>
      </w:r>
      <w:r>
        <w:t>Разница в возрасте между усыновителем, не состоящим в браке, и усыновляемым ребенком должна быть, как правило, не менее шестнадцати лет. По причинам, признанным судом уважительными, разница в возрасте может быть сокращена. (В редакции Федерального закона от 02.07.2013 № 167-ФЗ)</w:t>
      </w:r>
    </w:p>
    <w:p>
      <w:r>
        <w:rPr>
          <w:b/>
        </w:rPr>
        <w:t xml:space="preserve">2. </w:t>
      </w:r>
      <w:r>
        <w:t>При усыновлении ребенка отчимом (мачехой) наличие разницы в возрасте, установленной пунктом 1 настоящей статьи, не требуется</w:t>
      </w:r>
    </w:p>
    <w:p>
      <w:r>
        <w:rPr>
          <w:b/>
        </w:rPr>
        <w:t>Статья 129. Согласие родителей на усыновление ребенка</w:t>
      </w:r>
    </w:p>
    <w:p>
      <w:r>
        <w:rPr>
          <w:b/>
        </w:rPr>
        <w:t xml:space="preserve">1. </w:t>
      </w:r>
      <w:r>
        <w:t>Для усыновления ребенка необходимо согласие его родителей. При усыновлении ребенка несовершеннолетних родителей, не достигших возраста шестнадцати лет, необходимо также согласие их родителей или опекунов (попечителей), а при отсутствии родителей или опекунов (попечителей) - согласие органа опеки и попечительства. Согласие родителей на усыновление ребенка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опеки и попечительства по месту производства усыновления ребенка или по месту жительства родителей, а также может быть выражено непосредственно в суде при производстве усыновления. (В редакции Федерального закона от 24.04.2008 № 49-ФЗ)</w:t>
      </w:r>
    </w:p>
    <w:p>
      <w:r>
        <w:rPr>
          <w:b/>
        </w:rPr>
        <w:t xml:space="preserve">2. </w:t>
      </w:r>
      <w:r>
        <w:t>Родители вправе отозвать данное ими согласие на усыновление ребенка до вынесения решения суда о его усыновлении</w:t>
      </w:r>
    </w:p>
    <w:p>
      <w:r>
        <w:rPr>
          <w:b/>
        </w:rPr>
        <w:t xml:space="preserve">3. </w:t>
      </w:r>
      <w:r>
        <w:t>Родители могут дать согласие на усыновление ребенка конкретным лицом либо без указания конкретного лица. Согласие родителей на усыновление ребенка может быть дано только после его рождения. (В редакции Федерального закона от 27.06.1998 № 94-ФЗ)</w:t>
      </w:r>
    </w:p>
    <w:p>
      <w:r>
        <w:rPr>
          <w:b/>
        </w:rPr>
        <w:t>Статья 130. Усыновление ребенка без согласия родителей</w:t>
      </w:r>
    </w:p>
    <w:p>
      <w:r>
        <w:t>Не требуется согласие родителей ребенка на его усыновление в случаях, если они: неизвестны или признаны судом безвестно отсутствующими; признаны судом недееспособными; лишены судом родительских прав (при соблюдении требований пункта 6 статьи 71 настоящего Кодекса); по причинам, признанным судом неуважительными, более шести месяцев не проживают совместно с ребенком и уклоняются от его воспитания и содержания.</w:t>
      </w:r>
    </w:p>
    <w:p>
      <w:r>
        <w:rPr>
          <w:b/>
        </w:rPr>
        <w:t>Статья 131. Согласие на усыновление детей опекунов (попечителей), приемных родителей, руководителей организаций, в которых находятся дети, оставшиеся без попечения родителей</w:t>
      </w:r>
    </w:p>
    <w:p>
      <w:r>
        <w:t>(Наименование в редакции Федерального закона от 24.04.2008 № 49-ФЗ)</w:t>
      </w:r>
    </w:p>
    <w:p>
      <w:r>
        <w:rPr>
          <w:b/>
        </w:rPr>
        <w:t xml:space="preserve">1. </w:t>
      </w:r>
      <w:r>
        <w:t>Для усыновления детей, находящихся под опекой (попечительством), необходимо согласие в письменной форме их опекунов (попечителей). Для усыновления детей, находящихся в приемных семьях, необходимо согласие в письменной форме приемных родителей. Для усыновления детей, оставшихся без попечения родителей и находящихся в образовательных организациях, медицинских организациях, организациях социального обслуживания и аналогичных организациях, необходимо согласие в письменной форме руководителей данных организаций. (В редакции федеральных законов от 24.04.2008 № 49-ФЗ, от 25.11.2013 № 317-ФЗ, от 28.11.2015 № 358-ФЗ, от 28.03.2017 № 39-ФЗ)</w:t>
      </w:r>
    </w:p>
    <w:p>
      <w:r>
        <w:rPr>
          <w:b/>
        </w:rPr>
        <w:t xml:space="preserve">2. </w:t>
      </w:r>
      <w:r>
        <w:t>Суд вправе в интересах ребенка вынести решение о его усыновлении без согласия лиц, указанных в пункте 1 настоящей статьи</w:t>
      </w:r>
    </w:p>
    <w:p>
      <w:r>
        <w:rPr>
          <w:b/>
        </w:rPr>
        <w:t>Статья 132. Согласие усыновляемого ребенка на усыновление</w:t>
      </w:r>
    </w:p>
    <w:p>
      <w:r>
        <w:rPr>
          <w:b/>
        </w:rPr>
        <w:t xml:space="preserve">1. </w:t>
      </w:r>
      <w:r>
        <w:t>Для усыновления ребенка, достигшего возраста десяти лет, необходимо его согласие</w:t>
      </w:r>
    </w:p>
    <w:p>
      <w:r>
        <w:rPr>
          <w:b/>
        </w:rPr>
        <w:t xml:space="preserve">2. </w:t>
      </w:r>
      <w:r>
        <w:t>Если до подачи заявления об усыновлении ребенок проживал в семье усыновителя и считает его своим родителем, усыновление, в порядке исключения, может быть произведено без получения согласия усыновляемого ребенка</w:t>
      </w:r>
    </w:p>
    <w:p>
      <w:r>
        <w:rPr>
          <w:b/>
        </w:rPr>
        <w:t>Статья 133. Согласие супруга усыновителя на усыновление ребенка</w:t>
      </w:r>
    </w:p>
    <w:p>
      <w:r>
        <w:rPr>
          <w:b/>
        </w:rPr>
        <w:t xml:space="preserve">1. </w:t>
      </w:r>
      <w:r>
        <w:t>При усыновлении ребенка одним из супругов требуется согласие другого супруга на усыновление, если ребенок не усыновляется обоими супругами</w:t>
      </w:r>
    </w:p>
    <w:p>
      <w:r>
        <w:rPr>
          <w:b/>
        </w:rPr>
        <w:t xml:space="preserve">2. </w:t>
      </w:r>
      <w:r>
        <w:t>Согласие супруга на усыновление ребенка не требуется, если супруги прекратили семейные отношения, не проживают совместно более года и место жительства другого супруга неизвестно</w:t>
      </w:r>
    </w:p>
    <w:p>
      <w:r>
        <w:rPr>
          <w:b/>
        </w:rPr>
        <w:t>Статья 134. Имя, отчество и фамилия усыновленного ребенка</w:t>
      </w:r>
    </w:p>
    <w:p>
      <w:r>
        <w:rPr>
          <w:b/>
        </w:rPr>
        <w:t xml:space="preserve">1. </w:t>
      </w:r>
      <w:r>
        <w:t>За усыновленным ребенком сохраняются его имя, отчество и фамилия</w:t>
      </w:r>
    </w:p>
    <w:p>
      <w:r>
        <w:rPr>
          <w:b/>
        </w:rPr>
        <w:t xml:space="preserve">2. </w:t>
      </w:r>
      <w:r>
        <w:t>По просьбе усыновителя усыновленному ребенку присваиваются фамилия усыновителя, а также указанное им имя.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 Если фамилии супругов-усыновителей различные, по соглашению супругов-усыновителей усыновленному ребенку присваивается фамилия одного из них</w:t>
      </w:r>
    </w:p>
    <w:p>
      <w:r>
        <w:rPr>
          <w:b/>
        </w:rPr>
        <w:t xml:space="preserve">3. </w:t>
      </w:r>
      <w:r>
        <w:t>При усыновлении ребенка лицом, не состоящим в браке, по его просьбе фамилия, имя и отчество матери (отца) усыновленного ребенка записываются в книге записей рождений по указанию этого лица (усыновителя)</w:t>
      </w:r>
    </w:p>
    <w:p>
      <w:r>
        <w:rPr>
          <w:b/>
        </w:rPr>
        <w:t xml:space="preserve">4. </w:t>
      </w:r>
      <w:r>
        <w:t>Изменение фамилии, имени и отчества усыновленного ребенка, достигшего возраста десяти лет, может быть произведено только с его согласия, за исключением случаев, предусмотренных пунктом 2 статьи 132 настоящего Кодекса</w:t>
      </w:r>
    </w:p>
    <w:p>
      <w:r>
        <w:rPr>
          <w:b/>
        </w:rPr>
        <w:t xml:space="preserve">5. </w:t>
      </w:r>
      <w:r>
        <w:t>Об изменении фамилии, имени и отчества усыновленного ребенка указывается в решении суда о его усыновлении</w:t>
      </w:r>
    </w:p>
    <w:p>
      <w:r>
        <w:rPr>
          <w:b/>
        </w:rPr>
        <w:t>Статья 135. Изменение даты и места рождения усыновленного ребенка</w:t>
      </w:r>
    </w:p>
    <w:p>
      <w:r>
        <w:rPr>
          <w:b/>
        </w:rPr>
        <w:t xml:space="preserve">1. </w:t>
      </w:r>
      <w:r>
        <w:t>Для обеспечения тайны усыновления по просьбе усыновителя могут быть изменены дата рождения усыновленного ребенка, но не более чем на три месяца, а также место его рождения. Изменение даты рождения усыновленного ребенка допускается только при усыновлении ребенка в возрасте до года. По причинам, признанным судом уважительными, изменение даты рождения усыновленного ребенка может быть разрешено при усыновлении ребенка, достигшего возраста одного года и старше. (В редакции Федерального закона от 28.12.2004 № 185-ФЗ)</w:t>
      </w:r>
    </w:p>
    <w:p>
      <w:r>
        <w:rPr>
          <w:b/>
        </w:rPr>
        <w:t xml:space="preserve">2. </w:t>
      </w:r>
      <w:r>
        <w:t>Об изменениях даты и (или) места рождения усыновленного ребенка указывается в решении суда о его усыновлении</w:t>
      </w:r>
    </w:p>
    <w:p>
      <w:r>
        <w:rPr>
          <w:b/>
        </w:rPr>
        <w:t>Статья 136. Запись усыновителей в качестве родителей усыновленного ребенка</w:t>
      </w:r>
    </w:p>
    <w:p>
      <w:r>
        <w:rPr>
          <w:b/>
        </w:rPr>
        <w:t xml:space="preserve">1. </w:t>
      </w:r>
      <w:r>
        <w:t>По просьбе усыновителей суд может принять решение о записи усыновителей в книге записей рождений в качестве родителей усыновленного ими ребенка</w:t>
      </w:r>
    </w:p>
    <w:p>
      <w:r>
        <w:rPr>
          <w:b/>
        </w:rPr>
        <w:t xml:space="preserve">2. </w:t>
      </w:r>
      <w:r>
        <w:t>Для совершения такой записи в отношении усыновленного ребенка, достигшего возраста десяти лет, необходимо его согласие, за исключением случаев, предусмотренных пунктом 2 статьи 132 настоящего Кодекса</w:t>
      </w:r>
    </w:p>
    <w:p>
      <w:r>
        <w:rPr>
          <w:b/>
        </w:rPr>
        <w:t xml:space="preserve">3. </w:t>
      </w:r>
      <w:r>
        <w:t>О необходимости производства такой записи указывается в решении суда об усыновлении ребенка</w:t>
      </w:r>
    </w:p>
    <w:p>
      <w:r>
        <w:rPr>
          <w:b/>
        </w:rPr>
        <w:t>Статья 137. Правовые последствия усыновления ребенка</w:t>
      </w:r>
    </w:p>
    <w:p>
      <w:r>
        <w:rPr>
          <w:b/>
        </w:rPr>
        <w:t xml:space="preserve">1. </w:t>
      </w:r>
      <w:r>
        <w:t>Усыновленные дети и их потомство по отношению к усыновителям и их родственникам,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w:t>
      </w:r>
    </w:p>
    <w:p>
      <w:r>
        <w:rPr>
          <w:b/>
        </w:rPr>
        <w:t xml:space="preserve">2. </w:t>
      </w:r>
      <w:r>
        <w:t>Усыновленные дети утрачивают личные неимущественные и имущественные права и освобождаются от обязанностей по отношению к своим родителям (своим родственникам)</w:t>
      </w:r>
    </w:p>
    <w:p>
      <w:r>
        <w:rPr>
          <w:b/>
        </w:rPr>
        <w:t xml:space="preserve">3. </w:t>
      </w:r>
      <w:r>
        <w:t>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 женщина</w:t>
      </w:r>
    </w:p>
    <w:p>
      <w:r>
        <w:rPr>
          <w:b/>
        </w:rPr>
        <w:t xml:space="preserve">4. </w:t>
      </w:r>
      <w:r>
        <w:t>Если один из родителей усыновленного ребенка умер, то по просьбе родителей умершего родителя (дедушки или бабушки ребенка) могут быть сохранены личные неимущественные и имущественные права и обязанности по отношению к родственникам умершего родителя, если этого требуют интересы ребенка. Право родственников умершего родителя на общение с усыновленным ребенком осуществляется в соответствии со статьей 67 настоящего Кодекса</w:t>
      </w:r>
    </w:p>
    <w:p>
      <w:r>
        <w:rPr>
          <w:b/>
        </w:rPr>
        <w:t xml:space="preserve">5. </w:t>
      </w:r>
      <w:r>
        <w:t>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r>
        <w:rPr>
          <w:b/>
        </w:rPr>
        <w:t xml:space="preserve">6. </w:t>
      </w:r>
      <w:r>
        <w:t>Правовые последствия усыновления ребенка, предусмотренные пунктами 1 и 2 настоящей статьи, наступают независимо от записи усыновителей в качестве родителей в актовой записи о рождении этого ребенка</w:t>
      </w:r>
    </w:p>
    <w:p>
      <w:r>
        <w:rPr>
          <w:b/>
        </w:rPr>
        <w:t>Статья 138. Сохранение за усыновленным ребенком права на пенсию и пособия</w:t>
      </w:r>
    </w:p>
    <w:p>
      <w:r>
        <w:t>Ребенок, имеющий к моменту своего усыновления право на пенсию и пособия, полагающиеся ему в связи со смертью родителей, сохраняет это право и при его усыновлении.</w:t>
      </w:r>
    </w:p>
    <w:p>
      <w:r>
        <w:rPr>
          <w:b/>
        </w:rPr>
        <w:t>Статья 139. Тайна усыновления ребенка</w:t>
      </w:r>
    </w:p>
    <w:p>
      <w:r>
        <w:rPr>
          <w:b/>
        </w:rPr>
        <w:t xml:space="preserve">1. </w:t>
      </w:r>
      <w:r>
        <w:t>Тайна усыновления ребенка охраняется законом. Судьи, вынесшие решение об усыновлении ребенка, или должностные лица, осуществившие государственную регистрацию усыновления, а также лица, иным образом осведомленные об усыновлении, обязаны сохранять тайну усыновления ребенка</w:t>
      </w:r>
    </w:p>
    <w:p>
      <w:r>
        <w:rPr>
          <w:b/>
        </w:rPr>
        <w:t xml:space="preserve">2. </w:t>
      </w:r>
      <w:r>
        <w:t>Лица, указанные в пункте 1 настоящей статьи, разгласившие тайну усыновления ребенка против воли его усыновителей, привлекаются к ответственности в установленном законом порядке</w:t>
      </w:r>
    </w:p>
    <w:p>
      <w:r>
        <w:rPr>
          <w:b/>
        </w:rPr>
        <w:t>Статья 140. Отмена усыновления ребенка</w:t>
      </w:r>
    </w:p>
    <w:p>
      <w:r>
        <w:rPr>
          <w:b/>
        </w:rPr>
        <w:t xml:space="preserve">1. </w:t>
      </w:r>
      <w:r>
        <w:t>Отмена усыновления ребенка производится в судебном порядке</w:t>
      </w:r>
    </w:p>
    <w:p>
      <w:r>
        <w:rPr>
          <w:b/>
        </w:rPr>
        <w:t xml:space="preserve">2. </w:t>
      </w:r>
      <w:r>
        <w:t>Дело об отмене усыновления ребенка рассматривается с участием органа опеки и попечительства, а также прокурора</w:t>
      </w:r>
    </w:p>
    <w:p>
      <w:r>
        <w:rPr>
          <w:b/>
        </w:rPr>
        <w:t xml:space="preserve">3. </w:t>
      </w:r>
      <w:r>
        <w:t>Усыновление прекращается со дня вступления в законную силу решения суда об отмене усыновления ребенка. Суд обязан в течение трех дней со дня вступления в законную силу решения суда об отмене усыновления ребенка направить выписку из этого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усыновления. (В редакции Федерального закона от 02.08.2019 № 319-ФЗ)</w:t>
      </w:r>
    </w:p>
    <w:p>
      <w:r>
        <w:rPr>
          <w:b/>
        </w:rPr>
        <w:t>Статья 141. Основания к отмене усыновления ребенка</w:t>
      </w:r>
    </w:p>
    <w:p>
      <w:r>
        <w:rPr>
          <w:b/>
        </w:rPr>
        <w:t xml:space="preserve">1. </w:t>
      </w:r>
      <w:r>
        <w:t>Усыновление ребенка может быть отменено в случаях, если усыновители уклоняются от выполнения возложенных на них обязанностей родителей, злоупотребляют родительскими правами, жестоко обращаются с усыновленным ребенком, являются больными хроническим алкоголизмом или наркоманией</w:t>
      </w:r>
    </w:p>
    <w:p>
      <w:r>
        <w:rPr>
          <w:b/>
        </w:rPr>
        <w:t xml:space="preserve">2. </w:t>
      </w:r>
      <w:r>
        <w:t>Суд вправе отменить усыновление ребенка и по другим основаниям исходя из интересов ребенка и с учетом мнения ребенка</w:t>
      </w:r>
    </w:p>
    <w:p>
      <w:r>
        <w:rPr>
          <w:b/>
        </w:rPr>
        <w:t>Статья 142. Лица, обладающие правом требовать отмены усыновления ребенка</w:t>
      </w:r>
    </w:p>
    <w:p>
      <w:r>
        <w:t>Правом требовать отмены усыновления ребенка обладают его родители, усыновители ребенка, усыновленный ребенок, достигший возраста четырнадцати лет, орган опеки и попечительства, а также прокурор.</w:t>
      </w:r>
    </w:p>
    <w:p>
      <w:r>
        <w:rPr>
          <w:b/>
        </w:rPr>
        <w:t>Статья 143. Последствия отмены усыновления ребенка</w:t>
      </w:r>
    </w:p>
    <w:p>
      <w:r>
        <w:rPr>
          <w:b/>
        </w:rPr>
        <w:t xml:space="preserve">1. </w:t>
      </w:r>
      <w:r>
        <w:t>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r>
        <w:rPr>
          <w:b/>
        </w:rPr>
        <w:t xml:space="preserve">2. </w:t>
      </w:r>
      <w:r>
        <w:t>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органа опеки и попечительства</w:t>
      </w:r>
    </w:p>
    <w:p>
      <w:r>
        <w:rPr>
          <w:b/>
        </w:rPr>
        <w:t xml:space="preserve">3. </w:t>
      </w:r>
      <w:r>
        <w:t>Суд также разрешает вопрос, сохраняются ли за ребенком присвоенные ему в связи с его усыновлением имя, отчество и фамилия. Изменение имени, отчества или фамилии ребенка, достигшего возраста десяти лет, возможно только с его согласия</w:t>
      </w:r>
    </w:p>
    <w:p>
      <w:r>
        <w:rPr>
          <w:b/>
        </w:rPr>
        <w:t xml:space="preserve">4. </w:t>
      </w:r>
      <w:r>
        <w:t>Суд исходя из интересов ребенка вправе обязать бывшего усыновителя выплачивать средства на содержание ребенка в размере, установленном статьями 81 и 83 настоящего Кодекса</w:t>
      </w:r>
    </w:p>
    <w:p>
      <w:r>
        <w:rPr>
          <w:b/>
        </w:rPr>
        <w:t>Статья 144. Недопустимость отмены усыновления по достижении усыновленным ребенком совершеннолетия</w:t>
      </w:r>
    </w:p>
    <w:p>
      <w:r>
        <w:t>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pStyle w:val="Heading3"/>
      </w:pPr>
      <w:r>
        <w:t>ОПЕКА И ПОПЕЧИТЕЛЬСТВО НАД ДЕТЬМИ</w:t>
      </w:r>
    </w:p>
    <w:p>
      <w:r>
        <w:rPr>
          <w:b/>
        </w:rPr>
        <w:t>Статья 145. Установление опеки или попечительства над детьми, оставшимися без попечения родителей</w:t>
      </w:r>
    </w:p>
    <w:p>
      <w:r>
        <w:t>(Наименование в редакции Федерального закона от 24.04.2008 № 49-ФЗ)</w:t>
      </w:r>
    </w:p>
    <w:p>
      <w:r>
        <w:rPr>
          <w:b/>
        </w:rPr>
        <w:t xml:space="preserve">1. </w:t>
      </w:r>
      <w:r>
        <w:t>Опека или попечительство устанавливаются над детьми, оставшимися без попечения родителей (пункт 1 статьи 121 настоящего Кодекса), в целях их содержания, воспитания и образования, а также для защиты их прав и интересов</w:t>
      </w:r>
    </w:p>
    <w:p>
      <w:r>
        <w:rPr>
          <w:b/>
        </w:rPr>
        <w:t xml:space="preserve">2. </w:t>
      </w:r>
      <w:r>
        <w:t>Опека устанавливается над детьми, не достигшими возраста четырнадцати лет. Попечительство устанавливается над детьми в возрасте от четырнадцати до восемнадцати лет</w:t>
      </w:r>
    </w:p>
    <w:p>
      <w:r>
        <w:rPr>
          <w:b/>
        </w:rPr>
        <w:t xml:space="preserve">3. </w:t>
      </w:r>
      <w:r>
        <w:t>Отношения, возникающие в связи с установлением, осуществлением и прекращением опеки и попечительства над детьми, оставшимися без попечения родителей, регулируются Гражданским кодексом Российской Федерации, Федеральным законом "Об опеке и попечительстве" и принимаемыми в соответствии с ними иными нормативными правовыми актами Российской Федерации, если иное не предусмотрено настоящим Кодексом и иными нормативными правовыми актами, содержащими нормы семейного права. (В редакции Федерального закона от 24.04.2008 № 49-ФЗ)</w:t>
      </w:r>
    </w:p>
    <w:p>
      <w:r>
        <w:rPr>
          <w:b/>
        </w:rPr>
        <w:t xml:space="preserve">4. </w:t>
      </w:r>
      <w:r>
        <w:t>Устройство ребенка под опеку или попечительство осуществляется с учетом его мнения. Назначение опекуна ребенку, достигшему возраста десяти лет, осуществляется с его согласия. (Дополнение пунктом - Федеральный закон от 24.04.2008 № 49-ФЗ)</w:t>
      </w:r>
    </w:p>
    <w:p>
      <w:r>
        <w:rPr>
          <w:b/>
        </w:rPr>
        <w:t xml:space="preserve">5. </w:t>
      </w:r>
      <w:r>
        <w:t>Передача братьев и сестер под опеку или попечительство разным лицам не допускается, за исключением случаев, если такая передача отвечает интересам детей. (Дополнение пунктом - Федеральный закон от 24.04.2008 № 49-ФЗ)</w:t>
      </w:r>
    </w:p>
    <w:p>
      <w:r>
        <w:rPr>
          <w:b/>
        </w:rPr>
        <w:t xml:space="preserve">6. </w:t>
      </w:r>
      <w:r>
        <w:t>Устройство ребенка под опеку или попечительство допускается в соответствии с Федеральным законом "Об опеке и попечительстве" по договору об осуществлении опеки или попечительства,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 (Дополнение пунктом - Федеральный закон от 24.04.2008 № 49-ФЗ)</w:t>
      </w:r>
    </w:p>
    <w:p>
      <w:r>
        <w:rPr>
          <w:b/>
        </w:rPr>
        <w:t xml:space="preserve">7. </w:t>
      </w:r>
      <w:r>
        <w:t>При устройстве ребенка под опеку или попечительство по договору об осуществлении опеки или попечительства требуется принятие акта органа опеки и попечительства о назначении опекуна или попечителя, исполняющих свои обязанности возмездно. При необоснованном уклонении органа опеки и попечительства, который принял акт о назначении опекуна или попечителя, исполняющих свои обязанности возмездно, от заключения договора об осуществлении опеки или попечительства опекун или попечитель вправе предъявить органу опеки и попечительства требования, предусмотренные пунктом 4 статьи 445 Гражданского кодекса Российской Федерации. При устройстве ребенка под опеку или попечительство по договору об осуществлении опеки или попечительства права и обязанности опекуна или попечителя по представительству и защите прав и законных интересов ребенка возникают с момента принятия акта органа опеки и попечительства о назначении опекуна или попечителя. Право опекуна или попечителя на вознаграждение возникает с момента заключения этого договора. (Дополнение пунктом - Федеральный закон от 24.04.2008 № 49-ФЗ)</w:t>
      </w:r>
    </w:p>
    <w:p>
      <w:r>
        <w:rPr>
          <w:b/>
        </w:rPr>
        <w:t>Статья 146. Опекуны (попечители) детей</w:t>
      </w:r>
    </w:p>
    <w:p>
      <w:r>
        <w:rPr>
          <w:b/>
        </w:rPr>
        <w:t xml:space="preserve">1. </w:t>
      </w:r>
      <w:r>
        <w:t>Опекунами (попечителями) детей могут назначаться только совершеннолетние дееспособные лица. Не могут быть назначены опекунами (попечителями): лица, лишенные родительских прав;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(В редакции Федерального закона от 13.07.2015 № 237-ФЗ) лица, имеющие неснятую или непогашенную судимость за тяжкие или особо тяжкие преступления; лица, не прошедшие подготовки в порядке, установленном пунктом 6 статьи 127 настоящего Кодекса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(Дополнение абзацем - Федеральный закон от 30.11.2011 № 351-ФЗ) (В редакции федеральных законов от 02.07.2013 № 167-ФЗ, от 20.04.2015 № 101-ФЗ) лица, состоящие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лица, являющиеся гражданами указанного государства и не состоящие в браке; (Дополнение абзацем - Федеральный закон от 02.07.2013 № 167-ФЗ) лица, изменившие пол, а также лица, являющиеся гражданами государств, в которых разрешены смена пола путем медицинского вмешательства, включая применение лекарственных препаратов, направленных на смену пола, в том числе на формирование у человека первичных и (или) вторичных половых признаков другого пола, и внесение в документы, удостоверяющие личность, изменений о половой принадлежности этих граждан без медицинского вмешательства, и лица без гражданства, имеющие постоянное место жительства в указанных государствах. (Дополнение абзацем - Федеральный закон от 24.07.2023 № 386-ФЗ) (В редакции Федерального закона от 23.11.2024 № 405-ФЗ) (Пункт в редакции Федерального закона от 23.12.2010 № 386-ФЗ)</w:t>
      </w:r>
    </w:p>
    <w:p>
      <w:r>
        <w:rPr>
          <w:b/>
        </w:rPr>
        <w:t xml:space="preserve">2. </w:t>
      </w:r>
      <w:r>
        <w:t>При назначении ребенку опекуна (попечителя) учитываются нравственные и иные личные качества опекуна (попечителя), способность его к выполнению обязанностей опекуна (попечителя), отношения между опекуном (попечителем) и ребенком, отношение к ребенку членов семьи опекуна (попечителя), а также, если это возможно, желание самого ребенка</w:t>
      </w:r>
    </w:p>
    <w:p>
      <w:r>
        <w:rPr>
          <w:b/>
        </w:rPr>
        <w:t xml:space="preserve">3. </w:t>
      </w:r>
      <w:r>
        <w:t>Не назначаются опекунами (попечителями) лица, больные хроническим алкоголизмом или наркоманией, лица, отстраненные от выполнения обязанностей опекунов (попечителей), лица, ограниченные в родительских правах, бывшие усыновители, если усыновление отменено по их вине, а также лица, страдающие заболеваниями, при наличии которых лицо не может принять ребенка под опеку, попечительство, взять его в приемную или патронатную семью (пункт 1 статьи 127 настоящего Кодекса). Медицинское освидетельствование лиц, желающих взять под опеку (попечительство), в приемную или патронатную семью детей, оставшихся без попечения родителей, проводится в рамках программы государственных гарантий бесплатного оказания гражданам медицинской помощи в порядке, установленном уполномоченным Правительством Российской Федерации федеральным органом исполнительной власти. (В редакции федеральных законов от 02.07.2013 № 167-ФЗ, от 25.11.2013 № 317-ФЗ)</w:t>
      </w:r>
    </w:p>
    <w:p>
      <w:r>
        <w:rPr>
          <w:b/>
        </w:rPr>
        <w:t>Статья 147</w:t>
      </w:r>
    </w:p>
    <w:p>
      <w:r>
        <w:t>(Статья утратила силу - Федеральный закон от 24.04.2008 № 49-ФЗ)</w:t>
      </w:r>
    </w:p>
    <w:p>
      <w:r>
        <w:rPr>
          <w:b/>
        </w:rPr>
        <w:t>Статья 148. Права детей, находящихся под опекой (попечительством)</w:t>
      </w:r>
    </w:p>
    <w:p>
      <w:r>
        <w:rPr>
          <w:b/>
        </w:rPr>
        <w:t xml:space="preserve">1. </w:t>
      </w:r>
      <w:r>
        <w:t>Дети, находящиеся под опекой (попечительством), имеют право на: воспитание в семье опекуна (попечителя), заботу со стороны опекуна (попечителя), совместное с ним проживание, за исключением случаев, предусмотренных пунктом 2 статьи 36 Гражданского кодекса Российской Федерации; обеспечение им условий для содержания, воспитания, образования, всестороннего развития и уважение их человеческого достоинства; причитающиеся им алименты, пенсии, пособия и другие социальные выплаты; сохранение права собственности на жилое помещение или права пользования жилым помещением, а при отсутствии жилого помещения имеют право на получение жилого помещения в соответствии с жилищным законодательством; защиту от злоупотреблений со стороны опекуна (попечителя) в соответствии со статьей 56 настоящего Кодекса</w:t>
      </w:r>
    </w:p>
    <w:p>
      <w:r>
        <w:rPr>
          <w:b/>
        </w:rPr>
        <w:t xml:space="preserve">2. </w:t>
      </w:r>
      <w:r>
        <w:t>Дети, находящиеся под опекой (попечительством), обладают также правами, предусмотренными статьями 55 и 57 настоящего Кодекса</w:t>
      </w:r>
    </w:p>
    <w:p>
      <w:r>
        <w:rPr>
          <w:b/>
        </w:rPr>
        <w:t xml:space="preserve">3. </w:t>
      </w:r>
      <w:r>
        <w:t>Дети, находящиеся под опекой или попечительством, имеют право на содержание, денежные средства на которое выплачиваются ежемесячно в порядке и в размере, которые установлены законами субъектов Российской Федерации, за исключением случаев, если опекуны или попечители назначаются по заявлениям родителей в порядке, определенном частью 1 статьи 13 Федерального закона "Об опеке и попечительстве". Указанные денежные средства расходуются опекунами или попечителями в порядке, установленном статьей 37 Гражданского кодекса Российской Федерации. (Дополнение пунктом - Федеральный закон от 24.04.2008 № 49-ФЗ)</w:t>
      </w:r>
    </w:p>
    <w:p>
      <w:r>
        <w:rPr>
          <w:b/>
        </w:rPr>
        <w:t>Статья 148.1. Права и обязанности опекуна или попечителя ребенка</w:t>
      </w:r>
    </w:p>
    <w:p>
      <w:r>
        <w:rPr>
          <w:b/>
        </w:rPr>
        <w:t xml:space="preserve">1. </w:t>
      </w:r>
      <w:r>
        <w:t>Права и обязанности опекуна или попечителя ребенка возникают в соответствии с Федеральным законом "Об опеке и попечительстве"</w:t>
      </w:r>
    </w:p>
    <w:p>
      <w:r>
        <w:rPr>
          <w:b/>
        </w:rPr>
        <w:t xml:space="preserve">2. </w:t>
      </w:r>
      <w:r>
        <w:t>Если иное не установлено федеральным законом, родители ребенка или лица, их заменяющие, утрачивают свои права и обязанности по представительству и защите прав и законных интересов ребенка с момента возникновения прав и обязанностей опекуна или попечителя</w:t>
      </w:r>
    </w:p>
    <w:p>
      <w:r>
        <w:rPr>
          <w:b/>
        </w:rPr>
        <w:t xml:space="preserve">3. </w:t>
      </w:r>
      <w:r>
        <w:t>Любые действия (бездействие) по осуществлению опеки или попечительства опекуном или попечителем ребенка могут быть обжалованы родителями или другими родственниками либо усыновителями ребенка в орган опеки и попечительства. Орган опеки и попечительства вправе обязать опекуна или попечителя устранить нарушения прав и законных интересов ребенка либо его родителей или других родственников либо усыновителей. В случае, если опекун или попечитель не подчиняется решению органа опеки и попечительства, родители или другие родственники либо усыновители ребенка вправе обратиться в суд с требованием о защите прав и законных интересов ребенка и (или) своих прав и законных интересов. Суд разрешает спор исходя из интересов ребенка и с учетом его мнения. Неисполнение решения суда является основанием для отстранения опекуна или попечителя от исполнения возложенных на них обязанностей</w:t>
      </w:r>
    </w:p>
    <w:p>
      <w:r>
        <w:rPr>
          <w:b/>
        </w:rPr>
        <w:t xml:space="preserve">4. </w:t>
      </w:r>
      <w:r>
        <w:t>Опекун или попечитель вправе требовать на основании решения суда возврата ребенка, находящегося под опекой или попечительством, от любых лиц, удерживающих у себя ребенка без законных оснований, в том числе от родителей или других родственников либо усыновителей ребенка</w:t>
      </w:r>
    </w:p>
    <w:p>
      <w:r>
        <w:rPr>
          <w:b/>
        </w:rPr>
        <w:t xml:space="preserve">5. </w:t>
      </w:r>
      <w:r>
        <w:t>Опекун или попечитель не вправе препятствовать общению ребенка с его родителями и другими родственниками, за исключением случаев, если такое общение не отвечает интересам ребенка</w:t>
      </w:r>
    </w:p>
    <w:p>
      <w:r>
        <w:rPr>
          <w:b/>
        </w:rPr>
        <w:t xml:space="preserve">6. </w:t>
      </w:r>
      <w:r>
        <w:t>Опекун или попечитель ребенка имеет право и обязан воспитывать ребенка, находящегося под их опекой или попечительством, заботиться о здоровье, физическом, психическом, духовном и нравственном развитии ребенка. Опекун или попечитель вправе самостоятельно определять способы воспитания ребенка, находящегося под опекой или попечительством, с учетом мнения ребенка и рекомендаций органа опеки и попечительства, а также при соблюдении требований, предусмотренных пунктом 1 статьи 65 настоящего Кодекса. Опекун или попечитель имеет право выбора образовательной организации, формы получения ребенком образования и формы его обучения с учетом мнения ребенка до получения им основного общего образования и обязан обеспечить получение ребенком общего образования. (В редакции Федерального закона от 02.07.2013 № 185-ФЗ)</w:t>
      </w:r>
    </w:p>
    <w:p>
      <w:r>
        <w:rPr>
          <w:b/>
        </w:rPr>
        <w:t xml:space="preserve">7. </w:t>
      </w:r>
      <w:r>
        <w:t>Имущественные права и обязанности опекуна или попечителя определяются гражданским законодательством, а также Федеральным законом "Об опеке и попечительстве"</w:t>
      </w:r>
    </w:p>
    <w:p>
      <w:r>
        <w:rPr>
          <w:b/>
        </w:rPr>
        <w:t xml:space="preserve">8. </w:t>
      </w:r>
      <w:r>
        <w:t>Надзор за деятельностью опекунов или попечителей несовершеннолетних граждан осуществляется в соответствии с Федеральным законом "Об опеке и попечительстве". (Дополнение статьей - Федеральный закон от 24.04.2008 № 49-ФЗ)</w:t>
      </w:r>
    </w:p>
    <w:p>
      <w:r>
        <w:rPr>
          <w:b/>
        </w:rPr>
        <w:t>Статья 149</w:t>
      </w:r>
    </w:p>
    <w:p>
      <w:r>
        <w:t>(Статья утратила силу - Федеральный закон от 24.04.2008 № 49-ФЗ)</w:t>
      </w:r>
    </w:p>
    <w:p>
      <w:r>
        <w:rPr>
          <w:b/>
        </w:rPr>
        <w:t>Статья 150</w:t>
      </w:r>
    </w:p>
    <w:p>
      <w:r>
        <w:t>(Статья утратила силу - Федеральный закон от 24.04.2008 № 49-ФЗ)</w:t>
      </w:r>
    </w:p>
    <w:p>
      <w:pPr>
        <w:pStyle w:val="Heading3"/>
      </w:pPr>
      <w:r>
        <w:t>ПРИЕМНАЯ СЕМЬЯ</w:t>
      </w:r>
    </w:p>
    <w:p>
      <w:r>
        <w:rPr>
          <w:b/>
        </w:rPr>
        <w:t>Статья 151</w:t>
      </w:r>
    </w:p>
    <w:p>
      <w:r>
        <w:t>(Статья утратила силу - Федеральный закон от 24.04.2008 № 49-ФЗ)</w:t>
      </w:r>
    </w:p>
    <w:p>
      <w:r>
        <w:rPr>
          <w:b/>
        </w:rPr>
        <w:t>Статья 152. Приемная семья</w:t>
      </w:r>
    </w:p>
    <w:p>
      <w:r>
        <w:rPr>
          <w:b/>
        </w:rPr>
        <w:t xml:space="preserve">1. </w:t>
      </w:r>
      <w:r>
        <w:t>Приемной семьей признается опека или попечительство над 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w:t>
      </w:r>
    </w:p>
    <w:p>
      <w:r>
        <w:rPr>
          <w:b/>
        </w:rPr>
        <w:t xml:space="preserve">2. </w:t>
      </w:r>
      <w:r>
        <w:t>К отношениям, возникающим из договора о приемной семье, применяются положения главы 20 настоящего Кодекса. К отношениям, возникающим из договора о приемной семье, в части, не урегулированной настоящим Кодексом, применяются правила гражданского законодательства о возмездном оказании услуг постольку, поскольку это не противоречит существу таких отношений</w:t>
      </w:r>
    </w:p>
    <w:p>
      <w:r>
        <w:rPr>
          <w:b/>
        </w:rPr>
        <w:t xml:space="preserve">3. </w:t>
      </w:r>
      <w:r>
        <w:t>Порядок создания приемной семьи и осуществления контроля за условиями жизни и воспитания ребенка или детей в приемной семье определяется Правительством Российской Федерации. (Статья в редакции Федерального закона от 24.04.2008 № 49-ФЗ)</w:t>
      </w:r>
    </w:p>
    <w:p>
      <w:r>
        <w:rPr>
          <w:b/>
        </w:rPr>
        <w:t>Статья 153. Приемные родители</w:t>
      </w:r>
    </w:p>
    <w:p>
      <w:r>
        <w:rPr>
          <w:b/>
        </w:rPr>
        <w:t xml:space="preserve">1. </w:t>
      </w:r>
      <w:r>
        <w:t>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 Подбор и подготовка приемных родителей осуществляются органами опеки и попечительства при соблюдении требований, установленных Гражданским кодексом Российской Федерации, Федеральным законом "Об опеке и попечительстве", а также статьей 146 настоящего Кодекса</w:t>
      </w:r>
    </w:p>
    <w:p>
      <w:r>
        <w:rPr>
          <w:b/>
        </w:rPr>
        <w:t xml:space="preserve">2. </w:t>
      </w:r>
      <w:r>
        <w:t>Приемные родители по отношению к принятому на воспитание ребенку или детям осуществляют права и исполняют обязанности опекуна или попечителя и несут ответственность за неисполнение или ненадлежащее исполнение возложенных на них обязанностей в порядке и на условиях, которые предусмотрены федеральным законом и договором. (Статья в редакции Федерального закона от 24.04.2008 № 49-ФЗ)</w:t>
      </w:r>
    </w:p>
    <w:p>
      <w:r>
        <w:rPr>
          <w:b/>
        </w:rPr>
        <w:t>Статья 153.1. Содержание договора о приемной семье</w:t>
      </w:r>
    </w:p>
    <w:p>
      <w:r>
        <w:rPr>
          <w:b/>
        </w:rPr>
        <w:t xml:space="preserve">1. </w:t>
      </w:r>
      <w:r>
        <w:t>Договор о приемной семье должен содержать сведения о ребенке или детях, передаваемых на воспитание в приемную семью (имя, возраст, состояние здоровья, физическое и умственное развитие), срок действия такого договора, условия содержания, воспитания и образования ребенка или детей, права и обязанности приемных родителей, права и обязанности органа опеки и попечительства по отношению к приемным родителям, а также основания и последствия прекращения такого договора</w:t>
      </w:r>
    </w:p>
    <w:p>
      <w:r>
        <w:rPr>
          <w:b/>
        </w:rPr>
        <w:t xml:space="preserve">2. </w:t>
      </w:r>
      <w:r>
        <w:t>Размер вознаграждения, причитающегося приемным родителям, размер денежных средств на содержание каждого ребенка, а также меры социальной поддержки, предоставляемые приемной семье в зависимости от количества принятых на воспитание детей, определяются договором о приемной семье в соответствии с законами субъектов Российской Федерации. (Дополнение статьей - Федеральный закон от 24.04.2008 № 49-ФЗ)</w:t>
      </w:r>
    </w:p>
    <w:p>
      <w:r>
        <w:rPr>
          <w:b/>
        </w:rPr>
        <w:t>Статья 153.2. Прекращение договора о приемной семье</w:t>
      </w:r>
    </w:p>
    <w:p>
      <w:r>
        <w:rPr>
          <w:b/>
        </w:rPr>
        <w:t xml:space="preserve">1. </w:t>
      </w:r>
      <w:r>
        <w:t>Договор о приемной семье прекращается по основаниям, предусмотренным гражданским законодательством для прекращения обязательств, а также в связи с прекращением опеки или попечительства</w:t>
      </w:r>
    </w:p>
    <w:p>
      <w:r>
        <w:rPr>
          <w:b/>
        </w:rPr>
        <w:t xml:space="preserve">2. </w:t>
      </w:r>
      <w:r>
        <w:t>Приемные родители вправе отказаться от исполнения договора о приемной семье при наличии уважительных причин (болезнь, изменение семейного или имущественного положения, отсутствие взаимопонимания с ребенком или детьми, наличие конфликтных отношений между детьми и другие). Орган опеки и попечительства вправе отказаться от исполнения договора о приемной семье в случае возникновения в приемной семье неблагоприятных условий для содержания, воспитания и образования ребенка или детей, возвращения ребенка или детей родителям либо усыновления ребенка или детей</w:t>
      </w:r>
    </w:p>
    <w:p>
      <w:r>
        <w:rPr>
          <w:b/>
        </w:rPr>
        <w:t xml:space="preserve">3. </w:t>
      </w:r>
      <w:r>
        <w:t>Если основанием для расторжения договора о приемной семье послужило существенное нарушение договора одной из сторон по ее вине, другая сторона вправе требовать возмещения убытков, причиненных расторжением этого договора. (Дополнение статьей - Федеральный закон от 24.04.2008 № 49-ФЗ)</w:t>
      </w:r>
    </w:p>
    <w:p>
      <w:r>
        <w:rPr>
          <w:b/>
        </w:rPr>
        <w:t>Статья 154</w:t>
      </w:r>
    </w:p>
    <w:p>
      <w:r>
        <w:t>(Статья утратила силу - Федеральный закон от 24.04.2008 № 49-ФЗ)</w:t>
      </w:r>
    </w:p>
    <w:p>
      <w:r>
        <w:rPr>
          <w:b/>
        </w:rPr>
        <w:t>Статья 155</w:t>
      </w:r>
    </w:p>
    <w:p>
      <w:r>
        <w:t>(Статья утратила силу - Федеральный закон от 24.04.2008 № 49-ФЗ)</w:t>
      </w:r>
    </w:p>
    <w:p>
      <w:pPr>
        <w:pStyle w:val="Heading3"/>
      </w:pPr>
      <w:r>
        <w:t>УСТРОЙСТВО ДЕТЕЙ, ОСТАВШИХСЯ БЕЗ ПОПЕЧЕНИЯ РОДИТЕЛЕЙ, В ОРГАНИЗАЦИИ ДЛЯ ДЕТЕЙ-СИРОТ И ДЕТЕЙ, ОСТАВШИХСЯ БЕЗ ПОПЕЧЕНИЯ РОДИТЕЛЕЙ</w:t>
      </w:r>
    </w:p>
    <w:p>
      <w:r>
        <w:rPr>
          <w:b/>
        </w:rPr>
        <w:t>Статья 155.1. Устройство детей, оставшихся без попечения родителей, в организации для детей-сирот и детей, оставшихся без попечения родителей</w:t>
      </w:r>
    </w:p>
    <w:p>
      <w:r>
        <w:rPr>
          <w:b/>
        </w:rPr>
        <w:t xml:space="preserve">1. </w:t>
      </w:r>
      <w:r>
        <w:t>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оказывающие социальные услуги. В случае, если на территории субъекта Российской Федерации, где выявлен ребенок, оставшийся без попечения родителей, отсутствует организация для детей-сирот и детей, оставшихся без попечения родителей, в которую он может быть устроен в целях обеспечения ему необходимых условий содержания, воспитания и образования исходя из его потребностей, этот ребенок передается органам опеки и попечительства субъекта Российской Федерации, на территории которого такая организация имеется. Перечень осуществляемых видов деятельности, оказываемых услуг организациями для детей-сирот и детей, оставшихся без попечения родителей, порядок осуществления деятельности указанными организациями, порядок устройства детей, оставшихся без попечения родителей (включая порядок и условия взаимодействия субъектов Российской Федерации и их уполномоченных органов исполнительной власти при принятии решения по устройству ребенка, оставшегося без попечения родителей), порядок обследования таких детей, основания принятия решений по устройству детей, оставшихся без попечения родителей, в зависимости от осуществляемых видов деятельности, оказываемых услуг организациями для детей-сирот и детей, оставшихся без попечения родителей, требования к условиям пребывания в указанных организациях определяются Правительством Российской Федерации. (Пункт в редакции Федерального закона от 02.07.2013 № 167-ФЗ)</w:t>
      </w:r>
    </w:p>
    <w:p>
      <w:r>
        <w:rPr>
          <w:b/>
        </w:rPr>
        <w:t xml:space="preserve">2. </w:t>
      </w:r>
      <w:r>
        <w:t>Временное пребывание ребенка в организации для детей-сирот и детей, оставшихся без попечения родителей, в целях получения им медицинских, социальных, образовательных или иных услуг либо в целях обеспечения временного проживания ребенка в течение периода, когда родители, усыновители либо опекуны или попечители по уважительным причинам не могут исполнять свои обязанности в отношении ребенка, не прекращает прав и обязанностей родителей, усыновителей либо опекунов или попечителей в отношении этого ребенка</w:t>
      </w:r>
    </w:p>
    <w:p>
      <w:r>
        <w:rPr>
          <w:b/>
        </w:rPr>
        <w:t xml:space="preserve">3. </w:t>
      </w:r>
      <w:r>
        <w:t>Органы опеки и попечительства осуществляют контроль за условиями содержания, воспитания и образования детей, находящихся в организациях для детей-сирот и детей, оставшихся без попечения родителей, а также принимают меры для устройства таких детей на воспитание в семью. (В редакции Федерального закона от 02.07.2013 № 167-ФЗ)</w:t>
      </w:r>
    </w:p>
    <w:p>
      <w:r>
        <w:rPr>
          <w:b/>
        </w:rPr>
        <w:t xml:space="preserve">4. </w:t>
      </w:r>
      <w:r>
        <w:t>По завершении пребывания ребенка в организации для детей-сирот и детей, оставшихся без попечения родителей, до достижения им возраста восемнадцати лет исполнение обязанностей опекуна или попечителя этого ребенка возлагается на органы опеки и попечительства. (В редакции Федерального закона от 14.07.2022 № 309-ФЗ)</w:t>
      </w:r>
    </w:p>
    <w:p>
      <w:r>
        <w:rPr>
          <w:b/>
        </w:rPr>
        <w:t>Статья 155.2. Деятельность организаций для детей-сирот и детей, оставшихся без попечения родителей</w:t>
      </w:r>
    </w:p>
    <w:p>
      <w:r>
        <w:t>(Наименование в редакции Федерального закона от 02.07.2013 № 167-ФЗ)</w:t>
      </w:r>
    </w:p>
    <w:p>
      <w:r>
        <w:rPr>
          <w:b/>
        </w:rPr>
        <w:t xml:space="preserve">1. </w:t>
      </w:r>
      <w:r>
        <w:t>Права и обязанности организаций, указанных в пункте 1 статьи 1551 настоящего Кодекса, в отношении детей, оставшихся без попечения родителей, возникают с момента принятия органами опеки и попечительства актов об устройстве детей в указанные организации</w:t>
      </w:r>
    </w:p>
    <w:p>
      <w:r>
        <w:rPr>
          <w:b/>
        </w:rPr>
        <w:t xml:space="preserve">2. </w:t>
      </w:r>
      <w:r>
        <w:t>Детям, помещенным под надзор в организации для детей-сирот и детей, оставшихся без попечения родителей, опекуны или попечители не назначаются. Исполнение обязанностей по содержанию, воспитанию и образованию детей, а также защите их прав и законных интересов возлагается на эти организации. К организациям для детей-сирот и детей, оставшихся без попечения родителей, в которые дети помещены под надзор, применяются нормы законодательства об опеке и попечительстве, относящиеся к правам, обязанностям и ответственности опекунов и попечителей</w:t>
      </w:r>
    </w:p>
    <w:p>
      <w:r>
        <w:rPr>
          <w:b/>
        </w:rPr>
        <w:t xml:space="preserve">3. </w:t>
      </w:r>
      <w:r>
        <w:t>Организации, которые указаны в пункте 1 статьи 1551 настоящего Кодекса и в которые дети помещены под надзор, вправе осуществлять временную передачу детей в семьи граждан, постоянно проживающих на территории Российской Федерации. Временная передача ребенка в семью граждан, постоянно проживающих на территории Российской Федерации, не является формой устройства ребенка в семью и осуществляется на основании распоряжения администрации такой организации в интересах ребенка в целях обеспечения его воспитания и гармоничного развития (на период каникул, выходных или нерабочих праздничных дней и другое). Данная передача не допускается, если пребывание ребенка в семье может создать угрозу причинения вреда физическому и (или) психическому здоровью ребенка, его нравственному развитию либо иную угрозу его законным интересам</w:t>
      </w:r>
    </w:p>
    <w:p>
      <w:r>
        <w:rPr>
          <w:b/>
        </w:rPr>
        <w:t xml:space="preserve">4. </w:t>
      </w:r>
      <w:r>
        <w:t>Временная передача ребенка в семью граждан, постоянно проживающих на территории Российской Федерации, осуществляется на срок не более чем три месяца. При наличии исключительных обстоятельств срок временной передачи ребенка в семью граждан может быть продлен с согласия органа опеки и попечительства. При этом непрерывный срок временного пребывания ребенка в семье не может превышать шесть месяцев. (В редакции Федерального закона от 02.07.2013 № 167-ФЗ)</w:t>
      </w:r>
    </w:p>
    <w:p>
      <w:r>
        <w:rPr>
          <w:b/>
        </w:rPr>
        <w:t xml:space="preserve">5. </w:t>
      </w:r>
      <w:r>
        <w:t>Граждане, в семью которых временно передан ребенок в порядке, установленном пунктом 3 настоящей статьи, не вправе осуществлять вывоз ребенка из Российской Федерации</w:t>
      </w:r>
    </w:p>
    <w:p>
      <w:r>
        <w:rPr>
          <w:b/>
        </w:rPr>
        <w:t xml:space="preserve">6. </w:t>
      </w:r>
      <w:r>
        <w:t>В целях осуществления временной передачи ребенка в семью граждан, постоянно проживающих на территории Российской Федерации, организация, которая указана в пункте 1 статьи 1551 настоящего Кодекса и в которую помещен под надзор ребенок, вправе обращаться в орган опеки и попечительства с просьбой о предоставлении информации о гражданах, которые выразили желание стать опекунами или попечителями и учет которых ведется в соответствии с пунктом 10 части 1 статьи 8 Федерального закона "Об опеке и попечительстве". Порядок и условия временной передачи ребенка в семью граждан, постоянно проживающих на территории Российской Федерации, а также требования к таким гражданам устанавливаются Правительством Российской Федерации</w:t>
      </w:r>
    </w:p>
    <w:p>
      <w:r>
        <w:rPr>
          <w:b/>
        </w:rPr>
        <w:t>Статья 155.3. Права детей, оставшихся без попечения родителей и находящихся в организациях для детей-сирот и детей, оставшихся без попечения родителей</w:t>
      </w:r>
    </w:p>
    <w:p>
      <w:r>
        <w:rPr>
          <w:b/>
        </w:rPr>
        <w:t xml:space="preserve">1. </w:t>
      </w:r>
      <w:r>
        <w:t>Дети, оставшиеся без попечения родителей и находящиеся в организациях для детей-сирот и детей, оставшихся без попечения родителей, имеют право на: содержание, воспитание, образование, всестороннее развитие, уважение их человеческого достоинства, защиту их прав и законных интересов; причитающиеся им алименты, пенсии, пособия и иные социальные выплаты; сохранение права собственности на жилое помещение или права пользования жилым помещением либо, если отсутствует жилое помещение, получение жилого помещения в соответствии с жилищным законодательством</w:t>
      </w:r>
    </w:p>
    <w:p>
      <w:r>
        <w:rPr>
          <w:b/>
        </w:rPr>
        <w:t xml:space="preserve">2. </w:t>
      </w:r>
      <w:r>
        <w:t>Дети, оставшиеся без попечения родителей и находящиеся в организациях для детей-сирот и детей, оставшихся без попечения родителей, обладают также правами, предусмотренными статьями 55 - 57 настоящего Кодекса</w:t>
      </w:r>
    </w:p>
    <w:p>
      <w:pPr>
        <w:pStyle w:val="Heading2"/>
      </w:pPr>
      <w:r>
        <w:t>ПРИМЕНЕНИЕ СЕМЕЙНОГО ЗАКОНОДАТЕЛЬСТВА К СЕМЕЙНЫМ ОТНОШЕНИЯМ С УЧАСТИЕМ ИНОСТРАННЫХ ГРАЖДАН И ЛИЦ БЕЗ ГРАЖДАНСТВА</w:t>
      </w:r>
    </w:p>
    <w:p>
      <w:r>
        <w:rPr>
          <w:b/>
        </w:rPr>
        <w:t>Статья 156. Заключение брака на территории Российской Федерации</w:t>
      </w:r>
    </w:p>
    <w:p>
      <w:r>
        <w:rPr>
          <w:b/>
        </w:rPr>
        <w:t xml:space="preserve">1. </w:t>
      </w:r>
      <w:r>
        <w:t>Форма и порядок заключения брака на территории Российской Федерации определяются законодательством Российской Федерации</w:t>
      </w:r>
    </w:p>
    <w:p>
      <w:r>
        <w:rPr>
          <w:b/>
        </w:rPr>
        <w:t xml:space="preserve">2. </w:t>
      </w:r>
      <w:r>
        <w:t>Условия заключения брака на территории Российской Федерации определяются для каждого из лиц, вступающих в брак, законодательством государства, гражданином которого лицо является в момент заключения брака, с соблюдением требований статьи 14 настоящего Кодекса в отношении обстоятельств, препятствующих заключению брака. Не допускается заключение брака между лицами, хотя бы одно из которых является иностранным гражданином или лицом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(В редакции Федерального закона от 08.08.2024 № 260-ФЗ)</w:t>
      </w:r>
    </w:p>
    <w:p>
      <w:r>
        <w:rPr>
          <w:b/>
        </w:rPr>
        <w:t xml:space="preserve">3. </w:t>
      </w:r>
      <w:r>
        <w:t>Если лицо наряду с гражданством иностранного государства имеет гражданство Российской Федерации, к условиям заключения брака применяется законодательство Российской Федерации. При наличии у лица гражданства нескольких иностранных государств применяется по выбору данного лица законодательство одного из этих государств</w:t>
      </w:r>
    </w:p>
    <w:p>
      <w:r>
        <w:rPr>
          <w:b/>
        </w:rPr>
        <w:t xml:space="preserve">4. </w:t>
      </w:r>
      <w:r>
        <w:t>Условия заключения брака лицом без гражданства на территории Российской Федерации определяются законодательством государства, в котором это лицо имеет постоянное место жительства</w:t>
      </w:r>
    </w:p>
    <w:p>
      <w:r>
        <w:rPr>
          <w:b/>
        </w:rPr>
        <w:t>Статья 157. Заключение браков в дипломатических представительствах и консульских учреждениях</w:t>
      </w:r>
    </w:p>
    <w:p>
      <w:r>
        <w:rPr>
          <w:b/>
        </w:rPr>
        <w:t xml:space="preserve">1. </w:t>
      </w:r>
      <w:r>
        <w:t>Браки между гражданами Российской Федерации, проживающими за пределами территории Российской Федерации, заключаются в дипломатических представительствах или в консульских учреждениях Российской Федерации</w:t>
      </w:r>
    </w:p>
    <w:p>
      <w:r>
        <w:rPr>
          <w:b/>
        </w:rPr>
        <w:t xml:space="preserve">2. </w:t>
      </w:r>
      <w:r>
        <w:t>Браки между иностранными гражданами, заключенные на территории Российской Федерации в дипломатических представительствах и консульских учреждениях иностранных государств, признаются на условиях взаимности действительными в Российской Федерации, если эти лица в момент заключения брака являлись гражданами иностранного государства, назначившего посла или консула в Российской Федерации</w:t>
      </w:r>
    </w:p>
    <w:p>
      <w:r>
        <w:rPr>
          <w:b/>
        </w:rPr>
        <w:t>Статья 158. Признание браков, заключенных за пределами территории Российской Федерации</w:t>
      </w:r>
    </w:p>
    <w:p>
      <w:r>
        <w:rPr>
          <w:b/>
        </w:rPr>
        <w:t xml:space="preserve">1. </w:t>
      </w:r>
      <w:r>
        <w:t>Браки между гражданами Российской Федерации и браки между гражданами Российской Федерации и иностранными гражданами или лицами без гражданства, заключенные за пределами территории Российской Федерации с соблюдением законодательства государства, на территории которого они заключены, признаются действительными в Российской Федерации, если отсутствуют предусмотренные статьей 14 настоящего Кодекса обстоятельства, препятствующие заключению брака</w:t>
      </w:r>
    </w:p>
    <w:p>
      <w:r>
        <w:rPr>
          <w:b/>
        </w:rPr>
        <w:t xml:space="preserve">2. </w:t>
      </w:r>
      <w:r>
        <w:t>Браки между иностранными гражданами, заключенные за пределами территории Российской Федерации с соблюдением законодательства государства, на территории которого они заключены, признаются действительными в Российской Федерации</w:t>
      </w:r>
    </w:p>
    <w:p>
      <w:r>
        <w:rPr>
          <w:b/>
        </w:rPr>
        <w:t>Статья 159. Недействительность брака, заключенного на территории Российской Федерации или за пределами территории Российской Федерации</w:t>
      </w:r>
    </w:p>
    <w:p>
      <w:r>
        <w:t>Недействительность брака, заключенного на территории Российской Федерации или за пределами Российской Федерации, определяется законодательством, которое в соответствии со статьями 156 и 158 настоящего Кодекса применялось при заключении брака.</w:t>
      </w:r>
    </w:p>
    <w:p>
      <w:r>
        <w:rPr>
          <w:b/>
        </w:rPr>
        <w:t>Статья 160. Расторжение брака</w:t>
      </w:r>
    </w:p>
    <w:p>
      <w:r>
        <w:rPr>
          <w:b/>
        </w:rPr>
        <w:t xml:space="preserve">1. </w:t>
      </w:r>
      <w:r>
        <w:t>Расторжение брака между гражданами Российской Федерации и иностранными гражданами или лицами без гражданства, а также брака между иностранными гражданами на территории Российской Федерации производится в соответствии с законодательством Российской Федерации</w:t>
      </w:r>
    </w:p>
    <w:p>
      <w:r>
        <w:rPr>
          <w:b/>
        </w:rPr>
        <w:t xml:space="preserve">2. </w:t>
      </w:r>
      <w:r>
        <w:t>Гражданин Российской Федерации, проживающий за пределами территории Российской Федерации, вправе расторгнуть брак с проживающим за пределами территории Российской Федерации супругом независимо от его гражданства в суде Российской Федерации. В случае, если в соответствии с законодательством Российской Федерации допускается расторжение брака в органах записи актов гражданского состояния, брак может быть расторгнут в дипломатических представительствах или в консульских учреждениях Российской Федерации</w:t>
      </w:r>
    </w:p>
    <w:p>
      <w:r>
        <w:rPr>
          <w:b/>
        </w:rPr>
        <w:t xml:space="preserve">3. </w:t>
      </w:r>
      <w:r>
        <w:t>Расторжение брака между гражданами Российской Федерации либо расторжение брака между гражданами Российской Федерации и иностранными гражданами или лицами без гражданства, совершенные за пределами территории Российской Федерации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Российской Федерации. (В редакции Федерального закона от 15.11.1997 № 140-ФЗ)</w:t>
      </w:r>
    </w:p>
    <w:p>
      <w:r>
        <w:rPr>
          <w:b/>
        </w:rPr>
        <w:t xml:space="preserve">4. </w:t>
      </w:r>
      <w:r>
        <w:t>Расторжение брака между иностранными гражданами, совершенное за пределами территории Российской Федерации с соблюдением законодательства соответствующего иностранного государства о компетенции органов, принимавших решения о расторжении брака, и подлежащем применению при расторжении брака законодательстве, признается действительным в Российской Федерации</w:t>
      </w:r>
    </w:p>
    <w:p>
      <w:r>
        <w:rPr>
          <w:b/>
        </w:rPr>
        <w:t>Статья 161. Личные неимущественные и имущественные права и обязанности супругов</w:t>
      </w:r>
    </w:p>
    <w:p>
      <w:r>
        <w:rPr>
          <w:b/>
        </w:rPr>
        <w:t xml:space="preserve">1. </w:t>
      </w:r>
      <w:r>
        <w:t>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совместного места жительства, определяются на территории Российской Федерации законодательством Российской Федерации</w:t>
      </w:r>
    </w:p>
    <w:p>
      <w:r>
        <w:rPr>
          <w:b/>
        </w:rPr>
        <w:t xml:space="preserve">2. </w:t>
      </w:r>
      <w:r>
        <w:t>При заключении брачного договора или соглашения об уплате алиментов друг другу супруги, не имеющие общего гражданства или совместного места жительства, могут избрать законодательство, подлежащее применению для определения их прав и обязанностей по брачному договору или по соглашению об уплате алиментов. В случае, если супруги не избрали подлежащее применению законодательство, к брачному договору или к их соглашению об уплате алиментов применяются положения пункта 1 настоящей статьи</w:t>
      </w:r>
    </w:p>
    <w:p>
      <w:r>
        <w:rPr>
          <w:b/>
        </w:rPr>
        <w:t>Статья 162. Установление и оспаривание отцовства (материнства)</w:t>
      </w:r>
    </w:p>
    <w:p>
      <w:r>
        <w:rPr>
          <w:b/>
        </w:rPr>
        <w:t xml:space="preserve">1. </w:t>
      </w:r>
      <w:r>
        <w:t>Установление и оспаривание отцовства (материнства) определяются законодательством государства, гражданином которого является ребенок по рождению</w:t>
      </w:r>
    </w:p>
    <w:p>
      <w:r>
        <w:rPr>
          <w:b/>
        </w:rPr>
        <w:t xml:space="preserve">2. </w:t>
      </w:r>
      <w:r>
        <w:t>Порядок установления и оспаривания отцовства (материнства) на территории Российской Федерации определяется законодательством Российской Федерации. В случаях, если законодательством Российской Федерации допускается установление отцовства (материнства) в органах записи актов гражданского состояния, проживающие за пределами территории Российской Федерации родители ребенка, из которых хотя бы один является гражданином Российской Федерации, вправе обращаться с заявлениями об установлении отцовства (материнства) в дипломатические представительства или в консульские учреждения Российской Федерации</w:t>
      </w:r>
    </w:p>
    <w:p>
      <w:r>
        <w:rPr>
          <w:b/>
        </w:rPr>
        <w:t>Статья 163. Права и обязанности родителей и детей</w:t>
      </w:r>
    </w:p>
    <w:p>
      <w:r>
        <w:t>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к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r>
        <w:rPr>
          <w:b/>
        </w:rPr>
        <w:t>Статья 164. Алиментные обязательства совершеннолетних детей и других членов семьи</w:t>
      </w:r>
    </w:p>
    <w:p>
      <w:r>
        <w:t>Алиментные обязательства совершеннолетних детей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претендующее на получение алиментов.</w:t>
      </w:r>
    </w:p>
    <w:p>
      <w:r>
        <w:rPr>
          <w:b/>
        </w:rPr>
        <w:t>Статья 165. Усыновление (удочерение)</w:t>
      </w:r>
    </w:p>
    <w:p>
      <w:r>
        <w:rPr>
          <w:b/>
        </w:rPr>
        <w:t xml:space="preserve">1. </w:t>
      </w:r>
      <w:r>
        <w:t>Усыновление (удочерение), в том числе отмена усыновления, на территории Российской Федерации иностранными гражданами или лицами без гражданства ребенка, являющегося гражданином Российской Федерации, производится в соответствии с законодательством государства, гражданином которого является усыновитель (при усыновлении (удочерении) ребенка лицом без гражданства - в соответствии с законодательством государства, в котором это лицо имеет постоянное место жительства) на момент подачи заявления об усыновлении (удочерении) или об отмене усыновления. При усыновлении (удочерении) на территории Российской Федерации иностранными гражданами или лицами без гражданства ребенка, являющегося гражданином Российской Федерации, должны быть также соблюдены требования статей 124 - 126, статьи 127 (за исключением подпункта 7 пункта 1), статей 128 и 129, статьи 130 (за исключением абзаца пятого), статей 131 - 133 настоящего Кодекса с учетом положений международного договора Российской Федерации о межгосударственном сотрудничестве в области усыновления детей. (В редакции федеральных законов от 27.06.1998 № 94-ФЗ, от 20.04.2015 № 101-ФЗ) Усыновление (удочерение) на территории Российской Федерации иностранными гражданами или лицами без гражданства, состоящими в браке с гражданами Российской Федерации, детей, являющихся гражданами Российской Федерации, производится в порядке, установленном настоящим Кодексом для граждан Российской Федерации, если иное не предусмотрено международным договором Российской Федерации. (Дополнение абзацем - Федеральный закон от 27.06.1998 № 94-ФЗ) При усыновлении (удочерении) на территории Российской Федерации гражданами Российской Федерации ребенка, являющегося иностранным гражданином,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r>
        <w:rPr>
          <w:b/>
        </w:rPr>
        <w:t xml:space="preserve">2. </w:t>
      </w:r>
      <w:r>
        <w:t>В случае, если в результате усыновления (удочерения) могут быть нарушены права ребенка, установленные законодательством Российской Федерации и международными договорами Российской Федерации (с учетом положений пункта 2 статьи 6 настоящего Кодекса), усыновление не может быть произведено независимо от гражданства усыновителя, а произведенное усыновление (удочерение) подлежит отмене в судебном порядке. (В редакции Федерального закона от 04.02.2021 № 5-ФЗ)</w:t>
      </w:r>
    </w:p>
    <w:p>
      <w:r>
        <w:rPr>
          <w:b/>
        </w:rPr>
        <w:t xml:space="preserve">3. </w:t>
      </w:r>
      <w:r>
        <w:t>Защита прав и законных интересов детей, являющихся гражданами Российской Федерации и усыновленных иностранными гражданами или лицами без гражданства, за пределами территории Российской Федерации, если иное не предусмотрено международным договором Российской Федерации, осуществляется в пределах, допускаемых нормами международного права, консульскими учреждениями Российской Федерации, в которых указанные дети состоят на учете до достижения ими совершеннолетия. Порядок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определяется Правительством Российской Федерации. (Дополнение пунктом - Федеральный закон от 27.06.1998 № 94-ФЗ)</w:t>
      </w:r>
    </w:p>
    <w:p>
      <w:r>
        <w:rPr>
          <w:b/>
        </w:rPr>
        <w:t xml:space="preserve">4. </w:t>
      </w:r>
      <w:r>
        <w:t>Усыновление (удочерение) являющегося гражданином Российской Федерации и проживающего за пределами Российской Федерации ребенка, произведенное компетентным органом иностранного государства, гражданином которого является усыновитель, признается действительным в Российской Федерации при условии получения предварительного разрешения на усыновление (удочерение) от органа исполнительной власти субъекта Российской Федерации, на территории которого ребенок или его родители (один из них) проживали до выезда за пределы территории Российской Федерации. (В редакции Федерального закона от 27.06.1998 № 94-ФЗ)</w:t>
      </w:r>
    </w:p>
    <w:p>
      <w:r>
        <w:rPr>
          <w:b/>
        </w:rPr>
        <w:t>Статья 166. Установление содержания норм иностранного семейного права</w:t>
      </w:r>
    </w:p>
    <w:p>
      <w:r>
        <w:rPr>
          <w:b/>
        </w:rPr>
        <w:t xml:space="preserve">1. </w:t>
      </w:r>
      <w:r>
        <w:t>При применении норм иностранного семейного права суд или органы записи актов гражданского состояния и иные органы устанавливают содержание этих норм в соответствии с их официальным толкованием, практикой применения и доктриной в соответствующем иностранном государстве. В целях установления содержания норм иностранного семейного права суд, органы записи актов гражданского состояния и иные органы могут обратиться в установленном порядке за содействием и разъяснениями в Министерство юстиции Российской Федерации и в другие компетентные органы Российской Федерации либо привлечь экспертов. Заинтересованные лица вправе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суду или органам записи актов гражданского состояния и иным органам в установлении содержания норм иностранного семейного права</w:t>
      </w:r>
    </w:p>
    <w:p>
      <w:r>
        <w:rPr>
          <w:b/>
        </w:rPr>
        <w:t xml:space="preserve">2. </w:t>
      </w:r>
      <w:r>
        <w:t>Если содержание норм иностранного семейного права, несмотря на предпринятые в соответствии с пунктом 1 настоящей статьи меры, не установлено, применяется законодательство Российской Федерации</w:t>
      </w:r>
    </w:p>
    <w:p>
      <w:r>
        <w:rPr>
          <w:b/>
        </w:rPr>
        <w:t>Статья 167. Ограничение применения норм иностранного семейного права</w:t>
      </w:r>
    </w:p>
    <w:p>
      <w:r>
        <w:t>Нормы иностранного семейного права не применяются в случае, если такое применение противоречило бы основам правопорядка (публичному порядку) Российской Федерации. В этом случае применяется законодательство Российской Федерации.</w:t>
      </w:r>
    </w:p>
    <w:p>
      <w:pPr>
        <w:pStyle w:val="Heading2"/>
      </w:pPr>
      <w:r>
        <w:t>ЗАКЛЮЧИТЕЛЬНЫЕ ПОЛОЖЕНИЯ</w:t>
      </w:r>
    </w:p>
    <w:p>
      <w:r>
        <w:rPr>
          <w:b/>
        </w:rPr>
        <w:t>Статья 168. Порядок введения в действие настоящего Кодекса</w:t>
      </w:r>
    </w:p>
    <w:p>
      <w:r>
        <w:rPr>
          <w:b/>
        </w:rPr>
        <w:t xml:space="preserve">1. </w:t>
      </w:r>
      <w:r>
        <w:t>Ввести в действие настоящий Кодекс с 1 марта 1996 года, за исключением положений, для которых настоящим Кодексом установлены иные сроки введения в действие</w:t>
      </w:r>
    </w:p>
    <w:p>
      <w:r>
        <w:rPr>
          <w:b/>
        </w:rPr>
        <w:t xml:space="preserve">2. </w:t>
      </w:r>
      <w:r>
        <w:t>Признать утратившими силу с 1 марта 1996 года: Кодекс о браке и семье РСФСР (Ведомости Верховного Совета РСФСР, 1969, № 32, ст. 1086), за исключением раздела IV "Акты гражданского состояния", который действует в части, не противоречащей настоящему Кодексу, впредь до принятия федерального закона об актах гражданского состояния; Указ Президиума Верховного Совета РСФСР от 17 октября 1969 года "О порядке введения в действие Кодекса о браке и семье РСФСР" (Ведомости Верховного Совета РСФСР, 1969, № 43, ст. 1290)</w:t>
      </w:r>
    </w:p>
    <w:p>
      <w:r>
        <w:rPr>
          <w:b/>
        </w:rPr>
        <w:t xml:space="preserve">3. </w:t>
      </w:r>
      <w:r>
        <w:t>Со дня введения в действие настоящего Кодекса признать не действующими на территории Российской Федерации: Основы законодательства Союза ССР и союзных республик о браке и семье, утвержденные Законом СССР от 27 июня 1968 года (Ведомости Верховного Совета СССР, 1968, № 27, ст. 241); Указ Президиума Верховного Совета СССР от 20 сентября 1968 года "О порядке введения в действие Основ законодательства Союза ССР и союзных республик о браке и семье" (Ведомости Верховного Совета СССР, 1968, № 39, ст. 353); Указ Президиума Верховного Совета СССР от 21 июля 1967 года "Об улучшении порядка уплаты и взыскания алиментов на содержание детей" (Ведомости Верховного Совета СССР, 1967, № 30, ст. 418); Указ Президиума Верховного Совета СССР от 1 февраля 1985 года "О некотором изменении порядка взыскания алиментов на несовершеннолетних детей" (Ведомости Верховного Совета СССР, 1985, № 6, ст. 101)</w:t>
      </w:r>
    </w:p>
    <w:p>
      <w:r>
        <w:rPr>
          <w:b/>
        </w:rPr>
        <w:t>Статья 169. Применение норм настоящего Кодекса</w:t>
      </w:r>
    </w:p>
    <w:p>
      <w:r>
        <w:rPr>
          <w:b/>
        </w:rPr>
        <w:t xml:space="preserve">1. </w:t>
      </w:r>
      <w:r>
        <w:t>Нормы настоящего Кодекса применяются к семейным отношениям, возникшим после введения его в действие. По семейным отношениям, возникшим до введения в действие настоящего Кодекса, его нормы применяются к тем правам и обязанностям, которые возникнут после введения его в действие</w:t>
      </w:r>
    </w:p>
    <w:p>
      <w:r>
        <w:rPr>
          <w:b/>
        </w:rPr>
        <w:t xml:space="preserve">2. </w:t>
      </w:r>
      <w:r>
        <w:t>Судебный порядок усыновления детей, установленный статьей 125 настоящего Кодекса, вводится в действие со дня введения в действие федерального закона о внесении соответствующих изменений и дополнений в Гражданский процессуальный кодекс РСФСР. Впредь до внесения соответствующих изменений и дополнений усыновление гражданами Российской Федерации детей, являющихся гражданами Российской Федерации, производится постановлением главы районной, городской или районной в городе администрации, а усыновление иностранными гражданами детей, являющихся гражданами Российской Федерации - постановлением органа исполнительной власти субъекта Российской Федерации с соблюдением норм главы 19 и статьи 165 настоящего Кодекса</w:t>
      </w:r>
    </w:p>
    <w:p>
      <w:r>
        <w:rPr>
          <w:b/>
        </w:rPr>
        <w:t xml:space="preserve">3. </w:t>
      </w:r>
      <w:r>
        <w:t>Статья 25 настоящего Кодекса, устанавливающая момент прекращения брака при его расторжении в суде со дня вступления решения суда о расторжении брака в законную силу, применяется при расторжении брака в суде после 1 мая 1996 года. Брак, расторгнутый в судебном порядке до 1 мая 1996 года, считается прекращенным со дня государственной регистрации расторжения брака в книге регистрации актов гражданского состояния</w:t>
      </w:r>
    </w:p>
    <w:p>
      <w:r>
        <w:rPr>
          <w:b/>
        </w:rPr>
        <w:t xml:space="preserve">4. </w:t>
      </w:r>
      <w:r>
        <w:t>К признанию недействительным брака в соответствии со статьей 15 настоящего Кодекса применяются сроки исковой давности, установленные статьей 181 Гражданского кодекса Российской Федерации для признания оспоримой сделки недействительной</w:t>
      </w:r>
    </w:p>
    <w:p>
      <w:r>
        <w:rPr>
          <w:b/>
        </w:rPr>
        <w:t xml:space="preserve">5. </w:t>
      </w:r>
      <w:r>
        <w:t>Условия и порядок заключения брачных договоров и соглашений об уплате алиментов, установленные соответственно главами 8 и 16 настоящего Кодекса, применяются к брачным договорам и соглашениям об уплате алиментов, которые будут заключены после 1 марта 1996 года. Заключенные до 1 марта 1996 года брачные договоры и соглашения об уплате алиментов действуют в части, не противоречащей положениям настоящего Кодекса</w:t>
      </w:r>
    </w:p>
    <w:p>
      <w:r>
        <w:rPr>
          <w:b/>
        </w:rPr>
        <w:t xml:space="preserve">6. </w:t>
      </w:r>
      <w:r>
        <w:t>Положения о совместной собственности супругов и положения о собственности каждого из супругов, установленные статьями 34 - 37 настоящего Кодекса, применяются к имуществу, нажитому супругами (одним из них) до 1 марта 1996 года</w:t>
      </w:r>
    </w:p>
    <w:p>
      <w:r>
        <w:rPr>
          <w:b/>
        </w:rPr>
        <w:t xml:space="preserve">7. </w:t>
      </w:r>
      <w:r>
        <w:t>Положение о признании правовой силы только за браком, государственная регистрация заключения которого осуществлена в органах записи актов гражданского состояния (статья 1 настоящего Кодекса), не применяется к бракам граждан Российской Федерации, совершенным по религиозным обрядам на оккупированных территориях, входивших в состав СССР в период Великой Отечественной войны, до восстановления на этих территориях органов записи актов гражданского состояния</w:t>
      </w:r>
    </w:p>
    <w:p>
      <w:r>
        <w:rPr>
          <w:b/>
        </w:rPr>
        <w:t xml:space="preserve">8. </w:t>
      </w:r>
      <w:r>
        <w:t>Право нетрудоспособных совершеннолетних лиц, нуждающихся в помощи, а также право нуждающегося в помощи бывшего супруга, достигшего пенсионного возраста (статьи 85, 87, 89, 90, 93 - 97 настоящего Кодекса), на алименты распространяется в том числе на лиц, достигших возраста 55 лет (для женщин), 60 лет (для мужчин). (Дополнение пунктом - Федеральный закон от 18.03.2019 № 35-ФЗ)</w:t>
      </w:r>
    </w:p>
    <w:p>
      <w:r>
        <w:rPr>
          <w:b/>
        </w:rPr>
        <w:t>Статья 170. Приведение нормативных правовых актов в соответствие с настоящим Кодексом</w:t>
      </w:r>
    </w:p>
    <w:p>
      <w:r>
        <w:rPr>
          <w:b/>
        </w:rPr>
        <w:t xml:space="preserve">1. </w:t>
      </w:r>
      <w:r>
        <w:t>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законы и иные нормативные правовые акты Российской Федерации применяются в пределах и в порядке, которые предусмотрены Конституцией Российской Федерации, постольку, поскольку они не противоречат настоящему Кодексу</w:t>
      </w:r>
    </w:p>
    <w:p>
      <w:r>
        <w:rPr>
          <w:b/>
        </w:rPr>
        <w:t xml:space="preserve">2. </w:t>
      </w:r>
      <w:r>
        <w:t>Поручить Правительству Российской Федерации в течение трех месяцев со дня принятия настоящего Кодекса: привести в соответствие с настоящим Кодексом изданные им нормативные правовые акты; подготовить и внести в установленном порядке предложения о внесении изменений и дополнений в законодательство Российской Федерации в связи с принятием настоящего Кодекса; принять нормативные правовые акты, обеспечивающие реализацию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