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Уголовный кодекс Российской Федерации</w:t>
      </w:r>
    </w:p>
    <w:p>
      <w:pPr>
        <w:pStyle w:val="Heading2"/>
      </w:pPr>
      <w:r>
        <w:t>УГОЛОВНЫЙ ЗАКОН</w:t>
      </w:r>
    </w:p>
    <w:p>
      <w:pPr>
        <w:pStyle w:val="Heading3"/>
      </w:pPr>
      <w:r>
        <w:t>ЗАДАЧИ И ПРИНЦИПЫ УГОЛОВНОГО КОДЕКСА РОССИЙСКОЙ ФЕДЕРАЦИИ</w:t>
      </w:r>
    </w:p>
    <w:p>
      <w:r>
        <w:rPr>
          <w:b/>
        </w:rPr>
        <w:t>Статья 1. Уголовное законодательство Российской Федерации</w:t>
      </w:r>
    </w:p>
    <w:p>
      <w:r>
        <w:rPr>
          <w:b/>
        </w:rPr>
        <w:t xml:space="preserve">1. </w:t>
      </w:r>
      <w:r>
        <w:t>Уголовное законодательство Российской Федерации состоит из настоящего Кодекса. Новые законы, предусматривающие уголовную ответственность, подлежат включению в настоящий Кодекс</w:t>
      </w:r>
    </w:p>
    <w:p>
      <w:r>
        <w:rPr>
          <w:b/>
        </w:rPr>
        <w:t xml:space="preserve">2. </w:t>
      </w:r>
      <w:r>
        <w:t>Настоящий Кодекс основывается на Конституции Российской Федерации и общепризнанных принципах и нормах международного права</w:t>
      </w:r>
    </w:p>
    <w:p>
      <w:r>
        <w:rPr>
          <w:b/>
        </w:rPr>
        <w:t>Статья 2. Задачи Уголовного кодекса Российской Федерации</w:t>
      </w:r>
    </w:p>
    <w:p>
      <w:r>
        <w:rPr>
          <w:b/>
        </w:rPr>
        <w:t xml:space="preserve">1. </w:t>
      </w:r>
      <w:r>
        <w:t>Задачами настоящего Кодекса являются: охрана прав и свобод человека и гражданина, собственности, общественного порядка и общественной безопасности, окружающей среды, конституционного строя Российской Федерации от преступных посягательств, обеспечение мира и безопасности человечества, а также предупреждение преступлений</w:t>
      </w:r>
    </w:p>
    <w:p>
      <w:r>
        <w:rPr>
          <w:b/>
        </w:rPr>
        <w:t xml:space="preserve">2. </w:t>
      </w:r>
      <w:r>
        <w:t>Для осуществления этих задач настоящий Кодекс устанавливает основание и принципы уголовной ответственности, определяет, какие опасные для личности, общества или государства деяния признаются преступлениями, и устанавливает виды наказаний и иные меры уголовно-правового характера за совершение преступлений</w:t>
      </w:r>
    </w:p>
    <w:p>
      <w:r>
        <w:rPr>
          <w:b/>
        </w:rPr>
        <w:t>Статья 3. Принцип законности</w:t>
      </w:r>
    </w:p>
    <w:p>
      <w:r>
        <w:rPr>
          <w:b/>
        </w:rPr>
        <w:t xml:space="preserve">1. </w:t>
      </w:r>
      <w:r>
        <w:t>Преступность деяния, а также его наказуемость и иные уголовно-правовые последствия определяются только настоящим Кодексом</w:t>
      </w:r>
    </w:p>
    <w:p>
      <w:r>
        <w:rPr>
          <w:b/>
        </w:rPr>
        <w:t xml:space="preserve">2. </w:t>
      </w:r>
      <w:r>
        <w:t>Применение уголовного закона по аналогии не допускается</w:t>
      </w:r>
    </w:p>
    <w:p>
      <w:r>
        <w:rPr>
          <w:b/>
        </w:rPr>
        <w:t>Статья 4. Принцип равенства граждан перед законом</w:t>
      </w:r>
    </w:p>
    <w:p>
      <w:r>
        <w:t>Лица, совершившие преступления, равны перед законом и подлежат уголовной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
        <w:rPr>
          <w:b/>
        </w:rPr>
        <w:t>Статья 5. Принцип вины</w:t>
      </w:r>
    </w:p>
    <w:p>
      <w:r>
        <w:rPr>
          <w:b/>
        </w:rPr>
        <w:t xml:space="preserve">1. </w:t>
      </w:r>
      <w:r>
        <w:t>Лицо подлежит уголовной ответственности только за те общественно опасные действия (бездействие) и наступившие общественно опасные последствия, в отношении которых установлена его вина</w:t>
      </w:r>
    </w:p>
    <w:p>
      <w:r>
        <w:rPr>
          <w:b/>
        </w:rPr>
        <w:t xml:space="preserve">2. </w:t>
      </w:r>
      <w:r>
        <w:t>Объективное вменение, то есть уголовная ответственность за невиновное причинение вреда, не допускается</w:t>
      </w:r>
    </w:p>
    <w:p>
      <w:r>
        <w:rPr>
          <w:b/>
        </w:rPr>
        <w:t>Статья 6. Принцип справедливости</w:t>
      </w:r>
    </w:p>
    <w:p>
      <w:r>
        <w:rPr>
          <w:b/>
        </w:rPr>
        <w:t xml:space="preserve">1. </w:t>
      </w:r>
      <w:r>
        <w:t>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w:t>
      </w:r>
    </w:p>
    <w:p>
      <w:r>
        <w:rPr>
          <w:b/>
        </w:rPr>
        <w:t xml:space="preserve">2. </w:t>
      </w:r>
      <w:r>
        <w:t>Никто не может нести уголовную ответственность дважды за одно и то же преступление</w:t>
      </w:r>
    </w:p>
    <w:p>
      <w:r>
        <w:rPr>
          <w:b/>
        </w:rPr>
        <w:t>Статья 7. Принцип гуманизма</w:t>
      </w:r>
    </w:p>
    <w:p>
      <w:r>
        <w:rPr>
          <w:b/>
        </w:rPr>
        <w:t xml:space="preserve">1. </w:t>
      </w:r>
      <w:r>
        <w:t>Уголовное законодательство Российской Федерации обеспечивает безопасность человека</w:t>
      </w:r>
    </w:p>
    <w:p>
      <w:r>
        <w:rPr>
          <w:b/>
        </w:rPr>
        <w:t xml:space="preserve">2. </w:t>
      </w:r>
      <w:r>
        <w:t>Наказание и иные меры уголовно-правового характера, применяемые к лицу, совершившему преступление, не могут иметь своей целью причинение физических страданий или унижение человеческого достоинства</w:t>
      </w:r>
    </w:p>
    <w:p>
      <w:r>
        <w:rPr>
          <w:b/>
        </w:rPr>
        <w:t>Статья 8. Основание уголовной ответственности</w:t>
      </w:r>
    </w:p>
    <w:p>
      <w:r>
        <w:t>Основанием уголовной ответственности является совершение деяния, содержащего все признаки состава преступления, предусмотренного настоящим Кодексом.</w:t>
      </w:r>
    </w:p>
    <w:p>
      <w:pPr>
        <w:pStyle w:val="Heading3"/>
      </w:pPr>
      <w:r>
        <w:t>ДЕЙСТВИЕ УГОЛОВНОГО ЗАКОНА ВО ВРЕМЕНИ И В ПРОСТРАНСТВЕ</w:t>
      </w:r>
    </w:p>
    <w:p>
      <w:r>
        <w:rPr>
          <w:b/>
        </w:rPr>
        <w:t>Статья 9. Действие уголовного закона во времени</w:t>
      </w:r>
    </w:p>
    <w:p>
      <w:r>
        <w:rPr>
          <w:b/>
        </w:rPr>
        <w:t xml:space="preserve">1. </w:t>
      </w:r>
      <w:r>
        <w:t>Преступность и наказуемость деяния определяются уголовным законом, действовавшим во время совершения этого деяния</w:t>
      </w:r>
    </w:p>
    <w:p>
      <w:r>
        <w:rPr>
          <w:b/>
        </w:rPr>
        <w:t xml:space="preserve">2. </w:t>
      </w:r>
      <w:r>
        <w:t>Временем совершения преступления признается время совершения общественно опасного действия (бездействия) независимо от времени наступления последствий</w:t>
      </w:r>
    </w:p>
    <w:p>
      <w:r>
        <w:rPr>
          <w:b/>
        </w:rPr>
        <w:t>Статья 10. Обратная сила уголовного закона</w:t>
      </w:r>
    </w:p>
    <w:p>
      <w:r>
        <w:rPr>
          <w:b/>
        </w:rPr>
        <w:t xml:space="preserve">1. </w:t>
      </w:r>
      <w:r>
        <w:t>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то есть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Уголовный закон, устанавливающий преступность деяния, усиливающий наказание или иным образом ухудшающий положение лица, обратной силы не имеет</w:t>
      </w:r>
    </w:p>
    <w:p>
      <w:r>
        <w:rPr>
          <w:b/>
        </w:rPr>
        <w:t xml:space="preserve">2. </w:t>
      </w:r>
      <w:r>
        <w:t>Если новый уголовный закон смягчает наказание за деяние, которое отбывается лицом, то это наказание подлежит сокращению в пределах, предусмотренных новым уголовным законом</w:t>
      </w:r>
    </w:p>
    <w:p>
      <w:r>
        <w:rPr>
          <w:b/>
        </w:rPr>
        <w:t>Статья 11. Действие уголовного закона в отношении лиц, совершивших преступление на территории Российской Федерации</w:t>
      </w:r>
    </w:p>
    <w:p>
      <w:r>
        <w:rPr>
          <w:b/>
        </w:rPr>
        <w:t xml:space="preserve">1. </w:t>
      </w:r>
      <w:r>
        <w:t>Лицо, совершившее преступление на территории Российской Федерации, подлежит уголовной ответственности по настоящему Кодексу</w:t>
      </w:r>
    </w:p>
    <w:p>
      <w:r>
        <w:rPr>
          <w:b/>
        </w:rPr>
        <w:t xml:space="preserve">2. </w:t>
      </w:r>
      <w:r>
        <w:t>Преступления, совершенные в пределах территориального моря или воздушного пространства Российской Федерации, признаются совершенными на территории Российской Федерации. Действие настоящего Кодекса распространяется также на преступления, совершенные на континентальном шельфе и в исключительной экономической зоне Российской Федерации. (В редакции Федерального закона от 09.04.2007 № 46-ФЗ)</w:t>
      </w:r>
    </w:p>
    <w:p>
      <w:r>
        <w:rPr>
          <w:b/>
        </w:rPr>
        <w:t xml:space="preserve">3. </w:t>
      </w:r>
      <w:r>
        <w:t>Лицо, совершившее преступление на судне, приписанном к порту Российской Федерации, находящемся в открытом водном или воздушном пространстве вне пределов Российской Федерации, подлежит уголовной ответственности по настоящему Кодексу, если иное не предусмотрено международным договором Российской Федерации. По настоящему Кодексу уголовную ответственность несет также лицо, совершившее преступление на военном корабле или военном воздушном судне Российской Федерации независимо от места их нахождения</w:t>
      </w:r>
    </w:p>
    <w:p>
      <w:r>
        <w:rPr>
          <w:b/>
        </w:rPr>
        <w:t xml:space="preserve">4. </w:t>
      </w:r>
      <w:r>
        <w:t>Вопрос об уголовной ответственности дипломатических представителей иностранных государств и иных граждан, которые пользуются иммунитетом, в случае совершения этими лицами преступления на территории Российской Федерации разрешается в соответствии с нормами международного права</w:t>
      </w:r>
    </w:p>
    <w:p>
      <w:r>
        <w:rPr>
          <w:b/>
        </w:rPr>
        <w:t>Статья 12. Действие уголовного закона в отношении лиц, совершивших преступление вне пределов Российской Федерации</w:t>
      </w:r>
    </w:p>
    <w:p>
      <w:r>
        <w:rPr>
          <w:b/>
        </w:rPr>
        <w:t xml:space="preserve">1. </w:t>
      </w:r>
      <w:r>
        <w:t>Граждане Российской Федерации и постоянно проживающие в Российской Федерации лица без гражданства, совершившие вне пределов Российской Федерации преступление против интересов, охраняемых настоящим Кодексом, подлежат уголовной ответственности в соответствии с настоящим Кодексом, если в отношении этих лиц по данному преступлению не имеется решения суда иностранного государства. (В редакции Федерального закона от 27.07.2006 № 153-ФЗ)</w:t>
      </w:r>
    </w:p>
    <w:p>
      <w:r>
        <w:rPr>
          <w:b/>
        </w:rPr>
        <w:t xml:space="preserve">2. </w:t>
      </w:r>
      <w:r>
        <w:t>Военнослужащие воинских частей Российской Федерации, дислоцирующихся за пределами Российской Федерации, за преступления, совершенные на территории иностранного государства, несут уголовную ответственность по настоящему Кодексу, если иное не предусмотрено международным договором Российской Федерации</w:t>
      </w:r>
    </w:p>
    <w:p>
      <w:r>
        <w:rPr>
          <w:b/>
        </w:rPr>
        <w:t xml:space="preserve">3. </w:t>
      </w:r>
      <w:r>
        <w:t>Иностранные граждане и лица без гражданства, не проживающие постоянно в Российской Федерации, совершившие преступление вне пределов Российской Федерации, подлежат уголовной ответственности по настоящему Кодексу в случаях, если преступление направлено против интересов Российской Федерации либо гражданина Российской Федерации или постоянно проживающего в Российской Федерации лица без гражданства, а также в случаях, предусмотренных международным договором Российской Федерации или иным документом международного характера, содержащим обязательства, признаваемые Российской Федерацией, в сфере отношений, регулируемых настоящим Кодексом, если иностранные граждане и лица без гражданства, не проживающие постоянно в Российской Федерации, не были осуждены в иностранном государстве и привлекаются к уголовной ответственности на территории Российской Федерации. (В редакции федеральных законов от 27.07.2006 № 153-ФЗ; от 06.07.2016 № 375-ФЗ)</w:t>
      </w:r>
    </w:p>
    <w:p>
      <w:r>
        <w:rPr>
          <w:b/>
        </w:rPr>
        <w:t>Статья 13. Выдача лиц, совершивших преступление</w:t>
      </w:r>
    </w:p>
    <w:p>
      <w:r>
        <w:rPr>
          <w:b/>
        </w:rPr>
        <w:t xml:space="preserve">1. </w:t>
      </w:r>
      <w:r>
        <w:t>Граждане Российской Федерации, совершившие преступление на территории иностранного государства, не подлежат выдаче этому государству</w:t>
      </w:r>
    </w:p>
    <w:p>
      <w:r>
        <w:rPr>
          <w:b/>
        </w:rPr>
        <w:t xml:space="preserve">2. </w:t>
      </w:r>
      <w:r>
        <w:t>Иностранные граждане и лица без гражданства, совершившие преступление вне пределов Российской Федерации и находящиеся на территории Российской Федерации, могут быть выданы иностранному государству для привлечения к уголовной ответственности или отбывания наказания в соответствии с международным договором Российской Федерации</w:t>
      </w:r>
    </w:p>
    <w:p>
      <w:pPr>
        <w:pStyle w:val="Heading2"/>
      </w:pPr>
      <w:r>
        <w:t>ПРЕСТУПЛЕНИЕ</w:t>
      </w:r>
    </w:p>
    <w:p>
      <w:pPr>
        <w:pStyle w:val="Heading3"/>
      </w:pPr>
      <w:r>
        <w:t>ПОНЯТИЕ ПРЕСТУПЛЕНИЯ И ВИДЫ ПРЕСТУПЛЕНИЙ</w:t>
      </w:r>
    </w:p>
    <w:p>
      <w:r>
        <w:rPr>
          <w:b/>
        </w:rPr>
        <w:t>Статья 14. Понятие преступления</w:t>
      </w:r>
    </w:p>
    <w:p>
      <w:r>
        <w:rPr>
          <w:b/>
        </w:rPr>
        <w:t xml:space="preserve">1. </w:t>
      </w:r>
      <w:r>
        <w:t>Преступлением признается виновно совершенное общественно опасное деяние, запрещенное настоящим Кодексом под угрозой наказания</w:t>
      </w:r>
    </w:p>
    <w:p>
      <w:r>
        <w:rPr>
          <w:b/>
        </w:rPr>
        <w:t xml:space="preserve">2. </w:t>
      </w:r>
      <w:r>
        <w:t>Не является преступлением действие (бездействие), хотя формально и содержащее признаки какого-либо деяния, предусмотренного настоящим Кодексом, но в силу малозначительности не представляющее общественной опасности. (В редакции Федерального закона от 25.06.1998 № 92-ФЗ)</w:t>
      </w:r>
    </w:p>
    <w:p>
      <w:r>
        <w:rPr>
          <w:b/>
        </w:rPr>
        <w:t>Статья 15. Категории преступлений</w:t>
      </w:r>
    </w:p>
    <w:p>
      <w:r>
        <w:rPr>
          <w:b/>
        </w:rPr>
        <w:t xml:space="preserve">1. </w:t>
      </w:r>
      <w:r>
        <w:t>В зависимости от характера и степени общественной опасности деяния, предусмотренные настоящим Кодексом, подразделяются на преступления небольшой тяжести, преступления средней тяжести, тяжкие преступления и особо тяжкие преступления</w:t>
      </w:r>
    </w:p>
    <w:p>
      <w:r>
        <w:rPr>
          <w:b/>
        </w:rPr>
        <w:t xml:space="preserve">2. </w:t>
      </w:r>
      <w:r>
        <w:t>Преступлениями небольшой тяжести признаются умышленные и неосторожные деяния, за совершение которых максимальное наказание, предусмотренное настоящим Кодексом, не превышает трех лет лишения свободы. (В редакции Федерального закона от 07.12.2011 № 420-ФЗ)</w:t>
      </w:r>
    </w:p>
    <w:p>
      <w:r>
        <w:rPr>
          <w:b/>
        </w:rPr>
        <w:t xml:space="preserve">3. </w:t>
      </w:r>
      <w:r>
        <w:t>Преступлениями средней тяжести признаются умышленные деяния, за совершение которых максимальное наказание, предусмотренное настоящим Кодексом, не превышает пяти лет лишения свободы, и неосторожные деяния, за совершение которых максимальное наказание, предусмотренное настоящим Кодексом, не превышает десяти лет лишения свободы. (В редакции федеральных законов от 09.03.2001 № 25-ФЗ, от 07.12.2011 № 420-ФЗ, от 17.06.2019 № 146-ФЗ)</w:t>
      </w:r>
    </w:p>
    <w:p>
      <w:r>
        <w:rPr>
          <w:b/>
        </w:rPr>
        <w:t xml:space="preserve">4. </w:t>
      </w:r>
      <w:r>
        <w:t>Тяжкими преступлениями признаются умышленные деяния, за совершение которых максимальное наказание, предусмотренное настоящим Кодексом, не превышает десяти лет лишения свободы, и неосторожные деяния, за совершение которых максимальное наказание, предусмотренное настоящим Кодексом, не превышает пятнадцати лет лишения свободы. (В редакции федеральных законов от 09.03.2001 № 25-ФЗ, от 17.06.2019 № 146-ФЗ)</w:t>
      </w:r>
    </w:p>
    <w:p>
      <w:r>
        <w:rPr>
          <w:b/>
        </w:rPr>
        <w:t xml:space="preserve">5. </w:t>
      </w:r>
      <w:r>
        <w:t>Особо тяжкими преступлениями признаются умышленные деяния, за совершение которых настоящим Кодексом предусмотрено наказание в виде лишения свободы на срок свыше десяти лет или более строгое наказание</w:t>
      </w:r>
    </w:p>
    <w:p>
      <w:r>
        <w:rPr>
          <w:b/>
        </w:rPr>
        <w:t xml:space="preserve">6. </w:t>
      </w:r>
      <w:r>
        <w:t>С учетом фактических обстоятельств преступления и степени его общественной опасности суд вправе при наличии смягчающих наказание обстоятельств и при отсутствии отягчающих наказание обстоятельств изменить категорию преступления на менее тяжкую, но не более чем на одну категорию преступления при условии, что за совершение преступления, указанного в части третьей настоящей статьи, осужденному назначено наказание, не превышающее трех лет лишения свободы, или другое более мягкое наказание; за совершение преступления, указанного в части четвертой настоящей статьи, осужденному назначено наказание, не превышающее пяти лет лишения свободы, или другое более мягкое наказание; за совершение преступления, указанного в части пятой настоящей статьи, осужденному назначено наказание, не превышающее семи лет лишения свободы. (Дополнение частью - Федеральный закон от 07.12.2011 № 420-ФЗ)</w:t>
      </w:r>
    </w:p>
    <w:p>
      <w:r>
        <w:rPr>
          <w:b/>
        </w:rPr>
        <w:t>Статья 16</w:t>
      </w:r>
    </w:p>
    <w:p>
      <w:r>
        <w:t>(Статья утратила силу - Федеральный закон от 08.12.2003 № 162-ФЗ)</w:t>
      </w:r>
    </w:p>
    <w:p>
      <w:r>
        <w:rPr>
          <w:b/>
        </w:rPr>
        <w:t>Статья 17. Совокупность преступлений</w:t>
      </w:r>
    </w:p>
    <w:p>
      <w:r>
        <w:rPr>
          <w:b/>
        </w:rPr>
        <w:t xml:space="preserve">1. </w:t>
      </w:r>
      <w:r>
        <w:t>Совокупностью преступлений признается совершение двух или более преступлений, ни за одно из которых лицо не было осуждено, за исключением случаев, когда совершение двух или более преступлений предусмотрено статьями Особенной части настоящего Кодекса в качестве обстоятельства, влекущего более строгое наказание. При совокупности преступлений лицо несет уголовную ответственность за каждое совершенное преступление по соответствующей статье или части статьи настоящего Кодекса. (В редакции федеральных законов от 08.12.2003 № 162-ФЗ; от 21.07.2004 № 73-ФЗ)</w:t>
      </w:r>
    </w:p>
    <w:p>
      <w:r>
        <w:rPr>
          <w:b/>
        </w:rPr>
        <w:t xml:space="preserve">2. </w:t>
      </w:r>
      <w:r>
        <w:t>Совокупностью преступлений признается и одно действие (бездействие), содержащее признаки преступлений, предусмотренных двумя или более статьями настоящего Кодекса</w:t>
      </w:r>
    </w:p>
    <w:p>
      <w:r>
        <w:rPr>
          <w:b/>
        </w:rPr>
        <w:t xml:space="preserve">3. </w:t>
      </w:r>
      <w:r>
        <w:t>Если преступление предусмотрено общей и специальной нормами, совокупность преступлений отсутствует и уголовная ответственность наступает по специальной норме</w:t>
      </w:r>
    </w:p>
    <w:p>
      <w:r>
        <w:rPr>
          <w:b/>
        </w:rPr>
        <w:t>Статья 18. Рецидив преступлений</w:t>
      </w:r>
    </w:p>
    <w:p>
      <w:r>
        <w:rPr>
          <w:b/>
        </w:rPr>
        <w:t xml:space="preserve">1. </w:t>
      </w:r>
      <w:r>
        <w:t>Рецидивом преступлений признается совершение умышленного преступления лицом, имеющим судимость за ранее совершенное умышленное преступление</w:t>
      </w:r>
    </w:p>
    <w:p>
      <w:r>
        <w:rPr>
          <w:b/>
        </w:rPr>
        <w:t xml:space="preserve">2. </w:t>
      </w:r>
      <w:r>
        <w:t>Рецидив преступлений признается опасным:</w:t>
      </w:r>
    </w:p>
    <w:p>
      <w:r>
        <w:rPr>
          <w:b/>
        </w:rPr>
        <w:t xml:space="preserve">3. </w:t>
      </w:r>
      <w:r>
        <w:t>Рецидив преступлений признается особо опасным:</w:t>
      </w:r>
    </w:p>
    <w:p>
      <w:r>
        <w:rPr>
          <w:b/>
        </w:rPr>
        <w:t xml:space="preserve">4. </w:t>
      </w:r>
      <w:r>
        <w:t>При признании рецидива преступлений не учитываются:</w:t>
      </w:r>
    </w:p>
    <w:p>
      <w:r>
        <w:rPr>
          <w:b/>
        </w:rPr>
        <w:t xml:space="preserve">5. </w:t>
      </w:r>
      <w:r>
        <w:t>Рецидив преступлений влечет более строгое наказание на основании и в пределах, предусмотренных настоящим Кодексом, а также иные последствия, предусмотренные законодательством Российской Федерации. (В редакции Федерального закона от 06.04.2011 № 66-ФЗ) (Статья в редакции Федерального закона от 08.12.2003 № 162-ФЗ)</w:t>
      </w:r>
    </w:p>
    <w:p>
      <w:r>
        <w:rPr>
          <w:b/>
        </w:rPr>
        <w:t xml:space="preserve">2. </w:t>
      </w:r>
      <w:r>
        <w:t>при совершении лицом тяжкого преступления, за которое оно осуждается к реальному лишению свободы, если ранее это лицо два или более раза было осуждено за умышленное преступление средней тяжести к лишению свободы</w:t>
      </w:r>
    </w:p>
    <w:p>
      <w:r>
        <w:rPr>
          <w:b/>
        </w:rPr>
        <w:t xml:space="preserve">2. </w:t>
      </w:r>
      <w:r>
        <w:t>при совершении лицом тяжкого преступления, если ранее оно было осуждено за тяжкое или особо тяжкое преступление к реальному лишению свободы</w:t>
      </w:r>
    </w:p>
    <w:p>
      <w:r>
        <w:rPr>
          <w:b/>
        </w:rPr>
        <w:t xml:space="preserve">3. </w:t>
      </w:r>
      <w:r>
        <w:t>при совершении лицом тяжкого преступления, за которое оно осуждается к реальному лишению свободы, если ранее это лицо два раза было осуждено за тяжкое преступление к реальному лишению свободы</w:t>
      </w:r>
    </w:p>
    <w:p>
      <w:r>
        <w:rPr>
          <w:b/>
        </w:rPr>
        <w:t xml:space="preserve">3. </w:t>
      </w:r>
      <w:r>
        <w:t>при совершении лицом особо тяжкого преступления, если ранее оно два раза было осуждено за тяжкое преступление или ранее осуждалось за особо тяжкое преступление</w:t>
      </w:r>
    </w:p>
    <w:p>
      <w:r>
        <w:rPr>
          <w:b/>
        </w:rPr>
        <w:t xml:space="preserve">4. </w:t>
      </w:r>
      <w:r>
        <w:t>судимости за умышленные преступления небольшой тяжести</w:t>
      </w:r>
    </w:p>
    <w:p>
      <w:r>
        <w:rPr>
          <w:b/>
        </w:rPr>
        <w:t xml:space="preserve">4. </w:t>
      </w:r>
      <w:r>
        <w:t>судимости за преступления, совершенные лицом в возрасте до восемнадцати лет</w:t>
      </w:r>
    </w:p>
    <w:p>
      <w:r>
        <w:rPr>
          <w:b/>
        </w:rPr>
        <w:t xml:space="preserve">4. </w:t>
      </w:r>
      <w:r>
        <w:t>судимости за преступления, осуждение за которые признавалось условным либо по которым предоставлялась отсрочка исполнения приговора, если условное осуждение или отсрочка исполнения приговора не отменялись и лицо не направлялось для отбывания наказания в места лишения свободы, а также судимости, снятые или погашенные в порядке, установленном статьей 86 настоящего Кодекса</w:t>
      </w:r>
    </w:p>
    <w:p>
      <w:pPr>
        <w:pStyle w:val="Heading3"/>
      </w:pPr>
      <w:r>
        <w:t>ЛИЦА, ПОДЛЕЖАЩИЕ УГОЛОВНОЙ ОТВЕТСТВЕННОСТИ</w:t>
      </w:r>
    </w:p>
    <w:p>
      <w:r>
        <w:rPr>
          <w:b/>
        </w:rPr>
        <w:t>Статья 19. Общие условия уголовной ответственности</w:t>
      </w:r>
    </w:p>
    <w:p>
      <w:r>
        <w:t>Уголовной ответственности подлежит только вменяемое физическое лицо, достигшее возраста, установленного настоящим Кодексом.</w:t>
      </w:r>
    </w:p>
    <w:p>
      <w:r>
        <w:rPr>
          <w:b/>
        </w:rPr>
        <w:t>Статья 20. Возраст, с которого наступает уголовная ответственность</w:t>
      </w:r>
    </w:p>
    <w:p>
      <w:r>
        <w:rPr>
          <w:b/>
        </w:rPr>
        <w:t xml:space="preserve">1. </w:t>
      </w:r>
      <w:r>
        <w:t>Уголовной ответственности подлежит лицо, достигшее ко времени совершения преступления шестнадцатилетнего возраста</w:t>
      </w:r>
    </w:p>
    <w:p>
      <w:r>
        <w:rPr>
          <w:b/>
        </w:rPr>
        <w:t xml:space="preserve">2. </w:t>
      </w:r>
      <w:r>
        <w:t>Лица, достигшие ко времени совершения преступления четырнадцатилетнего возраста, подлежат уголовной ответственности за убийство (статья 105), умышленное причинение тяжкого вреда здоровью (статья 111), умышленное причинение средней тяжести вреда здоровью (статья 112), похищение человека (статья 126), изнасилование (статья 131), насильственные действия сексуального характера (статья 132), кражу (статья 158), грабеж (статья 161), разбой (статья 162), вымогательство (статья 163), неправомерное завладение автомобилем или иным транспортным средством без цели хищения (статья 166), умышленные уничтожение или повреждение имущества при отягчающих обстоятельствах (часть вторая статьи 167), террористический акт (статья 205), содействие террористической деятельности (статья 2051), прохождение обучения в целях осуществления террористической деятельности (статья 2053), организацию террористического сообщества и участие в нем (статья 2054), организацию деятельности террористической организации и участие в деятельности такой организации (статья 2055), несообщение о преступлении (статья 2056), захват заложника (статья 206), заведомо ложное сообщение об акте терроризма (статья 207), участие в незаконном вооруженном формировании (часть вторая статьи 208), угон судна воздушного или водного транспорта либо железнодорожного подвижного состава (статья 211), участие в массовых беспорядках (часть вторая статьи 212), хулиганство при отягчающих обстоятельствах (части вторая и третья статьи 213), вандализм (статья 214), незаконные приобретение, передачу, сбыт, хранение, перевозку или ношение взрывчатых веществ или взрывных устройств (статья 2221), незаконное изготовление взрывчатых веществ или взрывных устройств (статья 2231), хищение либо вымогательство оружия, боеприпасов, взрывчатых веществ и взрывных устройств (статья 226), хищение либо вымогательство наркотических средств или психотропных веществ (статья 229), приведение в негодность транспортных средств или путей сообщения (статья 267), посягательство на жизнь государственного или общественного деятеля (статья 277), диверсию (статья 281), содействие диверсионной деятельности (статья 2811), прохождение обучения в целях осуществления диверсионной деятельности (статья 2812), организацию диверсионного сообщества и участие в нем (статья 2813), нападение на лиц или учреждения, которые пользуются международной защитой (статья 360), акт международного терроризма (статья 361). (В редакции федеральных законов от 06.07.2016 № 375-ФЗ, от 17.11.2025 № 420-ФЗ)</w:t>
      </w:r>
    </w:p>
    <w:p>
      <w:r>
        <w:rPr>
          <w:b/>
        </w:rPr>
        <w:t xml:space="preserve">3. </w:t>
      </w:r>
      <w:r>
        <w:t>Если несовершеннолетний достиг возраста, предусмотренного частями первой или второй настоящей статьи, но вследствие отставания в психическом развитии, не связанном с психическим расстройством, во время совершения общественно опасного деяния не мог в полной мере осознавать фактический характер и общественную опасность своих действий (бездействия) либо руководить ими, он не подлежит уголовной ответственности</w:t>
      </w:r>
    </w:p>
    <w:p>
      <w:r>
        <w:rPr>
          <w:b/>
        </w:rPr>
        <w:t>Статья 21. Невменяемость</w:t>
      </w:r>
    </w:p>
    <w:p>
      <w:r>
        <w:rPr>
          <w:b/>
        </w:rPr>
        <w:t xml:space="preserve">1. </w:t>
      </w:r>
      <w:r>
        <w:t>Не подлежит уголовной ответственности лицо, которое во время совершения общественно опасного деяния находилось в состоянии невменяемости, то есть не могло осознавать фактический характер и общественную опасность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либо иного болезненного состояния психики</w:t>
      </w:r>
    </w:p>
    <w:p>
      <w:r>
        <w:rPr>
          <w:b/>
        </w:rPr>
        <w:t xml:space="preserve">2. </w:t>
      </w:r>
      <w:r>
        <w:t>Лицу, совершившему предусмотренное уголовным законом общественно опасное деяние в состоянии невменяемости, судом могут быть назначены принудительные меры медицинского характера, предусмотренные настоящим Кодексом</w:t>
      </w:r>
    </w:p>
    <w:p>
      <w:r>
        <w:rPr>
          <w:b/>
        </w:rPr>
        <w:t>Статья 22. Уголовная ответственность лиц с психическим расстройством, не исключающим вменяемости</w:t>
      </w:r>
    </w:p>
    <w:p>
      <w:r>
        <w:rPr>
          <w:b/>
        </w:rPr>
        <w:t xml:space="preserve">1. </w:t>
      </w:r>
      <w:r>
        <w:t>Вменяемое лицо, которое во время совершения преступления в силу психического расстройства не могло в полной мере осознавать фактический характер и общественную опасность своих действий (бездействия) либо руководить ими, подлежит уголовной ответственности</w:t>
      </w:r>
    </w:p>
    <w:p>
      <w:r>
        <w:rPr>
          <w:b/>
        </w:rPr>
        <w:t xml:space="preserve">2. </w:t>
      </w:r>
      <w:r>
        <w:t>Психическое расстройство, не исключающее вменяемости, учитывается судом при назначении наказания и может служить основанием для назначения принудительных мер медицинского характера</w:t>
      </w:r>
    </w:p>
    <w:p>
      <w:r>
        <w:rPr>
          <w:b/>
        </w:rPr>
        <w:t>Статья 23. Уголовная ответственность лиц, совершивших преступление в состоянии опьянения</w:t>
      </w:r>
    </w:p>
    <w:p>
      <w:r>
        <w:t>Лицо, совершившее преступление в состоянии опьянения, вызванном употреблением алкоголя, наркотических средств, психотропных веществ или их аналогов, новых потенциально опасных психоактивных веществ либо других одурманивающих веществ, подлежит уголовной ответственности. (В редакции Федерального закона от 03.07.2016 № 328-ФЗ)</w:t>
      </w:r>
    </w:p>
    <w:p>
      <w:pPr>
        <w:pStyle w:val="Heading3"/>
      </w:pPr>
      <w:r>
        <w:t>ВИНА</w:t>
      </w:r>
    </w:p>
    <w:p>
      <w:r>
        <w:rPr>
          <w:b/>
        </w:rPr>
        <w:t>Статья 24. Формы вины</w:t>
      </w:r>
    </w:p>
    <w:p>
      <w:r>
        <w:rPr>
          <w:b/>
        </w:rPr>
        <w:t xml:space="preserve">1. </w:t>
      </w:r>
      <w:r>
        <w:t>Виновным в преступлении признается лицо, совершившее деяние умышленно или по неосторожности</w:t>
      </w:r>
    </w:p>
    <w:p>
      <w:r>
        <w:rPr>
          <w:b/>
        </w:rPr>
        <w:t xml:space="preserve">2. </w:t>
      </w:r>
      <w:r>
        <w:t>Деяние, совершенное только по неосторожности, признается преступлением лишь в случае, когда это специально предусмотрено соответствующей статьей Особенной части настоящего Кодекса. (В редакции Федерального закона от 25.06.1998 № 92-ФЗ)</w:t>
      </w:r>
    </w:p>
    <w:p>
      <w:r>
        <w:rPr>
          <w:b/>
        </w:rPr>
        <w:t>Статья 25. Преступление, совершенное умышленно</w:t>
      </w:r>
    </w:p>
    <w:p>
      <w:r>
        <w:rPr>
          <w:b/>
        </w:rPr>
        <w:t xml:space="preserve">1. </w:t>
      </w:r>
      <w:r>
        <w:t>Преступлением, совершенным умышленно, признается деяние, совершенное с прямым или косвенным умыслом</w:t>
      </w:r>
    </w:p>
    <w:p>
      <w:r>
        <w:rPr>
          <w:b/>
        </w:rPr>
        <w:t xml:space="preserve">2. </w:t>
      </w:r>
      <w:r>
        <w:t>Преступление признается совершенным с прямым умыслом, если лицо осознавало общественную опасность своих действий (бездействия), предвидело возможность или неизбежность наступления общественно опасных последствий и желало их наступления</w:t>
      </w:r>
    </w:p>
    <w:p>
      <w:r>
        <w:rPr>
          <w:b/>
        </w:rPr>
        <w:t xml:space="preserve">3. </w:t>
      </w:r>
      <w:r>
        <w:t>Преступление признается совершенным с косвенным умыслом, если лицо осознавало общественную опасность своих действий (бездействия), предвидело возможность наступления общественно опасных последствий, не желало, но сознательно допускало эти последствия либо относилось к ним безразлично</w:t>
      </w:r>
    </w:p>
    <w:p>
      <w:r>
        <w:rPr>
          <w:b/>
        </w:rPr>
        <w:t>Статья 26. Преступление, совершенное по неосторожности</w:t>
      </w:r>
    </w:p>
    <w:p>
      <w:r>
        <w:rPr>
          <w:b/>
        </w:rPr>
        <w:t xml:space="preserve">1. </w:t>
      </w:r>
      <w:r>
        <w:t>Преступлением, совершенным по неосторожности, признается деяние, совершенное по легкомыслию или небрежности</w:t>
      </w:r>
    </w:p>
    <w:p>
      <w:r>
        <w:rPr>
          <w:b/>
        </w:rPr>
        <w:t xml:space="preserve">2. </w:t>
      </w:r>
      <w:r>
        <w:t>Преступление признается совершенным по легкомыслию, если лицо предвидело возможность наступления общественно опасных последствий своих действий (бездействия), но без достаточных к тому оснований самонадеянно рассчитывало на предотвращение этих последствий</w:t>
      </w:r>
    </w:p>
    <w:p>
      <w:r>
        <w:rPr>
          <w:b/>
        </w:rPr>
        <w:t xml:space="preserve">3. </w:t>
      </w:r>
      <w:r>
        <w:t>Преступление признается совершенным по небрежности, если лицо не предвидело возможности наступления общественно опасных последствий своих действий (бездействия), хотя при необходимой внимательности и предусмотрительности должно было и могло предвидеть эти последствия</w:t>
      </w:r>
    </w:p>
    <w:p>
      <w:r>
        <w:rPr>
          <w:b/>
        </w:rPr>
        <w:t>Статья 27. Ответственность за преступление, совершенное с двумя формами вины</w:t>
      </w:r>
    </w:p>
    <w:p>
      <w:r>
        <w:t>Если в результате совершения умышленного преступления причиняются тяжкие последствия, которые по закону влекут более строгое наказание и которые не охватывались умыслом лица, уголовная ответственность за такие последствия наступает только в случае, если лицо предвидело возможность их наступления, но без достаточных к тому оснований самонадеянно рассчитывало на их предотвращение, или в случае, если лицо не предвидело, но должно было и могло предвидеть возможность наступления этих последствий. В целом такое преступление признается совершенным умышленно.</w:t>
      </w:r>
    </w:p>
    <w:p>
      <w:r>
        <w:rPr>
          <w:b/>
        </w:rPr>
        <w:t>Статья 28. Невиновное причинение вреда</w:t>
      </w:r>
    </w:p>
    <w:p>
      <w:r>
        <w:rPr>
          <w:b/>
        </w:rPr>
        <w:t xml:space="preserve">1. </w:t>
      </w:r>
      <w:r>
        <w:t>Деяние признается совершенным невиновно, если лицо, его совершившее, не осознавало и по обстоятельствам дела не могло осознавать общественной опасности своих действий (бездействия) либо не предвидело возможности наступления общественно опасных последствий и по обстоятельствам дела не должно было или не могло их предвидеть</w:t>
      </w:r>
    </w:p>
    <w:p>
      <w:r>
        <w:rPr>
          <w:b/>
        </w:rPr>
        <w:t xml:space="preserve">2. </w:t>
      </w:r>
      <w:r>
        <w:t>Деяние признается также совершенным невиновно, если лицо, его совершившее, хотя и предвидело возможность наступления общественно опасных последствий своих действий (бездействия), но не могло предотвратить эти последствия в силу несоответствия своих психофизиологических качеств требованиям экстремальных условий или нервно-психическим перегрузкам</w:t>
      </w:r>
    </w:p>
    <w:p>
      <w:pPr>
        <w:pStyle w:val="Heading3"/>
      </w:pPr>
      <w:r>
        <w:t>НЕОКОНЧЕННОЕ ПРЕСТУПЛЕНИЕ</w:t>
      </w:r>
    </w:p>
    <w:p>
      <w:r>
        <w:rPr>
          <w:b/>
        </w:rPr>
        <w:t>Статья 29. Оконченное и неоконченное преступления</w:t>
      </w:r>
    </w:p>
    <w:p>
      <w:r>
        <w:rPr>
          <w:b/>
        </w:rPr>
        <w:t xml:space="preserve">1. </w:t>
      </w:r>
      <w:r>
        <w:t>Преступление признается оконченным, если в совершенном лицом деянии содержатся все признаки состава преступления, предусмотренного настоящим Кодексом</w:t>
      </w:r>
    </w:p>
    <w:p>
      <w:r>
        <w:rPr>
          <w:b/>
        </w:rPr>
        <w:t xml:space="preserve">2. </w:t>
      </w:r>
      <w:r>
        <w:t>Неоконченным преступлением признаются приготовление к преступлению и покушение на преступление</w:t>
      </w:r>
    </w:p>
    <w:p>
      <w:r>
        <w:rPr>
          <w:b/>
        </w:rPr>
        <w:t xml:space="preserve">3. </w:t>
      </w:r>
      <w:r>
        <w:t>Уголовная ответственность за неоконченное преступление наступает по статье настоящего Кодекса, предусматривающей ответственность за оконченное преступление, со ссылкой на статью 30 настоящего Кодекса</w:t>
      </w:r>
    </w:p>
    <w:p>
      <w:r>
        <w:rPr>
          <w:b/>
        </w:rPr>
        <w:t>Статья 30. Приготовление к преступлению и покушение на преступление</w:t>
      </w:r>
    </w:p>
    <w:p>
      <w:r>
        <w:rPr>
          <w:b/>
        </w:rPr>
        <w:t xml:space="preserve">1. </w:t>
      </w:r>
      <w:r>
        <w:t>Приготовлением к преступлению признаются приискание, изготовление или приспособление лицом средств или орудий совершения преступления, приискание соучастников преступления,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 зависящим от этого лица обстоятельствам</w:t>
      </w:r>
    </w:p>
    <w:p>
      <w:r>
        <w:rPr>
          <w:b/>
        </w:rPr>
        <w:t xml:space="preserve">2. </w:t>
      </w:r>
      <w:r>
        <w:t>Уголовная ответственность наступает за приготовление только к тяжкому и особо тяжкому преступлениям</w:t>
      </w:r>
    </w:p>
    <w:p>
      <w:r>
        <w:rPr>
          <w:b/>
        </w:rPr>
        <w:t xml:space="preserve">3. </w:t>
      </w:r>
      <w:r>
        <w:t>Покушением на преступление признаются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w:t>
      </w:r>
    </w:p>
    <w:p>
      <w:r>
        <w:rPr>
          <w:b/>
        </w:rPr>
        <w:t>Статья 31. Добровольный отказ от преступления</w:t>
      </w:r>
    </w:p>
    <w:p>
      <w:r>
        <w:rPr>
          <w:b/>
        </w:rPr>
        <w:t xml:space="preserve">1. </w:t>
      </w:r>
      <w:r>
        <w:t>Добровольным отказом от преступления признается прекращение лицом приготовления к преступлению либо прекращение действий (бездействия), непосредственно направленных на совершение преступления, если лицо осознавало возможность доведения преступления до конца</w:t>
      </w:r>
    </w:p>
    <w:p>
      <w:r>
        <w:rPr>
          <w:b/>
        </w:rPr>
        <w:t xml:space="preserve">2. </w:t>
      </w:r>
      <w:r>
        <w:t>Лицо не подлежит уголовной ответственности за преступление, если оно добровольно и окончательно отказалось от доведения этого преступления до конца</w:t>
      </w:r>
    </w:p>
    <w:p>
      <w:r>
        <w:rPr>
          <w:b/>
        </w:rPr>
        <w:t xml:space="preserve">3. </w:t>
      </w:r>
      <w:r>
        <w:t>Лицо, добровольно отказавшееся от доведения преступления до конца, подлежит уголовной ответственности в том случае, если фактически совершенное им деяние содержит иной состав преступления</w:t>
      </w:r>
    </w:p>
    <w:p>
      <w:r>
        <w:rPr>
          <w:b/>
        </w:rPr>
        <w:t xml:space="preserve">4. </w:t>
      </w:r>
      <w:r>
        <w:t>Организатор преступления и подстрекатель к преступлению не подлежат уголовной ответственности, если эти лица своевременным сообщением органам власти или иными предпринятыми мерами предотвратили доведение преступления исполнителем до конца. Пособник преступления не подлежит уголовной ответственности, если он предпринял все зависящие от него меры, чтобы предотвратить совершение преступления</w:t>
      </w:r>
    </w:p>
    <w:p>
      <w:r>
        <w:rPr>
          <w:b/>
        </w:rPr>
        <w:t xml:space="preserve">5. </w:t>
      </w:r>
      <w:r>
        <w:t>Если действия организатора или подстрекателя, предусмотренные частью четвертой настоящей статьи, не привели к предотвращению совершения преступления исполнителем, то предпринятые ими меры могут быть признаны судом смягчающими обстоятельствами при назначении наказания</w:t>
      </w:r>
    </w:p>
    <w:p>
      <w:pPr>
        <w:pStyle w:val="Heading3"/>
      </w:pPr>
      <w:r>
        <w:t>СОУЧАСТИЕ В ПРЕСТУПЛЕНИИ</w:t>
      </w:r>
    </w:p>
    <w:p>
      <w:r>
        <w:rPr>
          <w:b/>
        </w:rPr>
        <w:t>Статья 32. Понятие соучастия в преступлении</w:t>
      </w:r>
    </w:p>
    <w:p>
      <w:r>
        <w:t>Соучастием в преступлении признается умышленное совместное участие двух или более лиц в совершении умышленного преступления.</w:t>
      </w:r>
    </w:p>
    <w:p>
      <w:r>
        <w:rPr>
          <w:b/>
        </w:rPr>
        <w:t>Статья 33. Виды соучастников преступления</w:t>
      </w:r>
    </w:p>
    <w:p>
      <w:r>
        <w:rPr>
          <w:b/>
        </w:rPr>
        <w:t xml:space="preserve">1. </w:t>
      </w:r>
      <w:r>
        <w:t>Соучастниками преступления наряду с исполнителем признаются организатор, подстрекатель и пособник</w:t>
      </w:r>
    </w:p>
    <w:p>
      <w:r>
        <w:rPr>
          <w:b/>
        </w:rPr>
        <w:t xml:space="preserve">2. </w:t>
      </w:r>
      <w:r>
        <w:t>Исполнителем признается лицо, непосредственно совершившее преступление либо непосредственно участвовавшее в его совершении совместно с другими лицами (соисполнителями), а также лицо, совершившее преступление посредством использования других лиц, не подлежащих уголовной ответственности в силу возраста, невменяемости или других обстоятельств, предусмотренных настоящим Кодексом</w:t>
      </w:r>
    </w:p>
    <w:p>
      <w:r>
        <w:rPr>
          <w:b/>
        </w:rPr>
        <w:t xml:space="preserve">3. </w:t>
      </w:r>
      <w:r>
        <w:t>Организатором признается лицо, организовавшее совершение преступления или руководившее его исполнением, а равно лицо, создавшее организованную группу или преступное сообщество (преступную организацию) либо руководившее ими</w:t>
      </w:r>
    </w:p>
    <w:p>
      <w:r>
        <w:rPr>
          <w:b/>
        </w:rPr>
        <w:t xml:space="preserve">4. </w:t>
      </w:r>
      <w:r>
        <w:t>Подстрекателем признается лицо, склонившее другое лицо к совершению преступления путем уговора, подкупа, угрозы или другим способом</w:t>
      </w:r>
    </w:p>
    <w:p>
      <w:r>
        <w:rPr>
          <w:b/>
        </w:rPr>
        <w:t xml:space="preserve">5. </w:t>
      </w:r>
      <w:r>
        <w:t>Пособником признается лицо, содействовавшее совершению преступления советами, указаниями, предоставлением информации, средств или орудий совершения преступления либо устранением препятствий, а также лицо, заранее обещавшее скрыть преступника, средства или орудия совершения преступления, следы преступления либо предметы, добытые преступным путем, а равно лицо, заранее обещавшее приобрести или сбыть такие предметы</w:t>
      </w:r>
    </w:p>
    <w:p>
      <w:r>
        <w:rPr>
          <w:b/>
        </w:rPr>
        <w:t>Статья 34. Ответственность соучастников преступления</w:t>
      </w:r>
    </w:p>
    <w:p>
      <w:r>
        <w:rPr>
          <w:b/>
        </w:rPr>
        <w:t xml:space="preserve">1. </w:t>
      </w:r>
      <w:r>
        <w:t>Ответственность соучастников преступления определяется характером и степенью фактического участия каждого из них в совершении преступления</w:t>
      </w:r>
    </w:p>
    <w:p>
      <w:r>
        <w:rPr>
          <w:b/>
        </w:rPr>
        <w:t xml:space="preserve">2. </w:t>
      </w:r>
      <w:r>
        <w:t>Соисполнители отвечают по статье Особенной части настоящего Кодекса за преступление, совершенное ими совместно, без ссылки на статью 33 настоящего Кодекса</w:t>
      </w:r>
    </w:p>
    <w:p>
      <w:r>
        <w:rPr>
          <w:b/>
        </w:rPr>
        <w:t xml:space="preserve">3. </w:t>
      </w:r>
      <w:r>
        <w:t>Уголовная ответственность организатора, подстрекателя и пособника наступает по статье, предусматривающей наказание за совершенное преступление, со ссылкой на статью 33 настоящего Кодекса, за исключением случаев, когда они одновременно являлись соисполнителями преступления</w:t>
      </w:r>
    </w:p>
    <w:p>
      <w:r>
        <w:rPr>
          <w:b/>
        </w:rPr>
        <w:t xml:space="preserve">4. </w:t>
      </w:r>
      <w:r>
        <w:t>Лицо, не являющееся субъектом преступления, специально указанным в соответствующей статье Особенной части настоящего Кодекса, участвовавшее в совершении преступления, предусмотренного этой статьей, несет уголовную ответственность за данное преступление в качестве его организатора, подстрекателя либо пособника</w:t>
      </w:r>
    </w:p>
    <w:p>
      <w:r>
        <w:rPr>
          <w:b/>
        </w:rPr>
        <w:t xml:space="preserve">5. </w:t>
      </w:r>
      <w:r>
        <w:t>В случае недоведения исполнителем преступления до конца по не зависящим от него обстоятельствам остальные соучастники несут уголовную ответственность за приготовление к преступлению или покушение на преступление. За приготовление к преступлению несет уголовную ответственность также лицо, которому по не зависящим от него обстоятельствам не удалось склонить других лиц к совершению преступления</w:t>
      </w:r>
    </w:p>
    <w:p>
      <w:r>
        <w:rPr>
          <w:b/>
        </w:rPr>
        <w:t>Статья 35. Совершение преступления группой лиц, группой лиц по предварительному сговору, организованной группой или преступным сообществом (преступной организацией)</w:t>
      </w:r>
    </w:p>
    <w:p>
      <w:r>
        <w:rPr>
          <w:b/>
        </w:rPr>
        <w:t xml:space="preserve">1. </w:t>
      </w:r>
      <w:r>
        <w:t>Преступление признается совершенным группой лиц, если в его совершении совместно участвовали два или более исполнителя без предварительного сговора</w:t>
      </w:r>
    </w:p>
    <w:p>
      <w:r>
        <w:rPr>
          <w:b/>
        </w:rPr>
        <w:t xml:space="preserve">2. </w:t>
      </w:r>
      <w:r>
        <w:t>Преступление признается совершенным группой лиц по предварительному сговору, если в нем участвовали лица, заранее договорившиеся о совместном совершении преступления</w:t>
      </w:r>
    </w:p>
    <w:p>
      <w:r>
        <w:rPr>
          <w:b/>
        </w:rPr>
        <w:t xml:space="preserve">3. </w:t>
      </w:r>
      <w:r>
        <w:t>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w:t>
      </w:r>
    </w:p>
    <w:p>
      <w:r>
        <w:rPr>
          <w:b/>
        </w:rPr>
        <w:t xml:space="preserve">4. </w:t>
      </w:r>
      <w:r>
        <w:t>Преступление признается совершенным преступным сообществом (преступной организацией), если оно совершено структурированной организованной группой или объединением организованных групп, действующих под единым руководством, члены которых объединены в целях совместного совершения одного или нескольких тяжких либо особо тяжких преступлений для получения прямо или косвенно финансовой или иной материальной выгоды. (В редакции Федерального закона от 03.11.2009 № 245-ФЗ)</w:t>
      </w:r>
    </w:p>
    <w:p>
      <w:r>
        <w:rPr>
          <w:b/>
        </w:rPr>
        <w:t xml:space="preserve">5. </w:t>
      </w:r>
      <w:r>
        <w:t>Лицо, создавшее организованную группу или преступное сообщество (преступную организацию) либо руководившее ими, подлежит уголовной ответственности за их организацию и руководство ими в случаях, предусмотренных статьями 2054, 2055, 208, 209, 210, 2813 и 2821 настоящего Кодекса, а также за все совершенные организованной группой или преступным сообществом (преступной организацией) преступления, если они охватывались его умыслом. Другие участники организованной группы или преступного сообщества (преступной организации) несут уголовную ответственность за участие в них в случаях, предусмотренных статьями 2054, 2055, 208, 209, 210, 2813 и 2821 настоящего Кодекса, а также за преступления, в подготовке или совершении которых они участвовали. (В редакции федеральных законов от 03.11.2009 № 245-ФЗ, от 02.11.2013 № 302-ФЗ, от 17.11.2025 № 420-ФЗ)</w:t>
      </w:r>
    </w:p>
    <w:p>
      <w:r>
        <w:rPr>
          <w:b/>
        </w:rPr>
        <w:t xml:space="preserve">6. </w:t>
      </w:r>
      <w:r>
        <w:t>Создание организованной группы в случаях, не предусмотренных статьями Особенной части настоящего Кодекса, влечет уголовную ответственность за приготовление к тем преступлениям, для совершения которых она создана</w:t>
      </w:r>
    </w:p>
    <w:p>
      <w:r>
        <w:rPr>
          <w:b/>
        </w:rPr>
        <w:t xml:space="preserve">7. </w:t>
      </w:r>
      <w:r>
        <w:t>Совершение преступления группой лиц, группой лиц по предварительному сговору, организованной группой или преступным сообществом (преступной организацией) влечет более строгое наказание на основании и в пределах, предусмотренных настоящим Кодексом</w:t>
      </w:r>
    </w:p>
    <w:p>
      <w:r>
        <w:rPr>
          <w:b/>
        </w:rPr>
        <w:t>Статья 36. Эксцесс исполнителя преступления</w:t>
      </w:r>
    </w:p>
    <w:p>
      <w:r>
        <w:t>Эксцессом исполнителя признается совершение исполнителем преступления, не охватывающегося умыслом других соучастников. За эксцесс исполнителя другие соучастники преступления уголовной ответственности не подлежат.</w:t>
      </w:r>
    </w:p>
    <w:p>
      <w:pPr>
        <w:pStyle w:val="Heading3"/>
      </w:pPr>
      <w:r>
        <w:t>ОБСТОЯТЕЛЬСТВА, ИСКЛЮЧАЮЩИЕ ПРЕСТУПНОСТЬ ДЕЯНИЯ</w:t>
      </w:r>
    </w:p>
    <w:p>
      <w:r>
        <w:rPr>
          <w:b/>
        </w:rPr>
        <w:t>Статья 37. Необходимая оборона</w:t>
      </w:r>
    </w:p>
    <w:p>
      <w:r>
        <w:rPr>
          <w:b/>
        </w:rPr>
        <w:t xml:space="preserve">1. </w:t>
      </w:r>
      <w:r>
        <w:t>Не является преступлением причинение вреда посягающему лицу в состоянии необходимой обороны, то есть при защите личности и прав обороняющегося или других лиц, охраняемых законом интересов общества или государства от общественно опасного посягательства, если это посягательство было сопряжено с насилием, опасным для жизни обороняющегося или другого лица, либо с непосредственной угрозой применения такого насилия</w:t>
      </w:r>
    </w:p>
    <w:p>
      <w:r>
        <w:rPr>
          <w:b/>
        </w:rPr>
        <w:t xml:space="preserve">2. </w:t>
      </w:r>
      <w:r>
        <w:t>Защита от посягательства, не сопряженного с насилием, опасным для жизни обороняющегося или другого лица, либо с непосредственной угрозой применения такого насилия, является правомерной, если при этом не было допущено превышения пределов необходимой обороны, то есть умышленных действий, явно не соответствующих характеру и опасности посягательства</w:t>
      </w:r>
    </w:p>
    <w:p>
      <w:r>
        <w:rPr>
          <w:b/>
        </w:rPr>
        <w:t xml:space="preserve">21. </w:t>
      </w:r>
      <w:r>
        <w:t>Не являются превышением пределов необходимой обороны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 (Дополнение частью - Федеральный закон от 08.12.2003 № 162-ФЗ)</w:t>
      </w:r>
    </w:p>
    <w:p>
      <w:r>
        <w:rPr>
          <w:b/>
        </w:rPr>
        <w:t xml:space="preserve">3. </w:t>
      </w:r>
      <w:r>
        <w:t>Положения настоящей статьи в равной мере распространяются на всех лиц независимо от их профессиональной или иной специальной подготовки и служебного положения, а также независимо от возможности избежать общественно опасного посягательства или обратиться за помощью к другим лицам или органам власти. (В редакции Федерального закона от 27.07.2006 № 153-ФЗ) (Статья в редакции Федерального закона от 14.03.2002 № 29-ФЗ)</w:t>
      </w:r>
    </w:p>
    <w:p>
      <w:r>
        <w:rPr>
          <w:b/>
        </w:rPr>
        <w:t>Статья 38. Причинение вреда при задержании лица, совершившего преступление</w:t>
      </w:r>
    </w:p>
    <w:p>
      <w:r>
        <w:rPr>
          <w:b/>
        </w:rPr>
        <w:t xml:space="preserve">1. </w:t>
      </w:r>
      <w:r>
        <w:t>Не является преступлением причинение вреда лицу, совершившему преступление, при его задержании для доставления органам власти и пресечения возможности совершения им новых преступлений, если иными средствами задержать такое лицо не представлялось возможным и при этом не было допущено превышения необходимых для этого мер</w:t>
      </w:r>
    </w:p>
    <w:p>
      <w:r>
        <w:rPr>
          <w:b/>
        </w:rPr>
        <w:t xml:space="preserve">2. </w:t>
      </w:r>
      <w:r>
        <w:t>Превышением мер, необходимых для задержания лица, совершившего преступление, признается их явное несоответствие характеру и степени общественной опасности совершенного задерживаемым лицом преступления и обстоятельствам задержания, когда лицу без необходимости причиняется явно чрезмерный, не вызываемый обстановкой вред. Такое превышение влечет за собой уголовную ответственность только в случаях умышленного причинения вреда</w:t>
      </w:r>
    </w:p>
    <w:p>
      <w:r>
        <w:rPr>
          <w:b/>
        </w:rPr>
        <w:t>Статья 39. Крайняя необходимость</w:t>
      </w:r>
    </w:p>
    <w:p>
      <w:r>
        <w:rPr>
          <w:b/>
        </w:rPr>
        <w:t xml:space="preserve">1. </w:t>
      </w:r>
      <w:r>
        <w:t>Не является преступлением причинение вреда охраняемым уголовным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иных лиц, охраняемым законом интересам общества или государства, если эта опасность не могла быть устранена иными средствами и при этом не было допущено превышения пределов крайней необходимости</w:t>
      </w:r>
    </w:p>
    <w:p>
      <w:r>
        <w:rPr>
          <w:b/>
        </w:rPr>
        <w:t xml:space="preserve">2. </w:t>
      </w:r>
      <w:r>
        <w:t>Превышением пределов крайней необходимости признается причинение вреда, явно не соответствующего характеру и степени угрожавшей опасности и обстоятельствам, при которых опасность устранялась, когда указанным интересам был причинен вред равный или более значительный, чем предотвращенный. Такое превышение влечет за собой уголовную ответственность только в случаях умышленного причинения вреда</w:t>
      </w:r>
    </w:p>
    <w:p>
      <w:r>
        <w:rPr>
          <w:b/>
        </w:rPr>
        <w:t>Статья 40. Физическое или психическое принуждение</w:t>
      </w:r>
    </w:p>
    <w:p>
      <w:r>
        <w:rPr>
          <w:b/>
        </w:rPr>
        <w:t xml:space="preserve">1. </w:t>
      </w:r>
      <w:r>
        <w:t>Не является преступлением причинение вреда охраняемым уголовным законом интересам в результате физического принуждения, если вследствие такого принуждения лицо не могло руководить своими действиями (бездействием)</w:t>
      </w:r>
    </w:p>
    <w:p>
      <w:r>
        <w:rPr>
          <w:b/>
        </w:rPr>
        <w:t xml:space="preserve">2. </w:t>
      </w:r>
      <w:r>
        <w:t>Вопрос об уголовной ответственности за причинение вреда охраняемым уголовным законом интересам в результате психического принуждения, а также в результате физического принуждения, вследствие которого лицо сохранило возможность руководить своими действиями, решается с учетом положений статьи 39 настоящего Кодекса</w:t>
      </w:r>
    </w:p>
    <w:p>
      <w:r>
        <w:rPr>
          <w:b/>
        </w:rPr>
        <w:t>Статья 41. Обоснованный риск</w:t>
      </w:r>
    </w:p>
    <w:p>
      <w:r>
        <w:rPr>
          <w:b/>
        </w:rPr>
        <w:t xml:space="preserve">1. </w:t>
      </w:r>
      <w:r>
        <w:t>Не является преступлением причинение вреда охраняемым уголовным законом интересам при обоснованном риске для достижения общественно полезной цели</w:t>
      </w:r>
    </w:p>
    <w:p>
      <w:r>
        <w:rPr>
          <w:b/>
        </w:rPr>
        <w:t xml:space="preserve">2. </w:t>
      </w:r>
      <w:r>
        <w:t>Риск признается обоснованным, если указанная цель не могла быть достигнута не связанными с риском действиями (бездействием) и лицо, допустившее риск, предприняло достаточные меры для предотвращения вреда охраняемым уголовным законом интересам</w:t>
      </w:r>
    </w:p>
    <w:p>
      <w:r>
        <w:rPr>
          <w:b/>
        </w:rPr>
        <w:t xml:space="preserve">3. </w:t>
      </w:r>
      <w:r>
        <w:t>Риск не признается обоснованным, если он заведомо был сопряжен с угрозой для жизни многих людей, с угрозой экологической катастрофы или общественного бедствия</w:t>
      </w:r>
    </w:p>
    <w:p>
      <w:r>
        <w:rPr>
          <w:b/>
        </w:rPr>
        <w:t>Статья 42. Исполнение приказа или распоряжения</w:t>
      </w:r>
    </w:p>
    <w:p>
      <w:r>
        <w:rPr>
          <w:b/>
        </w:rPr>
        <w:t xml:space="preserve">1. </w:t>
      </w:r>
      <w:r>
        <w:t>Не является преступлением причинение вреда охраняемым уголовным законом интересам лицом, действующим во исполнение обязательных для него приказа или распоряжения. Уголовную ответственность за причинение такого вреда несет лицо, отдавшее незаконные приказ или распоряжение</w:t>
      </w:r>
    </w:p>
    <w:p>
      <w:r>
        <w:rPr>
          <w:b/>
        </w:rPr>
        <w:t xml:space="preserve">2. </w:t>
      </w:r>
      <w:r>
        <w:t>Лицо, совершившее умышленное преступление во исполнение заведомо незаконных приказа или распоряжения, несет уголовную ответственность на общих основаниях. Неисполнение заведомо незаконных приказа или распоряжения исключает уголовную ответственность</w:t>
      </w:r>
    </w:p>
    <w:p>
      <w:pPr>
        <w:pStyle w:val="Heading2"/>
      </w:pPr>
      <w:r>
        <w:t>НАКАЗАНИЕ</w:t>
      </w:r>
    </w:p>
    <w:p>
      <w:pPr>
        <w:pStyle w:val="Heading3"/>
      </w:pPr>
      <w:r>
        <w:t>ПОНЯТИЕ И ЦЕЛИ НАКАЗАНИЯ. ВИДЫ НАКАЗАНИЙ</w:t>
      </w:r>
    </w:p>
    <w:p>
      <w:r>
        <w:rPr>
          <w:b/>
        </w:rPr>
        <w:t>Статья 43. Понятие и цели наказания</w:t>
      </w:r>
    </w:p>
    <w:p>
      <w:r>
        <w:rPr>
          <w:b/>
        </w:rPr>
        <w:t xml:space="preserve">1. </w:t>
      </w:r>
      <w:r>
        <w:t>Наказание есть мера государственного принуждения, назначаемая по приговору суда. Наказание применяется к лицу, признанному виновным в совершении преступления, и заключается в предусмотренных настоящим Кодексом лишении или ограничении прав и свобод этого лица</w:t>
      </w:r>
    </w:p>
    <w:p>
      <w:r>
        <w:rPr>
          <w:b/>
        </w:rPr>
        <w:t xml:space="preserve">2. </w:t>
      </w:r>
      <w:r>
        <w:t>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w:t>
      </w:r>
    </w:p>
    <w:p>
      <w:r>
        <w:rPr>
          <w:b/>
        </w:rPr>
        <w:t>Статья 44. Виды наказаний</w:t>
      </w:r>
    </w:p>
    <w:p>
      <w:r>
        <w:t>Видами наказаний являются: а) штраф; б) лишение права занимать определенные должности или заниматься определенной деятельностью; в) лишение специального, воинского или почетного звания, классного чина и государственных наград; г) обязательные работы; д) исправительные работы; е) ограничение по военной службе; ж) (Пункт утратил силу - Федеральный закон от 08.12.2003 № 162-ФЗ) з) ограничение свободы; з1) принудительные работы; (Дополнение пунктом - Федеральный закон от 07.12.2011 № 420-ФЗ) и) арест; к) содержание в дисциплинарной воинской части; л) лишение свободы на определенный срок; м) пожизненное лишение свободы; н) смертная казнь.</w:t>
      </w:r>
    </w:p>
    <w:p>
      <w:r>
        <w:rPr>
          <w:b/>
        </w:rPr>
        <w:t>Статья 45. Основные и дополнительные виды наказаний</w:t>
      </w:r>
    </w:p>
    <w:p>
      <w:r>
        <w:rPr>
          <w:b/>
        </w:rPr>
        <w:t xml:space="preserve">1. </w:t>
      </w:r>
      <w:r>
        <w:t>Обязательные работы, исправительные работы, ограничение по военной службе, принудительные работы, арест, содержание в дисциплинарной воинской части, лишение свободы на определенный срок, пожизненное лишение свободы, смертная казнь применяются только в качестве основных видов наказаний. (В редакции федеральных законов от 27.12.2009 № 377-ФЗ; от 07.12.2011 № 420-ФЗ)</w:t>
      </w:r>
    </w:p>
    <w:p>
      <w:r>
        <w:rPr>
          <w:b/>
        </w:rPr>
        <w:t xml:space="preserve">2. </w:t>
      </w:r>
      <w:r>
        <w:t>Штраф, лишение права занимать определенные должности или заниматься определенной деятельностью и ограничение свободы применяются в качестве как основных, так и дополнительных видов наказаний. (В редакции Федерального закона от 27.12.2009 № 377-ФЗ)</w:t>
      </w:r>
    </w:p>
    <w:p>
      <w:r>
        <w:rPr>
          <w:b/>
        </w:rPr>
        <w:t xml:space="preserve">3. </w:t>
      </w:r>
      <w:r>
        <w:t>Лишение специального, воинского или почетного звания, классного чина и государственных наград применяется только в качестве дополнительных видов наказаний. (В редакции Федерального закона от 08.12.2003 № 162-ФЗ)</w:t>
      </w:r>
    </w:p>
    <w:p>
      <w:r>
        <w:rPr>
          <w:b/>
        </w:rPr>
        <w:t>Статья 46. Штраф</w:t>
      </w:r>
    </w:p>
    <w:p>
      <w:r>
        <w:rPr>
          <w:b/>
        </w:rPr>
        <w:t xml:space="preserve">1. </w:t>
      </w:r>
      <w:r>
        <w:t>Штраф есть денежное взыскание, назначаемое в пределах, предусмотренных настоящим Кодексом. (В редакции Федерального закона от 08.12.2003 № 162-ФЗ)</w:t>
      </w:r>
    </w:p>
    <w:p>
      <w:r>
        <w:rPr>
          <w:b/>
        </w:rPr>
        <w:t xml:space="preserve">2. </w:t>
      </w:r>
      <w:r>
        <w:t>Штраф устанавливается в размере от пяти тысяч до пяти миллионов рублей или в размере заработной платы или иного дохода осужденного за период от двух недель до пяти лет либо исчисляется в величине, кратной стоимости предмета или сумме коммерческого подкупа, подкупа работника контрактной службы, контрактного управляющего, члена комиссии по осуществлению закупок и иных уполномоченных лиц, представляющих интересы заказчика в сфере закупок товаров, работ, услуг для обеспечения государственных или муниципальных нужд, подкупа арбитра (третейского судьи), взятки или сумме незаконно перемещенных денежных средств и (или) стоимости денежных инструментов. Штраф в размере от пятисот тысяч рублей или в размере заработной платы или иного дохода осужденного за период свыше трех лет может назначаться только в случаях, специально предусмотренных соответствующими статьями Особенной части настоящего Кодекса, за исключением случаев исчисления размера штрафа исходя из величины, кратной сумме коммерческого подкупа, подкупа работника контрактной службы, контрактного управляющего, члена комиссии по осуществлению закупок и иных уполномоченных лиц, представляющих интересы заказчика в сфере закупок товаров, работ, услуг для обеспечения государственных или муниципальных нужд, подкупа арбитра (третейского судьи), взятки или сумме незаконно перемещенных денежных средств и (или) стоимости денежных инструментов. Штраф, исчисляемый исходя из величины, кратной сумме коммерческого подкупа, подкупа работника контрактной службы, контрактного управляющего, члена комиссии по осуществлению закупок и иных уполномоченных лиц, представляющих интересы заказчика в сфере закупок товаров, работ, услуг для обеспечения государственных или муниципальных нужд, подкупа арбитра (третейского судьи), взятки или сумме незаконно перемещенных денежных средств и (или) стоимости денежных инструментов, устанавливается в размере до стократной суммы таких подкупа, взятки или суммы незаконно перемещенных денежных средств и (или) стоимости денежных инструментов, но не может быть менее двадцати пяти тысяч рублей и более пятисот миллионов рублей. (В редакции федеральных законов от 23.04.2018 № 99-ФЗ, от 27.10.2020 № 352-ФЗ)</w:t>
      </w:r>
    </w:p>
    <w:p>
      <w:r>
        <w:rPr>
          <w:b/>
        </w:rPr>
        <w:t xml:space="preserve">3. </w:t>
      </w:r>
      <w:r>
        <w:t>Размер штрафа определяется судом с учетом тяжести совершенного преступления и имущественного положения осужденного и его семьи, а также с учетом возможности получения осужденным заработной платы или иного дохода. С учетом тех же обстоятельств суд может назначить штраф с рассрочкой выплаты определенными частями на срок до пяти лет. (В редакции федеральных законов от 08.12.2003 № 162-ФЗ; от 07.12.2011 № 420-ФЗ)</w:t>
      </w:r>
    </w:p>
    <w:p>
      <w:r>
        <w:rPr>
          <w:b/>
        </w:rPr>
        <w:t xml:space="preserve">4. </w:t>
      </w:r>
      <w:r>
        <w:t>Штраф в качестве дополнительного вида наказания может назначаться только в случаях, предусмотренных соответствующими статьями Особенной части настоящего Кодекса</w:t>
      </w:r>
    </w:p>
    <w:p>
      <w:r>
        <w:rPr>
          <w:b/>
        </w:rPr>
        <w:t xml:space="preserve">5. </w:t>
      </w:r>
      <w:r>
        <w:t>В случае злостного уклонения от уплаты штрафа, назначенного в качестве основного наказания, за исключением случаев назначения штрафа в размере, исчисляемом исходя из величины, кратной стоимости предмета или сумме коммерческого подкупа или взятки, штраф заменяется иным наказанием, за исключением лишения свободы. В случае злостного уклонения от уплаты штрафа в размере, исчисляемом исходя из величины, кратной стоимости предмета или сумме коммерческого подкупа или взятки, назначенного в качестве основного наказания, штраф заменяется наказанием в пределах санкции, предусмотренной соответствующей статьей Особенной части настоящего Кодекса. При этом назначенное наказание не может быть условным. (В редакции Федерального закона от 03.12.2012 № 231-ФЗ)</w:t>
      </w:r>
    </w:p>
    <w:p>
      <w:r>
        <w:rPr>
          <w:b/>
        </w:rPr>
        <w:t>Статья 47. Лишение права занимать определенные должности или заниматься определенной деятельностью</w:t>
      </w:r>
    </w:p>
    <w:p>
      <w:r>
        <w:rPr>
          <w:b/>
        </w:rPr>
        <w:t xml:space="preserve">1. </w:t>
      </w:r>
      <w:r>
        <w:t>Лишение права занимать определенные должности или заниматься определенной деятельностью состоит в запрещении занимать должности на государственной службе, в органах местного самоуправления либо заниматься определенной профессиональной или иной деятельностью</w:t>
      </w:r>
    </w:p>
    <w:p>
      <w:r>
        <w:rPr>
          <w:b/>
        </w:rPr>
        <w:t xml:space="preserve">2. </w:t>
      </w:r>
      <w:r>
        <w:t>Лишение права занимать определенные должности или заниматься определенной деятельностью устанавливается на срок от одного года до пяти лет в качестве основного вида наказания и на срок от шести месяцев до трех лет в качестве дополнительного вида наказания. В случаях, специально предусмотренных соответствующими статьями Особенной части настоящего Кодекса, лишение права занимать определенные должности или заниматься определенной деятельностью устанавливается на срок до двадцати лет в качестве дополнительного вида наказания. (В редакции Федерального закона от 27.07.2009 № 215-ФЗ)</w:t>
      </w:r>
    </w:p>
    <w:p>
      <w:r>
        <w:rPr>
          <w:b/>
        </w:rPr>
        <w:t xml:space="preserve">3. </w:t>
      </w:r>
      <w:r>
        <w:t>Лишение права занимать определенные должности или заниматься определенной деятельностью может назначаться в качестве дополнительного вида наказания и в случаях, когда оно не предусмотрено соответствующей статьей Особенной части настоящего Кодекса в качестве наказания за соответствующее преступление, если с учетом характера и степени общественной опасности совершенного преступления и личности виновного суд признает невозможным сохранение за ним права занимать определенные должности или заниматься определенной деятельностью</w:t>
      </w:r>
    </w:p>
    <w:p>
      <w:r>
        <w:rPr>
          <w:b/>
        </w:rPr>
        <w:t xml:space="preserve">4. </w:t>
      </w:r>
      <w:r>
        <w:t>В случае назначения этого вида наказания в качестве дополнительного к обязательным работам, исправительным работам, ограничению свободы, а также при условном осуждении его срок исчисляется с момента вступления приговора суда в законную силу. В случае назначения лишения права занимать определенные должности или заниматься определенной деятельностью в качестве дополнительного вида наказания к аресту, содержанию в дисциплинарной воинской части, принудительным работам, лишению свободы оно распространяется на все время отбывания указанных основных видов наказаний, но при этом его срок исчисляется с момента их отбытия. (В редакции федеральных законов от 27.12.2009 № 377-ФЗ; от 07.12.2011 № 420-ФЗ)</w:t>
      </w:r>
    </w:p>
    <w:p>
      <w:r>
        <w:rPr>
          <w:b/>
        </w:rPr>
        <w:t>Статья 48. Лишение специального, воинского или почетного звания, классного чина и государственных наград</w:t>
      </w:r>
    </w:p>
    <w:p>
      <w:r>
        <w:t>При осуждении за совершение тяжкого или особо тяжкого преступления, а также за совершение преступлений, предусмотренных частью первой статьи 2073, статьями 280, 2801, частью первой статьи 2803, частью первой статьи 2804, частью первой статьи 282, статьей 2824, частями первой и второй статьи 2841, статьями 2842, 2843, 3541 настоящего Кодекса, с учетом личности виновного суд может лишить его специального, воинского или почетного звания, классного чина и государственных наград. (В редакции Федерального закона от 14.02.2024 № 11-ФЗ)</w:t>
      </w:r>
    </w:p>
    <w:p>
      <w:r>
        <w:rPr>
          <w:b/>
        </w:rPr>
        <w:t>Статья 49. Обязательные работы</w:t>
      </w:r>
    </w:p>
    <w:p>
      <w:r>
        <w:rPr>
          <w:b/>
        </w:rPr>
        <w:t xml:space="preserve">1. </w:t>
      </w:r>
      <w:r>
        <w:t>Обязательные работы заключаются в выполнении осужденным в свободное от основной работы или учебы время бесплатных общественно полезных работ. Вид обязательных работ и объекты, на которых они отбываются, определяются органами местного самоуправления по согласованию с уголовно-исполнительными инспекциями. (В редакции Федерального закона от 08.12.2003 № 162-ФЗ)</w:t>
      </w:r>
    </w:p>
    <w:p>
      <w:r>
        <w:rPr>
          <w:b/>
        </w:rPr>
        <w:t xml:space="preserve">2. </w:t>
      </w:r>
      <w:r>
        <w:t>Обязательные работы устанавливаются на срок от шестидесяти до четырехсот восьмидесяти часов и отбываются не свыше четырех часов в день. (В редакции Федерального закона от 07.12.2011 № 420-ФЗ)</w:t>
      </w:r>
    </w:p>
    <w:p>
      <w:r>
        <w:rPr>
          <w:b/>
        </w:rPr>
        <w:t xml:space="preserve">3. </w:t>
      </w:r>
      <w:r>
        <w:t>В случае злостного уклонения осужденного от отбывания обязательных работ они заменяются принудительными работами или лишением свободы. При этом время, в течение которого осужденный отбывал обязательные работы, учитывается при определении срока принудительных работ или лишения свободы из расчета один день принудительных работ или один день лишения свободы за восемь часов обязательных работ. (В редакции Федерального закона от 07.12.2011 № 420-ФЗ)</w:t>
      </w:r>
    </w:p>
    <w:p>
      <w:r>
        <w:rPr>
          <w:b/>
        </w:rPr>
        <w:t xml:space="preserve">4. </w:t>
      </w:r>
      <w:r>
        <w:t>Обязательные работы не назначаются лицам, признанным инвалидами первой группы, беременным женщинам, женщинам, имеющим детей в возрасте до трех лет, военнослужащим, проходящим военную службу по призыву, а также военнослужащим, проходящим военную службу по контракту на воинских должностях рядового и сержантского состава, если они на момент вынесения судом приговора не отслужили установленного законом срока службы по призыву. (В редакции Федерального закона от 08.12.2003 № 162-ФЗ)</w:t>
      </w:r>
    </w:p>
    <w:p>
      <w:r>
        <w:rPr>
          <w:b/>
        </w:rPr>
        <w:t>Статья 50. Исправительные работы</w:t>
      </w:r>
    </w:p>
    <w:p>
      <w:r>
        <w:rPr>
          <w:b/>
        </w:rPr>
        <w:t xml:space="preserve">1. </w:t>
      </w:r>
      <w:r>
        <w:t>Исправительные работы назначаются осужденному, имеющему основное место работы. (В редакции Федерального закона от 23.07.2025 № 218-ФЗ)</w:t>
      </w:r>
    </w:p>
    <w:p>
      <w:r>
        <w:rPr>
          <w:b/>
        </w:rPr>
        <w:t xml:space="preserve">2. </w:t>
      </w:r>
      <w:r>
        <w:t>Исправительные работы устанавливаются на срок от двух месяцев до двух лет</w:t>
      </w:r>
    </w:p>
    <w:p>
      <w:r>
        <w:rPr>
          <w:b/>
        </w:rPr>
        <w:t xml:space="preserve">3. </w:t>
      </w:r>
      <w:r>
        <w:t>Из заработной платы осужденного к исправительным работам производятся удержания в доход государства в размере, установленном приговором суда, в пределах от пяти до двадцати процентов. (В редакции Федерального закона от 03.06.2009 № 106-ФЗ)</w:t>
      </w:r>
    </w:p>
    <w:p>
      <w:r>
        <w:rPr>
          <w:b/>
        </w:rPr>
        <w:t xml:space="preserve">4. </w:t>
      </w:r>
      <w:r>
        <w:t>В случае злостного уклонения осужденного от отбывания исправительных работ суд может заменить неотбытое наказание принудительными работами или лишением свободы из расчета один день принудительных работ или один день лишения свободы за три дня исправительных работ. (В редакции Федерального закона от 07.12.2011 № 420-ФЗ)</w:t>
      </w:r>
    </w:p>
    <w:p>
      <w:r>
        <w:rPr>
          <w:b/>
        </w:rPr>
        <w:t xml:space="preserve">5. </w:t>
      </w:r>
      <w:r>
        <w:t>Исправительные работы не назначаются лицам, признанным инвалидами первой группы, беременным женщинам, женщинам, имеющим детей в возрасте до трех лет, военнослужащим, проходящим военную службу по призыву, а также военнослужащим, проходящим военную службу по контракту на воинских должностях рядового и сержантского состава, если они на момент вынесения судом приговора не отслужили установленного законом срока службы по призыву. (Статья в редакции Федерального закона от 08.12.2003 № 162-ФЗ)</w:t>
      </w:r>
    </w:p>
    <w:p>
      <w:r>
        <w:rPr>
          <w:b/>
        </w:rPr>
        <w:t>Статья 51. Ограничение по военной службе</w:t>
      </w:r>
    </w:p>
    <w:p>
      <w:r>
        <w:rPr>
          <w:b/>
        </w:rPr>
        <w:t xml:space="preserve">1. </w:t>
      </w:r>
      <w:r>
        <w:t>Ограничение по военной службе назначается осужденным военнослужащим, проходящим военную службу по контракту, на срок от трех месяцев до двух лет в случаях, предусмотренных соответствующими статьями Особенной части настоящего Кодекса за совершение преступлений против военной службы, а также осужденным военнослужащим, проходящим военную службу по контракту, вместо исправительных работ, предусмотренных соответствующими статьями Особенной части настоящего Кодекса</w:t>
      </w:r>
    </w:p>
    <w:p>
      <w:r>
        <w:rPr>
          <w:b/>
        </w:rPr>
        <w:t xml:space="preserve">2. </w:t>
      </w:r>
      <w:r>
        <w:t>Из денежного довольствия осужденного к ограничению по военной службе производятся удержания в доход государства в размере, установленном приговором суда, но не свыше двадцати процентов. Во время отбывания этого наказания осужденный не может быть повышен в должности, воинском звании, а срок наказания не засчитывается в срок выслуги лет для присвоения очередного воинского звания. (В редакции Федерального закона от 08.12.2003 № 162-ФЗ)</w:t>
      </w:r>
    </w:p>
    <w:p>
      <w:r>
        <w:rPr>
          <w:b/>
        </w:rPr>
        <w:t>Статья 52</w:t>
      </w:r>
    </w:p>
    <w:p>
      <w:r>
        <w:t>(Статья утратила силу - Федеральный закон от 08.12.2003 № 162-ФЗ)</w:t>
      </w:r>
    </w:p>
    <w:p>
      <w:r>
        <w:rPr>
          <w:b/>
        </w:rPr>
        <w:t>Статья 53. Ограничение свободы</w:t>
      </w:r>
    </w:p>
    <w:p>
      <w:r>
        <w:rPr>
          <w:b/>
        </w:rPr>
        <w:t xml:space="preserve">1. </w:t>
      </w:r>
      <w:r>
        <w:t>Ограничение свободы заключается в установлении судом осужденному следующих ограничений: не уходить из места постоянного проживания (пребывания) в определенное время суток, не посещать определенные места, расположенные в пределах территории соответствующего муниципального образования, не выезжать за пределы территории соответствующего муниципального образования, не посещать места проведения массовых и иных мероприятий и не участвовать в указанных мероприятиях, не изменять место жительства или пребывания, место работы и (или) учебы без согласия специализированного государственного органа, осуществляющего надзор за отбыванием осужденными наказания в виде ограничения свободы, в случаях, предусмотренных законодательством Российской Федерации. При этом суд возлагает на осужденного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от одного до четырех раз в месяц для регистрации. Установление судом осужденному ограничений на изменение места жительства или пребывания без согласия указанного специализированного государственного органа, а также на выезд за пределы территории соответствующего муниципального образования является обязательным. (В редакции Федерального закона от 05.04.2013 № 59-ФЗ)</w:t>
      </w:r>
    </w:p>
    <w:p>
      <w:r>
        <w:rPr>
          <w:b/>
        </w:rPr>
        <w:t xml:space="preserve">2. </w:t>
      </w:r>
      <w:r>
        <w:t>Ограничение свободы назначается на срок от двух месяцев до четырех лет в качестве основного вида наказания за преступления небольшой тяжести и преступления средней тяжести, а также на срок от шести месяцев до двух лет в качестве дополнительного вида наказания к принудительным работам или лишению свободы в случаях, предусмотренных соответствующими статьями Особенной части настоящего Кодекса. (В редакции Федерального закона от 07.12.2011 № 420-ФЗ)</w:t>
      </w:r>
    </w:p>
    <w:p>
      <w:r>
        <w:rPr>
          <w:b/>
        </w:rPr>
        <w:t xml:space="preserve">3. </w:t>
      </w:r>
      <w:r>
        <w:t>В период отбывания ограничения свободы суд по представлению специализированного государственного органа, осуществляющего надзор за отбыванием осужденными наказания в виде ограничения свободы, может отменить частично либо дополнить ранее установленные осужденному ограничения</w:t>
      </w:r>
    </w:p>
    <w:p>
      <w:r>
        <w:rPr>
          <w:b/>
        </w:rPr>
        <w:t xml:space="preserve">4. </w:t>
      </w:r>
      <w:r>
        <w:t>Надзор за осужденным, отбывающим ограничение свободы, осуществляется в порядке, предусмотренном уголовно-исполнительным законодательством Российской Федерации, а также издаваемыми в соответствии с ним нормативными правовыми актами уполномоченных федеральных органов исполнительной власти</w:t>
      </w:r>
    </w:p>
    <w:p>
      <w:r>
        <w:rPr>
          <w:b/>
        </w:rPr>
        <w:t xml:space="preserve">5. </w:t>
      </w:r>
      <w:r>
        <w:t>В случае злостного уклонения осужденного от отбывания ограничения свободы, назначенного в качестве основного вида наказания, суд по представлению специализированного государственного органа, осуществляющего надзор за отбыванием осужденными наказания в виде ограничения свободы, может заменить неотбытую часть наказания принудительными работами или лишением свободы из расчета один день принудительных работ за два дня ограничения свободы или один день лишения свободы за два дня ограничения свободы. (В редакции Федерального закона от 07.12.2011 № 420-ФЗ)</w:t>
      </w:r>
    </w:p>
    <w:p>
      <w:r>
        <w:rPr>
          <w:b/>
        </w:rPr>
        <w:t xml:space="preserve">6. </w:t>
      </w:r>
      <w:r>
        <w:t>Ограничение свободы не назначается военнослужащим, иностранным гражданам, лицам без гражданства, а также лицам, не имеющим места постоянного проживания на территории Российской Федерации. (Статья в редакции Федерального закона от 27.12.2009 № 377-ФЗ)</w:t>
      </w:r>
    </w:p>
    <w:p>
      <w:r>
        <w:rPr>
          <w:b/>
        </w:rPr>
        <w:t>Статья 531. Принудительные работы</w:t>
      </w:r>
    </w:p>
    <w:p>
      <w:r>
        <w:rPr>
          <w:b/>
        </w:rPr>
        <w:t xml:space="preserve">1. </w:t>
      </w:r>
      <w:r>
        <w:t>Принудительные работы заключаются в содержании осужденного в учреждении уголовно-исполнительной системы и привлечении его к труду в местах, определяемых учреждением уголовно-исполнительной системы</w:t>
      </w:r>
    </w:p>
    <w:p>
      <w:r>
        <w:rPr>
          <w:b/>
        </w:rPr>
        <w:t xml:space="preserve">2. </w:t>
      </w:r>
      <w:r>
        <w:t>Принудительные работы назначаются на срок от двух месяцев до пяти лет за совершение преступления небольшой или средней тяжести либо за совершение тяжкого преступления впервые, за исключением случаев замены наказания в виде лишения свободы принудительными работами в соответствии со статьей 80 настоящего Кодекса</w:t>
      </w:r>
    </w:p>
    <w:p>
      <w:r>
        <w:rPr>
          <w:b/>
        </w:rPr>
        <w:t xml:space="preserve">3. </w:t>
      </w:r>
      <w:r>
        <w:t>Из заработной платы осужденного к принудительным работам производятся удержания в доход государства, перечисляемые на счет соответствующего территориального органа уголовно-исполнительной системы, в размере, установленном приговором суда, и в пределах от пяти до двадцати процентов</w:t>
      </w:r>
    </w:p>
    <w:p>
      <w:r>
        <w:rPr>
          <w:b/>
        </w:rPr>
        <w:t xml:space="preserve">4. </w:t>
      </w:r>
      <w:r>
        <w:t>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работ неотбытая часть наказания заменяется лишением свободы из расчета один день лишения свободы за один день принудительных работ</w:t>
      </w:r>
    </w:p>
    <w:p>
      <w:r>
        <w:rPr>
          <w:b/>
        </w:rPr>
        <w:t xml:space="preserve">5. </w:t>
      </w:r>
      <w:r>
        <w:t>Принудительные работы не назначаются несовершеннолетним, лицам, признанным инвалидами первой или второй группы, беременным женщинам, женщинам, имеющим детей в возрасте до трех лет, мужчинам, имеющим детей в возрасте до трех лет и являющимся единственным родителем, лицам, достигшим возраста, дающего право на назначение страховой пенсии по старости в соответствии с законодательством Российской Федерации, и признанным полностью неспособными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а также военнослужащим. (Дополнение статьей - Федеральный закон от 07.12.2011 № 420-ФЗ) (В редакции Федерального закона от 23.07.2025 № 218-ФЗ)</w:t>
      </w:r>
    </w:p>
    <w:p>
      <w:r>
        <w:rPr>
          <w:b/>
        </w:rPr>
        <w:t>Статья 54. Арест</w:t>
      </w:r>
    </w:p>
    <w:p>
      <w:r>
        <w:rPr>
          <w:b/>
        </w:rPr>
        <w:t xml:space="preserve">1. </w:t>
      </w:r>
      <w:r>
        <w:t>Арест заключается в содержании осужденного в условиях строгой изоляции от общества и устанавливается на срок от одного до шести месяцев. В случае замены обязательных работ или исправительных работ арестом он может быть назначен на срок менее одного месяца</w:t>
      </w:r>
    </w:p>
    <w:p>
      <w:r>
        <w:rPr>
          <w:b/>
        </w:rPr>
        <w:t xml:space="preserve">2. </w:t>
      </w:r>
      <w:r>
        <w:t>Арест не назначается лицам, не достигшим к моменту вынесения судом приговора восемнадцатилетнего возраста, а также беременным женщинам и женщинам, имеющим детей в возрасте до четырнадцати лет. (В редакции федеральных законов от 08.12.2003 № 162-ФЗ; от 24.11.2014 № 371-ФЗ)</w:t>
      </w:r>
    </w:p>
    <w:p>
      <w:r>
        <w:rPr>
          <w:b/>
        </w:rPr>
        <w:t xml:space="preserve">3. </w:t>
      </w:r>
      <w:r>
        <w:t>Военнослужащие отбывают арест на гауптвахте</w:t>
      </w:r>
    </w:p>
    <w:p>
      <w:r>
        <w:rPr>
          <w:b/>
        </w:rPr>
        <w:t>Статья 55. Содержание в дисциплинарной воинской части</w:t>
      </w:r>
    </w:p>
    <w:p>
      <w:r>
        <w:rPr>
          <w:b/>
        </w:rPr>
        <w:t xml:space="preserve">1. </w:t>
      </w:r>
      <w:r>
        <w:t>Содержание в дисциплинарной воинской части назначается военнослужащим, проходящим военную службу по призыву, а также военнослужащим, проходящим военную службу по контракту на должностях рядового и сержантского состава, если они на момент вынесения судом приговора не отслужили установленного законом срока службы по призыву. Это наказание устанавливается на срок от трех месяцев до двух лет в случаях, предусмотренных соответствующими статьями Особенной части настоящего Кодекса за совершение преступлений против военной службы, а также в случаях, когда характер преступления и личность виновного свидетельствуют о возможности замены лишения свободы на срок не свыше двух лет содержанием осужденного в дисциплинарной воинской части на тот же срок</w:t>
      </w:r>
    </w:p>
    <w:p>
      <w:r>
        <w:rPr>
          <w:b/>
        </w:rPr>
        <w:t xml:space="preserve">2. </w:t>
      </w:r>
      <w:r>
        <w:t>При содержании в дисциплинарной воинской части вместо лишения свободы срок содержания в дисциплинарной воинской части определяется из расчета один день лишения свободы за один день содержания в дисциплинарной воинской части</w:t>
      </w:r>
    </w:p>
    <w:p>
      <w:r>
        <w:rPr>
          <w:b/>
        </w:rPr>
        <w:t>Статья 56. Лишение свободы на определенный срок</w:t>
      </w:r>
    </w:p>
    <w:p>
      <w:r>
        <w:rPr>
          <w:b/>
        </w:rPr>
        <w:t xml:space="preserve">1. </w:t>
      </w:r>
      <w:r>
        <w:t>Лишение свободы заключается в изоляции осужденного от общества путем направления его в колонию-поселение, помещения в воспитательную колонию, лечебное исправительное учреждение, исправительную колонию общего, строгого или особого режима либо в тюрьму. Наказание в виде лишения свободы может быть назначено осужденному, совершившему впервые преступление небольшой тяжести, только при наличии отягчающих обстоятельств, предусмотренных статьей 63 настоящего Кодекса, за исключением преступлений, предусмотренных частью первой статьи 228, частью первой статьи 231 и статьей 233 настоящего Кодекса, или только если соответствующей статьей Особенной части настоящего Кодекса лишение свободы предусмотрено как единственный вид наказания. (В редакции федеральных законов от 09.03.2001 № 25-ФЗ; от 07.12.2011 № 420-ФЗ)</w:t>
      </w:r>
    </w:p>
    <w:p>
      <w:r>
        <w:rPr>
          <w:b/>
        </w:rPr>
        <w:t xml:space="preserve">2. </w:t>
      </w:r>
      <w:r>
        <w:t>Лишение свободы устанавливается на срок от двух месяцев до двадцати лет. (В редакции Федерального закона от 08.12.2003 № 162-ФЗ)</w:t>
      </w:r>
    </w:p>
    <w:p>
      <w:r>
        <w:rPr>
          <w:b/>
        </w:rPr>
        <w:t xml:space="preserve">3. </w:t>
      </w:r>
      <w:r>
        <w:t>(Часть утратила силу - Федеральный закон от 08.12.2003 № 162-ФЗ)</w:t>
      </w:r>
    </w:p>
    <w:p>
      <w:r>
        <w:rPr>
          <w:b/>
        </w:rPr>
        <w:t xml:space="preserve">4. </w:t>
      </w:r>
      <w:r>
        <w:t>За исключением случаев, предусмотренных частью пятой настоящей статьи, при частичном или полном сложении сроков лишения свободы при назначении наказаний по совокупности преступлений максимальный срок лишения свободы не может быть более двадцати пяти лет, а по совокупности приговоров - более тридцати лет. (В редакции Федерального закона от 05.05.2014 № 130-ФЗ)</w:t>
      </w:r>
    </w:p>
    <w:p>
      <w:r>
        <w:rPr>
          <w:b/>
        </w:rPr>
        <w:t xml:space="preserve">5. </w:t>
      </w:r>
      <w:r>
        <w:t>В случае совершения хотя бы одного из преступлений, предусмотренных статьями 205, 2051, 2052, 2053, 2054, 2055, частями третьей и четвертой статьи 206, частью четвертой статьи 210, статьей 2101, частью четвертой статьи 211, статьями 277, 278, 279, 353, 356, 357, 358, 360 и 361 настоящего Кодекса, при частичном или полном сложении сроков лишения свободы при назначении наказаний по совокупности преступлений максимальный срок лишения свободы не может быть более тридцати лет, а по совокупности приговоров - более тридцати пяти лет. (Дополнение частью - Федеральный закон от 05.05.2014 № 130-ФЗ) (В редакции федеральных законов от 06.07.2016 № 375-ФЗ, от 01.04.2019 № 46-ФЗ)</w:t>
      </w:r>
    </w:p>
    <w:p>
      <w:r>
        <w:rPr>
          <w:b/>
        </w:rPr>
        <w:t>Статья 57. Пожизненное лишение свободы</w:t>
      </w:r>
    </w:p>
    <w:p>
      <w:r>
        <w:rPr>
          <w:b/>
        </w:rPr>
        <w:t xml:space="preserve">1. </w:t>
      </w:r>
      <w:r>
        <w:t>Пожизненное лишение свободы устанавливается за совершение особо тяжких преступлений, посягающих на жизнь, а также за совершение особо тяжких преступлений против здоровья населения и общественной нравственности, общественной безопасности, основ конституционного строя и безопасности государства, половой неприкосновенности несовершеннолетних. (В редакции федеральных законов от 21.07.2004 № 74-ФЗ, от 29.02.2012 № 14-ФЗ, от 01.03.2012 № 18-ФЗ, от 28.01.2022 № 3-ФЗ, от 28.04.2023 № 157-ФЗ)</w:t>
      </w:r>
    </w:p>
    <w:p>
      <w:r>
        <w:rPr>
          <w:b/>
        </w:rPr>
        <w:t xml:space="preserve">2. </w:t>
      </w:r>
      <w:r>
        <w:t>Пожизненное лишение свободы не назначается женщинам, а также лицам, совершившим преступления в возрасте до восемнадцати лет, и мужчинам, достигшим к моменту вынесения судом приговора шестидесятипятилетнего возраста</w:t>
      </w:r>
    </w:p>
    <w:p>
      <w:r>
        <w:rPr>
          <w:b/>
        </w:rPr>
        <w:t>Статья 58. Назначение осужденным к лишению свободы вида исправительного учреждения</w:t>
      </w:r>
    </w:p>
    <w:p>
      <w:r>
        <w:rPr>
          <w:b/>
        </w:rPr>
        <w:t xml:space="preserve">1. </w:t>
      </w:r>
      <w:r>
        <w:t>Отбывание лишения свободы назначается:</w:t>
      </w:r>
    </w:p>
    <w:p>
      <w:r>
        <w:rPr>
          <w:b/>
        </w:rPr>
        <w:t xml:space="preserve">2. </w:t>
      </w:r>
      <w:r>
        <w:t>Мужчинам, осужденным к лишению свободы за совершение особо тяжких преступлений на срок свыше пяти лет, за совершение преступлений, предусмотренных статьей 2052, частью второй статьи 2054, частью первой статьи 206, частью первой статьи 211, статьями 220, 221, 360 настоящего Кодекса, а также при особо опасном рецидиве преступлений отбывание части срока наказания может быть назначено в тюрьме, при этом суд засчитывает время содержания осужденного под стражей до вступления в законную силу обвинительного приговора в срок отбывания наказания в тюрьме. (В редакции федеральных законов от 08.12.2003 № 162-ФЗ; от 27.12.2018 № 569-ФЗ)</w:t>
      </w:r>
    </w:p>
    <w:p>
      <w:r>
        <w:rPr>
          <w:b/>
        </w:rPr>
        <w:t xml:space="preserve">21. </w:t>
      </w:r>
      <w:r>
        <w:t>Мужчинам, осужденным к лишению свободы за совершение преступлений, предусмотренных статьями 205, 2051, 2053, 2054, 2055, частями второй - четвертой статьи 206, статьей 208, частями второй - четвертой статьи 211, статьями 277 - 279, 281 - 2812, частью первой статьи 2813, статьями 317, 361 настоящего Кодекса, отбывание части срока наказания назначается в тюрьме. При этом период отбывания наказания в тюрьме после зачета времени содержания лица под стражей до вступления в законную силу обвинительного приговора суда должен составлять не менее одного года. Определение вида исправительного учреждения для отбывания срока наказания, оставшегося после отбытия части срока наказания в тюрьме, осуществляется по правилам, установленным настоящей статьей. (Дополнение частью - Федеральный закон от 27.12.2018 № 569-ФЗ) (В редакции Федерального закона от 28.04.2023 № 157-ФЗ)</w:t>
      </w:r>
    </w:p>
    <w:p>
      <w:r>
        <w:rPr>
          <w:b/>
        </w:rPr>
        <w:t xml:space="preserve">3. </w:t>
      </w:r>
      <w:r>
        <w:t>Лицам, осужденным к лишению свободы, не достигшим к моменту вынесения судом приговора восемнадцатилетнего возраста, отбывание наказания назначается в воспитательных колониях</w:t>
      </w:r>
    </w:p>
    <w:p>
      <w:r>
        <w:rPr>
          <w:b/>
        </w:rPr>
        <w:t xml:space="preserve">4. </w:t>
      </w:r>
      <w:r>
        <w:t>Изменение вида исправительного учреждения осуществляется судом в соответствии с уголовно-исполнительным законодательством Российской Федерации. (Статья в редакции Федерального закона от 09.03.2001 № 25-ФЗ)</w:t>
      </w:r>
    </w:p>
    <w:p>
      <w:r>
        <w:rPr>
          <w:b/>
        </w:rPr>
        <w:t xml:space="preserve">1. </w:t>
      </w:r>
      <w:r>
        <w:t>лицам, осужденным за преступления, совершенные по неосторожности, а также лицам, осужденным к лишению свободы за совершение умышленных преступлений небольшой и средней тяжести, ранее не отбывавшим лишение свободы, - в колониях-поселениях. С учетом обстоятельств совершения преступления и личности виновного суд может назначить указанным лицам отбывание наказания в исправительных колониях общего режима с указанием мотивов принятого решения</w:t>
      </w:r>
    </w:p>
    <w:p>
      <w:r>
        <w:rPr>
          <w:b/>
        </w:rPr>
        <w:t xml:space="preserve">1. </w:t>
      </w:r>
      <w:r>
        <w:t>мужчинам, осужденным к лишению свободы за совершение тяжких преступлений, ранее не отбывавшим лишение свободы, а также женщинам, осужденным к лишению свободы за совершение тяжких и особо тяжких преступлений, в том числе при любом виде рецидива, - в исправительных колониях общего режима; (В редакции Федерального закона от 08.12.2003 № 162-ФЗ)</w:t>
      </w:r>
    </w:p>
    <w:p>
      <w:r>
        <w:rPr>
          <w:b/>
        </w:rPr>
        <w:t xml:space="preserve">1. </w:t>
      </w:r>
      <w:r>
        <w:t>мужчинам, осужденным к лишению свободы за совершение особо тяжких преступлений, ранее не отбывавшим лишение свободы, а также при рецидиве или опасном рецидиве преступлений, если осужденный ранее отбывал лишение свободы, - в исправительных колониях строгого режима; (В редакции Федерального закона от 08.12.2003 № 162-ФЗ)</w:t>
      </w:r>
    </w:p>
    <w:p>
      <w:r>
        <w:rPr>
          <w:b/>
        </w:rPr>
        <w:t xml:space="preserve">1. </w:t>
      </w:r>
      <w:r>
        <w:t>мужчинам, осужденным к пожизненному лишению свободы, а также при особо опасном рецидиве преступлений - в исправительных колониях особого режима</w:t>
      </w:r>
    </w:p>
    <w:p>
      <w:r>
        <w:rPr>
          <w:b/>
        </w:rPr>
        <w:t>Статья 59. Смертная казнь</w:t>
      </w:r>
    </w:p>
    <w:p>
      <w:r>
        <w:rPr>
          <w:b/>
        </w:rPr>
        <w:t xml:space="preserve">1. </w:t>
      </w:r>
      <w:r>
        <w:t>Смертная казнь как исключительная мера наказания может быть установлена только за особо тяжкие преступления, посягающие на жизнь</w:t>
      </w:r>
    </w:p>
    <w:p>
      <w:r>
        <w:rPr>
          <w:b/>
        </w:rPr>
        <w:t xml:space="preserve">2. </w:t>
      </w:r>
      <w:r>
        <w:t>Смертная казнь не назначается женщинам, а также лицам, совершившим преступления в возрасте до восемнадцати лет, и мужчинам, достигшим к моменту вынесения судом приговора шестидесятипятилетнего возраста</w:t>
      </w:r>
    </w:p>
    <w:p>
      <w:r>
        <w:rPr>
          <w:b/>
        </w:rPr>
        <w:t xml:space="preserve">21. </w:t>
      </w:r>
      <w:r>
        <w:t>Смертная казнь не назначается лицу, выданному Российской Федерации иностранным государством для уголовного преследования в соответствии с международным договором Российской Федерации или на основе принципа взаимности, если в соответствии с законодательством иностранного государства, выдавшего лицо, смертная казнь за совершенное этим лицом преступление не предусмотрена или неприменение смертной казни является условием выдачи либо смертная казнь не может быть ему назначена по иным основаниям. (Дополнение частью - Федеральный закон от 17.12.2009 № 324-ФЗ)</w:t>
      </w:r>
    </w:p>
    <w:p>
      <w:r>
        <w:rPr>
          <w:b/>
        </w:rPr>
        <w:t xml:space="preserve">3. </w:t>
      </w:r>
      <w:r>
        <w:t>Смертная казнь в порядке помилования может быть заменена пожизненным лишением свободы или лишением свободы на срок двадцать пять лет</w:t>
      </w:r>
    </w:p>
    <w:p>
      <w:pPr>
        <w:pStyle w:val="Heading3"/>
      </w:pPr>
      <w:r>
        <w:t>НАЗНАЧЕНИЕ НАКАЗАНИЯ</w:t>
      </w:r>
    </w:p>
    <w:p>
      <w:r>
        <w:rPr>
          <w:b/>
        </w:rPr>
        <w:t>Статья 60. Общие начала назначения наказания</w:t>
      </w:r>
    </w:p>
    <w:p>
      <w:r>
        <w:rPr>
          <w:b/>
        </w:rPr>
        <w:t xml:space="preserve">1. </w:t>
      </w:r>
      <w:r>
        <w:t>Лицу, признанному виновным в совершении преступления, назначается справедливое наказание в пределах, предусмотренных соответствующей статьей Особенной части настоящего Кодекса, и с учетом положений Общей части настоящего Кодекса. Более строгий вид наказания из числа предусмотренных за совершенное преступление назначается только в случае, если менее строгий вид наказания не сможет обеспечить достижение целей наказания</w:t>
      </w:r>
    </w:p>
    <w:p>
      <w:r>
        <w:rPr>
          <w:b/>
        </w:rPr>
        <w:t xml:space="preserve">2. </w:t>
      </w:r>
      <w:r>
        <w:t>Более строгое наказание, чем предусмотрено соответствующими статьями Особенной части настоящего Кодекса за совершенное преступление, может быть назначено по совокупности преступлений и по совокупности приговоров в соответствии со статьями 69 и 70 настоящего Кодекса. Основания для назначения менее строгого наказания, чем предусмотрено соответствующей статьей Особенной части настоящего Кодекса за совершенное преступление, определяются статьей 64 настоящего Кодекса</w:t>
      </w:r>
    </w:p>
    <w:p>
      <w:r>
        <w:rPr>
          <w:b/>
        </w:rPr>
        <w:t xml:space="preserve">3. </w:t>
      </w:r>
      <w:r>
        <w:t>При назначении наказания учитываются характер и степень общественной опасности преступления и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w:t>
      </w:r>
    </w:p>
    <w:p>
      <w:r>
        <w:rPr>
          <w:b/>
        </w:rPr>
        <w:t>Статья 61. Обстоятельства, смягчающие наказание</w:t>
      </w:r>
    </w:p>
    <w:p>
      <w:r>
        <w:rPr>
          <w:b/>
        </w:rPr>
        <w:t xml:space="preserve">1. </w:t>
      </w:r>
      <w:r>
        <w:t>Смягчающими обстоятельствами признаются:</w:t>
      </w:r>
    </w:p>
    <w:p>
      <w:r>
        <w:rPr>
          <w:b/>
        </w:rPr>
        <w:t xml:space="preserve">2. </w:t>
      </w:r>
      <w:r>
        <w:t>При назначении наказания могут учитываться в качестве смягчающих и обстоятельства, не предусмотренные частью первой настоящей статьи</w:t>
      </w:r>
    </w:p>
    <w:p>
      <w:r>
        <w:rPr>
          <w:b/>
        </w:rPr>
        <w:t xml:space="preserve">3. </w:t>
      </w:r>
      <w:r>
        <w:t>Если смягчающее обстоятельство предусмотрено соответствующей статьей Особенной части настоящего Кодекса в качестве признака преступления, оно само по себе не может повторно учитываться при назначении наказания</w:t>
      </w:r>
    </w:p>
    <w:p>
      <w:r>
        <w:rPr>
          <w:b/>
        </w:rPr>
        <w:t xml:space="preserve">1. </w:t>
      </w:r>
      <w:r>
        <w:t>совершение впервые преступления небольшой или средней тяжести вследствие случайного стечения обстоятельств; (В редакции Федерального закона от 07.12.2011 № 420-ФЗ)</w:t>
      </w:r>
    </w:p>
    <w:p>
      <w:r>
        <w:rPr>
          <w:b/>
        </w:rPr>
        <w:t xml:space="preserve">1. </w:t>
      </w:r>
      <w:r>
        <w:t>несовершеннолетие виновного</w:t>
      </w:r>
    </w:p>
    <w:p>
      <w:r>
        <w:rPr>
          <w:b/>
        </w:rPr>
        <w:t xml:space="preserve">1. </w:t>
      </w:r>
      <w:r>
        <w:t>беременность</w:t>
      </w:r>
    </w:p>
    <w:p>
      <w:r>
        <w:rPr>
          <w:b/>
        </w:rPr>
        <w:t xml:space="preserve">1. </w:t>
      </w:r>
      <w:r>
        <w:t>наличие малолетних детей у виновного</w:t>
      </w:r>
    </w:p>
    <w:p>
      <w:r>
        <w:rPr>
          <w:b/>
        </w:rPr>
        <w:t xml:space="preserve">1. </w:t>
      </w:r>
      <w:r>
        <w:t>совершение преступления в силу стечения тяжелых жизненных обстоятельств либо по мотиву сострадания</w:t>
      </w:r>
    </w:p>
    <w:p>
      <w:r>
        <w:rPr>
          <w:b/>
        </w:rPr>
        <w:t xml:space="preserve">1. </w:t>
      </w:r>
      <w:r>
        <w:t>совершение преступления в результате физического или психического принуждения либо в силу материальной, служебной или иной зависимости</w:t>
      </w:r>
    </w:p>
    <w:p>
      <w:r>
        <w:rPr>
          <w:b/>
        </w:rPr>
        <w:t xml:space="preserve">1. </w:t>
      </w:r>
      <w:r>
        <w:t>совершение преступления при нарушении условий правомерности необходимой обороны, задержания лица, совершившего преступление, крайней необходимости, обоснованного риска, исполнения приказа или распоряжения</w:t>
      </w:r>
    </w:p>
    <w:p>
      <w:r>
        <w:rPr>
          <w:b/>
        </w:rPr>
        <w:t xml:space="preserve">1. </w:t>
      </w:r>
      <w:r>
        <w:t>противоправность или аморальность поведения потерпевшего, явившегося поводом для преступления</w:t>
      </w:r>
    </w:p>
    <w:p>
      <w:r>
        <w:rPr>
          <w:b/>
        </w:rPr>
        <w:t xml:space="preserve">1. </w:t>
      </w:r>
      <w:r>
        <w:t>явка с повинной, активное способствование раскрытию и расследованию преступления, изобличению и уголовному преследованию других соучастников преступления, розыску имущества, добытого в результате преступления; (В редакции Федерального закона от 29.06.2009 № 141-ФЗ)</w:t>
      </w:r>
    </w:p>
    <w:p>
      <w:r>
        <w:rPr>
          <w:b/>
        </w:rPr>
        <w:t xml:space="preserve">1. </w:t>
      </w:r>
      <w:r>
        <w:t>оказание медицинской и иной помощи потерпевшему непосредственно после совершения преступления, добровольное возмещение имущественного ущерба и морального вреда, причиненных в результате преступления, иные действия, направленные на заглаживание вреда, причиненного потерпевшему</w:t>
      </w:r>
    </w:p>
    <w:p>
      <w:r>
        <w:rPr>
          <w:b/>
        </w:rPr>
        <w:t>Статья 62. Назначение наказания при наличии смягчающих обстоятельств</w:t>
      </w:r>
    </w:p>
    <w:p>
      <w:r>
        <w:rPr>
          <w:b/>
        </w:rPr>
        <w:t xml:space="preserve">1. </w:t>
      </w:r>
      <w:r>
        <w:t>При наличии смягчающих обстоятельств, предусмотренных пунктами "и" и (или) "к" части первой статьи 61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настоящего Кодекса</w:t>
      </w:r>
    </w:p>
    <w:p>
      <w:r>
        <w:rPr>
          <w:b/>
        </w:rPr>
        <w:t xml:space="preserve">2. </w:t>
      </w:r>
      <w:r>
        <w:t>В случае заключения досудебного соглашения о сотрудничестве при наличии смягчающих обстоятельств, предусмотренных пунктом "и" части первой статьи 61 настоящего Кодекса, и отсутствии отягчающих обстоятельств срок или размер наказания не могут превышать половины максимального срока или размера наиболее строгого вида наказания, предусмотренного соответствующей статьей Особенной части настоящего Кодекса</w:t>
      </w:r>
    </w:p>
    <w:p>
      <w:r>
        <w:rPr>
          <w:b/>
        </w:rPr>
        <w:t xml:space="preserve">3. </w:t>
      </w:r>
      <w:r>
        <w:t>Положения части первой настоящей статьи не применяются, если соответствующей статьей Особенной части настоящего Кодекса предусмотрены пожизненное лишение свободы или смертная казнь. В этом случае наказание назначается в пределах санкции соответствующей статьи Особенной части настоящего Кодекса</w:t>
      </w:r>
    </w:p>
    <w:p>
      <w:r>
        <w:rPr>
          <w:b/>
        </w:rPr>
        <w:t xml:space="preserve">4. </w:t>
      </w:r>
      <w:r>
        <w:t>В случае заключения досудебного соглашения о сотрудничестве, если соответствующей статьей Особенной части настоящего Кодекса предусмотрены пожизненное лишение свободы или смертная казнь, эти виды наказания не применяются. При этом срок или размер наказания не могут превышать двух третей максимального срока или размера наиболее строгого вида наказания в виде лишения свободы, предусмотренного соответствующей статьей Особенной части настоящего Кодекса</w:t>
      </w:r>
    </w:p>
    <w:p>
      <w:r>
        <w:rPr>
          <w:b/>
        </w:rPr>
        <w:t xml:space="preserve">5. </w:t>
      </w:r>
      <w:r>
        <w:t>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а в случае, указанном в статье 2269 Уголовно-процессуального кодекса Российской Федерации, - одну вторую максимального срока или размера наиболее строгого вида наказания, предусмотренного за совершенное преступление. (Дополнение частью - Федеральный закон от 07.12.2011 № 420-ФЗ) (В редакции Федерального закона от 04.03.2013 № 23-ФЗ) (Статья в редакции Федерального закона от 29.06.2009 № 141-ФЗ)</w:t>
      </w:r>
    </w:p>
    <w:p>
      <w:r>
        <w:rPr>
          <w:b/>
        </w:rPr>
        <w:t>Статья 63. Обстоятельства, отягчающие наказание</w:t>
      </w:r>
    </w:p>
    <w:p>
      <w:r>
        <w:rPr>
          <w:b/>
        </w:rPr>
        <w:t xml:space="preserve">1. </w:t>
      </w:r>
      <w:r>
        <w:t>Отягчающими обстоятельствами признаются:</w:t>
      </w:r>
    </w:p>
    <w:p>
      <w:r>
        <w:rPr>
          <w:b/>
        </w:rPr>
        <w:t xml:space="preserve">11. </w:t>
      </w:r>
      <w:r>
        <w:t>Судья (суд), назначающий наказание, в зависимости от характера и степени общественной опасности преступления, обстоятельств его совершения и личности виновного может признать отягчающим обстоятельством совершение преступления в состоянии опьянения, вызванном употреблением алкоголя, наркотических средств, психотропных веществ или их аналогов, новых потенциально опасных психоактивных веществ либо других одурманивающих веществ. (Дополнение частью - Федеральный закон от 21.10.2013 № 270-ФЗ) (В редакции Федерального закона от 03.07.2016 № 328-ФЗ)</w:t>
      </w:r>
    </w:p>
    <w:p>
      <w:r>
        <w:rPr>
          <w:b/>
        </w:rPr>
        <w:t xml:space="preserve">2. </w:t>
      </w:r>
      <w:r>
        <w:t>Если отягчающее обстоятельство предусмотрено соответствующей статьей Особенной части настоящего Кодекса в качестве признака преступления, оно само по себе не может повторно учитываться при назначении наказания</w:t>
      </w:r>
    </w:p>
    <w:p>
      <w:r>
        <w:rPr>
          <w:b/>
        </w:rPr>
        <w:t xml:space="preserve">1. </w:t>
      </w:r>
      <w:r>
        <w:t>рецидив преступлений; (В редакции Федерального закона от 08.12.2003 № 162-ФЗ)</w:t>
      </w:r>
    </w:p>
    <w:p>
      <w:r>
        <w:rPr>
          <w:b/>
        </w:rPr>
        <w:t xml:space="preserve">1. </w:t>
      </w:r>
      <w:r>
        <w:t>наступление тяжких последствий в результате совершения преступления</w:t>
      </w:r>
    </w:p>
    <w:p>
      <w:r>
        <w:rPr>
          <w:b/>
        </w:rPr>
        <w:t xml:space="preserve">1. </w:t>
      </w:r>
      <w:r>
        <w:t>совершение преступления в составе группы лиц, группы лиц по предварительному сговору, организованной группы или преступного сообщества (преступной организации)</w:t>
      </w:r>
    </w:p>
    <w:p>
      <w:r>
        <w:rPr>
          <w:b/>
        </w:rPr>
        <w:t xml:space="preserve">1. </w:t>
      </w:r>
      <w:r>
        <w:t>особо активная роль в совершении преступления</w:t>
      </w:r>
    </w:p>
    <w:p>
      <w:r>
        <w:rPr>
          <w:b/>
        </w:rPr>
        <w:t xml:space="preserve">1. </w:t>
      </w:r>
      <w:r>
        <w:t>привлечение к совершению преступления лиц, которые страдают тяжелыми психическими расстройствами либо находятся в состоянии опьянения, а также лиц, не достигших возраста, с которого наступает уголовная ответственность</w:t>
      </w:r>
    </w:p>
    <w:p>
      <w:r>
        <w:rPr>
          <w:b/>
        </w:rPr>
        <w:t xml:space="preserve">1. </w:t>
      </w:r>
      <w:r>
        <w:t>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(В редакции Федерального закона от 24.07.2007 № 211-ФЗ) е1) совершение преступления из мести за правомерные действия других лиц, а также с целью скрыть другое преступление или облегчить его совершение; (Дополнение пунктом - Федеральный закон от 24.07.2007 № 211-ФЗ)</w:t>
      </w:r>
    </w:p>
    <w:p>
      <w:r>
        <w:rPr>
          <w:b/>
        </w:rPr>
        <w:t xml:space="preserve">1. </w:t>
      </w:r>
      <w:r>
        <w:t>совершение преступления в отношении лица или его близких в связи с осуществлением данным лицом служебной деятельности или выполнением общественного долга</w:t>
      </w:r>
    </w:p>
    <w:p>
      <w:r>
        <w:rPr>
          <w:b/>
        </w:rPr>
        <w:t xml:space="preserve">1. </w:t>
      </w:r>
      <w:r>
        <w:t>совершение преступления в отношении женщины, заведомо для виновного находящейся в состоянии беременности, а также в отношении малолетнего, другого беззащитного или беспомощного лица либо лица, находящегося в зависимости от виновного</w:t>
      </w:r>
    </w:p>
    <w:p>
      <w:r>
        <w:rPr>
          <w:b/>
        </w:rPr>
        <w:t xml:space="preserve">1. </w:t>
      </w:r>
      <w:r>
        <w:t>совершение преступления с особой жестокостью, садизмом, издевательством, а также мучениями для потерпевшего</w:t>
      </w:r>
    </w:p>
    <w:p>
      <w:r>
        <w:rPr>
          <w:b/>
        </w:rPr>
        <w:t xml:space="preserve">1. </w:t>
      </w:r>
      <w:r>
        <w:t>совершение преступления с использованием оружия, боевых 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 а также с применением физического или психического принуждения; (В редакции Федерального закона от 01.03.2012 № 18-ФЗ) л) совершение преступления в условиях чрезвычайного положения, стихийного или иного общественного бедствия, а также при массовых беспорядках, в период мобилизации или военного положения, в военное время либо в условиях вооруженного конфликта или ведения боевых действий; (В редакции федеральных законов от 06.07.2016 № 375-ФЗ, от 24.09.2022 № 365-ФЗ) м) совершение преступления с использованием доверия, оказанного виновному в силу его служебного положения или договора; н) совершение преступления с использованием форменной одежды или документов представителя власти; о) (Дополнение пунктом - Федеральный закон от 22.07.2010 № 155-ФЗ) (Утратил силу - Федеральный закон от 13.06.2023 № 210-ФЗ) п) совершение преступления в отношении несовершеннолетнего (несовершеннолетней) родителем или иным лицом, на которое возложены обязанности по содержанию, воспитанию, обучению и (или) защите прав и законных интересов несовершеннолетнего (несовершеннолетней), либо лицом, проживающим совместно с несовершеннолетним (несовершеннолетней), либо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обязанным осуществлять надзор за несовершеннолетним (несовершеннолетней), либо иным лицом, осуществляющим трудовую деятельность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(Дополнение пунктом - Федеральный закон от 29.02.2012 № 14-ФЗ) (В редакции федеральных законов от 02.07.2013 № 185-ФЗ, от 06.03.2022 № 38-ФЗ) р) совершение преступления в целях пропаганды, оправдания и поддержки терроризма; (Дополнение пунктом - Федеральный закон от 05.05.2014 № 130-ФЗ) с) совершение преступления в целях пропаганды, оправдания и поддержки диверсии; (Дополнение пунктом - Федеральный закон от 29.12.2022 № 586-ФЗ) т) совершение умышленного преступления с публичной демонстрацией, в том числе в средствах массовой информации или информационно-телекоммуникационных сетях (включая сеть "Интернет"); (Дополнение пунктом - Федеральный закон от 08.08.2024 № 218-ФЗ) у) совершение преступления лицом, незаконно находящимся на территории Российской Федерации; (Дополнение пунктом - Федеральный закон от 09.11.2024 № 384-ФЗ) ф) совершение преступления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(Дополнение пунктом - Федеральный закон от 31.07.2025 № 282-ФЗ)</w:t>
      </w:r>
    </w:p>
    <w:p>
      <w:r>
        <w:rPr>
          <w:b/>
        </w:rPr>
        <w:t>Статья 631. Назначение наказания в случае нарушения досудебного соглашения о сотрудничестве</w:t>
      </w:r>
    </w:p>
    <w:p>
      <w:r>
        <w:t>В случае, если установлено, что лицом, заключившим досудебное соглашение о сотрудничестве, были предоставлены ложные сведения или сокрыты от следователя либо прокурора какие-либо иные существенные обстоятельства совершения преступления, суд назначает ему наказание в общем порядке без применения положений частей второй, третьей и четвертой статьи 62 настоящего Кодекса, касающихся срока и размера наказания, и статьи 64 настоящего Кодекса. (Дополнение статьей - Федеральный закон от 29.06.2009 № 141-ФЗ)</w:t>
      </w:r>
    </w:p>
    <w:p>
      <w:r>
        <w:rPr>
          <w:b/>
        </w:rPr>
        <w:t>Статья 64. Назначение более мягкого наказания, чем предусмотрено за данное преступление</w:t>
      </w:r>
    </w:p>
    <w:p>
      <w:r>
        <w:rPr>
          <w:b/>
        </w:rPr>
        <w:t xml:space="preserve">1. </w:t>
      </w:r>
      <w:r>
        <w:t>При наличии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а равно при активном содействии участника группового преступления раскрытию этого преступления наказание может быть назначено ниже низшего предела, предусмотренного соответствующей статьей Особенной части настоящего Кодекса, или суд может назначить более мягкий вид наказания, чем предусмотрен этой статьей, или не применить дополнительный вид наказания, предусмотренный в качестве обязательного</w:t>
      </w:r>
    </w:p>
    <w:p>
      <w:r>
        <w:rPr>
          <w:b/>
        </w:rPr>
        <w:t xml:space="preserve">2. </w:t>
      </w:r>
      <w:r>
        <w:t>Исключительными могут быть признаны как отдельные смягчающие обстоятельства, так и совокупность таких обстоятельств</w:t>
      </w:r>
    </w:p>
    <w:p>
      <w:r>
        <w:rPr>
          <w:b/>
        </w:rPr>
        <w:t xml:space="preserve">3. </w:t>
      </w:r>
      <w:r>
        <w:t>Виновным в совершении преступлений, предусмотренных статьями 205, 2051, 2052, 2053, 2054, 2055, частями третьей и четвертой статьи 206, частью четвертой статьи 210, статьей 2101, частью четвертой статьи 211, статьями 281 - 2813 и 361 настоящего Кодекса, либо виновным в совершении сопряженных с осуществлением террористической деятельности преступлений, предусмотренных статьями 277, 278, 279 и 360 настоящего Кодекса, не может быть назначено наказание ниже низшего предела, предусмотренного указанными статьями, или назначен более мягкий вид наказания, чем предусмотренный соответствующей статьей, либо не применен дополнительный вид наказания, предусмотренный в качестве обязательного. (Дополнение частью - Федеральный закон от 05.05.2014 № 130-ФЗ) (В редакции федеральных законов от 06.07.2016 № 375-ФЗ, от 01.04.2019 № 46-ФЗ, от 17.11.2025 № 420-ФЗ)</w:t>
      </w:r>
    </w:p>
    <w:p>
      <w:r>
        <w:rPr>
          <w:b/>
        </w:rPr>
        <w:t>Статья 65. Назначение наказания при вердикте присяжных заседателей о снисхождении</w:t>
      </w:r>
    </w:p>
    <w:p>
      <w:r>
        <w:rPr>
          <w:b/>
        </w:rPr>
        <w:t xml:space="preserve">1. </w:t>
      </w:r>
      <w:r>
        <w:t>Срок или размер наказания лицу, признанному присяжными заседателями виновным в совершении преступления, но заслуживающим снисхождения, не может превышать двух третей максимального срока или размера наиболее строгого вида наказания, предусмотренного за совершенное преступление. Если соответствующей статьей Особенной части настоящего Кодекса предусмотрены смертная казнь или пожизненное лишение свободы, эти виды наказаний не применяются, а наказание назначается в пределах санкции, предусмотренной соответствующей статьей Особенной части настоящего Кодекса. (В редакции Федерального закона от 08.12.2003 № 162-ФЗ)</w:t>
      </w:r>
    </w:p>
    <w:p>
      <w:r>
        <w:rPr>
          <w:b/>
        </w:rPr>
        <w:t xml:space="preserve">2. </w:t>
      </w:r>
      <w:r>
        <w:t>(Часть утратила силу - Федеральный закон от 08.12.2003 № 162-ФЗ)</w:t>
      </w:r>
    </w:p>
    <w:p>
      <w:r>
        <w:rPr>
          <w:b/>
        </w:rPr>
        <w:t xml:space="preserve">3. </w:t>
      </w:r>
      <w:r>
        <w:t>При назначении наказания по совокупности преступлений или по совокупности приговоров вид, срок или размер наказания назначаются по правилам, предусмотренным статьями 69 и 70 настоящего Кодекса. (В редакции Федерального закона от 08.12.2003 № 162-ФЗ)</w:t>
      </w:r>
    </w:p>
    <w:p>
      <w:r>
        <w:rPr>
          <w:b/>
        </w:rPr>
        <w:t xml:space="preserve">4. </w:t>
      </w:r>
      <w:r>
        <w:t>При назначении наказания лицу, признанному вердиктом присяжных заседателей виновным в совершении преступления, но заслуживающим снисхождения, обстоятельства, отягчающие наказание, не учитываются. (В редакции Федерального закона от 08.12.2003 № 162-ФЗ)</w:t>
      </w:r>
    </w:p>
    <w:p>
      <w:r>
        <w:rPr>
          <w:b/>
        </w:rPr>
        <w:t>Статья 66. Назначение наказания за неоконченное преступление</w:t>
      </w:r>
    </w:p>
    <w:p>
      <w:r>
        <w:rPr>
          <w:b/>
        </w:rPr>
        <w:t xml:space="preserve">1. </w:t>
      </w:r>
      <w:r>
        <w:t>При назначении наказания за неоконченное преступление учитываются обстоятельства, в силу которых преступление не было доведено до конца</w:t>
      </w:r>
    </w:p>
    <w:p>
      <w:r>
        <w:rPr>
          <w:b/>
        </w:rPr>
        <w:t xml:space="preserve">2. </w:t>
      </w:r>
      <w:r>
        <w:t>Срок или размер наказания за приготовление к преступлению не может превышать половины максимального срока или размера наиболее строгого вида наказания, предусмотренного соответствующей статьей Особенной части настоящего Кодекса за оконченное преступление</w:t>
      </w:r>
    </w:p>
    <w:p>
      <w:r>
        <w:rPr>
          <w:b/>
        </w:rPr>
        <w:t xml:space="preserve">3. </w:t>
      </w:r>
      <w:r>
        <w:t>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Особенной части настоящего Кодекса за оконченное преступление</w:t>
      </w:r>
    </w:p>
    <w:p>
      <w:r>
        <w:rPr>
          <w:b/>
        </w:rPr>
        <w:t xml:space="preserve">4. </w:t>
      </w:r>
      <w:r>
        <w:t>Смертная казнь и пожизненное лишение свободы за приготовление к преступлению и покушение на преступление не назначаются</w:t>
      </w:r>
    </w:p>
    <w:p>
      <w:r>
        <w:rPr>
          <w:b/>
        </w:rPr>
        <w:t>Статья 67. Назначение наказания за преступление, совершенное в соучастии</w:t>
      </w:r>
    </w:p>
    <w:p>
      <w:r>
        <w:rPr>
          <w:b/>
        </w:rPr>
        <w:t xml:space="preserve">1. </w:t>
      </w:r>
      <w:r>
        <w:t>При назначении наказания за преступление, совершенное в соучастии, учитываются характер и степень фактического участия лица в его совершении, значение этого участия для достижения цели преступления, его влияние на характер и размер причиненного или возможного вреда</w:t>
      </w:r>
    </w:p>
    <w:p>
      <w:r>
        <w:rPr>
          <w:b/>
        </w:rPr>
        <w:t xml:space="preserve">2. </w:t>
      </w:r>
      <w:r>
        <w:t>Смягчающие или отягчающие обстоятельства, относящиеся к личности одного из соучастников, учитываются при назначении наказания только этому соучастнику</w:t>
      </w:r>
    </w:p>
    <w:p>
      <w:r>
        <w:rPr>
          <w:b/>
        </w:rPr>
        <w:t>Статья 68. Назначение наказания при рецидиве преступлений</w:t>
      </w:r>
    </w:p>
    <w:p>
      <w:r>
        <w:rPr>
          <w:b/>
        </w:rPr>
        <w:t xml:space="preserve">1. </w:t>
      </w:r>
      <w:r>
        <w:t>При назначении наказания при рецидиве, опасном рецидиве или особо опасном рецидиве преступлений учитываются характер и степень общественной опасности ранее совершенных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совершенных преступлений</w:t>
      </w:r>
    </w:p>
    <w:p>
      <w:r>
        <w:rPr>
          <w:b/>
        </w:rPr>
        <w:t xml:space="preserve">2. </w:t>
      </w:r>
      <w:r>
        <w:t>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w:t>
      </w:r>
    </w:p>
    <w:p>
      <w:r>
        <w:rPr>
          <w:b/>
        </w:rPr>
        <w:t xml:space="preserve">3. </w:t>
      </w:r>
      <w:r>
        <w:t>При любом виде рецидива преступлений, если судом установлены смягчающие обстоятельства, предусмотренные статьей 61 настоящего Кодекса, срок наказания может быть назначен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а при наличии исключительных обстоятельств, предусмотренных статьей 64 настоящего Кодекса, может быть назначено более мягкое наказание, чем предусмотрено за данное преступление. (Статья в редакции Федерального закона от 08.12.2003 № 162-ФЗ)</w:t>
      </w:r>
    </w:p>
    <w:p>
      <w:r>
        <w:rPr>
          <w:b/>
        </w:rPr>
        <w:t>Статья 69. Назначение наказания по совокупности преступлений</w:t>
      </w:r>
    </w:p>
    <w:p>
      <w:r>
        <w:rPr>
          <w:b/>
        </w:rPr>
        <w:t xml:space="preserve">1. </w:t>
      </w:r>
      <w:r>
        <w:t>При совокупности преступлений наказание назначается отдельно за каждое совершенное преступление</w:t>
      </w:r>
    </w:p>
    <w:p>
      <w:r>
        <w:rPr>
          <w:b/>
        </w:rPr>
        <w:t xml:space="preserve">2. </w:t>
      </w:r>
      <w:r>
        <w:t>Если все преступления, совершенные по совокупности, являются преступлениями небольшой или средней тяжести, либо приготовлением к тяжкому или особо тяжкому преступлению, либо покушением на тяжкое или особо тяжкое преступление, окончательное наказание назначается путем поглощения менее строгого наказания более строгим либо путем частичного или полного сложения назначенных наказаний. При этом окончательное наказание не может превышать более чем наполовину максимальный срок или размер наказания, предусмотренного за наиболее тяжкое из совершенных преступлений. (В редакции Федерального закона от 07.12.2011 № 420-ФЗ)</w:t>
      </w:r>
    </w:p>
    <w:p>
      <w:r>
        <w:rPr>
          <w:b/>
        </w:rPr>
        <w:t xml:space="preserve">3. </w:t>
      </w:r>
      <w:r>
        <w:t>Если хотя бы одно из преступлений, совершенных по совокупности, является тяжким или особо тяжким преступлением, то окончательное наказание назначается путем частичного или полного сложения наказаний. При этом окончательное наказание в виде лишения свободы не может превышать более чем наполовину максимальный срок наказания в виде лишения свободы, предусмотренный за наиболее тяжкое из совершенных преступлений. (В редакции Федерального закона от 08.12.2003 № 162-ФЗ)</w:t>
      </w:r>
    </w:p>
    <w:p>
      <w:r>
        <w:rPr>
          <w:b/>
        </w:rPr>
        <w:t xml:space="preserve">4. </w:t>
      </w:r>
      <w:r>
        <w:t>При совокупности преступлений к основным видам наказаний могут быть присоединены дополнительные виды наказаний. Окончательное дополнительное наказание при частичном или полном сложении наказаний не может превышать максимального срока или размера, предусмотренного для данного вида наказания Общей частью настоящего Кодекса</w:t>
      </w:r>
    </w:p>
    <w:p>
      <w:r>
        <w:rPr>
          <w:b/>
        </w:rPr>
        <w:t xml:space="preserve">5. </w:t>
      </w:r>
      <w:r>
        <w:t>По тем же правилам назначается наказание, если после вынесения судом приговора по делу будет установлено, что осужденный виновен еще и в другом преступлении, совершенном им до вынесения приговора суда по первому делу. В этом случае в окончательное наказание засчитывается наказание, отбытое по первому приговору суда</w:t>
      </w:r>
    </w:p>
    <w:p>
      <w:r>
        <w:rPr>
          <w:b/>
        </w:rPr>
        <w:t>Статья 70. Назначение наказания по совокупности приговоров</w:t>
      </w:r>
    </w:p>
    <w:p>
      <w:r>
        <w:rPr>
          <w:b/>
        </w:rPr>
        <w:t xml:space="preserve">1. </w:t>
      </w:r>
      <w:r>
        <w:t>При назначении наказания по совокупности приговоров к наказанию, назначенному по последнему приговору суда, частично или полностью присоединяется неотбытая часть наказания по предыдущему приговору суда</w:t>
      </w:r>
    </w:p>
    <w:p>
      <w:r>
        <w:rPr>
          <w:b/>
        </w:rPr>
        <w:t xml:space="preserve">2. </w:t>
      </w:r>
      <w:r>
        <w:t>Окончательное наказание по совокупности приговоров в случае, если оно менее строгое, чем лишение свободы, не может превышать максимального срока или размера, предусмотренного для данного вида наказания Общей частью настоящего Кодекса</w:t>
      </w:r>
    </w:p>
    <w:p>
      <w:r>
        <w:rPr>
          <w:b/>
        </w:rPr>
        <w:t xml:space="preserve">3. </w:t>
      </w:r>
      <w:r>
        <w:t>Окончательное наказание по совокупности приговоров в виде лишения свободы не может превышать тридцати лет, за исключением случаев, предусмотренных частью пятой статьи 56 настоящего Кодекса. (В редакции Федерального закона от 05.05.2014 № 130-ФЗ)</w:t>
      </w:r>
    </w:p>
    <w:p>
      <w:r>
        <w:rPr>
          <w:b/>
        </w:rPr>
        <w:t xml:space="preserve">4. </w:t>
      </w:r>
      <w:r>
        <w:t>Окончательное наказание по совокупности приговоров должно быть больше как наказания, назначенного за вновь совершенное преступление, так и неотбытой части наказания по предыдущему приговору суда</w:t>
      </w:r>
    </w:p>
    <w:p>
      <w:r>
        <w:rPr>
          <w:b/>
        </w:rPr>
        <w:t xml:space="preserve">5. </w:t>
      </w:r>
      <w:r>
        <w:t>Присоединение дополнительных видов наказаний при назначении наказания по совокупности приговоров производится по правилам, предусмотренным частью четвертой статьи 69 настоящего Кодекса</w:t>
      </w:r>
    </w:p>
    <w:p>
      <w:r>
        <w:rPr>
          <w:b/>
        </w:rPr>
        <w:t>Статья 71. Порядок определения сроков наказаний при сложении наказаний</w:t>
      </w:r>
    </w:p>
    <w:p>
      <w:r>
        <w:rPr>
          <w:b/>
        </w:rPr>
        <w:t xml:space="preserve">1. </w:t>
      </w:r>
      <w:r>
        <w:t>При частичном или полном сложении наказаний по совокупности преступлений и совокупности приговоров одному дню лишения свободы соответствуют:</w:t>
      </w:r>
    </w:p>
    <w:p>
      <w:r>
        <w:rPr>
          <w:b/>
        </w:rPr>
        <w:t xml:space="preserve">2. </w:t>
      </w:r>
      <w:r>
        <w:t>Штраф либо лишение права занимать определенные должности или заниматься определенной деятельностью, лишение специального, воинского или почетного звания, классного чина и государственных наград при сложении их с ограничением свободы, арестом, содержанием в дисциплинарной воинской части, лишением свободы исполняются самостоятельно. (В редакции Федерального закона от 08.12.2003 № 162-ФЗ)</w:t>
      </w:r>
    </w:p>
    <w:p>
      <w:r>
        <w:rPr>
          <w:b/>
        </w:rPr>
        <w:t xml:space="preserve">1. </w:t>
      </w:r>
      <w:r>
        <w:t>один день принудительных работ, ареста или содержания в дисциплинарной воинской части; (В редакции Федерального закона от 07.12.2011 № 420-ФЗ)</w:t>
      </w:r>
    </w:p>
    <w:p>
      <w:r>
        <w:rPr>
          <w:b/>
        </w:rPr>
        <w:t xml:space="preserve">1. </w:t>
      </w:r>
      <w:r>
        <w:t>два дня ограничения свободы</w:t>
      </w:r>
    </w:p>
    <w:p>
      <w:r>
        <w:rPr>
          <w:b/>
        </w:rPr>
        <w:t xml:space="preserve">1. </w:t>
      </w:r>
      <w:r>
        <w:t>три дня исправительных работ или ограничения по военной службе</w:t>
      </w:r>
    </w:p>
    <w:p>
      <w:r>
        <w:rPr>
          <w:b/>
        </w:rPr>
        <w:t xml:space="preserve">1. </w:t>
      </w:r>
      <w:r>
        <w:t>восемь часов обязательных работ</w:t>
      </w:r>
    </w:p>
    <w:p>
      <w:r>
        <w:rPr>
          <w:b/>
        </w:rPr>
        <w:t>Статья 72. Исчисление сроков наказаний и зачет наказания</w:t>
      </w:r>
    </w:p>
    <w:p>
      <w:r>
        <w:rPr>
          <w:b/>
        </w:rPr>
        <w:t xml:space="preserve">1. </w:t>
      </w:r>
      <w:r>
        <w:t>Сроки лишения права занимать определенные должности или заниматься определенной деятельностью, исправительных работ, ограничения по военной службе, ограничения свободы, принудительных работ, ареста, содержания в дисциплинарной воинской части, лишения свободы исчисляются в месяцах и годах, а обязательных работ - в часах. (В редакции Федерального закона от 07.12.2011 № 420-ФЗ)</w:t>
      </w:r>
    </w:p>
    <w:p>
      <w:r>
        <w:rPr>
          <w:b/>
        </w:rPr>
        <w:t xml:space="preserve">2. </w:t>
      </w:r>
      <w:r>
        <w:t>При замене наказания или сложении наказаний, предусмотренных частью первой настоящей статьи, а также при зачете наказания сроки наказаний могут исчисляться в днях. При этом с учетом положения части первой статьи 71 настоящего Кодекса двести сорок часов обязательных работ соответствуют одному месяцу лишения свободы или принудительных работ, двум месяцам ограничения свободы, трем месяцам исправительных работ или ограничения по военной службе. (В редакции Федерального закона от 07.12.2011 № 420-ФЗ)</w:t>
      </w:r>
    </w:p>
    <w:p>
      <w:r>
        <w:rPr>
          <w:b/>
        </w:rPr>
        <w:t xml:space="preserve">3. </w:t>
      </w:r>
      <w:r>
        <w:t>Время содержания лица под стражей до вступления приговора суда в законную силу засчитывается в сроки содержания в дисциплинарной воинской части из расчета один день за полтора дня, ограничения свободы, принудительных работ и ареста - один день за два дня, исправительных работ и ограничения по военной службе - один день за три дня, а в срок обязательных работ - из расчета один день содержания под стражей за восемь часов обязательных работ. (В редакции Федерального закона от 03.07.2018 № 186-ФЗ)</w:t>
      </w:r>
    </w:p>
    <w:p>
      <w:r>
        <w:rPr>
          <w:b/>
        </w:rPr>
        <w:t xml:space="preserve">31. </w:t>
      </w:r>
      <w:r>
        <w:t>Время содержания лица под стражей засчитывается в срок лишения свободы, за исключением случаев, предусмотренных частями третьей2 и третьей3 настоящей статьи, из расчета один день за:</w:t>
      </w:r>
    </w:p>
    <w:p>
      <w:r>
        <w:rPr>
          <w:b/>
        </w:rPr>
        <w:t xml:space="preserve">32. </w:t>
      </w:r>
      <w:r>
        <w:t>Время содержания лица под стражей засчитывается в срок лишения свободы из расчета один день за один день в отношении осужденных при особо опасном рецидиве преступлений; осужденных, которым смертная казнь в порядке помилования заменена пожизненным лишением свободы или лишением свободы на срок двадцать пять лет; осужденных за преступления, предусмотренные статьями 205 - 2055, частями третьей и четвертой статьи 206, статьями 208, 209, частью четвертой статьи 211, частями второй и третьей статьи 228, статьями 2281, 229, 275, 276, 361 настоящего Кодекса, и сопряженные с осуществлением террористической деятельности преступления, предусмотренные статьями 277 - 279 и 360 настоящего Кодекса. (Дополнение частью - Федеральный закон от 03.07.2018 № 186-ФЗ) (В редакции Федерального закона от 27.12.2018 № 569-ФЗ)</w:t>
      </w:r>
    </w:p>
    <w:p>
      <w:r>
        <w:rPr>
          <w:b/>
        </w:rPr>
        <w:t xml:space="preserve">33. </w:t>
      </w:r>
      <w:r>
        <w:t>Время содержания лица под стражей засчитывается в срок лишения свободы из расчета один день за один день в отношении срока нахождения осужденного, отбывающего наказание в строгих условиях в воспитательной колонии или исправительной колонии общего режима, в штрафном или дисциплинарном изоляторе, помещении камерного типа либо едином помещении камерного типа, в случае применения мер взыскания к осужденному в соответствии с уголовно-исполнительным законодательством Российской Федерации. (Дополнение частью - Федеральный закон от 03.07.2018 № 186-ФЗ)</w:t>
      </w:r>
    </w:p>
    <w:p>
      <w:r>
        <w:rPr>
          <w:b/>
        </w:rPr>
        <w:t xml:space="preserve">34. </w:t>
      </w:r>
      <w:r>
        <w:t>Время нахождения лица под домашним арестом засчитывается в срок содержания лица под стражей до судебного разбирательства и в срок лишения свободы из расчета два дня нахождения под домашним арестом за один день содержания под стражей или лишения свободы. (Дополнение частью - Федеральный закон от 03.07.2018 № 186-ФЗ)</w:t>
      </w:r>
    </w:p>
    <w:p>
      <w:r>
        <w:rPr>
          <w:b/>
        </w:rPr>
        <w:t xml:space="preserve">35. </w:t>
      </w:r>
      <w:r>
        <w:t>Если вид исправительного учреждения, назначенный по приговору суда, изменен в порядке, предусмотренном главой 471 или 481 Уголовно-процессуального кодекса Российской Федерации, на более мягкий, зачет времени отбывания лишения свободы в исправительном учреждении более строгого вида в срок лишения свободы, подлежащий отбытию, осуществляется из расчета</w:t>
      </w:r>
    </w:p>
    <w:p>
      <w:r>
        <w:rPr>
          <w:b/>
        </w:rPr>
        <w:t xml:space="preserve">31. </w:t>
      </w:r>
      <w:r>
        <w:t>один день отбывания наказания в тюрьме либо исправительной колонии строгого или особого режима</w:t>
      </w:r>
    </w:p>
    <w:p>
      <w:r>
        <w:rPr>
          <w:b/>
        </w:rPr>
        <w:t xml:space="preserve">31. </w:t>
      </w:r>
      <w:r>
        <w:t>полтора дня отбывания наказания в воспитательной колонии либо исправительной колонии общего режима</w:t>
      </w:r>
    </w:p>
    <w:p>
      <w:r>
        <w:rPr>
          <w:b/>
        </w:rPr>
        <w:t xml:space="preserve">31. </w:t>
      </w:r>
      <w:r>
        <w:t>два дня отбывания наказания в колонии-поселении. (Дополнение частью - Федеральный закон от 03.07.2018 № 186-ФЗ)</w:t>
      </w:r>
    </w:p>
    <w:p>
      <w:r>
        <w:rPr>
          <w:b/>
        </w:rPr>
        <w:t xml:space="preserve">35. </w:t>
      </w:r>
      <w:r>
        <w:t>один день отбывания наказания в тюрьме либо исправительной колонии особого или строгого режима за полтора дня отбывания наказания в исправительной колонии общего режима либо два дня отбывания наказания в колонии-поселении</w:t>
      </w:r>
    </w:p>
    <w:p>
      <w:r>
        <w:rPr>
          <w:b/>
        </w:rPr>
        <w:t xml:space="preserve">35. </w:t>
      </w:r>
      <w:r>
        <w:t>один день отбывания наказания в исправительной колонии общего режима за полтора дня отбывания наказания в колонии-поселении. (Дополнение частью - Федеральный закон от 19.12.2023 № 609-ФЗ)</w:t>
      </w:r>
    </w:p>
    <w:p>
      <w:r>
        <w:rPr>
          <w:b/>
        </w:rPr>
        <w:t xml:space="preserve">35. </w:t>
      </w:r>
      <w:r>
        <w:t>Время содержания лица под стражей до вступления приговора суда в законную силу и время отбытия лишения свободы, назначенного приговором суда за преступление, совершенное вне пределов Российской Федерации, в случае выдачи лица на основании статьи 13 настоящего Кодекса засчитываются по правилам, установленным частями третьей и третьей1 настоящей статьи. (В редакции Федерального закона от 03.07.2018 № 186-ФЗ)</w:t>
      </w:r>
    </w:p>
    <w:p>
      <w:r>
        <w:rPr>
          <w:b/>
        </w:rPr>
        <w:t xml:space="preserve">35. </w:t>
      </w:r>
      <w:r>
        <w:t>При назначении осужденному, содержавшемуся под стражей до судебного разбирательства, в качестве основного вида наказания штрафа, лишения права занимать определенные должности или заниматься определенной деятельностью суд, учитывая срок содержания под стражей, смягчает назначенное наказание или полностью освобождает его от отбывания этого наказания</w:t>
      </w:r>
    </w:p>
    <w:p>
      <w:r>
        <w:rPr>
          <w:b/>
        </w:rPr>
        <w:t>Статья 721. Назначение наказания лицу, признанному больным наркоманией</w:t>
      </w:r>
    </w:p>
    <w:p>
      <w:r>
        <w:rPr>
          <w:b/>
        </w:rPr>
        <w:t xml:space="preserve">1. </w:t>
      </w:r>
      <w:r>
        <w:t>При назначении лицу, признанному больным наркоманией, основного наказания в виде штрафа, лишения права занимать определенные должности или заниматься определенной деятельностью, обязательных работ, исправительных работ или ограничения свободы суд может возложить на осужденного обязанность пройти лечение от наркомании и медицинскую и (или) социальную реабилитацию</w:t>
      </w:r>
    </w:p>
    <w:p>
      <w:r>
        <w:rPr>
          <w:b/>
        </w:rPr>
        <w:t xml:space="preserve">2. </w:t>
      </w:r>
      <w:r>
        <w:t>Контроль за исполнением осужденным обязанности пройти лечение от наркомании и медицинскую и (или) социальную реабилитацию осуществляется уголовно-исполнительной инспекцией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06.06.2019 № 132-ФЗ) (Дополнение статьей - Федеральный закон от 25.11.2013 № 313-ФЗ)</w:t>
      </w:r>
    </w:p>
    <w:p>
      <w:r>
        <w:rPr>
          <w:b/>
        </w:rPr>
        <w:t>Статья 73. Условное осуждение</w:t>
      </w:r>
    </w:p>
    <w:p>
      <w:r>
        <w:rPr>
          <w:b/>
        </w:rPr>
        <w:t xml:space="preserve">1. </w:t>
      </w:r>
      <w:r>
        <w:t>Если, назначив исправительные работы, ограничение по военной службе, содержание в дисциплинарной воинской части или лишение свободы на срок до восьми лет, суд придет к выводу о возможности исправления осужденного без реального отбывания наказания, он постановляет считать назначенное наказание условным. Условное осуждение не назначается:</w:t>
      </w:r>
    </w:p>
    <w:p>
      <w:r>
        <w:rPr>
          <w:b/>
        </w:rPr>
        <w:t xml:space="preserve">2. </w:t>
      </w:r>
      <w:r>
        <w:t>При назначении условного осуждения суд учитывает характер и степень общественной опасности совершенного преступления, личность виновного, в том числе смягчающие и отягчающие обстоятельства</w:t>
      </w:r>
    </w:p>
    <w:p>
      <w:r>
        <w:rPr>
          <w:b/>
        </w:rPr>
        <w:t xml:space="preserve">3. </w:t>
      </w:r>
      <w:r>
        <w:t>При назначении условного осуждения суд устанавливает испытательный срок, в течение которого условно осужденный должен своим поведением доказать свое исправление. В случае назначения лишения свободы на срок до одного года или более мягкого вида наказания испытательный срок должен быть не менее шести месяцев и не более трех лет, а в случае назначения лишения свободы на срок свыше одного года - не менее шести месяцев и не более пяти лет. Испытательный срок исчисляется с момента вступления приговора в законную силу. В испытательный срок засчитывается время, прошедшее со дня провозглашения приговора. (В редакции Федерального закона от 29.03.2010 № 33-ФЗ)</w:t>
      </w:r>
    </w:p>
    <w:p>
      <w:r>
        <w:rPr>
          <w:b/>
        </w:rPr>
        <w:t xml:space="preserve">31. </w:t>
      </w:r>
      <w:r>
        <w:t>В случае назначения наказания в виде содержания в дисциплинарной воинской части условно испытательный срок устанавливается в пределах оставшегося срока военной службы на день провозглашения приговора. (Дополнение частью - Федеральный закон от 07.12.2011 № 420-ФЗ)</w:t>
      </w:r>
    </w:p>
    <w:p>
      <w:r>
        <w:rPr>
          <w:b/>
        </w:rPr>
        <w:t xml:space="preserve">4. </w:t>
      </w:r>
      <w:r>
        <w:t>При условном осуждении также могут быть назначены дополнительные виды наказаний. (В редакции Федерального закона от 08.12.2003 № 162-ФЗ)</w:t>
      </w:r>
    </w:p>
    <w:p>
      <w:r>
        <w:rPr>
          <w:b/>
        </w:rPr>
        <w:t xml:space="preserve">5. </w:t>
      </w:r>
      <w:r>
        <w:t>Суд, назначая условное осуждение, возлагает на условно осужденного с учетом его возраста, трудоспособности и состояния здоровья исполнение определенных обязанностей: не менять постоянного места жительства, работы, учебы без уведомления специализированного государственного органа, осуществляющего контроль за поведением условно осужденного, не посещать определенные места, пройти курс лечения от алкоголизма, наркомании, токсикомании или венерического заболевания, трудиться (трудоустроиться) либо продолжить обучение в общеобразовательной организации. Суд может возложить на условно осужденного исполнение и других обязанностей, способствующих его исправлению. (В редакции федеральных законов от 27.12.2009 № 377-ФЗ; от 02.07.2013 № 185-ФЗ)</w:t>
      </w:r>
    </w:p>
    <w:p>
      <w:r>
        <w:rPr>
          <w:b/>
        </w:rPr>
        <w:t xml:space="preserve">6. </w:t>
      </w:r>
      <w:r>
        <w:t>Контроль за поведением условно осужденного осуществляется уполномоченным на то специализированным государственным органом, а в отношении военнослужащих - командованием воинских частей и учреждений</w:t>
      </w:r>
    </w:p>
    <w:p>
      <w:r>
        <w:rPr>
          <w:b/>
        </w:rPr>
        <w:t xml:space="preserve">7. </w:t>
      </w:r>
      <w:r>
        <w:t>В течение испытательного срока суд по представлению органа, осуществляющего контроль за поведением условно осужденного, может отменить полностью или частично либо дополнить ранее установленные для условно осужденного обязанности. Примечание. Для целей настоящей статьи, а также статей 79, 80, 82 и 97 настоящего Кодекса к преступлениям против половой неприкосновенности несовершеннолетних, не достигших четырнадцатилетнего возраста, относятся преступления, предусмотренные статьями 131 - 135, 240, 241, 242, 2421 и 2422 настоящего Кодекса, совершенные в отношении несовершеннолетних, не достигших четырнадцатилетнего возраста. (Дополнение примечанием - Федеральный закон от 29.02.2012 № 14-ФЗ) (В редакции Федерального закона от 06.03.2022 № 38-ФЗ)</w:t>
      </w:r>
    </w:p>
    <w:p>
      <w:r>
        <w:rPr>
          <w:b/>
        </w:rPr>
        <w:t xml:space="preserve">1. </w:t>
      </w:r>
      <w:r>
        <w:t>осужденным за преступления против половой неприкосновенности несовершеннолетних, не достигших четырнадцатилетнего возраста; а1) осужденным за преступления, предусмотренные частями первой и второй статьи 2051, статьей 2052, частью второй статьи 2054, частями первой - третьей статьи 206, частью четвертой статьи 210, статьей 2101, частью второй статьи 2813 и статьей 360 настоящего Кодекса; (Дополнение пунктом - Федеральный закон от 05.05.2014 № 130-ФЗ) (В редакции федеральных законов от 06.07.2016 № 375-ФЗ, от 01.04.2019 № 46-ФЗ, от 17.11.2025 № 420-ФЗ)</w:t>
      </w:r>
    </w:p>
    <w:p>
      <w:r>
        <w:rPr>
          <w:b/>
        </w:rPr>
        <w:t xml:space="preserve">1. </w:t>
      </w:r>
      <w:r>
        <w:t>при совершении тяжкого или особо тяжкого преступления в течение испытательного срока при условном осуждении, назначенном за совершение умышленного преступления, либо в течение неотбытой части наказания, назначенного за совершение умышленного преступления, при условно-досрочном освобождении</w:t>
      </w:r>
    </w:p>
    <w:p>
      <w:r>
        <w:rPr>
          <w:b/>
        </w:rPr>
        <w:t xml:space="preserve">1. </w:t>
      </w:r>
      <w:r>
        <w:t>при опасном или особо опасном рецидиве. (Часть в редакции Федерального закона от 16.10.2012 № 172-ФЗ)</w:t>
      </w:r>
    </w:p>
    <w:p>
      <w:r>
        <w:rPr>
          <w:b/>
        </w:rPr>
        <w:t>Статья 74. Отмена условного осуждения или продление испытательного срока</w:t>
      </w:r>
    </w:p>
    <w:p>
      <w:r>
        <w:rPr>
          <w:b/>
        </w:rPr>
        <w:t xml:space="preserve">1. </w:t>
      </w:r>
      <w:r>
        <w:t>Если до истечения испытательного срока условно осужденный своим поведением доказал свое исправление, возместил вред (полностью или частично), причиненный преступлением, в размере, определенном решением суда, суд по представлению органа, осуществляющего контроль за поведением условно осужденного, может постановить об отмене условного осуждения и о снятии с осужденного судимости. При этом условное осуждение может быть отменено по истечении не менее половины установленного испытательного срока. (В редакции Федерального закона от 28.12.2013 № 432-ФЗ)</w:t>
      </w:r>
    </w:p>
    <w:p>
      <w:r>
        <w:rPr>
          <w:b/>
        </w:rPr>
        <w:t xml:space="preserve">2. </w:t>
      </w:r>
      <w:r>
        <w:t>Если условно осужденный уклонился от исполнения возложенных на него судом обязанностей, уклонился от возмещения вреда (полностью или частично), причиненного преступлением, в размере, определенном решением суда, или совершил нарушение общественного порядка, за которое он был привлечен к административной ответственности, суд по представлению органа, указанного в части первой настоящей статьи, может продлить испытательный срок, но не более чем на один год. (В редакции федеральных законов от 27.12.2009 № 377-ФЗ; от 28.12.2013 № 432-ФЗ)</w:t>
      </w:r>
    </w:p>
    <w:p>
      <w:r>
        <w:rPr>
          <w:b/>
        </w:rPr>
        <w:t xml:space="preserve">21. </w:t>
      </w:r>
      <w:r>
        <w:t>Если условно осужденный в течение продленного испытательного срока в связи с его уклонением от возмещения вреда, причиненного преступлением, в размере, определенном решением суда, систематически уклоняется от возмещения указанного вреда, суд по представлению органа, указанного в части первой настоящей статьи, также может вынести решение об отмене условного осуждения и исполнении наказания, назначенного приговором суда. (Дополнение частью - Федеральный закон от 28.12.2013 № 432-ФЗ)</w:t>
      </w:r>
    </w:p>
    <w:p>
      <w:r>
        <w:rPr>
          <w:b/>
        </w:rPr>
        <w:t xml:space="preserve">3. </w:t>
      </w:r>
      <w:r>
        <w:t>Если условно осужденный в течение испытательного срока систематически нарушал общественный порядок, за что привлекался к административной ответственности, систематически не исполнял возложенные на него судом обязанности либо скрылся от контроля, суд по представлению органа, указанного в части первой настоящей статьи, может вынести решение об отмене условного осуждения и исполнении наказания, назначенного приговором суда. (В редакции Федерального закона от 27.12.2009 № 377-ФЗ)</w:t>
      </w:r>
    </w:p>
    <w:p>
      <w:r>
        <w:rPr>
          <w:b/>
        </w:rPr>
        <w:t xml:space="preserve">4. </w:t>
      </w:r>
      <w:r>
        <w:t>В случае совершения условно осужденным в течение испытательного срока преступления по неосторожности либо умышленного преступления небольшой или средней тяжести вопрос об отмене или о сохранении условного осуждения решается судом. (В редакции Федерального закона от 07.03.2011 № 26-ФЗ)</w:t>
      </w:r>
    </w:p>
    <w:p>
      <w:r>
        <w:rPr>
          <w:b/>
        </w:rPr>
        <w:t xml:space="preserve">5. </w:t>
      </w:r>
      <w:r>
        <w:t>В случае совершения условно осужденным в течение испытательного срока умышленного тяжкого или особо тяжкого преступления суд отменяет условное осуждение и назначает ему наказание по правилам, предусмотренным статьей 70 настоящего Кодекса. По этим же правилам назначается наказание в случаях, предусмотренных частью четвертой настоящей статьи. (В редакции Федерального закона от 07.03.2011 № 26-ФЗ)</w:t>
      </w:r>
    </w:p>
    <w:p>
      <w:r>
        <w:rPr>
          <w:b/>
        </w:rPr>
        <w:t xml:space="preserve">6. </w:t>
      </w:r>
      <w:r>
        <w:t>Правила, установленные частями четвертой и пятой настоящей статьи, применяются также, если преступления, указанные в этих частях, совершены до вступления приговора, предусматривающего условное осуждение, в законную силу. В этом случае судебное разбирательство в отношении нового преступления может состояться только после вступления приговора, предусматривающего условное осуждение, в законную силу. (Дополнение частью - Федеральный закон от 29.03.2010 № 33-ФЗ)</w:t>
      </w:r>
    </w:p>
    <w:p>
      <w:pPr>
        <w:pStyle w:val="Heading2"/>
      </w:pPr>
      <w:r>
        <w:t>ОСВОБОЖДЕНИЕ ОТ УГОЛОВНОЙ ОТВЕТСТВЕННОСТИ И ОТ НАКАЗАНИЯ</w:t>
      </w:r>
    </w:p>
    <w:p>
      <w:pPr>
        <w:pStyle w:val="Heading3"/>
      </w:pPr>
      <w:r>
        <w:t>ОСВОБОЖДЕНИЕ ОТ УГОЛОВНОЙ ОТВЕТСТВЕННОСТИ</w:t>
      </w:r>
    </w:p>
    <w:p>
      <w:r>
        <w:rPr>
          <w:b/>
        </w:rPr>
        <w:t>Статья 75. Освобождение от уголовной ответственности в связи с деятельным раскаянием</w:t>
      </w:r>
    </w:p>
    <w:p>
      <w:r>
        <w:rPr>
          <w:b/>
        </w:rPr>
        <w:t xml:space="preserve">1. </w:t>
      </w:r>
      <w:r>
        <w:t>Лицо, впервые совершившее преступление небольшой или средней тяжести, может быть освобождено от уголовной ответственности, если после совершения преступления добровольно явилось с повинной, способствовало раскрытию и расследованию этого преступления, возместило ущерб или иным образом загладило вред, причиненный этим преступлением, и вследствие деятельного раскаяния перестало быть общественно опасным. (В редакции Федерального закона от 02.06.2016 № 162-ФЗ)</w:t>
      </w:r>
    </w:p>
    <w:p>
      <w:r>
        <w:rPr>
          <w:b/>
        </w:rPr>
        <w:t xml:space="preserve">2. </w:t>
      </w:r>
      <w:r>
        <w:t>Лицо, совершившее преступление иной категории, освобождается от уголовной ответственности только в случаях, специально предусмотренных соответствующими статьями Особенной части настоящего Кодекса. (В редакции Федерального закона от 27.07.2006 № 153-ФЗ)</w:t>
      </w:r>
    </w:p>
    <w:p>
      <w:r>
        <w:rPr>
          <w:b/>
        </w:rPr>
        <w:t>Статья 76. Освобождение от уголовной ответственности в связи с примирением с потерпевшим</w:t>
      </w:r>
    </w:p>
    <w:p>
      <w:r>
        <w:t>Лицо, впервые совершившее преступление небольшой или средней тяжести, может быть освобождено от уголовной ответственности, если оно примирилось с потерпевшим и загладило причиненный потерпевшему вред. (В редакции Федерального закона от 08.12.2003 № 162-ФЗ)</w:t>
      </w:r>
    </w:p>
    <w:p>
      <w:r>
        <w:rPr>
          <w:b/>
        </w:rPr>
        <w:t>Статья 761. Освобождение от уголовной ответственности в связи с возмещением ущерба</w:t>
      </w:r>
    </w:p>
    <w:p>
      <w:r>
        <w:t>(Наименование в редакции Федерального закона от 27.12.2018 № 533-ФЗ)</w:t>
      </w:r>
    </w:p>
    <w:p>
      <w:r>
        <w:rPr>
          <w:b/>
        </w:rPr>
        <w:t xml:space="preserve">1. </w:t>
      </w:r>
      <w:r>
        <w:t>Лицо, впервые совершившее преступление, предусмотренное статьями 198 - 1991, 1993, 1994 настоящего Кодекса, освобождается от уголовной ответственности, если ущерб, причиненный бюджетной системе Российской Федерации в результате преступления, возмещен в полном объеме. (В редакции Федерального закона от 29.07.2017 № 250-ФЗ)</w:t>
      </w:r>
    </w:p>
    <w:p>
      <w:r>
        <w:rPr>
          <w:b/>
        </w:rPr>
        <w:t xml:space="preserve">2. </w:t>
      </w:r>
      <w:r>
        <w:t>Лицо, впервые совершившее преступление, предусмотренное частями первой и второй, пунктом "в" части третьей статьи 146, частью первой статьи 147, частями пятой - седьмой статьи 159, частью первой статьи 1591, частью первой статьи 1592, частью первой статьи 1593, частью первой статьи 1595, частью первой статьи 1596, частью первой статьи 160, частью первой и пунктом "б" части второй статьи 165, статьей 1702, частью первой статьи 171, частями первой и первой1 статьи 1711, статьей 1715, частью первой и пунктом "б" части второй статьи 172, частью первой статьи 1733, статьями 176, 177, частями первой и второй, пунктами "в" и "г" части третьей статьи 178, частями первой и второй статьи 180, частями первой и второй статьи 185, статьей 1851, частью первой статьи 1852, частью первой статьи 1853, частью первой статьи 1854, статьей 1856, частями второй и четвертой статьи 191, статьей 192, частью первой и пунктом "а" части второй статьи 193, частями первой и второй статьи 194, статьями 195 - 197 и 1992 настоящего Кодекса, освобождается от уголовной ответственности, если возместило ущерб, причиненный гражданину, организации или государству в результате совершения преступления, и перечислило в федеральный бюджет денежное возмещение в размере двукратной суммы причиненного ущерба, либо перечислило в федеральный бюджет доход, полученный в результате совершения преступления, и денежное возмещение в размере двукратной суммы дохода, полученного в результате совершения преступления, либо перечислило в федеральный бюджет денежную сумму, эквивалентную размеру убытков, которых удалось избежать в результате совершения преступления, и денежное возмещение в размере двукратной суммы убытков, которых удалось избежать в результате совершения преступления, либо перечислило в федеральный бюджет денежную сумму, эквивалентную размеру совершенного деяния, предусмотренного соответствующей статьей Особенной части настоящего Кодекса, и денежное возмещение в двукратном размере этой суммы. (В редакции федеральных законов от 03.07.2016 № 325-ФЗ, от 27.12.2018 № 533-ФЗ, от 27.12.2019 № 500-ФЗ, от 01.04.2020 № 73-ФЗ, от 11.06.2021 № 215-ФЗ, от 14.04.2023 № 116-ФЗ, от 06.04.2024 № 79-ФЗ, от 23.11.2024 № 406-ФЗ, от 13.12.2024 № 467-ФЗ)</w:t>
      </w:r>
    </w:p>
    <w:p>
      <w:r>
        <w:rPr>
          <w:b/>
        </w:rPr>
        <w:t xml:space="preserve">3. </w:t>
      </w:r>
      <w:r>
        <w:t>Лицо освобождается от уголовной ответственности при выявлении факта совершения им до 1 января 2015 года либо до 1 января 2022 года деяний, содержащих признаки составов преступлений, предусмотренных статьей 193, частями первой и второй статьи 194, статьями 198, 199, 1991, 1992 настоящего Кодекса, при условии, если это лицо является декларантом или лицом, информация о котором содержится в соответствующей специальной декларации, поданной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деяния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информация о которых содержится в соответствующей специальной декларации, и (или) с открытием и (или) зачислением денежных средств на счета (вклады), информация о которых содержится в соответствующей специальной декларации. В этом случае не применяются положения частей первой и второй настоящей статьи в части возмещения ущерба, перечисления в федеральный бюджет денежного возмещения и полученного дохода. (Дополнение частью - Федеральный закон от 08.06.2015 № 140-ФЗ) (В редакции федеральных законов от 19.02.2018 № 35-ФЗ, от 29.05.2019 № 112-ФЗ, от 09.03.2022 № 49-ФЗ) (Дополнение статьей - Федеральный закон от 07.12.2011 № 420-ФЗ)</w:t>
      </w:r>
    </w:p>
    <w:p>
      <w:r>
        <w:rPr>
          <w:b/>
        </w:rPr>
        <w:t>Статья 762. Освобождение от уголовной ответственности с назначением судебного штрафа</w:t>
      </w:r>
    </w:p>
    <w:p>
      <w:r>
        <w:t>Лицо, впервые совершившее преступление небольшой или средней тяжести, может быть освобождено судом от уголовной ответственности с назначением судебного штрафа в случае, если оно возместило ущерб или иным образом загладило причиненный преступлением вред. (Дополнение статьей - Федеральный закон от 03.07.2016 № 323-ФЗ)</w:t>
      </w:r>
    </w:p>
    <w:p>
      <w:r>
        <w:rPr>
          <w:b/>
        </w:rPr>
        <w:t>Статья 77</w:t>
      </w:r>
    </w:p>
    <w:p>
      <w:r>
        <w:t>(Статья утратила силу - Федеральный закон от 08.12.2003 № 162-ФЗ)</w:t>
      </w:r>
    </w:p>
    <w:p>
      <w:r>
        <w:rPr>
          <w:b/>
        </w:rPr>
        <w:t>Статья 78. Освобождение от уголовной ответственности в связи с истечением сроков давности</w:t>
      </w:r>
    </w:p>
    <w:p>
      <w:r>
        <w:rPr>
          <w:b/>
        </w:rPr>
        <w:t xml:space="preserve">1. </w:t>
      </w:r>
      <w:r>
        <w:t>Лицо освобождается от уголовной ответственности, если со дня совершения преступления истекли следующие сроки:</w:t>
      </w:r>
    </w:p>
    <w:p>
      <w:r>
        <w:rPr>
          <w:b/>
        </w:rPr>
        <w:t xml:space="preserve">2. </w:t>
      </w:r>
      <w:r>
        <w:t>Сроки давности исчисляются со дня совершения преступления и до момента вступления приговора суда в законную силу. В случае совершения лицом нового преступления сроки давности по каждому преступлению исчисляются самостоятельно</w:t>
      </w:r>
    </w:p>
    <w:p>
      <w:r>
        <w:rPr>
          <w:b/>
        </w:rPr>
        <w:t xml:space="preserve">3. </w:t>
      </w:r>
      <w:r>
        <w:t>Течение сроков давности приостанавливается, если лицо, совершившее преступление, уклоняется от следствия или суда либо от уплаты судебного штрафа, назначенного в соответствии со статьей 762 настоящего Кодекса. В этом случае течение сроков давности возобновляется с момента задержания указанного лица или явки его с повинной. (В редакции Федерального закона от 03.07.2016 № 323-ФЗ)</w:t>
      </w:r>
    </w:p>
    <w:p>
      <w:r>
        <w:rPr>
          <w:b/>
        </w:rPr>
        <w:t xml:space="preserve">4. </w:t>
      </w:r>
      <w:r>
        <w:t>Вопрос о применении сроков давности к лицу, совершившему преступление, наказуемое смертной казнью или пожизненным лишением свободы, решается судом. Если суд не сочтет возможным освободить указанное лицо от уголовной ответственности в связи с истечением сроков давности, то смертная казнь и пожизненное лишение свободы не применяются</w:t>
      </w:r>
    </w:p>
    <w:p>
      <w:r>
        <w:rPr>
          <w:b/>
        </w:rPr>
        <w:t xml:space="preserve">5. </w:t>
      </w:r>
      <w:r>
        <w:t>К лицам, совершившим преступления, предусмотренные статьями 205, 2051, 2053, 2054, 2055, частями третьей и четвертой статьи 206, частью четвертой статьи 211, статьями 281 - 2813, 353, 356, 357, 358, 361 настоящего Кодекса, а равно совершившим сопряженные с осуществлением террористической деятельности преступления, предусмотренные статьями 277, 278, 279 и 360 настоящего Кодекса, сроки давности не применяются. (В редакции федеральных законов от 05.05.2014 № 130-ФЗ, от 06.07.2016 № 375-ФЗ, от 17.11.2025 № 420-ФЗ)</w:t>
      </w:r>
    </w:p>
    <w:p>
      <w:r>
        <w:rPr>
          <w:b/>
        </w:rPr>
        <w:t xml:space="preserve">1. </w:t>
      </w:r>
      <w:r>
        <w:t>два года после совершения преступления небольшой тяжести</w:t>
      </w:r>
    </w:p>
    <w:p>
      <w:r>
        <w:rPr>
          <w:b/>
        </w:rPr>
        <w:t xml:space="preserve">1. </w:t>
      </w:r>
      <w:r>
        <w:t>шесть лет после совершения преступления средней тяжести</w:t>
      </w:r>
    </w:p>
    <w:p>
      <w:r>
        <w:rPr>
          <w:b/>
        </w:rPr>
        <w:t xml:space="preserve">1. </w:t>
      </w:r>
      <w:r>
        <w:t>десять лет после совершения тяжкого преступления</w:t>
      </w:r>
    </w:p>
    <w:p>
      <w:r>
        <w:rPr>
          <w:b/>
        </w:rPr>
        <w:t xml:space="preserve">1. </w:t>
      </w:r>
      <w:r>
        <w:t>пятнадцать лет после совершения особо тяжкого преступления</w:t>
      </w:r>
    </w:p>
    <w:p>
      <w:r>
        <w:rPr>
          <w:b/>
        </w:rPr>
        <w:t>Статья 781. Освобождение от уголовной ответственности в связи с призывом на военную службу в период мобилизации или в военное время либо заключением в период мобилизации, в период военного положения или в военное время контракта о прохождении военной службы, а равно в связи с прохождением военной службы в указанные периоды или время</w:t>
      </w:r>
    </w:p>
    <w:p>
      <w:r>
        <w:rPr>
          <w:b/>
        </w:rPr>
        <w:t xml:space="preserve">1. </w:t>
      </w:r>
      <w:r>
        <w:t>Лицо, совершившее преступление, за исключением преступления против половой неприкосновенности несовершеннолетних, предусмотренного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третьей - шестой статьи 134 или частями третьей - пятой статьи 135 настоящего Кодекса, либо хотя бы одного из преступлений, предусмотренных статьями 189, 2001, 205 - 2055, 206, 208 - 211, пунктом "б" части второй статьи 2154, статьями 2171, 220, 221, 2261, 2291, 2741, 275, 2751, 276 - 2802, 2804, 281 - 2813, 2821 - 2823, 283 - 2832, 284, частью второй статьи 3221, статьями 355, 359 - 361 настоящего Кодекса, призванное на военную службу в период мобилизации или в военное время в Вооруженные Силы Российской Федерации либо заключившее в период мобилизации, в период военного положения или в военное время контракт о прохождении военной службы в Вооруженных Силах Российской Федерации, а равно лицо, совершившее преступление в период прохождения военной службы в Вооруженных Силах Российской Федерации в период мобилизации, в период военного положения или в военное время, в отношении которых производство по уголовному делу приостановлено по ходатайству командования воинской части (учреждения) в случаях, предусмотренных Уголовно-процессуальным кодексом Российской Федерации, освобождается от уголовной ответственности: (В редакции Федерального закона от 02.10.2024 № 340-ФЗ)</w:t>
      </w:r>
    </w:p>
    <w:p>
      <w:r>
        <w:rPr>
          <w:b/>
        </w:rPr>
        <w:t xml:space="preserve">2. </w:t>
      </w:r>
      <w:r>
        <w:t>Контроль за поведением лиц, указанных в части первой настоящей статьи, осуществляется командованием воинской части (учреждения). (Дополнение статьей - Федеральный закон от 23.03.2024 № 64-ФЗ)</w:t>
      </w:r>
    </w:p>
    <w:p>
      <w:r>
        <w:rPr>
          <w:b/>
        </w:rPr>
        <w:t xml:space="preserve">1. </w:t>
      </w:r>
      <w:r>
        <w:t>со дня награждения государственной наградой, полученной в период прохождения военной службы</w:t>
      </w:r>
    </w:p>
    <w:p>
      <w:r>
        <w:rPr>
          <w:b/>
        </w:rPr>
        <w:t xml:space="preserve">1. </w:t>
      </w:r>
      <w:r>
        <w:t>со дня увольнения с военной службы по основанию, предусмотренному подпунктом "а", "в" или "о" пункта 1 статьи 51 Федерального закона от 28 марта 1998 года № 53-ФЗ "О воинской обязанности и военной службе"</w:t>
      </w:r>
    </w:p>
    <w:p>
      <w:pPr>
        <w:pStyle w:val="Heading3"/>
      </w:pPr>
      <w:r>
        <w:t>ОСВОБОЖДЕНИЕ ОТ НАКАЗАНИЯ</w:t>
      </w:r>
    </w:p>
    <w:p>
      <w:r>
        <w:rPr>
          <w:b/>
        </w:rPr>
        <w:t>Статья 79. Условно-досрочное освобождение от отбывания наказания</w:t>
      </w:r>
    </w:p>
    <w:p>
      <w:r>
        <w:rPr>
          <w:b/>
        </w:rPr>
        <w:t xml:space="preserve">1. </w:t>
      </w:r>
      <w:r>
        <w:t>Лицо, отбывающее содержание в дисциплинарной воинской части, принудительные работы или лишение свободы, подлежит условно-досрочному освобождению, если судом будет признано, что для своего исправления оно не нуждается в полном отбывании назначенного судом наказания, а также возместило вред (полностью или частично), причиненный преступлением, в размере, определенном решением суда. При этом лицо может быть полностью или частично освобождено от отбывания дополнительного вида наказания. (В редакции федеральных законов от 08.12.2003 № 162-ФЗ; от 07.12.2011 № 420-ФЗ; от 28.12.2013 № 432-ФЗ)</w:t>
      </w:r>
    </w:p>
    <w:p>
      <w:r>
        <w:rPr>
          <w:b/>
        </w:rPr>
        <w:t xml:space="preserve">2. </w:t>
      </w:r>
      <w:r>
        <w:t>Применяя условно-досрочное освобождение, суд может возложить на осужденного обязанности, предусмотренные частью пятой статьи 73 настоящего Кодекса, которые должны им исполняться в течение оставшейся не отбытой части наказания</w:t>
      </w:r>
    </w:p>
    <w:p>
      <w:r>
        <w:rPr>
          <w:b/>
        </w:rPr>
        <w:t xml:space="preserve">3. </w:t>
      </w:r>
      <w:r>
        <w:t>Условно-досрочное освобождение может быть применено только после фактического отбытия осужденным:</w:t>
      </w:r>
    </w:p>
    <w:p>
      <w:r>
        <w:rPr>
          <w:b/>
        </w:rPr>
        <w:t xml:space="preserve">31. </w:t>
      </w:r>
      <w:r>
        <w:t>Условно-досрочное освобождение может быть применено только после фактического отбытия осужденными беременной женщиной или женщиной, имеющей ребенка в возрасте до четырех лет, находящегося в доме ребенка исправительного учреждения, не менее одной четверти срока наказания, назначенного за преступление небольшой тяжести. (Дополнение частью - Федеральный закон от 31.07.2020 № 260-ФЗ) (В редакции Федерального закона от 12.12.2023 № 591-ФЗ)</w:t>
      </w:r>
    </w:p>
    <w:p>
      <w:r>
        <w:rPr>
          <w:b/>
        </w:rPr>
        <w:t xml:space="preserve">32. </w:t>
      </w:r>
      <w:r>
        <w:t>Осужденному, неотбытая часть наказания которому была заменена более мягким видом наказания, срок наказания, после фактического отбытия которого может быть применено условно-досрочное освобождение, исчисляется с момента начала срока отбывания наказания, назначенного по приговору суда. (Дополнение частью - Федеральный закон от 28.06.2022 № 200-ФЗ)</w:t>
      </w:r>
    </w:p>
    <w:p>
      <w:r>
        <w:rPr>
          <w:b/>
        </w:rPr>
        <w:t xml:space="preserve">4. </w:t>
      </w:r>
      <w:r>
        <w:t>Фактически отбытый осужденным срок лишения свободы не может быть менее шести месяцев</w:t>
      </w:r>
    </w:p>
    <w:p>
      <w:r>
        <w:rPr>
          <w:b/>
        </w:rPr>
        <w:t xml:space="preserve">41. </w:t>
      </w:r>
      <w:r>
        <w:t>При рассмотрении ходатайства осужденного об условно-досрочном освобождении от отбывания наказания суд учитывает поведение осужденного, его отношение к учебе и труду в течение всего периода отбывания наказания, в том числе имеющиеся поощрения и взыскания, отношение осужденного к совершенному деянию и то, что осужденный частично или полностью возместил причиненный ущерб или иным образом загладил вред, причиненный в результате преступления, а также заключение администрации исправительного учреждения о целесообразности его условно-досрочного освобождения. В отношении осужденного, страдающего расстройством сексуального предпочтения (педофилией), не исключающим вменяемости, и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суд также учитывает применение к осужденному принудительных мер медицинского характера, его отношение к лечению и результаты судебно-психиатрической экспертизы. (Дополнение частью - Федеральный закон от 29.02.2012 № 14-ФЗ) (В редакции Федерального закона от 05.05.2014 № 104-ФЗ)</w:t>
      </w:r>
    </w:p>
    <w:p>
      <w:r>
        <w:rPr>
          <w:b/>
        </w:rPr>
        <w:t xml:space="preserve">5. </w:t>
      </w:r>
      <w:r>
        <w:t>Лицо, отбывающее пожизненное лишение свободы, может быть освобождено условно-досрочно, если судом будет признано, что оно не нуждается в дальнейшем отбывании этого наказания и фактически отбыло не менее двадцати пяти лет лишения свободы. Условно-досрочное освобождение от дальнейшего отбывания пожизненного лишения свободы применяется только при отсутствии у осужденного злостных нарушений установленного порядка отбывания наказания в течение предшествующих трех лет. Лицо, отбывающее пожизненное лишение свободы за совершение преступления, предусмотренного статьей 205, 2051, 2053, 2054, 2055, 279 или 361 настоящего Кодекса, либо совершившее в период отбывания пожизненного лишения свободы новое тяжкое или особо тяжкое преступление, условно-досрочному освобождению не подлежит. (В редакции федеральных законов от 08.12.2003 № 162-ФЗ, от 28.12.2024 № 510-ФЗ)</w:t>
      </w:r>
    </w:p>
    <w:p>
      <w:r>
        <w:rPr>
          <w:b/>
        </w:rPr>
        <w:t xml:space="preserve">6. </w:t>
      </w:r>
      <w:r>
        <w:t>Контроль за поведением лица, освобожденного условно-досрочно, осуществляется уполномоченным на то специализированным государственным органом, а в отношении военнослужащих - командованием воинских частей и учреждений</w:t>
      </w:r>
    </w:p>
    <w:p>
      <w:r>
        <w:rPr>
          <w:b/>
        </w:rPr>
        <w:t xml:space="preserve">7. </w:t>
      </w:r>
      <w:r>
        <w:t>Если в течение оставшейся не отбытой части наказания:</w:t>
      </w:r>
    </w:p>
    <w:p>
      <w:r>
        <w:rPr>
          <w:b/>
        </w:rPr>
        <w:t xml:space="preserve">3. </w:t>
      </w:r>
      <w:r>
        <w:t>не менее одной трети срока наказания, назначенного за преступление небольшой или средней тяжести; (В редакции Федерального закона от 09.03.2001 № 25-ФЗ)</w:t>
      </w:r>
    </w:p>
    <w:p>
      <w:r>
        <w:rPr>
          <w:b/>
        </w:rPr>
        <w:t xml:space="preserve">3. </w:t>
      </w:r>
      <w:r>
        <w:t>не менее половины срока наказания, назначенного за тяжкое преступление; (В редакции Федерального закона от 09.03.2001 № 25-ФЗ)</w:t>
      </w:r>
    </w:p>
    <w:p>
      <w:r>
        <w:rPr>
          <w:b/>
        </w:rPr>
        <w:t xml:space="preserve">3. </w:t>
      </w:r>
      <w:r>
        <w:t>не менее двух третей срока наказания, назначенного за особо тяжкое преступление, а также двух третей срока наказания, назначенного лицу, ранее условно-досрочно освобождавшемуся, если условно-досрочное освобождение было отменено по основаниям, предусмотренным частью седьмой настоящей статьи; (В редакции Федерального закона от 09.03.2001 № 25-ФЗ)</w:t>
      </w:r>
    </w:p>
    <w:p>
      <w:r>
        <w:rPr>
          <w:b/>
        </w:rPr>
        <w:t xml:space="preserve">3. </w:t>
      </w:r>
      <w:r>
        <w:t>не менее трех четвертей срока наказания, назначенного за преступления против половой неприкосновенности несовершеннолетних, а равно за тяжкие и особо тяжкие преступления, связанные с незаконным оборотом наркотических средств, психотропных веществ и их прекурсоров, а также за преступления, предусмотренные статьями 205, 2051, 2052, 2053, 2054, 2055, 210, 281 - 2813 и 361 настоящего Кодекса; (Дополнение пунктом - Федеральный закон от 27.07.2009 № 215-ФЗ) (В редакции федеральных законов от 03.11.2009 № 245-ФЗ, от 09.12.2010 № 352-ФЗ, от 01.03.2012 № 18-ФЗ, от 02.11.2013 № 302-ФЗ, от 06.07.2016 № 375-ФЗ, от 17.11.2025 № 420-ФЗ)</w:t>
      </w:r>
    </w:p>
    <w:p>
      <w:r>
        <w:rPr>
          <w:b/>
        </w:rPr>
        <w:t xml:space="preserve">3. </w:t>
      </w:r>
      <w:r>
        <w:t>не менее четырех пятых срока наказания, назначенного за преступления против половой неприкосновенности несовершеннолетних, не достигших четырнадцатилетнего возраста. (Дополнение пунктом - Федеральный закон от 29.02.2012 № 14-ФЗ)</w:t>
      </w:r>
    </w:p>
    <w:p>
      <w:r>
        <w:rPr>
          <w:b/>
        </w:rPr>
        <w:t xml:space="preserve">7. </w:t>
      </w:r>
      <w:r>
        <w:t>осужденный совершил нарушение общественного порядка, за которое на него было наложено административное взыскание, или злостно уклонился от исполнения обязанностей, возложенных на него судом при применении условно-досрочного освобождения, а равно от назначенных судом принудительных мер медицинского характера, суд по представлению органов, указанных в части шестой настоящей статьи, может постановить об отмене условно-досрочного освобождения и исполнении оставшейся не отбытой части наказания; (В редакции Федерального закона от 29.02.2012 № 14-ФЗ)</w:t>
      </w:r>
    </w:p>
    <w:p>
      <w:r>
        <w:rPr>
          <w:b/>
        </w:rPr>
        <w:t xml:space="preserve">7. </w:t>
      </w:r>
      <w:r>
        <w:t>осужденный совершил преступление по неосторожности либо умышленное преступление небольшой или средней тяжести, вопрос об отмене либо о сохранении условно-досрочного освобождения решается судом; (В редакции Федерального закона от 07.03.2011 № 26-ФЗ)</w:t>
      </w:r>
    </w:p>
    <w:p>
      <w:r>
        <w:rPr>
          <w:b/>
        </w:rPr>
        <w:t xml:space="preserve">7. </w:t>
      </w:r>
      <w:r>
        <w:t>осужденный совершил тяжкое или особо тяжкое преступление, суд назначает ему наказание по правилам, предусмотренным статьей 70 настоящего Кодекса. По этим же правилам назначается наказание в случае совершения преступления по неосторожности либо умышленного преступления небольшой или средней тяжести, если суд отменяет условно-досрочное освобождение. (В редакции Федерального закона от 07.03.2011 № 26-ФЗ)</w:t>
      </w:r>
    </w:p>
    <w:p>
      <w:r>
        <w:rPr>
          <w:b/>
        </w:rPr>
        <w:t>Статья 80. Замена неотбытой части наказания более мягким видом наказания</w:t>
      </w:r>
    </w:p>
    <w:p>
      <w:r>
        <w:rPr>
          <w:b/>
        </w:rPr>
        <w:t xml:space="preserve">1. </w:t>
      </w:r>
      <w:r>
        <w:t>Лицу, отбывающему содержание в дисциплинарной воинской части, принудительные работы или лишение свободы, возместившему вред (полностью или частично), причиненный преступлением, суд с учетом его поведения в течение всего периода отбывания наказания может заменить оставшуюся не отбытой часть наказания более мягким видом наказания, за исключением случаев замены наказания в виде лишения свободы принудительными работами в соответствии с частью второй настоящей статьи. При этом лицо может быть полностью или частично освобождено от отбывания дополнительного вида наказания. (В редакции федеральных законов от 09.03.2001 № 25-ФЗ; от 08.12.2003 № 162-ФЗ; от 27.12.2009 № 377-ФЗ; от 07.12.2011 № 420-ФЗ; от 28.12.2013 № 432-ФЗ; от 05.05.2014 № 104-ФЗ; от 27.12.2018 № 540-ФЗ)</w:t>
      </w:r>
    </w:p>
    <w:p>
      <w:r>
        <w:rPr>
          <w:b/>
        </w:rPr>
        <w:t xml:space="preserve">2. </w:t>
      </w:r>
      <w:r>
        <w:t>Неотбытая часть наказания может быть заменена более мягким видом наказания после фактического отбытия осужденным к лишению свободы за совершение: преступления небольшой или средней тяжести - не менее одной трети срока наказания либо не менее одной четвертой срока наказания при замене наказания в виде лишения свободы принудительными работами; (В редакции Федерального закона от 27.12.2018 № 540-ФЗ) тяжкого преступления - не менее половины срока наказания либо не менее одной трети срока наказания при замене наказания в виде лишения свободы принудительными работами; (В редакции Федерального закона от 27.12.2018 № 540-ФЗ) особо тяжкого преступления - не менее двух третей срока наказания; (В редакции федеральных законов от 27.12.2018 № 540-ФЗ, от 24.09.2022 № 365-ФЗ) преступлений против половой неприкосновенности несовершеннолетних, а также преступлений, предусмотренных статьей 210 настоящего Кодекса, - не менее трех четвертей срока наказания; (Дополнение абзацем - Федеральный закон от 27.07.2009 № 215-ФЗ) (В редакции Федерального закона от 03.11.2009 № 245-ФЗ) преступлений против половой неприкосновенности несовершеннолетних, не достигших четырнадцатилетнего возраста, - не менее четырех пятых срока наказания. (Дополнение абзацем - Федеральный закон от 29.02.2012 № 14-ФЗ) (Часть в редакции Федерального закона от 09.03.2001 № 25-ФЗ)</w:t>
      </w:r>
    </w:p>
    <w:p>
      <w:r>
        <w:rPr>
          <w:b/>
        </w:rPr>
        <w:t xml:space="preserve">21. </w:t>
      </w:r>
      <w:r>
        <w:t>Неотбытая часть наказания может быть заменена более мягким видом наказания после фактического отбытия осужденными беременной женщиной или женщиной, имеющей ребенка в возрасте до четырех лет, находящегося в доме ребенка исправительного учреждения, к лишению свободы за совершение преступления небольшой тяжести не менее одной четверти срока наказания. (Дополнение частью - Федеральный закон от 31.07.2020 № 260-ФЗ) (В редакции Федерального закона от 12.12.2023 № 591-ФЗ)</w:t>
      </w:r>
    </w:p>
    <w:p>
      <w:r>
        <w:rPr>
          <w:b/>
        </w:rPr>
        <w:t xml:space="preserve">3. </w:t>
      </w:r>
      <w:r>
        <w:t>При замене неотбытой части наказания суд может избрать любой более мягкий вид наказания в соответствии с видами наказаний, указанными в статье 44 настоящего Кодекса, в пределах, предусмотренных настоящим Кодексом для каждого вида наказания, за исключением случаев замены наказания в виде лишения свободы принудительными работами в соответствии с частью второй настоящей статьи. (В редакции Федерального закона от 27.12.2018 № 540-ФЗ)</w:t>
      </w:r>
    </w:p>
    <w:p>
      <w:r>
        <w:rPr>
          <w:b/>
        </w:rPr>
        <w:t xml:space="preserve">4. </w:t>
      </w:r>
      <w:r>
        <w:t>При рассмотрении ходатайства осужденного или представления администрации учреждения или органа, исполняющего наказание, о замене ему неотбытой части наказания более мягким видом наказания суд учитывает поведение осужденного, его отношение к учебе и труду в течение всего периода отбывания наказания, отношение осужденного к совершенному деянию и то, что осужденный частично или полностью возместил причиненный ущерб или иным образом загладил вред, причиненный в результате преступления. В отношении осужденного, страдающего расстройством сексуального предпочтения (педофилией), не исключающим вменяемости, и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суд также учитывает применение к осужденному принудительных мер медицинского характера, его отношение к лечению и результаты судебно-психиатрической экспертизы. (Дополнение частью - Федеральный закон от 29.02.2012 № 14-ФЗ) (В редакции Федерального закона от 05.05.2014 № 104-ФЗ)</w:t>
      </w:r>
    </w:p>
    <w:p>
      <w:r>
        <w:rPr>
          <w:b/>
        </w:rPr>
        <w:t>Статья 801. Освобождение от наказания в связи с изменением обстановки</w:t>
      </w:r>
    </w:p>
    <w:p>
      <w:r>
        <w:t>Лицо, впервые совершившее преступление небольшой или средней тяжести, освобождается судом от наказания, если будет установлено, что вследствие изменения обстановки это лицо или совершенное им преступление перестали быть общественно опасными. (Дополнение статьей - Федеральный закон от 08.12.2003 № 162-ФЗ)</w:t>
      </w:r>
    </w:p>
    <w:p>
      <w:r>
        <w:rPr>
          <w:b/>
        </w:rPr>
        <w:t>Статья 802. Освобождение от наказания в связи с прохождением военной службы в период мобилизации, в период военного положения или в военное время</w:t>
      </w:r>
    </w:p>
    <w:p>
      <w:r>
        <w:rPr>
          <w:b/>
        </w:rPr>
        <w:t xml:space="preserve">1. </w:t>
      </w:r>
      <w:r>
        <w:t>Лицо, отбывающее наказание за совершение преступления, кроме преступлений, исключение в отношении которых предусмотрено частью первой статьи 781 настоящего Кодекса, призванное на военную службу в период мобилизации или в военное время в Вооруженные Силы Российской Федерации либо заключившее в период мобилизации, в период военного положения или в военное время контракт о прохождении военной службы в Вооруженных Силах Российской Федерации, освобождается от наказания условно. Контроль за поведением такого лица осуществляется командованием воинской части (учреждения)</w:t>
      </w:r>
    </w:p>
    <w:p>
      <w:r>
        <w:rPr>
          <w:b/>
        </w:rPr>
        <w:t xml:space="preserve">2. </w:t>
      </w:r>
      <w:r>
        <w:t>Лицо, освобожденное от наказания условно в соответствии с частью первой настоящей статьи, освобождается от наказания:</w:t>
      </w:r>
    </w:p>
    <w:p>
      <w:r>
        <w:rPr>
          <w:b/>
        </w:rPr>
        <w:t xml:space="preserve">3. </w:t>
      </w:r>
      <w:r>
        <w:t>Если в период прохождения военной службы лицо, освобожденное от наказания условно в соответствии с частью первой настоящей статьи, совершило новое преступление, суд назначает ему наказание по правилам, предусмотренным статьей 70 настоящего Кодекса. (Дополнение статьей - Федеральный закон от 23.03.2024 № 64-ФЗ)</w:t>
      </w:r>
    </w:p>
    <w:p>
      <w:r>
        <w:rPr>
          <w:b/>
        </w:rPr>
        <w:t xml:space="preserve">2. </w:t>
      </w:r>
      <w:r>
        <w:t>со дня награждения государственной наградой, полученной в период прохождения военной службы</w:t>
      </w:r>
    </w:p>
    <w:p>
      <w:r>
        <w:rPr>
          <w:b/>
        </w:rPr>
        <w:t xml:space="preserve">2. </w:t>
      </w:r>
      <w:r>
        <w:t>со дня увольнения с военной службы по основанию, предусмотренному подпунктом "а", "в" или "о" пункта 1 статьи 51 Федерального закона от 28 марта 1998 года № 53-ФЗ "О воинской обязанности и военной службе"</w:t>
      </w:r>
    </w:p>
    <w:p>
      <w:r>
        <w:rPr>
          <w:b/>
        </w:rPr>
        <w:t>Статья 81. Освобождение от наказания в связи с болезнью</w:t>
      </w:r>
    </w:p>
    <w:p>
      <w:r>
        <w:rPr>
          <w:b/>
        </w:rPr>
        <w:t xml:space="preserve">1. </w:t>
      </w:r>
      <w:r>
        <w:t>Лицо, у которого после совершения преступления наступило психическое расстройство, лишающее его возможности осознавать фактический характер и общественную опасность своих действий (бездействия) либо руководить ими, освобождается от наказания, а лицо, отбывающее наказание, освобождается от дальнейшего его отбывания. Таким лицам суд может назначить принудительные меры медицинского характера</w:t>
      </w:r>
    </w:p>
    <w:p>
      <w:r>
        <w:rPr>
          <w:b/>
        </w:rPr>
        <w:t xml:space="preserve">2. </w:t>
      </w:r>
      <w:r>
        <w:t>Лицо, заболевшее после совершения преступления иной тяжелой болезнью, препятствующей отбыванию наказания, может быть судом освобождено от отбывания наказания</w:t>
      </w:r>
    </w:p>
    <w:p>
      <w:r>
        <w:rPr>
          <w:b/>
        </w:rPr>
        <w:t xml:space="preserve">3. </w:t>
      </w:r>
      <w:r>
        <w:t>Военнослужащие, отбывающие арест либо содержание в дисциплинарной воинской части, освобождаются от дальнейшего отбывания наказания в случае заболевания, делающего их негодными к военной службе. Неотбытая часть наказания может быть заменена им более мягким видом наказания</w:t>
      </w:r>
    </w:p>
    <w:p>
      <w:r>
        <w:rPr>
          <w:b/>
        </w:rPr>
        <w:t xml:space="preserve">4. </w:t>
      </w:r>
      <w:r>
        <w:t>Лица, указанные в частях первой и второй настоящей статьи, в случае их выздоровления могут подлежать уголовной ответственности и наказанию, если не истекли сроки давности, предусмотренные статьями 78 и 83 настоящего Кодекса</w:t>
      </w:r>
    </w:p>
    <w:p>
      <w:r>
        <w:rPr>
          <w:b/>
        </w:rPr>
        <w:t>Статья 82. Отсрочка отбывания наказания</w:t>
      </w:r>
    </w:p>
    <w:p>
      <w:r>
        <w:rPr>
          <w:b/>
        </w:rPr>
        <w:t xml:space="preserve">1. </w:t>
      </w:r>
      <w:r>
        <w:t>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кроме лиц, которым назначено наказание в виде лишения свободы за преступления против половой неприкосновенности несовершеннолетних, не достигших четырнадцатилетнего возраста, лишения свободы на срок свыше пяти лет за тяжкие и особо тяжкие преступления против личности, лишения свободы за преступления, предусмотренные статьями 205, 2051, 2052, 2053, 2054 и 2055, частями третьей и четвертой статьи 206, частью четвертой статьи 211, статьей 361 настоящего Кодекса, и сопряженные с осуществлением террористической деятельности преступления, предусмотренные статьями 277, 278, 279 и 360 настоящего Кодекса, суд может отсрочить реальное отбывание наказания до достижения ребенком четырнадцатилетнего возраста. (В редакции федеральных законов от 07.03.2017 № 33-ФЗ, от 25.10.2024 № 350-ФЗ)</w:t>
      </w:r>
    </w:p>
    <w:p>
      <w:r>
        <w:rPr>
          <w:b/>
        </w:rPr>
        <w:t xml:space="preserve">2. </w:t>
      </w:r>
      <w:r>
        <w:t>В случае, если осужденный, указанный в части первой настоящей статьи, отказался от ребенка или продолжает уклоняться от обязанностей по воспитанию ребенка после предупреждения, объявленного органом, осуществляющим контроль за поведением осужденного, в отношении которого отбывание наказания отсрочено, суд может по представлению этого органа отменить отсрочку отбывания наказания и направить осужденного для отбывания наказания в место, назначенное в соответствии с приговором суда</w:t>
      </w:r>
    </w:p>
    <w:p>
      <w:r>
        <w:rPr>
          <w:b/>
        </w:rPr>
        <w:t xml:space="preserve">3. </w:t>
      </w:r>
      <w:r>
        <w:t>По достижении ребенком четырнадцатилетнего возраста суд освобождает осужденного, указанного в части первой настоящей статьи, от отбывания наказания или оставшейся части наказания со снятием судимости либо заменяет оставшуюся часть наказания более мягким видом наказания</w:t>
      </w:r>
    </w:p>
    <w:p>
      <w:r>
        <w:rPr>
          <w:b/>
        </w:rPr>
        <w:t xml:space="preserve">4. </w:t>
      </w:r>
      <w:r>
        <w:t>Если до достижения ребенком четырнадцатилетнего возраста истек срок, равный сроку наказания, отбывание которого было отсрочено, и орган, осуществляющий контроль за поведением осужденного, в отношении которого отбывание наказания отсрочено, пришел к выводу о соблюдении осужденным, указанным в части первой настоящей статьи, условий отсрочки и его исправлении, суд по представлению этого органа может принять решение о сокращении срока отсрочки отбывания наказания и об освобождении осужденного от отбывания наказания или оставшейся части наказания со снятием судимости</w:t>
      </w:r>
    </w:p>
    <w:p>
      <w:r>
        <w:rPr>
          <w:b/>
        </w:rPr>
        <w:t xml:space="preserve">5. </w:t>
      </w:r>
      <w:r>
        <w:t>Если в период отсрочки отбывания наказания осужденный, указанный в части первой настоящей статьи, совершает преступление по неосторожности либо умышленное преступление небольшой или средней тяжести, вопрос об отмене либо о сохранении отсрочки отбывания наказания решается судом. При сохранении отсрочки отбывания наказания по первому приговору суд вправе применить отсрочку отбывания наказания и по второму приговору в случаях, предусмотренных частью первой настоящей статьи. (В редакции Федерального закона от 24.06.2025 № 174-ФЗ)</w:t>
      </w:r>
    </w:p>
    <w:p>
      <w:r>
        <w:rPr>
          <w:b/>
        </w:rPr>
        <w:t xml:space="preserve">6. </w:t>
      </w:r>
      <w:r>
        <w:t>Если в период отсрочки отбывания наказания осужденный, указанный в части первой настоящей статьи, совершает умышленное тяжкое или особо тяжкое преступление, суд отменяет отсрочку отбывания наказания и назначает осужденному наказание по правилам, предусмотренным статьей 70 настоящего Кодекса. По этим же правилам назначается наказание в случаях отмены отсрочки отбывания наказания, предусмотренных частью пятой настоящей статьи. (Дополнение частью - Федеральный закон от 24.06.2025 № 174-ФЗ) (Статья в редакции Федерального закона от 21.02.2010 № 16-ФЗ)</w:t>
      </w:r>
    </w:p>
    <w:p>
      <w:r>
        <w:rPr>
          <w:b/>
        </w:rPr>
        <w:t>Статья 821. Отсрочка отбывания наказания больным наркоманией</w:t>
      </w:r>
    </w:p>
    <w:p>
      <w:r>
        <w:rPr>
          <w:b/>
        </w:rPr>
        <w:t xml:space="preserve">1. </w:t>
      </w:r>
      <w:r>
        <w:t>Осужденному, которому впервые назначено наказание в виде лишения свободы за совершение преступления, предусмотренного частью первой статьи 228, частью первой статьи 231 и статьей 233 настоящего Кодекса, признанному больным наркоманией и изъявившему желание добровольно пройти курс лечения от наркомании, а также медицинскую реабилитацию, социальную реабилитацию, суд может отсрочить отбывание наказания в виде лишения свободы до окончания лечения и медицинской реабилитации, социальной реабилитации, но не более чем на пять лет. (В редакции федеральных законов от 25.11.2013 № 317-ФЗ; от 28.12.2016 № 491-ФЗ)</w:t>
      </w:r>
    </w:p>
    <w:p>
      <w:r>
        <w:rPr>
          <w:b/>
        </w:rPr>
        <w:t xml:space="preserve">2. </w:t>
      </w:r>
      <w:r>
        <w:t>В случае, если осужденный, признанный больным наркоманией, отбывание наказания которому отсрочено, отказался от прохождения курса лечения от наркомании, а также медицинской реабилитации либо социальной реабилитации или уклоняется от лечения после предупреждения, объявленного органом, осуществляющим контроль за поведением осужденного, суд по представлению этого органа отменяет отсрочку отбывания наказания и направляет осужденного для отбывания наказания в место, назначенное в соответствии с приговором суда. (В редакции Федерального закона от 25.11.2013 № 317-ФЗ)</w:t>
      </w:r>
    </w:p>
    <w:p>
      <w:r>
        <w:rPr>
          <w:b/>
        </w:rPr>
        <w:t xml:space="preserve">3. </w:t>
      </w:r>
      <w:r>
        <w:t>После прохождения курса лечения от наркомании, медицинской реабилитации, социальной реабилитации и при наличии объективно подтвержденной ремиссии, длительность которой после окончания лечения, медицинской реабилитации, социальной реабилитации составляет не менее двух лет, суд освобождает осужденного, признанного больным наркоманией, от отбывания наказания или оставшейся части наказания. (В редакции Федерального закона от 25.11.2013 № 317-ФЗ)</w:t>
      </w:r>
    </w:p>
    <w:p>
      <w:r>
        <w:rPr>
          <w:b/>
        </w:rPr>
        <w:t xml:space="preserve">4. </w:t>
      </w:r>
      <w:r>
        <w:t>В случае установления судом факта совершения осужденным, признанным больным наркоманией, отбывание наказания которому отсрочено, преступления, не указанного в части первой настоящей статьи, суд по представлению органа, осуществляющего контроль за поведением осужденного, отменяет отсрочку отбывания наказания, назначает наказание по правилам, предусмотренным частью пятой статьи 69 настоящего Кодекса, и направляет осужденного для отбывания наказания в место, назначенное в соответствии с приговором суда</w:t>
      </w:r>
    </w:p>
    <w:p>
      <w:r>
        <w:rPr>
          <w:b/>
        </w:rPr>
        <w:t xml:space="preserve">5. </w:t>
      </w:r>
      <w:r>
        <w:t>В случае, если в период отсрочки отбывания наказания осужденный, признанный больным наркоманией, совершил новое преступление, суд отменяет отсрочку отбывания наказания, назначает ему наказание по правилам, предусмотренным статьей 70 настоящего Кодекса, и направляет осужденного в место, назначенное в соответствии с приговором суда. (Дополнение статьей - Федеральный закон от 07.12.2011 № 420-ФЗ)</w:t>
      </w:r>
    </w:p>
    <w:p>
      <w:r>
        <w:rPr>
          <w:b/>
        </w:rPr>
        <w:t>Статья 83. Освобождение от отбывания наказания в связи с истечением сроков давности обвинительного приговора суда</w:t>
      </w:r>
    </w:p>
    <w:p>
      <w:r>
        <w:rPr>
          <w:b/>
        </w:rPr>
        <w:t xml:space="preserve">1. </w:t>
      </w:r>
      <w:r>
        <w:t>Лицо, осужденное за совершение преступления, освобождается от отбывания наказания, если обвинительный приговор суда не был приведен в исполнение в следующие сроки со дня вступления его в законную силу:</w:t>
      </w:r>
    </w:p>
    <w:p>
      <w:r>
        <w:rPr>
          <w:b/>
        </w:rPr>
        <w:t xml:space="preserve">2. </w:t>
      </w:r>
      <w:r>
        <w:t>Течение сроков давности приостанавливается, если осужденный уклоняется от отбывания наказания. В этом случае течение сроков давности возобновляется с момента задержания осужденного или явки его с повинной. Сроки давности, истекшие к моменту уклонения осужденного от отбывания наказания, подлежат зачету</w:t>
      </w:r>
    </w:p>
    <w:p>
      <w:r>
        <w:rPr>
          <w:b/>
        </w:rPr>
        <w:t xml:space="preserve">21. </w:t>
      </w:r>
      <w:r>
        <w:t>Течение сроков давности приостанавливается, если осужденному предоставлена отсрочка отбывания наказания. В этом случае течение сроков давности возобновляется с момента окончания срока отсрочки отбывания наказания, за исключением случаев, предусмотренных частями третьей и четвертой статьи 82 и частью третьей статьи 821 настоящего Кодекса, либо с момента отмены отсрочки отбывания наказания. (Дополнение частью - Федеральный закон от 23.07.2013 № 221-ФЗ)</w:t>
      </w:r>
    </w:p>
    <w:p>
      <w:r>
        <w:rPr>
          <w:b/>
        </w:rPr>
        <w:t xml:space="preserve">3. </w:t>
      </w:r>
      <w:r>
        <w:t>Вопрос о применении сроков давности к лицу, осужденному к смертной казни или пожизненному лишению свободы, решается судом. Если суд не сочтет возможным применить сроки давности, эти виды наказаний заменяются лишением свободы на определенный срок</w:t>
      </w:r>
    </w:p>
    <w:p>
      <w:r>
        <w:rPr>
          <w:b/>
        </w:rPr>
        <w:t xml:space="preserve">4. </w:t>
      </w:r>
      <w:r>
        <w:t>К лицам, осужденным за совершение преступлений, предусмотренных статьями 205, 2051, 2053, 2054, 2055, частями третьей и четвертой статьи 206, частью четвертой статьи 211, статьями 281 - 2813, 353, 356, 357, 358 и 361 настоящего Кодекса, а равно осужденным за совершение сопряженных с осуществлением террористической деятельности преступлений, предусмотренных статьями 277, 278, 279 и 360 настоящего Кодекса, сроки давности не применяются. (В редакции федеральных законов от 05.05.2014 № 130-ФЗ, от 06.07.2016 № 375-ФЗ, от 17.11.2025 № 420-ФЗ)</w:t>
      </w:r>
    </w:p>
    <w:p>
      <w:r>
        <w:rPr>
          <w:b/>
        </w:rPr>
        <w:t xml:space="preserve">1. </w:t>
      </w:r>
      <w:r>
        <w:t>два года при осуждении за преступление небольшой тяжести</w:t>
      </w:r>
    </w:p>
    <w:p>
      <w:r>
        <w:rPr>
          <w:b/>
        </w:rPr>
        <w:t xml:space="preserve">1. </w:t>
      </w:r>
      <w:r>
        <w:t>шесть лет при осуждении за преступление средней тяжести</w:t>
      </w:r>
    </w:p>
    <w:p>
      <w:r>
        <w:rPr>
          <w:b/>
        </w:rPr>
        <w:t xml:space="preserve">1. </w:t>
      </w:r>
      <w:r>
        <w:t>десять лет при осуждении за тяжкое преступление</w:t>
      </w:r>
    </w:p>
    <w:p>
      <w:r>
        <w:rPr>
          <w:b/>
        </w:rPr>
        <w:t xml:space="preserve">1. </w:t>
      </w:r>
      <w:r>
        <w:t>пятнадцать лет при осуждении за особо тяжкое преступление</w:t>
      </w:r>
    </w:p>
    <w:p>
      <w:pPr>
        <w:pStyle w:val="Heading3"/>
      </w:pPr>
      <w:r>
        <w:t>АМНИСТИЯ. ПОМИЛОВАНИЕ. СУДИМОСТЬ</w:t>
      </w:r>
    </w:p>
    <w:p>
      <w:r>
        <w:rPr>
          <w:b/>
        </w:rPr>
        <w:t>Статья 84. Амнистия</w:t>
      </w:r>
    </w:p>
    <w:p>
      <w:r>
        <w:rPr>
          <w:b/>
        </w:rPr>
        <w:t xml:space="preserve">1. </w:t>
      </w:r>
      <w:r>
        <w:t>Амнистия объявляется Государственной Думой Федерального Собрания Российской Федерации в отношении индивидуально не определенного круга лиц</w:t>
      </w:r>
    </w:p>
    <w:p>
      <w:r>
        <w:rPr>
          <w:b/>
        </w:rPr>
        <w:t xml:space="preserve">2. </w:t>
      </w:r>
      <w:r>
        <w:t>Актом об амнистии лица, совершившие преступления, могут быть освобождены от уголовной ответственности. Лица, осужденные за совершение преступлений, могут быть освобождены от наказания, либо назначенное им наказание может быть сокращено или заменено более мягким видом наказания, либо такие лица могут быть освобождены от дополнительного вида наказания. С лиц, отбывших наказание, актом об амнистии может быть снята судимость</w:t>
      </w:r>
    </w:p>
    <w:p>
      <w:r>
        <w:rPr>
          <w:b/>
        </w:rPr>
        <w:t>Статья 85. Помилование</w:t>
      </w:r>
    </w:p>
    <w:p>
      <w:r>
        <w:rPr>
          <w:b/>
        </w:rPr>
        <w:t xml:space="preserve">1. </w:t>
      </w:r>
      <w:r>
        <w:t>Помилование осуществляется Президентом Российской Федерации в отношении индивидуально определенного лица</w:t>
      </w:r>
    </w:p>
    <w:p>
      <w:r>
        <w:rPr>
          <w:b/>
        </w:rPr>
        <w:t xml:space="preserve">2. </w:t>
      </w:r>
      <w:r>
        <w:t>Актом помилования лицо, осужденное за преступление, может быть освобождено от дальнейшего отбывания наказания либо назначенное ему наказание может быть сокращено или заменено более мягким видом наказания. С лица, отбывшего наказание, актом помилования может быть снята судимость</w:t>
      </w:r>
    </w:p>
    <w:p>
      <w:r>
        <w:rPr>
          <w:b/>
        </w:rPr>
        <w:t>Статья 86. Судимость</w:t>
      </w:r>
    </w:p>
    <w:p>
      <w:r>
        <w:rPr>
          <w:b/>
        </w:rPr>
        <w:t xml:space="preserve">1. </w:t>
      </w:r>
      <w:r>
        <w:t>Лицо, осужденное за совершение преступления, считается судимым со дня вступления обвинительного приговора суда в законную силу до момента погашения или снятия судимости. Судимость в соответствии с настоящим Кодексом учитывается при рецидиве преступлений, назначении наказания и влечет за собой иные правовые последствия в случаях и в порядке, которые установлены федеральными законами. (В редакции Федерального закона от 06.04.2011 № 66-ФЗ)</w:t>
      </w:r>
    </w:p>
    <w:p>
      <w:r>
        <w:rPr>
          <w:b/>
        </w:rPr>
        <w:t xml:space="preserve">2. </w:t>
      </w:r>
      <w:r>
        <w:t>Лицо, освобожденное от наказания, считается несудимым</w:t>
      </w:r>
    </w:p>
    <w:p>
      <w:r>
        <w:rPr>
          <w:b/>
        </w:rPr>
        <w:t xml:space="preserve">3. </w:t>
      </w:r>
      <w:r>
        <w:t>Судимость погашается:</w:t>
      </w:r>
    </w:p>
    <w:p>
      <w:r>
        <w:rPr>
          <w:b/>
        </w:rPr>
        <w:t xml:space="preserve">31. </w:t>
      </w:r>
      <w:r>
        <w:t>В отношении лица, имеющего судимость, кроме судимости за совершение преступлений, исключение в отношении которых предусмотрено частью первой статьи 781 настоящего Кодекса, призванного на военную службу в период мобилизации или в военное время в Вооруженные Силы Российской Федерации либо заключившего в период мобилизации, в период военного положения или в военное время контракт о прохождении военной службы в Вооруженных Силах Российской Федерации, судимость погашается</w:t>
      </w:r>
    </w:p>
    <w:p>
      <w:r>
        <w:rPr>
          <w:b/>
        </w:rPr>
        <w:t xml:space="preserve">3. </w:t>
      </w:r>
      <w:r>
        <w:t>в отношении лиц, условно осужденных, - по истечении испытательного срока</w:t>
      </w:r>
    </w:p>
    <w:p>
      <w:r>
        <w:rPr>
          <w:b/>
        </w:rPr>
        <w:t xml:space="preserve">3. </w:t>
      </w:r>
      <w:r>
        <w:t>в отношении лиц, осужденных к более мягким видам наказаний, чем лишение свободы, - по истечении одного года после отбытия или исполнения наказания; (В редакции Федерального закона от 08.12.2003 № 162-ФЗ)</w:t>
      </w:r>
    </w:p>
    <w:p>
      <w:r>
        <w:rPr>
          <w:b/>
        </w:rPr>
        <w:t xml:space="preserve">3. </w:t>
      </w:r>
      <w:r>
        <w:t>в отношении лиц, осужденных к лишению свободы за преступления небольшой или средней тяжести, - по истечении трех лет после отбытия наказания</w:t>
      </w:r>
    </w:p>
    <w:p>
      <w:r>
        <w:rPr>
          <w:b/>
        </w:rPr>
        <w:t xml:space="preserve">3. </w:t>
      </w:r>
      <w:r>
        <w:t>в отношении лиц, осужденных к лишению свободы за тяжкие преступления, - по истечении восьми лет после отбытия наказания; (В редакции Федерального закона от 23.07.2013 № 218-ФЗ)</w:t>
      </w:r>
    </w:p>
    <w:p>
      <w:r>
        <w:rPr>
          <w:b/>
        </w:rPr>
        <w:t xml:space="preserve">3. </w:t>
      </w:r>
      <w:r>
        <w:t>в отношении лиц, осужденных за особо тяжкие преступления, - по истечении десяти лет после отбытия наказания. (В редакции Федерального закона от 23.07.2013 № 218-ФЗ)</w:t>
      </w:r>
    </w:p>
    <w:p>
      <w:r>
        <w:rPr>
          <w:b/>
        </w:rPr>
        <w:t xml:space="preserve">31. </w:t>
      </w:r>
      <w:r>
        <w:t>со дня награждения государственной наградой, полученной в период прохождения военной службы</w:t>
      </w:r>
    </w:p>
    <w:p>
      <w:r>
        <w:rPr>
          <w:b/>
        </w:rPr>
        <w:t xml:space="preserve">31. </w:t>
      </w:r>
      <w:r>
        <w:t>со дня увольнения с военной службы по основанию, предусмотренному подпунктом "а", "в" или "о" пункта 1 статьи 51 Федерального закона от 28 марта 1998 года № 53-ФЗ "О воинской обязанности и военной службе". (Дополнение частью - Федеральный закон от 23.03.2024 № 64-ФЗ)</w:t>
      </w:r>
    </w:p>
    <w:p>
      <w:r>
        <w:rPr>
          <w:b/>
        </w:rPr>
        <w:t xml:space="preserve">31. </w:t>
      </w:r>
      <w:r>
        <w:t>Если осужденный в установленном законом порядке был досрочно освобожден от отбывания наказания или неотбытая часть наказания была заменена более мягким видом наказания, то срок погашения судимости исчисляется исходя из фактически отбытого срока наказания с момента освобождения от отбывания основного и дополнительного видов наказаний</w:t>
      </w:r>
    </w:p>
    <w:p>
      <w:r>
        <w:rPr>
          <w:b/>
        </w:rPr>
        <w:t xml:space="preserve">31. </w:t>
      </w:r>
      <w:r>
        <w:t>Если осужденный после отбытия наказания вел себя безупречно, а также возместил вред, причиненный преступлением, то по его ходатайству суд может снять с него судимость до истечения срока погашения судимости. (В редакции Федерального закона от 28.12.2013 № 432-ФЗ)</w:t>
      </w:r>
    </w:p>
    <w:p>
      <w:r>
        <w:rPr>
          <w:b/>
        </w:rPr>
        <w:t xml:space="preserve">31. </w:t>
      </w:r>
      <w:r>
        <w:t>Погашение или снятие судимости аннулирует все правовые последствия, предусмотренные настоящим Кодексом, связанные с судимостью. (В редакции Федерального закона от 29.06.2015 № 194-ФЗ)</w:t>
      </w:r>
    </w:p>
    <w:p>
      <w:pPr>
        <w:pStyle w:val="Heading2"/>
      </w:pPr>
      <w:r>
        <w:t>УГОЛОВНАЯ ОТВЕТСТВЕННОСТЬ НЕСОВЕРШЕННОЛЕТНИХ</w:t>
      </w:r>
    </w:p>
    <w:p>
      <w:pPr>
        <w:pStyle w:val="Heading3"/>
      </w:pPr>
      <w:r>
        <w:t>ОСОБЕННОСТИ УГОЛОВНОЙ ОТВЕТСТВЕННОСТИ И НАКАЗАНИЯ НЕСОВЕРШЕННОЛЕТНИХ</w:t>
      </w:r>
    </w:p>
    <w:p>
      <w:r>
        <w:rPr>
          <w:b/>
        </w:rPr>
        <w:t>Статья 87. Уголовная ответственность несовершеннолетних</w:t>
      </w:r>
    </w:p>
    <w:p>
      <w:r>
        <w:rPr>
          <w:b/>
        </w:rPr>
        <w:t xml:space="preserve">1. </w:t>
      </w:r>
      <w:r>
        <w:t>Несовершеннолетними признаются лица, которым ко времени совершения преступления исполнилось четырнадцать, но не исполнилось восемнадцати лет</w:t>
      </w:r>
    </w:p>
    <w:p>
      <w:r>
        <w:rPr>
          <w:b/>
        </w:rPr>
        <w:t xml:space="preserve">2. </w:t>
      </w:r>
      <w:r>
        <w:t>К несовершеннолетним, совершившим преступления, могут быть применены принудительные меры воспитательного воздействия либо им может быть назначено наказание, а при освобождении от наказания судом они могут быть также помещены в специальное учебно-воспитательное учреждение закрытого типа. (В редакции федеральных законов от 08.12.2003 № 162-ФЗ; от 02.07.2013 № 185-ФЗ)</w:t>
      </w:r>
    </w:p>
    <w:p>
      <w:r>
        <w:rPr>
          <w:b/>
        </w:rPr>
        <w:t>Статья 88. Виды наказаний, назначаемых несовершеннолетним</w:t>
      </w:r>
    </w:p>
    <w:p>
      <w:r>
        <w:rPr>
          <w:b/>
        </w:rPr>
        <w:t xml:space="preserve">1. </w:t>
      </w:r>
      <w:r>
        <w:t>Видами наказаний, назначаемых несовершеннолетним, являются:</w:t>
      </w:r>
    </w:p>
    <w:p>
      <w:r>
        <w:rPr>
          <w:b/>
        </w:rPr>
        <w:t xml:space="preserve">2. </w:t>
      </w:r>
      <w:r>
        <w:t>Штраф назначается как при наличии у несовершеннолетнего осужденного самостоятельного заработка или имущества, на которое может быть обращено взыскание, так и при отсутствии таковых. Штраф, назначенный несовершеннолетнему осужденному, по решению суда может взыскиваться с его родителей или иных законных представителей с их согласия. Штраф назначается в размере от одной тысячи до пятидесяти тысяч рублей или в размере заработной платы или иного дохода несовершеннолетнего осужденного за период от двух недель до шести месяцев. (В редакции Федерального закона от 08.12.2003 № 162-ФЗ)</w:t>
      </w:r>
    </w:p>
    <w:p>
      <w:r>
        <w:rPr>
          <w:b/>
        </w:rPr>
        <w:t xml:space="preserve">3. </w:t>
      </w:r>
      <w:r>
        <w:t>Обязательные работы назначаются на срок от сорока до ста шестидесяти часов, заключаются в выполнении работ, посильных для несовершеннолетнего, и исполняются им в свободное от учебы или основной работы время. Продолжительность исполнения данного вида наказания лицами в возрасте до пятнадцати лет не может превышать двух часов в день, а лицами в возрасте от пятнадцати до шестнадцати лет - трех часов в день</w:t>
      </w:r>
    </w:p>
    <w:p>
      <w:r>
        <w:rPr>
          <w:b/>
        </w:rPr>
        <w:t xml:space="preserve">4. </w:t>
      </w:r>
      <w:r>
        <w:t>Исправительные работы назначаются несовершеннолетним осужденным на срок до одного года</w:t>
      </w:r>
    </w:p>
    <w:p>
      <w:r>
        <w:rPr>
          <w:b/>
        </w:rPr>
        <w:t xml:space="preserve">5. </w:t>
      </w:r>
      <w:r>
        <w:t>Ограничение свободы назначается несовершеннолетним осужденным в виде основного наказания на срок от двух месяцев до двух лет. (В редакции Федерального закона от 27.12.2009 № 377-ФЗ)</w:t>
      </w:r>
    </w:p>
    <w:p>
      <w:r>
        <w:rPr>
          <w:b/>
        </w:rPr>
        <w:t xml:space="preserve">6. </w:t>
      </w:r>
      <w:r>
        <w:t>Наказание в виде лишения свободы назначается несовершеннолетним осужденным, совершившим преступления в возрасте до шестнадцати лет, на срок не свыше шести лет. Этой же категории несовершеннолетних, совершивших особо тяжкие преступления, а также остальным несовершеннолетним осужденным наказание назначается на срок не свыше десяти лет и отбывается в воспитательных колониях. Наказание в виде лишения свободы не может быть назначено несовершеннолетнему осужденному, совершившему в возрасте до шестнадцати лет преступление небольшой или средней тяжести впервые, а также остальным несовершеннолетним осужденным, совершившим преступления небольшой тяжести впервые. (В редакции Федерального закона от 08.12.2003 № 162-ФЗ)</w:t>
      </w:r>
    </w:p>
    <w:p>
      <w:r>
        <w:rPr>
          <w:b/>
        </w:rPr>
        <w:t xml:space="preserve">61. </w:t>
      </w:r>
      <w:r>
        <w:t>При назначении несовершеннолетнему осужденному наказания в виде лишения свободы за совершение тяжкого либо особо тяжкого преступления низший предел наказания, предусмотренный соответствующей статьей Особенной части настоящего Кодекса, сокращается наполовину. (Дополнение частью - Федеральный закон от 08.12.2003 № 162-ФЗ)</w:t>
      </w:r>
    </w:p>
    <w:p>
      <w:r>
        <w:rPr>
          <w:b/>
        </w:rPr>
        <w:t xml:space="preserve">62. </w:t>
      </w:r>
      <w:r>
        <w:t>В случае, если несовершеннолетний осужденный, которому назначено условное осуждение, совершил в течение испытательного срока новое преступление, не являющееся особо тяжким, суд с учетом обстоятельств дела и личности виновного может повторно принять решение об условном осуждении, установив новый испытательный срок и возложив на условно осужденного исполнение определенных обязанностей, предусмотренных частью пятой статьи 73 настоящего Кодекса. (Дополнение частью - Федеральный закон от 08.12.2003 № 162-ФЗ)</w:t>
      </w:r>
    </w:p>
    <w:p>
      <w:r>
        <w:rPr>
          <w:b/>
        </w:rPr>
        <w:t xml:space="preserve">7. </w:t>
      </w:r>
      <w:r>
        <w:t>Суд может дать указание органу, исполняющему наказание, об учете при обращении с несовершеннолетним осужденным определенных особенностей его личности</w:t>
      </w:r>
    </w:p>
    <w:p>
      <w:r>
        <w:rPr>
          <w:b/>
        </w:rPr>
        <w:t xml:space="preserve">1. </w:t>
      </w:r>
      <w:r>
        <w:t>штраф</w:t>
      </w:r>
    </w:p>
    <w:p>
      <w:r>
        <w:rPr>
          <w:b/>
        </w:rPr>
        <w:t xml:space="preserve">1. </w:t>
      </w:r>
      <w:r>
        <w:t>лишение права заниматься определенной деятельностью</w:t>
      </w:r>
    </w:p>
    <w:p>
      <w:r>
        <w:rPr>
          <w:b/>
        </w:rPr>
        <w:t xml:space="preserve">1. </w:t>
      </w:r>
      <w:r>
        <w:t>обязательные работы</w:t>
      </w:r>
    </w:p>
    <w:p>
      <w:r>
        <w:rPr>
          <w:b/>
        </w:rPr>
        <w:t xml:space="preserve">1. </w:t>
      </w:r>
      <w:r>
        <w:t>исправительные работы</w:t>
      </w:r>
    </w:p>
    <w:p>
      <w:r>
        <w:rPr>
          <w:b/>
        </w:rPr>
        <w:t xml:space="preserve">1. </w:t>
      </w:r>
      <w:r>
        <w:t>ограничение свободы; (В редакции Федерального закона от 27.12.2009 № 377-ФЗ)</w:t>
      </w:r>
    </w:p>
    <w:p>
      <w:r>
        <w:rPr>
          <w:b/>
        </w:rPr>
        <w:t xml:space="preserve">1. </w:t>
      </w:r>
      <w:r>
        <w:t>лишение свободы на определенный срок</w:t>
      </w:r>
    </w:p>
    <w:p>
      <w:r>
        <w:rPr>
          <w:b/>
        </w:rPr>
        <w:t>Статья 89. Назначение наказания несовершеннолетнему</w:t>
      </w:r>
    </w:p>
    <w:p>
      <w:r>
        <w:rPr>
          <w:b/>
        </w:rPr>
        <w:t xml:space="preserve">1. </w:t>
      </w:r>
      <w:r>
        <w:t>При назначении наказания несовершеннолетнему кроме обстоятельств, предусмотренных статьей 60 настоящего Кодекса, учитываются условия его жизни и воспитания, уровень психического развития, иные особенности личности, а также влияние на него старших по возрасту лиц</w:t>
      </w:r>
    </w:p>
    <w:p>
      <w:r>
        <w:rPr>
          <w:b/>
        </w:rPr>
        <w:t xml:space="preserve">2. </w:t>
      </w:r>
      <w:r>
        <w:t>Несовершеннолетний возраст как смягчающее обстоятельство учитывается в совокупности с другими смягчающими и отягчающими обстоятельствами</w:t>
      </w:r>
    </w:p>
    <w:p>
      <w:r>
        <w:rPr>
          <w:b/>
        </w:rPr>
        <w:t>Статья 90. Применение принудительных мер воспитательного воздействия</w:t>
      </w:r>
    </w:p>
    <w:p>
      <w:r>
        <w:rPr>
          <w:b/>
        </w:rPr>
        <w:t xml:space="preserve">1. </w:t>
      </w:r>
      <w:r>
        <w:t>Несовершеннолетний, совершивший преступление небольшой или средней тяжести, может быть освобожден от уголовной ответственности, если будет признано, что его исправление может быть достигнуто путем применения принудительных мер воспитательного воздействия. (В редакции Федерального закона от 08.12.2003 № 162-ФЗ)</w:t>
      </w:r>
    </w:p>
    <w:p>
      <w:r>
        <w:rPr>
          <w:b/>
        </w:rPr>
        <w:t xml:space="preserve">2. </w:t>
      </w:r>
      <w:r>
        <w:t>Несовершеннолетнему могут быть назначены следующие принудительные меры воспитательного воздействия:</w:t>
      </w:r>
    </w:p>
    <w:p>
      <w:r>
        <w:rPr>
          <w:b/>
        </w:rPr>
        <w:t xml:space="preserve">3. </w:t>
      </w:r>
      <w:r>
        <w:t>Несовершеннолетнему может быть назначено одновременно несколько принудительных мер воспитательного воздействия. Срок применения принудительных мер воспитательного воздействия, предусмотренных пунктами "б" и "г" части второй настоящей статьи, устанавливается продолжительностью от одного месяца до двух лет при совершении преступления небольшой тяжести и от шести месяцев до трех лет - при совершении преступления средней тяжести. (В редакции Федерального закона от 08.12.2003 № 162-ФЗ)</w:t>
      </w:r>
    </w:p>
    <w:p>
      <w:r>
        <w:rPr>
          <w:b/>
        </w:rPr>
        <w:t xml:space="preserve">4. </w:t>
      </w:r>
      <w:r>
        <w:t>В случае систематического неисполнения несовершеннолетним принудительной меры воспитательного воздействия эта мера по представлению специализированного государственного органа отменяется и материалы направляются для привлечения несовершеннолетнего к уголовной ответственности</w:t>
      </w:r>
    </w:p>
    <w:p>
      <w:r>
        <w:rPr>
          <w:b/>
        </w:rPr>
        <w:t xml:space="preserve">2. </w:t>
      </w:r>
      <w:r>
        <w:t>предупреждение</w:t>
      </w:r>
    </w:p>
    <w:p>
      <w:r>
        <w:rPr>
          <w:b/>
        </w:rPr>
        <w:t xml:space="preserve">2. </w:t>
      </w:r>
      <w:r>
        <w:t>передача под надзор родителей или лиц, их заменяющих, либо специализированного государственного органа</w:t>
      </w:r>
    </w:p>
    <w:p>
      <w:r>
        <w:rPr>
          <w:b/>
        </w:rPr>
        <w:t xml:space="preserve">2. </w:t>
      </w:r>
      <w:r>
        <w:t>возложение обязанности загладить причиненный вред</w:t>
      </w:r>
    </w:p>
    <w:p>
      <w:r>
        <w:rPr>
          <w:b/>
        </w:rPr>
        <w:t xml:space="preserve">2. </w:t>
      </w:r>
      <w:r>
        <w:t>ограничение досуга и установление особых требований к поведению несовершеннолетнего</w:t>
      </w:r>
    </w:p>
    <w:p>
      <w:r>
        <w:rPr>
          <w:b/>
        </w:rPr>
        <w:t>Статья 91. Содержание принудительных мер воспитательного воздействия</w:t>
      </w:r>
    </w:p>
    <w:p>
      <w:r>
        <w:rPr>
          <w:b/>
        </w:rPr>
        <w:t xml:space="preserve">1. </w:t>
      </w:r>
      <w:r>
        <w:t>Предупреждение состоит в разъяснении несовершеннолетнему вреда, причиненного его деянием, и последствий повторного совершения преступлений, предусмотренных настоящим Кодексом</w:t>
      </w:r>
    </w:p>
    <w:p>
      <w:r>
        <w:rPr>
          <w:b/>
        </w:rPr>
        <w:t xml:space="preserve">2. </w:t>
      </w:r>
      <w:r>
        <w:t>Передача под надзор состоит в возложении на родителей или лиц, их заменяющих, либо на специализированный государственный орган обязанности по воспитательному воздействию на несовершеннолетнего и контролю за его поведением</w:t>
      </w:r>
    </w:p>
    <w:p>
      <w:r>
        <w:rPr>
          <w:b/>
        </w:rPr>
        <w:t xml:space="preserve">3. </w:t>
      </w:r>
      <w:r>
        <w:t>Обязанность загладить причиненный вред возлагается с учетом имущественного положения несовершеннолетнего и наличия у него соответствующих трудовых навыков</w:t>
      </w:r>
    </w:p>
    <w:p>
      <w:r>
        <w:rPr>
          <w:b/>
        </w:rPr>
        <w:t xml:space="preserve">4. </w:t>
      </w:r>
      <w:r>
        <w:t>Ограничение досуга и установление особых требований к поведению несовершеннолетнего могут предусматривать запрет посещения определенных мест, использования определенных форм досуга, в том числе связанных с управлением механическим транспортным средством, ограничение пребывания вне дома после определенного времени суток, выезда в другие местности без разрешения специализированного государственного органа. Несовершеннолетнему может быть предъявлено также требование возвратиться в образовательную организацию либо трудоустроиться с помощью специализированного государственного органа. Настоящий перечень не является исчерпывающим. (В редакции Федерального закона от 02.07.2013 № 185-ФЗ)</w:t>
      </w:r>
    </w:p>
    <w:p>
      <w:r>
        <w:rPr>
          <w:b/>
        </w:rPr>
        <w:t>Статья 92. Освобождение от наказания несовершеннолетних</w:t>
      </w:r>
    </w:p>
    <w:p>
      <w:r>
        <w:rPr>
          <w:b/>
        </w:rPr>
        <w:t xml:space="preserve">1. </w:t>
      </w:r>
      <w:r>
        <w:t>Несовершеннолетний, осужденный за совершение преступления небольшой или средней тяжести, может быть освобожден судом от наказания с применением принудительных мер воспитательного воздействия, предусмотренных частью второй статьи 90 настоящего Кодекса</w:t>
      </w:r>
    </w:p>
    <w:p>
      <w:r>
        <w:rPr>
          <w:b/>
        </w:rPr>
        <w:t xml:space="preserve">2. </w:t>
      </w:r>
      <w:r>
        <w:t>Несовершеннолетний, осужденный к лишению свободы за совершение преступления средней тяжести, а также тяжкого преступления, может быть освобожден судом от наказания и помещен в специальное учебно-воспитательное учреждение закрытого типа. Помещение в специальное учебно-воспитательное учреждение закрытого типа применяется как принудительная мера воспитательного воздействия в целях исправления несовершеннолетнего, нуждающегося в особых условиях воспитания, обучения и требующего специального педагогического подхода. Несовершеннолетний может быть помещен в указанное учреждение до достижения им возраста восемнадцати лет, но не более чем на три года. (В редакции федеральных законов от 07.07.2003 № 111-ФЗ; от 08.12.2003 № 162-ФЗ; от 02.07.2013 № 185-ФЗ)</w:t>
      </w:r>
    </w:p>
    <w:p>
      <w:r>
        <w:rPr>
          <w:b/>
        </w:rPr>
        <w:t xml:space="preserve">3. </w:t>
      </w:r>
      <w:r>
        <w:t>(Часть утратила силу - Федеральный закон от 21.11.2022 № 446-ФЗ)</w:t>
      </w:r>
    </w:p>
    <w:p>
      <w:r>
        <w:rPr>
          <w:b/>
        </w:rPr>
        <w:t xml:space="preserve">4. </w:t>
      </w:r>
      <w:r>
        <w:t>(Дополнение частью - Федеральный закон от 07.07.2003 № 111-ФЗ) (Утратила силу - Федеральный закон от 21.11.2022 № 446-ФЗ)</w:t>
      </w:r>
    </w:p>
    <w:p>
      <w:r>
        <w:rPr>
          <w:b/>
        </w:rPr>
        <w:t xml:space="preserve">5. </w:t>
      </w:r>
      <w:r>
        <w:t>Несовершеннолетние, совершившие преступления, предусмотренные частями первой и второй статьи 111, частью второй статьи 117, частью третьей статьи 122, частью первой статьи 126, частью третьей статьи 127, частью второй статьи 131, частью второй статьи 132, частью четвертой статьи 158, частью второй статьи 161, частями первой и второй статьи 162, частью второй статьи 163, частью первой статьи 2051, статьей 2052, частью второй статьи 2054, частью первой статьи 206, частью второй статьи 208, частью второй статьи 210, частью первой статьи 211, частями второй и третьей статьи 223, частями первой и второй статьи 226, частью первой статьи 2281, частями первой и второй статьи 229, частью первой статьи 2811, частью второй статьи 2813, статьей 360 настоящего Кодекса, освобождению от наказания в порядке, предусмотренном частью второй настоящей статьи, не подлежат. (Дополнение частью - Федеральный закон от 08.12.2003 № 162-ФЗ) (В редакции федеральных законов от 06.07.2016 № 375-ФЗ, от 17.11.2025 № 420-ФЗ)</w:t>
      </w:r>
    </w:p>
    <w:p>
      <w:r>
        <w:rPr>
          <w:b/>
        </w:rPr>
        <w:t>Статья 93. Условно-досрочное освобождение от отбывания наказания</w:t>
      </w:r>
    </w:p>
    <w:p>
      <w:r>
        <w:rPr>
          <w:b/>
        </w:rPr>
        <w:t xml:space="preserve">1. </w:t>
      </w:r>
      <w:r>
        <w:t>Условно-досрочное освобождение от отбывания наказания может быть применено к лицу, совершившему преступление в несовершеннолетнем возрасте, осужденному к лишению свободы, после фактического отбытия:</w:t>
      </w:r>
    </w:p>
    <w:p>
      <w:r>
        <w:rPr>
          <w:b/>
        </w:rPr>
        <w:t xml:space="preserve">2. </w:t>
      </w:r>
      <w:r>
        <w:t>Условно-досрочное освобождение от отбывания наказания может быть применено к осужденным к лишению свободы беременной женщине или женщине, имеющей ребенка в возрасте до четырех лет, находящегося в доме ребенка исправительного учреждения, совершившим преступление в несовершеннолетнем возрасте, после фактического отбытия не менее одной четверти срока наказания, назначенного судом за преступление небольшой тяжести. (В редакции Федерального закона от 12.12.2023 № 591-ФЗ) (Статья в редакции Федерального закона от 31.07.2020 № 260-ФЗ)</w:t>
      </w:r>
    </w:p>
    <w:p>
      <w:r>
        <w:rPr>
          <w:b/>
        </w:rPr>
        <w:t xml:space="preserve">1. </w:t>
      </w:r>
      <w:r>
        <w:t>не менее одной трети срока наказания, назначенного судом за преступление небольшой или средней тяжести либо за тяжкое преступление</w:t>
      </w:r>
    </w:p>
    <w:p>
      <w:r>
        <w:rPr>
          <w:b/>
        </w:rPr>
        <w:t xml:space="preserve">1. </w:t>
      </w:r>
      <w:r>
        <w:t>не менее двух третей срока наказания, назначенного судом за особо тяжкое преступление</w:t>
      </w:r>
    </w:p>
    <w:p>
      <w:r>
        <w:rPr>
          <w:b/>
        </w:rPr>
        <w:t>Статья 94. Сроки давности</w:t>
      </w:r>
    </w:p>
    <w:p>
      <w:r>
        <w:t>Сроки давности, предусмотренные статьями 78 и 83 настоящего Кодекса, при освобождении несовершеннолетних от уголовной ответственности или от отбывания наказания сокращаются наполовину.</w:t>
      </w:r>
    </w:p>
    <w:p>
      <w:r>
        <w:rPr>
          <w:b/>
        </w:rPr>
        <w:t>Статья 95. Сроки погашения судимости</w:t>
      </w:r>
    </w:p>
    <w:p>
      <w:r>
        <w:t>Для лиц, совершивших преступления до достижения возраста восемнадцати лет, сроки погашения судимости, предусмотренные частью третьей статьи 86 настоящего Кодекса, сокращаются и соответственно равны: а) шести месяцам после отбытия или исполнения наказания более мягкого, чем лишение свободы; б) одному году после отбытия лишения свободы за преступление небольшой или средней тяжести; в) трем годам после отбытия лишения свободы за тяжкое или особо тяжкое преступление. (Статья в редакции Федерального закона от 05.04.2010 № 48-ФЗ)</w:t>
      </w:r>
    </w:p>
    <w:p>
      <w:r>
        <w:rPr>
          <w:b/>
        </w:rPr>
        <w:t>Статья 96. Применение положений настоящей главы к лицам в возрасте от восемнадцати до двадцати лет</w:t>
      </w:r>
    </w:p>
    <w:p>
      <w:r>
        <w:t>В исключительных случаях с учетом характера совершенного деяния и личности суд может применить положения настоящей главы к лицам, совершившим преступления в возрасте от восемнадцати до двадцати лет, кроме помещения их в специальное учебно-воспитательное учреждение закрытого типа либо воспитательную колонию. (В редакции федеральных законов от 09.03.2001 № 25-ФЗ; от 07.07.2003 № 111-ФЗ; от 02.07.2013 № 185-ФЗ)</w:t>
      </w:r>
    </w:p>
    <w:p>
      <w:pPr>
        <w:pStyle w:val="Heading2"/>
      </w:pPr>
      <w:r>
        <w:t>ИНЫЕ МЕРЫ УГОЛОВНО-ПРАВОВОГО ХАРАКТЕРА</w:t>
      </w:r>
    </w:p>
    <w:p>
      <w:pPr>
        <w:pStyle w:val="Heading3"/>
      </w:pPr>
      <w:r>
        <w:t>ПРИНУДИТЕЛЬНЫЕ МЕРЫ МЕДИЦИНСКОГО ХАРАКТЕРА</w:t>
      </w:r>
    </w:p>
    <w:p>
      <w:r>
        <w:rPr>
          <w:b/>
        </w:rPr>
        <w:t>Статья 97. Основания применения принудительных мер медицинского характера</w:t>
      </w:r>
    </w:p>
    <w:p>
      <w:r>
        <w:rPr>
          <w:b/>
        </w:rPr>
        <w:t xml:space="preserve">1. </w:t>
      </w:r>
      <w:r>
        <w:t>Принудительные меры медицинского характера могут быть назначены судом лицам:</w:t>
      </w:r>
    </w:p>
    <w:p>
      <w:r>
        <w:rPr>
          <w:b/>
        </w:rPr>
        <w:t xml:space="preserve">2. </w:t>
      </w:r>
      <w:r>
        <w:t>Лицам, указанным в части первой настоящей статьи, принудительные меры медицинского характера назначаются только в случаях, когда психические расстройства связаны с возможностью причинения этими лицами иного существенного вреда либо с опасностью для себя или других лиц</w:t>
      </w:r>
    </w:p>
    <w:p>
      <w:r>
        <w:rPr>
          <w:b/>
        </w:rPr>
        <w:t xml:space="preserve">3. </w:t>
      </w:r>
      <w:r>
        <w:t>Порядок исполнения принудительных мер медицинского характера определяется уголовно-исполнительным законодательством Российской Федерации и иными федеральными законами</w:t>
      </w:r>
    </w:p>
    <w:p>
      <w:r>
        <w:rPr>
          <w:b/>
        </w:rPr>
        <w:t xml:space="preserve">4. </w:t>
      </w:r>
      <w:r>
        <w:t>В отношении лиц, указанных в пунктах "а" - "в" части первой настоящей статьи и не представляющих опасности по своему психическому состоянию, суд может передать необходимые материалы в федеральный орган исполнительной власти в сфере здравоохранения или орган исполнительной власти субъекта Российской Федерации в сфере здравоохранения для решения вопроса о лечении указанных лиц в медицинской организации, оказывающей психиатрическую помощь, или направлении указанных лиц в стационарные учреждения социального обслуживания для лиц, страдающих психическими расстройствами, в порядке, установленном законодательством в сфере охраны здоровья. (В редакции Федерального закона от 25.11.2013 № 317-ФЗ)</w:t>
      </w:r>
    </w:p>
    <w:p>
      <w:r>
        <w:rPr>
          <w:b/>
        </w:rPr>
        <w:t xml:space="preserve">1. </w:t>
      </w:r>
      <w:r>
        <w:t>совершившим деяния, предусмотренные статьями Особенной части настоящего Кодекса, в состоянии невменяемости</w:t>
      </w:r>
    </w:p>
    <w:p>
      <w:r>
        <w:rPr>
          <w:b/>
        </w:rPr>
        <w:t xml:space="preserve">1. </w:t>
      </w:r>
      <w:r>
        <w:t>у которых после совершения преступления наступило психическое расстройство, делающее невозможным назначение или исполнение наказания</w:t>
      </w:r>
    </w:p>
    <w:p>
      <w:r>
        <w:rPr>
          <w:b/>
        </w:rPr>
        <w:t xml:space="preserve">1. </w:t>
      </w:r>
      <w:r>
        <w:t>совершившим преступление и страдающим психическими расстройствами, не исключающими вменяемости; (В редакции федеральных законов от 08.12.2003 № 162-ФЗ; от 29.02.2012 № 14-ФЗ)</w:t>
      </w:r>
    </w:p>
    <w:p>
      <w:r>
        <w:rPr>
          <w:b/>
        </w:rPr>
        <w:t xml:space="preserve">1. </w:t>
      </w:r>
      <w:r>
        <w:t>(Пункт утратил силу - Федеральный закон от 08.12.2003 № 162-ФЗ)</w:t>
      </w:r>
    </w:p>
    <w:p>
      <w:r>
        <w:rPr>
          <w:b/>
        </w:rPr>
        <w:t xml:space="preserve">1. </w:t>
      </w:r>
      <w:r>
        <w:t>совершившим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страдающим расстройством сексуального предпочтения (педофилией), не исключающим вменяемости. (Дополнение пунктом - Федеральный закон от 29.02.2012 № 14-ФЗ)</w:t>
      </w:r>
    </w:p>
    <w:p>
      <w:r>
        <w:rPr>
          <w:b/>
        </w:rPr>
        <w:t>Статья 98. Цели применения принудительных мер медицинского характера</w:t>
      </w:r>
    </w:p>
    <w:p>
      <w:r>
        <w:t>Целями применения принудительных мер медицинского характера являются излечение лиц, указанных в части первой статьи 97 настоящего Кодекса, или улучшение их психического состояния, а также предупреждение совершения ими новых деяний, предусмотренных статьями Особенной части настоящего Кодекса.</w:t>
      </w:r>
    </w:p>
    <w:p>
      <w:r>
        <w:rPr>
          <w:b/>
        </w:rPr>
        <w:t>Статья 99. Виды принудительных мер медицинского характера</w:t>
      </w:r>
    </w:p>
    <w:p>
      <w:r>
        <w:rPr>
          <w:b/>
        </w:rPr>
        <w:t xml:space="preserve">1. </w:t>
      </w:r>
      <w:r>
        <w:t>Суд может назначить следующие виды принудительных мер медицинского характера:</w:t>
      </w:r>
    </w:p>
    <w:p>
      <w:r>
        <w:rPr>
          <w:b/>
        </w:rPr>
        <w:t xml:space="preserve">2. </w:t>
      </w:r>
      <w:r>
        <w:t>Лицам, осужденным за преступления, совершенные в состоянии вменяемости, но нуждающимся в лечении психических расстройств, не исключающих вменяемости, в том числе лицам, указанным в пункте "д" части первой статьи 97 настоящего Кодекса, суд наряду с наказанием может назначить принудительную меру медицинского характера в виде принудительного наблюдения и лечения у врача-психиатра в амбулаторных условиях. (В редакции федеральных законов от 08.12.2003 № 162-ФЗ; от 29.02.2012 № 14-ФЗ; от 25.11.2013 № 317-ФЗ)</w:t>
      </w:r>
    </w:p>
    <w:p>
      <w:r>
        <w:rPr>
          <w:b/>
        </w:rPr>
        <w:t xml:space="preserve">1. </w:t>
      </w:r>
      <w:r>
        <w:t>принудительное наблюдение и лечение у врача-психиатра в амбулаторных условиях; (В редакции Федерального закона от 25.11.2013 № 317-ФЗ)</w:t>
      </w:r>
    </w:p>
    <w:p>
      <w:r>
        <w:rPr>
          <w:b/>
        </w:rPr>
        <w:t xml:space="preserve">1. </w:t>
      </w:r>
      <w:r>
        <w:t>принудительное лечение в медицинской организации, оказывающей психиатрическую помощь в стационарных условиях, общего типа; (В редакции Федерального закона от 25.11.2013 № 317-ФЗ)</w:t>
      </w:r>
    </w:p>
    <w:p>
      <w:r>
        <w:rPr>
          <w:b/>
        </w:rPr>
        <w:t xml:space="preserve">1. </w:t>
      </w:r>
      <w:r>
        <w:t>принудительное лечение в медицинской организации, оказывающей психиатрическую помощь в стационарных условиях, специализированного типа; (В редакции Федерального закона от 25.11.2013 № 317-ФЗ)</w:t>
      </w:r>
    </w:p>
    <w:p>
      <w:r>
        <w:rPr>
          <w:b/>
        </w:rPr>
        <w:t xml:space="preserve">1. </w:t>
      </w:r>
      <w:r>
        <w:t>принудительное лечение в медицинской организации, оказывающей психиатрическую помощь в стационарных условиях, специализированного типа с интенсивным наблюдением. (В редакции Федерального закона от 25.11.2013 № 317-ФЗ)</w:t>
      </w:r>
    </w:p>
    <w:p>
      <w:r>
        <w:rPr>
          <w:b/>
        </w:rPr>
        <w:t>Статья 100. Принудительное наблюдение и лечение у врача-психиатра в амбулаторных условиях</w:t>
      </w:r>
    </w:p>
    <w:p>
      <w:r>
        <w:t>(Наименование в редакции Федерального закона от 25.11.2013 № 317-ФЗ) Принудительное наблюдение и лечение у врача-психиатра в амбулаторных условиях может быть назначено при наличии оснований, предусмотренных статьей 97 настоящего Кодекса, если лицо по своему психическому состоянию не нуждается в помещении в медицинскую организацию, оказывающую психиатрическую помощь в стационарных условиях. (В редакции Федерального закона от 25.11.2013 № 317-ФЗ)</w:t>
      </w:r>
    </w:p>
    <w:p>
      <w:r>
        <w:rPr>
          <w:b/>
        </w:rPr>
        <w:t>Статья 101. Принудительное лечение в медицинской организации, оказывающей психиатрическую помощь в стационарных условиях</w:t>
      </w:r>
    </w:p>
    <w:p>
      <w:r>
        <w:t>(Наименование в редакции Федерального закона от 25.11.2013 № 317-ФЗ)</w:t>
      </w:r>
    </w:p>
    <w:p>
      <w:r>
        <w:rPr>
          <w:b/>
        </w:rPr>
        <w:t xml:space="preserve">1. </w:t>
      </w:r>
      <w:r>
        <w:t>Принудительное лечение в медицинской организации, оказывающей психиатрическую помощь в стационарных условиях, может быть назначено при наличии оснований, предусмотренных статьей 97 настоящего Кодекса, если характер психического расстройства лица требует таких условий лечения, ухода, содержания и наблюдения, которые могут быть осуществлены только в медицинской организации, оказывающей психиатрическую помощь в стационарных условиях. (В редакции Федерального закона от 25.11.2013 № 317-ФЗ)</w:t>
      </w:r>
    </w:p>
    <w:p>
      <w:r>
        <w:rPr>
          <w:b/>
        </w:rPr>
        <w:t xml:space="preserve">2. </w:t>
      </w:r>
      <w:r>
        <w:t>Принудительное лечение в медицинской организации, оказывающей психиатрическую помощь в стационарных условиях, общего типа может быть назначено лицу, которое по своему психическому состоянию нуждается в лечении и наблюдении в стационарных условиях, но не требует интенсивного наблюдения. (В редакции Федерального закона от 25.11.2013 № 317-ФЗ)</w:t>
      </w:r>
    </w:p>
    <w:p>
      <w:r>
        <w:rPr>
          <w:b/>
        </w:rPr>
        <w:t xml:space="preserve">3. </w:t>
      </w:r>
      <w:r>
        <w:t>Принудительное лечение в медицинской организации, оказывающей психиатрическую помощь в стационарных условиях, специализированного типа может быть назначено лицу, которое по своему психическому состоянию требует постоянного наблюдения. (В редакции Федерального закона от 25.11.2013 № 317-ФЗ)</w:t>
      </w:r>
    </w:p>
    <w:p>
      <w:r>
        <w:rPr>
          <w:b/>
        </w:rPr>
        <w:t xml:space="preserve">4. </w:t>
      </w:r>
      <w:r>
        <w:t>Принудительное лечение в медицинской организации, оказывающей психиатрическую помощь в стационарных условиях, специализированного типа с интенсивным наблюдением может быть назначено лицу, которое по своему психическому состоянию представляет особую опасность для себя или других лиц и требует постоянного и интенсивного наблюдения. (В редакции Федерального закона от 25.11.2013 № 317-ФЗ)</w:t>
      </w:r>
    </w:p>
    <w:p>
      <w:r>
        <w:rPr>
          <w:b/>
        </w:rPr>
        <w:t>Статья 102. Продление, изменение и прекращение применения принудительных мер медицинского характера</w:t>
      </w:r>
    </w:p>
    <w:p>
      <w:r>
        <w:rPr>
          <w:b/>
        </w:rPr>
        <w:t xml:space="preserve">1. </w:t>
      </w:r>
      <w:r>
        <w:t>Продление, изменение и прекращение применения принудительных мер медицинского характера осуществляются судом по представлению администрации медицинской организации, осуществляющей принудительное лечение, или уголовно-исполнительной инспекции, контролирующей применение принудительных мер медицинского характера, на основании заключения комиссии врачей-психиатров. (В редакции федеральных законов от 29.02.2012 № 14-ФЗ; от 25.11.2013 № 317-ФЗ)</w:t>
      </w:r>
    </w:p>
    <w:p>
      <w:r>
        <w:rPr>
          <w:b/>
        </w:rPr>
        <w:t xml:space="preserve">2. </w:t>
      </w:r>
      <w:r>
        <w:t>Лицо, которому назначена принудительная мера медицинского характера, подлежит освидетельствованию комиссией врачей-психиатров не реже одного раза в шесть месяцев для решения вопроса о наличии оснований для внесения представления в суд о прекращении применения или об изменении такой меры. Освидетельствование такого лица проводится по инициативе лечащего врача, если в процессе лечения он пришел к выводу о необходимости изменения принудительной меры медицинского характера либо прекращения ее применения, а также по ходатайству самого лица, его законного представителя и (или) близкого родственника. Ходатайство подается через администрацию медицинской организации, осуществляющей принудительное лечение, или уголовно-исполнительную инспекцию, осуществляющую контроль за применением принудительных мер медицинского характера, вне зависимости от времени последнего освидетельствования. При отсутствии оснований для прекращения применения или изменения принудительной меры медицинского характера администрация медицинской организации, осуществляющей принудительное лечение, или уголовно-исполнительная инспекция, осуществляющая контроль за применением принудительных мер медицинского характера, представляет в суд заключение для продления принудительного лечения. Первое продление принудительного лечения может быть произведено по истечении шести месяцев с момента начала лечения, в последующем продление принудительного лечения производится ежегодно. (В редакции федеральных законов от 29.02.2012 № 14-ФЗ; от 25.11.2013 № 317-ФЗ)</w:t>
      </w:r>
    </w:p>
    <w:p>
      <w:r>
        <w:rPr>
          <w:b/>
        </w:rPr>
        <w:t xml:space="preserve">21. </w:t>
      </w:r>
      <w:r>
        <w:t>Вне зависимости от времени последнего освидетельствования и от принятого решения о прекращении применения принудительных мер медицинского характера суд на основании внесенного не позднее чем за шесть месяцев до истечения срока исполнения наказания ходатайства администрации учреждения, исполняющего наказание, назначает судебно-психиатрическую экспертизу в отношении лица, указанного в пункте "д" части первой статьи 97 настоящего Кодекса, в целях решения вопроса о необходимости применения к нему принудительных мер медицинского характера в период условно-досрочного освобождения или в период отбывания более мягкого вида наказания, а также после отбытия наказания. Суд на основании заключения судебно-психиатрической экспертизы может назначить принудительную меру медицинского характера, предусмотренную пунктом "а" части первой статьи 99 настоящего Кодекса, или прекратить ее применение. (Дополнение частью - Федеральный закон от 29.02.2012 № 14-ФЗ)</w:t>
      </w:r>
    </w:p>
    <w:p>
      <w:r>
        <w:rPr>
          <w:b/>
        </w:rPr>
        <w:t xml:space="preserve">3. </w:t>
      </w:r>
      <w:r>
        <w:t>Изменение или прекращение применения принудительной меры медицинского характера осуществляется судом в случае такого изменения психического состояния лица, при котором отпадает необходимость в применении ранее назначенной меры либо возникает необходимость в назначении иной принудительной меры медицинского характера</w:t>
      </w:r>
    </w:p>
    <w:p>
      <w:r>
        <w:rPr>
          <w:b/>
        </w:rPr>
        <w:t xml:space="preserve">4. </w:t>
      </w:r>
      <w:r>
        <w:t>В случае прекращения применения принудительного лечения в медицинской организации, оказывающей психиатрическую помощь в стационарных условиях, суд может передать необходимые материалы в отношении лица, находившегося на принудительном лечении, в федеральный орган исполнительной власти в сфере здравоохранения или орган исполнительной власти субъекта Российской Федерации в сфере здравоохранения для решения вопроса о лечении этого лица в медицинской организации, оказывающей психиатрическую помощь, или направлении этого лица в стационарное учреждение социального обслуживания для лиц, страдающих психическими расстройствами, в порядке, установленном законодательством в сфере охраны здоровья. (В редакции Федерального закона от 25.11.2013 № 317-ФЗ)</w:t>
      </w:r>
    </w:p>
    <w:p>
      <w:r>
        <w:rPr>
          <w:b/>
        </w:rPr>
        <w:t>Статья 103. Зачет времени применения принудительных мер медицинского характера</w:t>
      </w:r>
    </w:p>
    <w:p>
      <w:r>
        <w:t>В случае излечения лица, у которого психическое расстройство наступило после совершения преступления, при назначении наказания или возобновлении его исполнения время, в течение которого к лицу применялось принудительное лечение в медицинской организации, оказывающей психиатрическую помощь в стационарных условиях, засчитывается в срок наказания из расчета один день пребывания в медицинской организации, оказывающей психиатрическую помощь в стационарных условиях, за один день лишения свободы. (В редакции Федерального закона от 25.11.2013 № 317-ФЗ)</w:t>
      </w:r>
    </w:p>
    <w:p>
      <w:r>
        <w:rPr>
          <w:b/>
        </w:rPr>
        <w:t>Статья 104. Принудительные меры медицинского характера, соединенные с исполнением наказания</w:t>
      </w:r>
    </w:p>
    <w:p>
      <w:r>
        <w:rPr>
          <w:b/>
        </w:rPr>
        <w:t xml:space="preserve">1. </w:t>
      </w:r>
      <w:r>
        <w:t>В случаях, предусмотренных частью второй статьи 99 настоящего Кодекса, принудительные меры медицинского характера исполняются по месту отбывания лишения свободы, а в отношении осужденных к иным видам наказаний - в медицинских организациях государственной системы здравоохранения, оказывающих психиатрическую помощь в амбулаторных условиях. (В редакции Федерального закона от 25.11.2013 № 317-ФЗ)</w:t>
      </w:r>
    </w:p>
    <w:p>
      <w:r>
        <w:rPr>
          <w:b/>
        </w:rPr>
        <w:t xml:space="preserve">2. </w:t>
      </w:r>
      <w:r>
        <w:t>При изменении психического состояния осужденного, требующем лечения в стационарных условиях, помещение осужденного в медицинскую организацию, оказывающую психиатрическую помощь в стационарных условиях, или иную медицинскую организацию производится в порядке и по основаниям, которые предусмотрены законодательством в сфере охраны здоровья. (В редакции Федерального закона от 25.11.2013 № 317-ФЗ)</w:t>
      </w:r>
    </w:p>
    <w:p>
      <w:r>
        <w:rPr>
          <w:b/>
        </w:rPr>
        <w:t xml:space="preserve">3. </w:t>
      </w:r>
      <w:r>
        <w:t>Время пребывания в указанных в частях первой и второй настоящей статьи медицинских организациях засчитывается в срок отбывания наказания. При отпадении необходимости дальнейшего лечения осужденного в указанных в частях первой и второй настоящей статьи медицинских организациях выписка производится в порядке, предусмотренном законодательством в сфере охраны здоровья. (В редакции Федерального закона от 25.11.2013 № 317-ФЗ)</w:t>
      </w:r>
    </w:p>
    <w:p>
      <w:r>
        <w:rPr>
          <w:b/>
        </w:rPr>
        <w:t xml:space="preserve">4. </w:t>
      </w:r>
      <w:r>
        <w:t>Прекращение применения принудительной меры медицинского характера, соединенной с исполнением наказания, производится судом по представлению органа, исполняющего наказание, на основании заключения комиссии врачей-психиатров</w:t>
      </w:r>
    </w:p>
    <w:p>
      <w:pPr>
        <w:pStyle w:val="Heading3"/>
      </w:pPr>
      <w:r>
        <w:t>КОНФИСКАЦИЯ ИМУЩЕСТВА</w:t>
      </w:r>
    </w:p>
    <w:p>
      <w:r>
        <w:rPr>
          <w:b/>
        </w:rPr>
        <w:t>Статья 104.1. Конфискация имущества</w:t>
      </w:r>
    </w:p>
    <w:p>
      <w:r>
        <w:rPr>
          <w:b/>
        </w:rPr>
        <w:t xml:space="preserve">1. </w:t>
      </w:r>
      <w:r>
        <w:t>Конфискация имущества есть принудительное безвозмездное изъятие и обращение в собственность государства на основании обвинительного приговора следующего имущества: (В редакции Федерального закона от 25.12.2008 № 280-ФЗ)</w:t>
      </w:r>
    </w:p>
    <w:p>
      <w:r>
        <w:rPr>
          <w:b/>
        </w:rPr>
        <w:t xml:space="preserve">2. </w:t>
      </w:r>
      <w:r>
        <w:t>Если имущество, полученное в результате совершения преступления, и (или) доходы от этого имущества были приобщены к имуществу, приобретенному законным путем, конфискации подлежит та часть этого имущества, которая соответствует стоимости приобщенных имущества и доходов от него</w:t>
      </w:r>
    </w:p>
    <w:p>
      <w:r>
        <w:rPr>
          <w:b/>
        </w:rPr>
        <w:t xml:space="preserve">3. </w:t>
      </w:r>
      <w:r>
        <w:t>Имущество, указанное в частях первой и второй настоящей статьи, переданное осужденным другому лицу (организации), подлежит конфискации, если лицо, принявшее имущество, знало или должно было знать, что оно получено в результате преступных действий. Примечание. В настоящей статье под деятельностью, направленной против безопасности Российской Федерации, понимается совершение хотя бы одного из преступлений, предусмотренных статьями 189, 2001, 2073, 209, 210, 222 - 2231, 226, 2261, 2291, 2741, 275 - 2761, 2803, 281 - 2813, 283, 2831, 2841 - 2843, 290, 291, 322, 3221, 323, 332, 338, 355 - 357, 359 настоящего Кодекса. (Дополнение примечанием - Федеральный закон от 14.02.2024 № 11-ФЗ) (В редакции федеральных законов от 28.12.2024 № 510-ФЗ, от 21.04.2025 № 90-ФЗ)</w:t>
      </w:r>
    </w:p>
    <w:p>
      <w:r>
        <w:rPr>
          <w:b/>
        </w:rPr>
        <w:t xml:space="preserve">1. </w:t>
      </w:r>
      <w:r>
        <w:t>денег, ценностей и иного имущества, полученных в результате совершения преступлений, предусмотренных частью второй статьи 105, частями второй - четвертой статьи 111, частью второй статьи 126, статьями 1271, 1272, частью второй статьи 141, статьей 1411, частью второй статьи 142, статьей 1451 (если преступление совершено из корыстных побуждений), статьями 146, 147, статьями 153 - 155 (если преступления совершены из корыстных побуждений), статьями 1711, 1712, 1713, 1714, 1715, 174, 1741, 183, частями третьей и четвертой статьи 184, статьями 186, 187, 189, 1911, 2011, частями пятой - восьмой статьи 204, статьями 205, 2051, 2052, 2053, 2054, 2055, 206, статьей 2073 (если преступление совершено из корыстных побуждений), статьями 208, 209, 210, 212, 222, 227, 2281, частью второй статьи 2282, статьями 2284, 229, 231, 232, 234, 2351, 2381, 240, 241, 242, 2421, 2581, 2601, частями второй - четвертой статьи 272, статьей 273, частью второй статьи 274, статьями 2741, 275, 2751, 276, 2761, 277, 278, 279, статьей 2803 (если преступление совершено из корыстных побуждений), статьей 2804 (если преступление совершено из корыстных побуждений), статьями 281 - 2813, 2821 - 2823, 2831, частями второй - четвертой статьи 2832, статьей 2842 (если преступление совершено из корыстных побуждений), статьей 2843 (если преступление совершено из корыстных побуждений), статьями 285, 2854, 290, 295, 307 - 309, статьей 3221 (если преступление совершено из корыстных побуждений), частями пятой и шестой статьи 3271, статьями 3272, 355, частью третьей статьи 359, статьей 361 настоящего Кодекса, или являющихся предметом незаконного перемещения через таможенную границу Евразийского экономического союза либо через Государственную границу Российской Федерации с государствами - членами Евразийского экономического союза, ответственность за которое установлена статьями 2001, 2261 и 2291 настоящего Кодекса, и любых доходов от этого имущества, за исключением имущества и доходов от него, подлежащих возвращению законному владельцу; (В редакции федеральных законов от 25.12.2008 № 280-ФЗ, от 04.05.2011 № 97-ФЗ, от 20.07.2011 № 250-ФЗ, от 07.12.2011 № 420-ФЗ, от 01.03.2012 № 18-ФЗ, от 12.11.2012 № 190-ФЗ, от 28.06.2013 № 134-ФЗ, от 02.07.2013 № 150-ФЗ, от 02.11.2013 № 302-ФЗ, от 21.12.2013 № 365-ФЗ, от 28.06.2014 № 179-ФЗ, от 21.07.2014 № 277-ФЗ, от 31.12.2014 № 530-ФЗ, от 31.12.2014 № 532-ФЗ, от 03.07.2016 № 324-ФЗ, от 06.07.2016 № 375-ФЗ, от 26.07.2017 № 203-ФЗ, от 29.12.2017 № 469-ФЗ, от 11.06.2021 № 215-ФЗ, от 14.07.2022 № 260-ФЗ, от 14.04.2023 № 113-ФЗ, от 28.04.2023 № 157-ФЗ, от 13.06.2023 № 214-ФЗ, от 14.02.2024 № 11-ФЗ, от 11.03.2024 № 43-ФЗ, от 09.11.2024 № 387-ФЗ, от 28.12.2024 № 510-ФЗ, от 21.04.2025 № 90-ФЗ)</w:t>
      </w:r>
    </w:p>
    <w:p>
      <w:r>
        <w:rPr>
          <w:b/>
        </w:rPr>
        <w:t xml:space="preserve">1. </w:t>
      </w:r>
      <w:r>
        <w:t>денег, ценностей и иного имущества, в которые имущество, полученное в результате совершения хотя бы одного из преступлений, предусмотренных статьями, указанными в пункте "а" настоящей части, и доходы от этого имущества были частично или полностью превращены или преобразованы; (В редакции Федерального закона от 25.12.2008 № 280-ФЗ)</w:t>
      </w:r>
    </w:p>
    <w:p>
      <w:r>
        <w:rPr>
          <w:b/>
        </w:rPr>
        <w:t xml:space="preserve">1. </w:t>
      </w:r>
      <w:r>
        <w:t>денег, ценностей и иного имущества, используемых или предназначенных для финансирования терроризма, экстремистской деятельности, организованной группы, незаконного вооруженного формирования, преступного сообщества (преступной организации), а также деятельности, направленной против безопасности Российской Федерации; (В редакции федеральных законов от 28.06.2014 № 179-ФЗ, от 14.02.2024 № 11-ФЗ)</w:t>
      </w:r>
    </w:p>
    <w:p>
      <w:r>
        <w:rPr>
          <w:b/>
        </w:rPr>
        <w:t xml:space="preserve">1. </w:t>
      </w:r>
      <w:r>
        <w:t>орудий, оборудования или иных средств совершения преступления, принадлежащих обвиняемому</w:t>
      </w:r>
    </w:p>
    <w:p>
      <w:r>
        <w:rPr>
          <w:b/>
        </w:rPr>
        <w:t xml:space="preserve">1. </w:t>
      </w:r>
      <w:r>
        <w:t>транспортного средства, принадлежащего обвиняемому и использованного им при совершении преступления, предусмотренного статьей 2641, 2642 или 2643 настоящего Кодекса. (Дополнение пунктом - Федеральный закон от 14.07.2022 № 258-ФЗ)</w:t>
      </w:r>
    </w:p>
    <w:p>
      <w:r>
        <w:rPr>
          <w:b/>
        </w:rPr>
        <w:t>Статья 104.2. Конфискация денежных средств или иного имущества взамен предмета, подлежащего конфискации</w:t>
      </w:r>
    </w:p>
    <w:p>
      <w:r>
        <w:rPr>
          <w:b/>
        </w:rPr>
        <w:t xml:space="preserve">1. </w:t>
      </w:r>
      <w:r>
        <w:t>Если конфискация определенного предмета, входящего в имущество, указанное в статье 1041 настоящего Кодекса, на момент принятия судом решения о конфискации данного предмета невозможна вследствие его использования, продажи или по иной причине, суд выносит решение о конфискации денежной суммы, которая соответствует стоимости данного предмета</w:t>
      </w:r>
    </w:p>
    <w:p>
      <w:r>
        <w:rPr>
          <w:b/>
        </w:rPr>
        <w:t xml:space="preserve">2. </w:t>
      </w:r>
      <w:r>
        <w:t>В случае отсутствия либо недостаточности денежных средств, подлежащих конфискации взамен предмета, входящего в имущество, указанное в статье 1041 настоящего Кодекса, суд выносит решение о конфискации иного имущества, стоимость которого соответствует стоимости предмета, подлежащего конфискации, либо сопоставима со стоимостью этого предмета, за исключением имущества, на которое в соответствии с гражданским процессуальным законодательством Российской Федерации не может быть обращено взыскание. (Статья в редакции Федерального закона от 10.07.2012 № 107-ФЗ)</w:t>
      </w:r>
    </w:p>
    <w:p>
      <w:r>
        <w:rPr>
          <w:b/>
        </w:rPr>
        <w:t>Статья 104.3. Возмещение причиненного ущерба</w:t>
      </w:r>
    </w:p>
    <w:p>
      <w:r>
        <w:rPr>
          <w:b/>
        </w:rPr>
        <w:t xml:space="preserve">1. </w:t>
      </w:r>
      <w:r>
        <w:t>При решении вопроса о конфискации имущества в соответствии со статьями 1041 и 1042 настоящего Кодекса в первую очередь должен быть решен вопрос о возмещении вреда, причиненного законному владельцу. (В редакции Федерального закона от 25.12.2008 № 280-ФЗ)</w:t>
      </w:r>
    </w:p>
    <w:p>
      <w:r>
        <w:rPr>
          <w:b/>
        </w:rPr>
        <w:t xml:space="preserve">2. </w:t>
      </w:r>
      <w:r>
        <w:t>При отсутствии у виновного иного имущества, на которое может быть обращено взыскание, кроме указанного в частях первой и второй статьи 1041 настоящего Кодекса, из его стоимости возмещается вред, причиненный законному владельцу, а оставшаяся часть обращается в доход государства. (В редакции Федерального закона от 25.12.2008 № 280-ФЗ)</w:t>
      </w:r>
    </w:p>
    <w:p>
      <w:pPr>
        <w:pStyle w:val="Heading3"/>
      </w:pPr>
      <w:r>
        <w:t>СУДЕБНЫЙ ШТРАФ</w:t>
      </w:r>
    </w:p>
    <w:p>
      <w:r>
        <w:rPr>
          <w:b/>
        </w:rPr>
        <w:t>Статья 104.4. Судебный штраф</w:t>
      </w:r>
    </w:p>
    <w:p>
      <w:r>
        <w:rPr>
          <w:b/>
        </w:rPr>
        <w:t xml:space="preserve">1. </w:t>
      </w:r>
      <w:r>
        <w:t>Судебный штраф есть денежное взыскание, назначаемое судом при освобождении лица от уголовной ответственности в случаях, предусмотренных статьей 762 настоящего Кодекса</w:t>
      </w:r>
    </w:p>
    <w:p>
      <w:r>
        <w:rPr>
          <w:b/>
        </w:rPr>
        <w:t xml:space="preserve">2. </w:t>
      </w:r>
      <w:r>
        <w:t>В случае неуплаты судебного штрафа в установленный судом срок судебный штраф отменяется и лицо привлекается к уголовной ответственности по соответствующей статье Особенной части настоящего Кодекса</w:t>
      </w:r>
    </w:p>
    <w:p>
      <w:r>
        <w:rPr>
          <w:b/>
        </w:rPr>
        <w:t>Статья 104.5. Порядок определения размера судебного штрафа</w:t>
      </w:r>
    </w:p>
    <w:p>
      <w:r>
        <w:rPr>
          <w:b/>
        </w:rPr>
        <w:t xml:space="preserve">1. </w:t>
      </w:r>
      <w:r>
        <w:t>Размер судебного штрафа не может превышать половину максимального размера штрафа, предусмотренного соответствующей статьей Особенной части настоящего Кодекса. В случае, если штраф не предусмотрен соответствующей статьей Особенной части настоящего Кодекса, размер судебного штрафа не может быть более двухсот пятидесяти тысяч рублей</w:t>
      </w:r>
    </w:p>
    <w:p>
      <w:r>
        <w:rPr>
          <w:b/>
        </w:rPr>
        <w:t xml:space="preserve">2. </w:t>
      </w:r>
      <w:r>
        <w:t>Размер судебного штрафа определяется судом с учетом тяжести совершенного преступления и имущественного положения лица, освобождаемого от уголовной ответственности, и его семьи, а также с учетом возможности получения указанным лицом заработной платы или иного дохода. ОСОБЕННАЯ ЧАСТЬ</w:t>
      </w:r>
    </w:p>
    <w:p>
      <w:pPr>
        <w:pStyle w:val="Heading2"/>
      </w:pPr>
      <w:r>
        <w:t>ПРЕСТУПЛЕНИЯ ПРОТИВ ЛИЧНОСТИ</w:t>
      </w:r>
    </w:p>
    <w:p>
      <w:pPr>
        <w:pStyle w:val="Heading3"/>
      </w:pPr>
      <w:r>
        <w:t>ПРЕСТУПЛЕНИЯ ПРОТИВ ЖИЗНИ И ЗДОРОВЬЯ</w:t>
      </w:r>
    </w:p>
    <w:p>
      <w:r>
        <w:rPr>
          <w:b/>
        </w:rPr>
        <w:t>Статья 105. Убийство</w:t>
      </w:r>
    </w:p>
    <w:p>
      <w:r>
        <w:rPr>
          <w:b/>
        </w:rPr>
        <w:t xml:space="preserve">1. </w:t>
      </w:r>
      <w:r>
        <w:t>Убийство, то есть умышленное причинение смерти другому человеку, - наказывается лишением свободы на срок от шести до пятнадцати лет с ограничением свободы на срок до двух лет либо без такового. (В редакции Федерального закона от 27.12.2009 № 377-ФЗ)</w:t>
      </w:r>
    </w:p>
    <w:p>
      <w:r>
        <w:rPr>
          <w:b/>
        </w:rPr>
        <w:t xml:space="preserve">2. </w:t>
      </w:r>
      <w:r>
        <w:t>Убийство:</w:t>
      </w:r>
    </w:p>
    <w:p>
      <w:r>
        <w:rPr>
          <w:b/>
        </w:rPr>
        <w:t xml:space="preserve">2. </w:t>
      </w:r>
      <w:r>
        <w:t>двух или более лиц</w:t>
      </w:r>
    </w:p>
    <w:p>
      <w:r>
        <w:rPr>
          <w:b/>
        </w:rPr>
        <w:t xml:space="preserve">2. </w:t>
      </w:r>
      <w:r>
        <w:t>лица или его близких в связи с осуществлением данным лицом служебной деятельности или выполнением общественного долга</w:t>
      </w:r>
    </w:p>
    <w:p>
      <w:r>
        <w:rPr>
          <w:b/>
        </w:rPr>
        <w:t xml:space="preserve">2. </w:t>
      </w:r>
      <w:r>
        <w:t>малолетнего или иного лица, заведомо для виновного находящегося в беспомощном состоянии, а равно сопряженное с похищением человека; (В редакции Федерального закона от 27.07.2009 № 215-ФЗ)</w:t>
      </w:r>
    </w:p>
    <w:p>
      <w:r>
        <w:rPr>
          <w:b/>
        </w:rPr>
        <w:t xml:space="preserve">2. </w:t>
      </w:r>
      <w:r>
        <w:t>женщины, заведомо для виновного находящейся в состоянии беременности</w:t>
      </w:r>
    </w:p>
    <w:p>
      <w:r>
        <w:rPr>
          <w:b/>
        </w:rPr>
        <w:t xml:space="preserve">2. </w:t>
      </w:r>
      <w:r>
        <w:t>совершенное с особой жестокостью</w:t>
      </w:r>
    </w:p>
    <w:p>
      <w:r>
        <w:rPr>
          <w:b/>
        </w:rPr>
        <w:t xml:space="preserve">2. </w:t>
      </w:r>
      <w:r>
        <w:t>совершенное общеопасным способом; е1) по мотиву кровной мести; (Дополнение пунктом - Федеральный закон от 24.07.2007 № 211-ФЗ)</w:t>
      </w:r>
    </w:p>
    <w:p>
      <w:r>
        <w:rPr>
          <w:b/>
        </w:rPr>
        <w:t xml:space="preserve">2. </w:t>
      </w:r>
      <w:r>
        <w:t>совершенное группой лиц, группой лиц по предварительному сговору или организованной группой</w:t>
      </w:r>
    </w:p>
    <w:p>
      <w:r>
        <w:rPr>
          <w:b/>
        </w:rPr>
        <w:t xml:space="preserve">2. </w:t>
      </w:r>
      <w:r>
        <w:t>из корыстных побуждений или по найму, а равно сопряженное с разбоем, вымогательством или бандитизмом</w:t>
      </w:r>
    </w:p>
    <w:p>
      <w:r>
        <w:rPr>
          <w:b/>
        </w:rPr>
        <w:t xml:space="preserve">2. </w:t>
      </w:r>
      <w:r>
        <w:t>из хулиганских побуждений</w:t>
      </w:r>
    </w:p>
    <w:p>
      <w:r>
        <w:rPr>
          <w:b/>
        </w:rPr>
        <w:t xml:space="preserve">2. </w:t>
      </w:r>
      <w:r>
        <w:t>с целью скрыть другое преступление или облегчить его совершение, а равно сопряженное с изнасилованием или насильственными действиями сексуального характера; л)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(В редакции Федерального закона от 24.07.2007 № 211-ФЗ) м) в целях использования органов или тканей потерпевшего; (В редакции федеральных законов от 08.12.2003 № 162-ФЗ, от 08.08.2024 № 218-ФЗ) н) (Пункт утратил силу - Федеральный закон от 08.12.2003 № 162-ФЗ) о) совершенное с публичной демонстрацией, в том числе в средствах массовой информации или информационно-телекоммуникационных сетях (включая сеть "Интернет"), - (Дополнение пунктом - Федеральный закон от 08.08.2024 № 218-ФЗ) наказывается лишением свободы на срок от восьми до двадцати лет с ограничением свободы на срок от одного года до двух лет, либо пожизненным лишением свободы, либо смертной казнью. (В редакции федеральных законов от 21.07.2004 № 73-ФЗ; от 27.12.2009 № 377-ФЗ)</w:t>
      </w:r>
    </w:p>
    <w:p>
      <w:r>
        <w:rPr>
          <w:b/>
        </w:rPr>
        <w:t>Статья 106. Убийство матерью новорожденного ребенка</w:t>
      </w:r>
    </w:p>
    <w:p>
      <w:r>
        <w:t>Убийство матерью новорожденного ребенка во время или сразу же после родов, а равно убийство матерью новорожденного ребенка в условиях психотравмирующей ситуации или в состоянии психического расстройства, не исключающего вменяемости, - наказывается ограничением свободы на срок от двух до четырех лет, либо принудительными работами на срок до пяти лет, либо лишением свободы на тот же срок. (В редакции Федерального закона от 07.12.2011 № 420-ФЗ)</w:t>
      </w:r>
    </w:p>
    <w:p>
      <w:r>
        <w:rPr>
          <w:b/>
        </w:rPr>
        <w:t>Статья 107. Убийство, совершенное в состоянии аффекта</w:t>
      </w:r>
    </w:p>
    <w:p>
      <w:r>
        <w:rPr>
          <w:b/>
        </w:rPr>
        <w:t xml:space="preserve">1. </w:t>
      </w:r>
      <w:r>
        <w:t>Убийство, совершенное в состоянии внезапно возникшего сильного душевного волнения (аффекта), вызванного насилием, издевательством или тяжким оскорблением со стороны потерпевшего либо иными противоправными или аморальными действиями (бездействием)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 наказывается исправительными работами на срок до двух лет, либо ограничением свободы на срок до трех лет, либо принудительными работами на срок до трех лет, либо лишением свободы на тот же срок. (В редакции Федерального закона от 07.12.2011 № 420-ФЗ)</w:t>
      </w:r>
    </w:p>
    <w:p>
      <w:r>
        <w:rPr>
          <w:b/>
        </w:rPr>
        <w:t xml:space="preserve">2. </w:t>
      </w:r>
      <w:r>
        <w:t>Убийство двух или более лиц, совершенное в состоянии аффекта, - наказывается принудительными работами на срок до пяти лет либо лишением свободы на тот же срок. (В редакции Федерального закона от 07.12.2011 № 420-ФЗ)</w:t>
      </w:r>
    </w:p>
    <w:p>
      <w:r>
        <w:rPr>
          <w:b/>
        </w:rPr>
        <w:t>Статья 108. Убийство, совершенное при превышении пределов необходимой обороны либо при превышении мер, необходимых для задержания лица, совершившего преступление</w:t>
      </w:r>
    </w:p>
    <w:p>
      <w:r>
        <w:rPr>
          <w:b/>
        </w:rPr>
        <w:t xml:space="preserve">1. </w:t>
      </w:r>
      <w:r>
        <w:t>Убийство, совершенное при превышении пределов необходимой обороны, - 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 (В редакции Федерального закона от 07.12.2011 № 420-ФЗ)</w:t>
      </w:r>
    </w:p>
    <w:p>
      <w:r>
        <w:rPr>
          <w:b/>
        </w:rPr>
        <w:t xml:space="preserve">2. </w:t>
      </w:r>
      <w:r>
        <w:t>Убийство, совершенное при превышении мер, необходимых для задержания лица, совершившего преступление, - наказывается ограничением свободы на срок до трех лет, либо принудительными работами на срок до трех лет, либо лишением свободы на тот же срок. (В редакции Федерального закона от 07.12.2011 № 420-ФЗ)</w:t>
      </w:r>
    </w:p>
    <w:p>
      <w:r>
        <w:rPr>
          <w:b/>
        </w:rPr>
        <w:t>Статья 109. Причинение смерти по неосторожности</w:t>
      </w:r>
    </w:p>
    <w:p>
      <w:r>
        <w:rPr>
          <w:b/>
        </w:rPr>
        <w:t xml:space="preserve">1. </w:t>
      </w:r>
      <w:r>
        <w:t>Причинение смерти по неосторожности - 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 (В редакции Федерального закона от 07.12.2011 № 420-ФЗ)</w:t>
      </w:r>
    </w:p>
    <w:p>
      <w:r>
        <w:rPr>
          <w:b/>
        </w:rPr>
        <w:t xml:space="preserve">2. </w:t>
      </w:r>
      <w:r>
        <w:t>Причинение смерти по неосторожности вследствие ненадлежащего исполнения лицом своих профессиональных обязанностей - наказывается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 (В редакции Федерального закона от 07.12.2011 № 420-ФЗ) (Часть в редакции Федерального закона от 08.12.2003 № 162-ФЗ)</w:t>
      </w:r>
    </w:p>
    <w:p>
      <w:r>
        <w:rPr>
          <w:b/>
        </w:rPr>
        <w:t xml:space="preserve">3. </w:t>
      </w:r>
      <w:r>
        <w:t>Причинение смерти по неосторожности двум или более лицам - наказывается ограничением свободы на срок до четырех лет, либо принудительными работами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 (В редакции федеральных законов от 27.12.2009 № 377-ФЗ; от 07.12.2011 № 420-ФЗ) (Дополнение частью - Федеральный закон от 08.12.2003 № 162-ФЗ)</w:t>
      </w:r>
    </w:p>
    <w:p>
      <w:r>
        <w:rPr>
          <w:b/>
        </w:rPr>
        <w:t>Статья 110. Доведение до самоубийства</w:t>
      </w:r>
    </w:p>
    <w:p>
      <w:r>
        <w:rPr>
          <w:b/>
        </w:rPr>
        <w:t xml:space="preserve">1. </w:t>
      </w:r>
      <w:r>
        <w:t>Доведение лица до самоубийства или до покушения на самоубийство путем угроз, жестокого обращения или систематического унижения человеческого достоинства потерпевшего -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семи лет или без такового</w:t>
      </w:r>
    </w:p>
    <w:p>
      <w:r>
        <w:rPr>
          <w:b/>
        </w:rPr>
        <w:t xml:space="preserve">2. </w:t>
      </w:r>
      <w:r>
        <w:t>То же деяние, совершенное:</w:t>
      </w:r>
    </w:p>
    <w:p>
      <w:r>
        <w:rPr>
          <w:b/>
        </w:rPr>
        <w:t xml:space="preserve">2. </w:t>
      </w:r>
      <w:r>
        <w:t>в отношении несовершеннолетнего или лица, заведомо для виновного находящегося в беспомощном состоянии либо в материальной или иной зависимости от виновного</w:t>
      </w:r>
    </w:p>
    <w:p>
      <w:r>
        <w:rPr>
          <w:b/>
        </w:rPr>
        <w:t xml:space="preserve">2. </w:t>
      </w:r>
      <w:r>
        <w:t>в отношении женщины, заведомо для виновного находящейся в состоянии беременности</w:t>
      </w:r>
    </w:p>
    <w:p>
      <w:r>
        <w:rPr>
          <w:b/>
        </w:rPr>
        <w:t xml:space="preserve">2. </w:t>
      </w:r>
      <w:r>
        <w:t>в отношении двух или более лиц</w:t>
      </w:r>
    </w:p>
    <w:p>
      <w:r>
        <w:rPr>
          <w:b/>
        </w:rPr>
        <w:t xml:space="preserve">2. </w:t>
      </w:r>
      <w:r>
        <w:t>группой лиц по предварительному сговору или организованной группой</w:t>
      </w:r>
    </w:p>
    <w:p>
      <w:r>
        <w:rPr>
          <w:b/>
        </w:rPr>
        <w:t xml:space="preserve">2. </w:t>
      </w:r>
      <w:r>
        <w:t>в публичном выступлении, публично демонстрирующемся произведении, средствах массовой информации или информационно-телекоммуникационных сетях (включая сеть "Интернет"), - наказывается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до двух лет или без такового. (В редакции Федерального закона от 29.07.2017 № 248-ФЗ) (Статья в редакции Федерального закона от 07.06.2017 № 120-ФЗ)</w:t>
      </w:r>
    </w:p>
    <w:p>
      <w:r>
        <w:rPr>
          <w:b/>
        </w:rPr>
        <w:t>Статья 110.1. Склонение к совершению самоубийства или содействие совершению самоубийства</w:t>
      </w:r>
    </w:p>
    <w:p>
      <w:r>
        <w:rPr>
          <w:b/>
        </w:rPr>
        <w:t xml:space="preserve">1. </w:t>
      </w:r>
      <w:r>
        <w:t>Склонение к совершению самоубийства путем уговоров, предложений, подкупа, обмана или иным способом при отсутствии признаков доведения до самоубийства - наказывается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Содействие совершению самоубийства советами, указаниями, предоставлением информации, средств или орудий совершения самоубийства либо устранением препятствий к его совершению или обещанием скрыть средства или орудия совершения самоубийства - наказывается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четырех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четырех лет или без такового</w:t>
      </w:r>
    </w:p>
    <w:p>
      <w:r>
        <w:rPr>
          <w:b/>
        </w:rPr>
        <w:t xml:space="preserve">3. </w:t>
      </w:r>
      <w:r>
        <w:t>Деяния, предусмотренные частями первой или второй настоящей статьи, совершенные:</w:t>
      </w:r>
    </w:p>
    <w:p>
      <w:r>
        <w:rPr>
          <w:b/>
        </w:rPr>
        <w:t xml:space="preserve">4. </w:t>
      </w:r>
      <w:r>
        <w:t>Деяния, предусмотренные частью первой или второй настоящей статьи, повлекшие самоубийство или покушение на самоубийство, - наказываются ограничением свободы на срок от двух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шести лет или без такового, либо лишением свободы на срок от пяти до десяти лет с лишением права занимать определенные должности или заниматься определенной деятельностью на срок до шести лет или без такового. (В редакции Федерального закона от 29.07.2017 № 248-ФЗ)</w:t>
      </w:r>
    </w:p>
    <w:p>
      <w:r>
        <w:rPr>
          <w:b/>
        </w:rPr>
        <w:t xml:space="preserve">5. </w:t>
      </w:r>
      <w:r>
        <w:t>Деяния, предусмотренные частями первой или второй настоящей статьи, повлекшие самоубийство или покушение на самоубийство несовершеннолетнего, либо лица, заведомо для виновного находящегося в беспомощном состоянии либо в материальной или иной зависимости от виновного, либо женщины, заведомо для виновного находящейся в состоянии беременности, - (В редакции Федерального закона от 29.07.2017 № 248-ФЗ) наказываются лишением свободы на срок от шести до двенадцати лет с лишением права занимать определенные должности или заниматься определенной деятельностью на срок до семи лет или без такового. (В редакции Федерального закона от 29.07.2017 № 248-ФЗ)</w:t>
      </w:r>
    </w:p>
    <w:p>
      <w:r>
        <w:rPr>
          <w:b/>
        </w:rPr>
        <w:t xml:space="preserve">6. </w:t>
      </w:r>
      <w:r>
        <w:t>Деяния, предусмотренные частями первой, второй или третьей настоящей статьи, повлекшие самоубийство двух или более лиц, - наказываются лишением свободы на срок от восьми до пятнадцати лет. (Дополнение частью - Федеральный закон от 29.07.2017 № 248-ФЗ) (Дополнение статьей - Федеральный закон от 07.06.2017 № 120-ФЗ)</w:t>
      </w:r>
    </w:p>
    <w:p>
      <w:r>
        <w:rPr>
          <w:b/>
        </w:rPr>
        <w:t xml:space="preserve">3. </w:t>
      </w:r>
      <w:r>
        <w:t>в отношении несовершеннолетнего или лица, заведомо для виновного находящегося в беспомощном состоянии либо в материальной или иной зависимости от виновного</w:t>
      </w:r>
    </w:p>
    <w:p>
      <w:r>
        <w:rPr>
          <w:b/>
        </w:rPr>
        <w:t xml:space="preserve">3. </w:t>
      </w:r>
      <w:r>
        <w:t>в отношении женщины, заведомо для виновного находящейся в состоянии беременности</w:t>
      </w:r>
    </w:p>
    <w:p>
      <w:r>
        <w:rPr>
          <w:b/>
        </w:rPr>
        <w:t xml:space="preserve">3. </w:t>
      </w:r>
      <w:r>
        <w:t>в отношении двух или более лиц</w:t>
      </w:r>
    </w:p>
    <w:p>
      <w:r>
        <w:rPr>
          <w:b/>
        </w:rPr>
        <w:t xml:space="preserve">3. </w:t>
      </w:r>
      <w:r>
        <w:t>группой лиц по предварительному сговору или организованной группой</w:t>
      </w:r>
    </w:p>
    <w:p>
      <w:r>
        <w:rPr>
          <w:b/>
        </w:rPr>
        <w:t xml:space="preserve">3. </w:t>
      </w:r>
      <w:r>
        <w:t>в публичном выступлении, публично демонстрирующемся произведении, средствах массовой информации или информационно-телекоммуникационных сетях (включая сеть "Интернет"), - наказываются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 или без такового</w:t>
      </w:r>
    </w:p>
    <w:p>
      <w:r>
        <w:rPr>
          <w:b/>
        </w:rPr>
        <w:t>Статья 110.2. Организация деятельности, направленной на побуждение к совершению самоубийства</w:t>
      </w:r>
    </w:p>
    <w:p>
      <w:r>
        <w:rPr>
          <w:b/>
        </w:rPr>
        <w:t xml:space="preserve">1. </w:t>
      </w:r>
      <w:r>
        <w:t>Организация деятельности, направленной на побуждение к совершению самоубийства путем распространения информации о способах совершения самоубийства или призывов к совершению самоубийства, -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 или без такового. (В редакции Федерального закона от 29.07.2017 № 248-ФЗ)</w:t>
      </w:r>
    </w:p>
    <w:p>
      <w:r>
        <w:rPr>
          <w:b/>
        </w:rPr>
        <w:t xml:space="preserve">2. </w:t>
      </w:r>
      <w:r>
        <w:t>То же деяние, сопряженное с публичным выступлением, использованием публично демонстрирующегося произведения, средств массовой информации или информационно-телекоммуникационных сетей (включая сеть "Интернет"), - наказывается лишением свободы на срок от пяти до пятнадцати лет с лишением права занимать определенные должности или заниматься определенной деятельностью на срок до семи лет или без такового. (В редакции Федерального закона от 29.07.2017 № 248-ФЗ) Примечание. Лицо, совершившее преступление, предусмотренное настоящей статьей, добровольно прекратившее соответствующую преступную деятельность и активно способствовавшее раскрытию и (или) пресечению преступлений, предусмотренных статьями 110, 1101 настоящего Кодекса или настоящей статьей, освобождается от уголовной ответственности, если в его действиях не содержится иного состава преступления. (Дополнение статьей - Федеральный закон от 07.06.2017 № 120-ФЗ)</w:t>
      </w:r>
    </w:p>
    <w:p>
      <w:r>
        <w:rPr>
          <w:b/>
        </w:rPr>
        <w:t>Статья 111. Умышленное причинение тяжкого вреда здоровью</w:t>
      </w:r>
    </w:p>
    <w:p>
      <w:r>
        <w:rPr>
          <w:b/>
        </w:rPr>
        <w:t xml:space="preserve">1. </w:t>
      </w:r>
      <w:r>
        <w:t>Умышленное причинение тяжкого вреда здоровью, опасного для жизни человека, или повлекшего за собой потерю зрения, речи, слуха либо какого-либо органа или утрату органом его функций, прерывание беременности, психическое расстройство, заболевание наркоманией либо токсикоманией, или выразившегося в неизгладимом обезображивании лица, или вызвавшего значительную стойкую утрату общей трудоспособности не менее чем на одну треть или заведомо для виновного полную утрату профессиональной трудоспособности, - наказывается лишением свободы на срок до восьми лет. (В редакции Федерального закона от 07.03.2011 № 26-ФЗ) (Часть в редакции Федерального закона от 25.06.1998 № 92-ФЗ)</w:t>
      </w:r>
    </w:p>
    <w:p>
      <w:r>
        <w:rPr>
          <w:b/>
        </w:rPr>
        <w:t xml:space="preserve">2. </w:t>
      </w:r>
      <w:r>
        <w:t>Те же деяния, совершенные:</w:t>
      </w:r>
    </w:p>
    <w:p>
      <w:r>
        <w:rPr>
          <w:b/>
        </w:rPr>
        <w:t xml:space="preserve">3. </w:t>
      </w:r>
      <w:r>
        <w:t>Деяния, предусмотренные частями первой или второй настоящей статьи, если они совершены:</w:t>
      </w:r>
    </w:p>
    <w:p>
      <w:r>
        <w:rPr>
          <w:b/>
        </w:rPr>
        <w:t xml:space="preserve">4. </w:t>
      </w:r>
      <w:r>
        <w:t>Деяния, предусмотренные частями первой, второй или третьей настоящей статьи, повлекшие по неосторожности смерть потерпевшего, - наказываются лишением свободы на срок до пятнадцати лет с ограничением свободы на срок до двух лет либо без такового. (В редакции федеральных законов от 27.12.2009 № 377-ФЗ; от 07.03.2011 № 26-ФЗ)</w:t>
      </w:r>
    </w:p>
    <w:p>
      <w:r>
        <w:rPr>
          <w:b/>
        </w:rPr>
        <w:t xml:space="preserve">2. </w:t>
      </w:r>
      <w:r>
        <w:t>в отношении лица или его близких в связи с осуществлением данным лицом служебной деятельности или выполнением общественного долга</w:t>
      </w:r>
    </w:p>
    <w:p>
      <w:r>
        <w:rPr>
          <w:b/>
        </w:rPr>
        <w:t xml:space="preserve">2. </w:t>
      </w:r>
      <w:r>
        <w:t>в отношении малолетнего или иного лица, заведомо для виновного находящегося в беспомощном состоянии, а равно с особой жестокостью, издевательством или мучениями для потерпевшего; (В редакции Федерального закона от 27.07.2009 № 215-ФЗ)</w:t>
      </w:r>
    </w:p>
    <w:p>
      <w:r>
        <w:rPr>
          <w:b/>
        </w:rPr>
        <w:t xml:space="preserve">2. </w:t>
      </w:r>
      <w:r>
        <w:t>общеопасным способом</w:t>
      </w:r>
    </w:p>
    <w:p>
      <w:r>
        <w:rPr>
          <w:b/>
        </w:rPr>
        <w:t xml:space="preserve">2. </w:t>
      </w:r>
      <w:r>
        <w:t>по найму</w:t>
      </w:r>
    </w:p>
    <w:p>
      <w:r>
        <w:rPr>
          <w:b/>
        </w:rPr>
        <w:t xml:space="preserve">2. </w:t>
      </w:r>
      <w:r>
        <w:t>из хулиганских побуждений</w:t>
      </w:r>
    </w:p>
    <w:p>
      <w:r>
        <w:rPr>
          <w:b/>
        </w:rPr>
        <w:t xml:space="preserve">2. </w:t>
      </w:r>
      <w:r>
        <w:t>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(В редакции Федерального закона от 24.07.2007 № 211-ФЗ)</w:t>
      </w:r>
    </w:p>
    <w:p>
      <w:r>
        <w:rPr>
          <w:b/>
        </w:rPr>
        <w:t xml:space="preserve">2. </w:t>
      </w:r>
      <w:r>
        <w:t>в целях использования органов или тканей потерпевшего; (В редакции Федерального закона от 21.07.2014 № 227-ФЗ)</w:t>
      </w:r>
    </w:p>
    <w:p>
      <w:r>
        <w:rPr>
          <w:b/>
        </w:rPr>
        <w:t xml:space="preserve">2. </w:t>
      </w:r>
      <w:r>
        <w:t>с применением оружия или предметов, используемых в качестве оружия; (Дополнение пунктом - Федеральный закон от 21.07.2014 № 227-ФЗ) (В редакции Федерального закона от 08.08.2024 № 218-ФЗ)</w:t>
      </w:r>
    </w:p>
    <w:p>
      <w:r>
        <w:rPr>
          <w:b/>
        </w:rPr>
        <w:t xml:space="preserve">2. </w:t>
      </w:r>
      <w:r>
        <w:t>с публичной демонстрацией, в том числе в средствах массовой информации или информационно-телекоммуникационных сетях (включая сеть "Интернет"), - (Дополнение пунктом - Федеральный закон от 08.08.2024 № 218-ФЗ) наказываются лишением свободы на срок до десяти лет с ограничением свободы на срок до двух лет либо без такового и с лишением права занимать определенные должности или заниматься определенной деятельностью на срок до трех лет или без такового. (В редакции федеральных законов от 27.12.2009 № 377-ФЗ, от 07.03.2011 № 26-ФЗ, от 08.08.2024 № 218-ФЗ)</w:t>
      </w:r>
    </w:p>
    <w:p>
      <w:r>
        <w:rPr>
          <w:b/>
        </w:rPr>
        <w:t xml:space="preserve">3. </w:t>
      </w:r>
      <w:r>
        <w:t>группой лиц, группой лиц по предварительному сговору или организованной группой</w:t>
      </w:r>
    </w:p>
    <w:p>
      <w:r>
        <w:rPr>
          <w:b/>
        </w:rPr>
        <w:t xml:space="preserve">3. </w:t>
      </w:r>
      <w:r>
        <w:t>в отношении двух или более лиц, - (В редакции Федерального закона от 08.12.2003 № 162-ФЗ)</w:t>
      </w:r>
    </w:p>
    <w:p>
      <w:r>
        <w:rPr>
          <w:b/>
        </w:rPr>
        <w:t xml:space="preserve">3. </w:t>
      </w:r>
      <w:r>
        <w:t>(Пункт утратил силу - Федеральный закон от 08.12.2003 № 162-ФЗ) наказываются лишением свободы на срок до двенадцати лет с ограничением свободы на срок до двух лет либо без такового. (В редакции федеральных законов от 27.12.2009 № 377-ФЗ; от 07.03.2011 № 26-ФЗ)</w:t>
      </w:r>
    </w:p>
    <w:p>
      <w:r>
        <w:rPr>
          <w:b/>
        </w:rPr>
        <w:t>Статья 112. Умышленное причинение средней тяжести вреда здоровью</w:t>
      </w:r>
    </w:p>
    <w:p>
      <w:r>
        <w:rPr>
          <w:b/>
        </w:rPr>
        <w:t xml:space="preserve">1. </w:t>
      </w:r>
      <w:r>
        <w:t>Умышленное причинение средней тяжести вреда здоровью, не опасного для жизни человека и не повлекшего последствий, указанных в статье 111 настоящего Кодекса, но вызвавшего длительное расстройство здоровья или значительную стойкую утрату общей трудоспособности менее чем на одну треть, - наказывается ограничением свободы на срок до трех лет, либо принудительными работами на срок до трех лет, либо арестом на срок до шести месяцев, либо лишением свободы на срок до трех лет. (В редакции федеральных законов от 27.12.2009 № 377-ФЗ; от 07.03.2011 № 26-ФЗ; от 07.12.2011 № 420-ФЗ)</w:t>
      </w:r>
    </w:p>
    <w:p>
      <w:r>
        <w:rPr>
          <w:b/>
        </w:rPr>
        <w:t xml:space="preserve">2. </w:t>
      </w:r>
      <w:r>
        <w:t>То же деяние, совершенное:</w:t>
      </w:r>
    </w:p>
    <w:p>
      <w:r>
        <w:rPr>
          <w:b/>
        </w:rPr>
        <w:t xml:space="preserve">2. </w:t>
      </w:r>
      <w:r>
        <w:t>в отношении двух или более лиц</w:t>
      </w:r>
    </w:p>
    <w:p>
      <w:r>
        <w:rPr>
          <w:b/>
        </w:rPr>
        <w:t xml:space="preserve">2. </w:t>
      </w:r>
      <w:r>
        <w:t>в отношении лица или его близких в связи с осуществлением данным лицом служебной деятельности или выполнением общественного долга</w:t>
      </w:r>
    </w:p>
    <w:p>
      <w:r>
        <w:rPr>
          <w:b/>
        </w:rPr>
        <w:t xml:space="preserve">2. </w:t>
      </w:r>
      <w:r>
        <w:t>в отношении малолетнего или иного лица, заведомо для виновного находящегося в беспомощном состоянии, а равно с особой жестокостью, издевательством или мучениями для потерпевшего; (В редакции Федерального закона от 27.07.2009 № 215-ФЗ)</w:t>
      </w:r>
    </w:p>
    <w:p>
      <w:r>
        <w:rPr>
          <w:b/>
        </w:rPr>
        <w:t xml:space="preserve">2. </w:t>
      </w:r>
      <w:r>
        <w:t>группой лиц, группой лиц по предварительному сговору или организованной группой</w:t>
      </w:r>
    </w:p>
    <w:p>
      <w:r>
        <w:rPr>
          <w:b/>
        </w:rPr>
        <w:t xml:space="preserve">2. </w:t>
      </w:r>
      <w:r>
        <w:t>из хулиганских побуждений</w:t>
      </w:r>
    </w:p>
    <w:p>
      <w:r>
        <w:rPr>
          <w:b/>
        </w:rPr>
        <w:t xml:space="preserve">2. </w:t>
      </w:r>
      <w:r>
        <w:t>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(В редакции федеральных законов от 24.07.2007 № 211-ФЗ; от 21.07.2014 № 227-ФЗ)</w:t>
      </w:r>
    </w:p>
    <w:p>
      <w:r>
        <w:rPr>
          <w:b/>
        </w:rPr>
        <w:t xml:space="preserve">2. </w:t>
      </w:r>
      <w:r>
        <w:t>(Пункт утратил силу - Федеральный закон от 08.12.2003 № 162-ФЗ)</w:t>
      </w:r>
    </w:p>
    <w:p>
      <w:r>
        <w:rPr>
          <w:b/>
        </w:rPr>
        <w:t xml:space="preserve">2. </w:t>
      </w:r>
      <w:r>
        <w:t>с применением оружия или предметов, используемых в качестве оружия; (Дополнение пунктом - Федеральный закон от 21.07.2014 № 227-ФЗ) (В редакции Федерального закона от 08.08.2024 № 218-ФЗ)</w:t>
      </w:r>
    </w:p>
    <w:p>
      <w:r>
        <w:rPr>
          <w:b/>
        </w:rPr>
        <w:t xml:space="preserve">2. </w:t>
      </w:r>
      <w:r>
        <w:t>с публичной демонстрацией, в том числе в средствах массовой информации или информационно-телекоммуникационных сетях (включая сеть "Интернет"), - (Дополнение пунктом - Федеральный закон от 08.08.2024 № 218-ФЗ)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(В редакции Федерального закона от 08.08.2024 № 218-ФЗ)</w:t>
      </w:r>
    </w:p>
    <w:p>
      <w:r>
        <w:rPr>
          <w:b/>
        </w:rPr>
        <w:t>Статья 113. Причинение тяжкого или средней тяжести вреда здоровью в состоянии аффекта</w:t>
      </w:r>
    </w:p>
    <w:p>
      <w:r>
        <w:t>Умышленное причинение тяжкого или средней тяжести вреда здоровью, совершенное в состоянии внезапно возникшего сильного душевного волнения (аффекта), вызванного насилием, издевательством или тяжким оскорблением со стороны потерпевшего либо иными противоправными или аморальными действиями (бездействием)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 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 (В редакции Федерального закона от 07.12.2011 № 420-ФЗ)</w:t>
      </w:r>
    </w:p>
    <w:p>
      <w:r>
        <w:rPr>
          <w:b/>
        </w:rPr>
        <w:t>Статья 114. Причинение тяжкого или средней тяжести вреда здоровью при превышении пределов необходимой обороны либо при превышении мер, необходимых для задержания лица, совершившего преступление</w:t>
      </w:r>
    </w:p>
    <w:p>
      <w:r>
        <w:rPr>
          <w:b/>
        </w:rPr>
        <w:t xml:space="preserve">1. </w:t>
      </w:r>
      <w:r>
        <w:t>Умышленное причинение тяжкого вреда здоровью, совершенное при превышении пределов необходимой обороны, - наказывается исправительными работами на срок до одного года, либо ограничением свободы на срок до одного года, либо принудительными работами на срок до одного года, либо лишением свободы на тот же срок. (В редакции Федерального закона от 07.12.2011 № 420-ФЗ)</w:t>
      </w:r>
    </w:p>
    <w:p>
      <w:r>
        <w:rPr>
          <w:b/>
        </w:rPr>
        <w:t xml:space="preserve">2. </w:t>
      </w:r>
      <w:r>
        <w:t>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 - 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 (В редакции Федерального закона от 07.12.2011 № 420-ФЗ)</w:t>
      </w:r>
    </w:p>
    <w:p>
      <w:r>
        <w:rPr>
          <w:b/>
        </w:rPr>
        <w:t>Статья 115. Умышленное причинение легкого вреда здоровью</w:t>
      </w:r>
    </w:p>
    <w:p>
      <w:r>
        <w:rPr>
          <w:b/>
        </w:rPr>
        <w:t xml:space="preserve">1. </w:t>
      </w:r>
      <w:r>
        <w:t>Умышленное причинение легкого вреда здоровью, вызвавшего кратковременное расстройство здоровья или незначительную стойкую утрату общей трудоспособности, - (В редакции Федерального закона от 08.12.2003 № 162-ФЗ) 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четырехсот восьмидесяти часов, либо исправительными работами на срок до одного года, либо арестом на срок до четырех месяцев. (В редакции федеральных законов от 08.12.2003 № 162-ФЗ; от 07.03.2011 № 26-ФЗ; от 07.12.2011 № 420-ФЗ)</w:t>
      </w:r>
    </w:p>
    <w:p>
      <w:r>
        <w:rPr>
          <w:b/>
        </w:rPr>
        <w:t xml:space="preserve">2. </w:t>
      </w:r>
      <w:r>
        <w:t>То же деяние, совершенное:</w:t>
      </w:r>
    </w:p>
    <w:p>
      <w:r>
        <w:rPr>
          <w:b/>
        </w:rPr>
        <w:t xml:space="preserve">2. </w:t>
      </w:r>
      <w:r>
        <w:t>из хулиганских побуждений</w:t>
      </w:r>
    </w:p>
    <w:p>
      <w:r>
        <w:rPr>
          <w:b/>
        </w:rPr>
        <w:t xml:space="preserve">2. </w:t>
      </w:r>
      <w:r>
        <w:t>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(В редакции Федерального закона от 21.07.2014 № 227-ФЗ)</w:t>
      </w:r>
    </w:p>
    <w:p>
      <w:r>
        <w:rPr>
          <w:b/>
        </w:rPr>
        <w:t xml:space="preserve">2. </w:t>
      </w:r>
      <w:r>
        <w:t>с применением оружия или предметов, используемых в качестве оружия; (Дополнение пунктом - Федеральный закон от 21.07.2014 № 227-ФЗ) (В редакции Федерального закона от 26.07.2019 № 206-ФЗ)</w:t>
      </w:r>
    </w:p>
    <w:p>
      <w:r>
        <w:rPr>
          <w:b/>
        </w:rPr>
        <w:t xml:space="preserve">2. </w:t>
      </w:r>
      <w:r>
        <w:t>в отношении лица или его близких в связи с осуществлением данным лицом служебной деятельности или выполнением общественного долга; (Дополнение пунктом - Федеральный закон от 26.07.2019 № 206-ФЗ) (В редакции Федерального закона от 08.08.2024 № 218-ФЗ)</w:t>
      </w:r>
    </w:p>
    <w:p>
      <w:r>
        <w:rPr>
          <w:b/>
        </w:rPr>
        <w:t xml:space="preserve">2. </w:t>
      </w:r>
      <w:r>
        <w:t>с публичной демонстрацией, в том числе в средствах массовой информации или информационно-телекоммуникационных сетях (включая сеть "Интернет"), - (Дополнение пунктом - Федеральный закон от 08.08.2024 № 218-ФЗ) наказывается обязательными работами на срок до трехсот шестидесяти часов с лишением права занимать определенные должности или заниматься определенной деятельностью на срок до трех лет или без такового,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 (В редакции Федерального закона от 08.08.2024 № 218-ФЗ) (Дополнение частью - Федеральный закон от 08.12.2003 № 162-ФЗ) (В редакции Федерального закона от 24.07.2007 № 211-ФЗ)</w:t>
      </w:r>
    </w:p>
    <w:p>
      <w:r>
        <w:rPr>
          <w:b/>
        </w:rPr>
        <w:t>Статья 116. Побои</w:t>
      </w:r>
    </w:p>
    <w:p>
      <w:r>
        <w:t>Побои или иные насильственные действия, причинившие физическую боль, но не повлекшие последствий, указанных в статье 115 настоящего Кодекса, совершенные из хулиганских побуждений, а равно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а равно с публичной демонстрацией, в том числе в средствах массовой информации или информационно-телекоммуникационных сетях (включая сеть "Интернет"), - (В редакции Федерального закона от 08.08.2024 № 218-ФЗ) наказываются обязательными работами на срок до трехсот шестидесяти часов с лишением права занимать определенные должности или заниматься определенной деятельностью на срок до трех лет или без такового,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 (В редакции Федерального закона от 08.08.2024 № 218-ФЗ) (Статья в редакции Федерального закона от 07.02.2017 № 8-ФЗ)</w:t>
      </w:r>
    </w:p>
    <w:p>
      <w:r>
        <w:rPr>
          <w:b/>
        </w:rPr>
        <w:t>Статья 116.1. Нанесение побоев лицом, подвергнутым административному наказанию или имеющим судимость</w:t>
      </w:r>
    </w:p>
    <w:p>
      <w:r>
        <w:t>(Наименование в редакции Федерального закона от 28.06.2022 № 203-ФЗ)</w:t>
      </w:r>
    </w:p>
    <w:p>
      <w:r>
        <w:rPr>
          <w:b/>
        </w:rPr>
        <w:t xml:space="preserve">1. </w:t>
      </w:r>
      <w:r>
        <w:t>Нанесение побоев или совершение иных насильственных действий, причинивших физическую боль, но не повлекших последствий, указанных в статье 115 настоящего Кодекса, и не содержащих признаков состава преступления, предусмотренного статьей 116 настоящего Кодекса, лицом, подвергнутым административному наказанию за аналогичное деяние, - (В редакции Федерального закона от 28.06.2022 № 203-ФЗ) 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двухсот сорока часов, либо исправительными работами на срок до шести месяцев, либо арестом на срок до трех месяцев</w:t>
      </w:r>
    </w:p>
    <w:p>
      <w:r>
        <w:rPr>
          <w:b/>
        </w:rPr>
        <w:t xml:space="preserve">2. </w:t>
      </w:r>
      <w:r>
        <w:t>Нанесение побоев или совершение иных насильственных действий, причинивших физическую боль, но не повлекших последствий, указанных в статье 115 настоящего Кодекса, и не содержащих признаков состава преступления, предусмотренного статьей 116 настоящего Кодекса, лицом, имеющим судимость за преступление, совершенное с применением насилия, - наказывается обязательными работами на срок до четырехсот восьмидесяти часов, либо исправительными работами на срок до одного года, либо ограничением свободы на тот же срок, либо арестом на срок до шести месяцев. (Дополнение частью - Федеральный закон от 28.06.2022 № 203-ФЗ) (Дополнение статьей - Федеральный закон от 03.07.2016 № 323-ФЗ)</w:t>
      </w:r>
    </w:p>
    <w:p>
      <w:r>
        <w:rPr>
          <w:b/>
        </w:rPr>
        <w:t>Статья 117. Истязание</w:t>
      </w:r>
    </w:p>
    <w:p>
      <w:r>
        <w:rPr>
          <w:b/>
        </w:rPr>
        <w:t xml:space="preserve">1. </w:t>
      </w:r>
      <w:r>
        <w:t>Причинение физических или психических страданий путем систематического нанесения побоев либо иными насильственными действиями, если это не повлекло последствий, указанных в статьях 111 и 112 настоящего Кодекса, - наказывается ограничением свободы на срок до трех лет, либо принудительными работами на срок до трех лет, либо лишением свободы на тот же срок. (В редакции Федерального закона от 07.12.2011 № 420-ФЗ)</w:t>
      </w:r>
    </w:p>
    <w:p>
      <w:r>
        <w:rPr>
          <w:b/>
        </w:rPr>
        <w:t xml:space="preserve">2. </w:t>
      </w:r>
      <w:r>
        <w:t>То же деяние, совершенное:</w:t>
      </w:r>
    </w:p>
    <w:p>
      <w:r>
        <w:rPr>
          <w:b/>
        </w:rPr>
        <w:t xml:space="preserve">2. </w:t>
      </w:r>
      <w:r>
        <w:t>в отношении двух или более лиц</w:t>
      </w:r>
    </w:p>
    <w:p>
      <w:r>
        <w:rPr>
          <w:b/>
        </w:rPr>
        <w:t xml:space="preserve">2. </w:t>
      </w:r>
      <w:r>
        <w:t>в отношении лица или его близких в связи с осуществлением данным лицом служебной деятельности или выполнением общественного долга</w:t>
      </w:r>
    </w:p>
    <w:p>
      <w:r>
        <w:rPr>
          <w:b/>
        </w:rPr>
        <w:t xml:space="preserve">2. </w:t>
      </w:r>
      <w:r>
        <w:t>в отношении женщины, заведомо для виновного находящейся в состоянии беременности</w:t>
      </w:r>
    </w:p>
    <w:p>
      <w:r>
        <w:rPr>
          <w:b/>
        </w:rPr>
        <w:t xml:space="preserve">2. </w:t>
      </w:r>
      <w:r>
        <w:t>в отношении заведомо несовершеннолетнего или лица, заведомо для виновного находящегося в беспомощном состоянии либо в материальной или иной зависимости от виновного, а равно лица, похищенного либо захваченного в качестве заложника</w:t>
      </w:r>
    </w:p>
    <w:p>
      <w:r>
        <w:rPr>
          <w:b/>
        </w:rPr>
        <w:t xml:space="preserve">2. </w:t>
      </w:r>
      <w:r>
        <w:t>с особой жестокостью, издевательством или мучениями для потерпевшего; (В редакции Федерального закона от 14.07.2022 № 307-ФЗ)</w:t>
      </w:r>
    </w:p>
    <w:p>
      <w:r>
        <w:rPr>
          <w:b/>
        </w:rPr>
        <w:t xml:space="preserve">2. </w:t>
      </w:r>
      <w:r>
        <w:t>группой лиц, группой лиц по предварительному сговору или организованной группой</w:t>
      </w:r>
    </w:p>
    <w:p>
      <w:r>
        <w:rPr>
          <w:b/>
        </w:rPr>
        <w:t xml:space="preserve">2. </w:t>
      </w:r>
      <w:r>
        <w:t>по найму</w:t>
      </w:r>
    </w:p>
    <w:p>
      <w:r>
        <w:rPr>
          <w:b/>
        </w:rPr>
        <w:t xml:space="preserve">2. </w:t>
      </w:r>
      <w:r>
        <w:t>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(В редакции федеральных законов от 24.07.2007 № 211-ФЗ, от 08.08.2024 № 218-ФЗ)</w:t>
      </w:r>
    </w:p>
    <w:p>
      <w:r>
        <w:rPr>
          <w:b/>
        </w:rPr>
        <w:t xml:space="preserve">2. </w:t>
      </w:r>
      <w:r>
        <w:t>с публичной демонстрацией, в том числе в средствах массовой информации или информационно-телекоммуникационных сетях (включая сеть "Интернет"), - (Дополнение пунктом - Федеральный закон от 08.08.2024 № 218-ФЗ)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 (В редакции Федерального закона от 08.08.2024 № 218-ФЗ) Примечание. (Дополнение примечанием - Федеральный закон от 08.12.2003 № 162-ФЗ) (Утратило силу - Федеральный закон от 14.07.2022 № 307-ФЗ)</w:t>
      </w:r>
    </w:p>
    <w:p>
      <w:r>
        <w:rPr>
          <w:b/>
        </w:rPr>
        <w:t>Статья 118. Причинение тяжкого вреда здоровью по неосторожности</w:t>
      </w:r>
    </w:p>
    <w:p>
      <w:r>
        <w:t>(Наименование в редакции Федерального закона от 08.12.2003 № 162-ФЗ)</w:t>
      </w:r>
    </w:p>
    <w:p>
      <w:r>
        <w:rPr>
          <w:b/>
        </w:rPr>
        <w:t xml:space="preserve">1. </w:t>
      </w:r>
      <w:r>
        <w:t>Причинение тяжкого вреда здоровью по неосторожности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трех лет, либо арестом на срок до шести месяцев. (В редакции федеральных законов от 08.12.2003 № 162-ФЗ; от 07.03.2011 № 26-ФЗ; от 07.12.2011 № 420-ФЗ)</w:t>
      </w:r>
    </w:p>
    <w:p>
      <w:r>
        <w:rPr>
          <w:b/>
        </w:rPr>
        <w:t xml:space="preserve">2. </w:t>
      </w:r>
      <w:r>
        <w:t>То же деяние, совершенное вследствие ненадлежащего исполнения лицом своих профессиональных обязанностей, - наказывается ограничением свободы на срок до четырех лет,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(В редакции федеральных законов от 08.12.2003 № 162-ФЗ; от 07.12.2011 № 420-ФЗ)</w:t>
      </w:r>
    </w:p>
    <w:p>
      <w:r>
        <w:rPr>
          <w:b/>
        </w:rPr>
        <w:t xml:space="preserve">3. </w:t>
      </w:r>
      <w:r>
        <w:t>(Часть утратила силу - Федеральный закон от 08.12.2003 № 162-ФЗ)</w:t>
      </w:r>
    </w:p>
    <w:p>
      <w:r>
        <w:rPr>
          <w:b/>
        </w:rPr>
        <w:t xml:space="preserve">4. </w:t>
      </w:r>
      <w:r>
        <w:t>(Часть утратила силу - Федеральный закон от 08.12.2003 № 162-ФЗ)</w:t>
      </w:r>
    </w:p>
    <w:p>
      <w:r>
        <w:rPr>
          <w:b/>
        </w:rPr>
        <w:t>Статья 119. Угроза убийством или причинением тяжкого вреда здоровью</w:t>
      </w:r>
    </w:p>
    <w:p>
      <w:r>
        <w:rPr>
          <w:b/>
        </w:rPr>
        <w:t xml:space="preserve">1. </w:t>
      </w:r>
      <w:r>
        <w:t>Угроза убийством или причинением тяжкого вреда здоровью, если имелись основания опасаться осуществления этой угрозы, - (В редакции Федерального закона от 24.07.2007 № 211-ФЗ) наказывается обязательными работами на срок до четырехсот восьмидесяти часов,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 (В редакции Федерального закона от 07.12.2011 № 420-ФЗ)</w:t>
      </w:r>
    </w:p>
    <w:p>
      <w:r>
        <w:rPr>
          <w:b/>
        </w:rPr>
        <w:t xml:space="preserve">2. </w:t>
      </w:r>
      <w:r>
        <w:t>То же деяние, совершенное:</w:t>
      </w:r>
    </w:p>
    <w:p>
      <w:r>
        <w:rPr>
          <w:b/>
        </w:rPr>
        <w:t xml:space="preserve">2. </w:t>
      </w:r>
      <w:r>
        <w:t>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
        <w:rPr>
          <w:b/>
        </w:rPr>
        <w:t xml:space="preserve">2. </w:t>
      </w:r>
      <w:r>
        <w:t>в отношении лица или его близких в связи с осуществлением данным лицом служебной деятельности или выполнением общественного долга</w:t>
      </w:r>
    </w:p>
    <w:p>
      <w:r>
        <w:rPr>
          <w:b/>
        </w:rPr>
        <w:t xml:space="preserve">2. </w:t>
      </w:r>
      <w:r>
        <w:t>с публичной демонстрацией, в том числе в средствах массовой информации или информационно-телекоммуникационных сетях (включая сеть "Интернет"), -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(Дополнение частью - Федеральный закон от 24.07.2007 № 211-ФЗ) (В редакции Федерального закона от 08.08.2024 № 218-ФЗ)</w:t>
      </w:r>
    </w:p>
    <w:p>
      <w:r>
        <w:rPr>
          <w:b/>
        </w:rPr>
        <w:t>Статья 120. Принуждение к изъятию органов или тканей человека для трансплантации</w:t>
      </w:r>
    </w:p>
    <w:p>
      <w:r>
        <w:rPr>
          <w:b/>
        </w:rPr>
        <w:t xml:space="preserve">1. </w:t>
      </w:r>
      <w:r>
        <w:t>Принуждение к изъятию органов или тканей человека для трансплантации, совершенное с применением насилия либо с угрозой его применения, - наказывается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То же деяние, совершенное в отношении лица, заведомо для виновного находящегося в беспомощном состоянии либо в материальной или иной зависимости от виновного, -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(В редакции Федерального закона от 07.03.2011 № 26-ФЗ)</w:t>
      </w:r>
    </w:p>
    <w:p>
      <w:r>
        <w:rPr>
          <w:b/>
        </w:rPr>
        <w:t>Статья 121. Заражение венерической болезнью</w:t>
      </w:r>
    </w:p>
    <w:p>
      <w:r>
        <w:rPr>
          <w:b/>
        </w:rPr>
        <w:t xml:space="preserve">1. </w:t>
      </w:r>
      <w:r>
        <w:t>Заражение другого лица венерической болезнью лицом, знавшим о наличии у него этой болезни,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шести месяцев. (В редакции федеральных законов от 08.12.2003 № 162-ФЗ; от 06.05.2010 № 81-ФЗ; от 07.03.2011 № 26-ФЗ; от 07.12.2011 № 420-ФЗ)</w:t>
      </w:r>
    </w:p>
    <w:p>
      <w:r>
        <w:rPr>
          <w:b/>
        </w:rPr>
        <w:t xml:space="preserve">2. </w:t>
      </w:r>
      <w:r>
        <w:t>То же деяние, совершенное в отношении двух или более лиц либо в отношении несовершеннолетнего, - (В редакции Федерального закона от 29.02.2012 № 14-ФЗ) наказывается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пяти лет, либо лишением свободы на срок до двух лет. (В редакции федеральных законов от 08.12.2003 № 162-ФЗ; от 07.12.2011 № 420-ФЗ)</w:t>
      </w:r>
    </w:p>
    <w:p>
      <w:r>
        <w:rPr>
          <w:b/>
        </w:rPr>
        <w:t>Статья 122. Заражение ВИЧ-инфекцией</w:t>
      </w:r>
    </w:p>
    <w:p>
      <w:r>
        <w:rPr>
          <w:b/>
        </w:rPr>
        <w:t xml:space="preserve">1. </w:t>
      </w:r>
      <w:r>
        <w:t>Заведомое поставление другого лица в опасность заражения ВИЧ-инфекцией - наказывается ограничением свободы на срок до трех лет, либо принудительными работами на срок до одного года, либо арестом на срок до шести месяцев, либо лишением свободы на срок до одного года. (В редакции федеральных законов от 07.03.2011 № 26-ФЗ; от 07.12.2011 № 420-ФЗ)</w:t>
      </w:r>
    </w:p>
    <w:p>
      <w:r>
        <w:rPr>
          <w:b/>
        </w:rPr>
        <w:t xml:space="preserve">2. </w:t>
      </w:r>
      <w:r>
        <w:t>Заражение другого лица ВИЧ-инфекцией лицом, знавшим о наличии у него этой болезни, - наказывается лишением свободы на срок до пяти лет</w:t>
      </w:r>
    </w:p>
    <w:p>
      <w:r>
        <w:rPr>
          <w:b/>
        </w:rPr>
        <w:t xml:space="preserve">3. </w:t>
      </w:r>
      <w:r>
        <w:t>Деяние, предусмотренное частью второй настоящей статьи, совершенное в отношении двух или более лиц либо в отношении несовершеннолетнего, - (В редакции Федерального закона от 29.02.2012 № 14-ФЗ) наказывается лишением свободы на срок до восьми лет с лишением права занимать определенные должности или заниматься определенной деятельностью на срок до десяти лет либо без такового. (В редакции Федерального закона от 29.02.2012 № 14-ФЗ)</w:t>
      </w:r>
    </w:p>
    <w:p>
      <w:r>
        <w:rPr>
          <w:b/>
        </w:rPr>
        <w:t xml:space="preserve">4. </w:t>
      </w:r>
      <w:r>
        <w:t>Заражение другого лица ВИЧ-инфекцией вследствие ненадлежащего исполнения лицом своих профессиональных обязанностей -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(В редакции Федерального закона от 07.12.2011 № 420-ФЗ) Примечание. Лицо, совершившее деяния, предусмотренные частями первой или второй настоящей статьи, освобождается от уголовной ответственности в случае, если другое лицо, поставленное в опасность заражения либо зараженное ВИЧ-инфекцией, было своевременно предупреждено о наличии у первого этой болезни и добровольно согласилось совершить действия, создавшие опасность заражения. (Дополнение примечанием - Федеральный закон от 08.12.2003 № 162-ФЗ)</w:t>
      </w:r>
    </w:p>
    <w:p>
      <w:r>
        <w:rPr>
          <w:b/>
        </w:rPr>
        <w:t>Статья 123. Незаконное проведение искусственного прерывания беременности</w:t>
      </w:r>
    </w:p>
    <w:p>
      <w:r>
        <w:t>(Наименование в редакции Федерального закона от 25.11.2013 № 317-ФЗ)</w:t>
      </w:r>
    </w:p>
    <w:p>
      <w:r>
        <w:rPr>
          <w:b/>
        </w:rPr>
        <w:t xml:space="preserve">1. </w:t>
      </w:r>
      <w:r>
        <w:t>Проведение искусственного прерывания беременности лицом, не имеющим высшего медицинского образования соответствующего профиля, - (В редакции Федерального закона от 25.11.2013 № 317-ФЗ)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(В редакции федеральных законов от 08.12.2003 № 162-ФЗ; от 07.03.2011 № 26-ФЗ; от 07.12.2011 № 420-ФЗ)</w:t>
      </w:r>
    </w:p>
    <w:p>
      <w:r>
        <w:rPr>
          <w:b/>
        </w:rPr>
        <w:t xml:space="preserve">2. </w:t>
      </w:r>
      <w:r>
        <w:t>(Часть утратила силу - Федеральный закон от 08.12.2003 № 162-ФЗ)</w:t>
      </w:r>
    </w:p>
    <w:p>
      <w:r>
        <w:rPr>
          <w:b/>
        </w:rPr>
        <w:t xml:space="preserve">3. </w:t>
      </w:r>
      <w:r>
        <w:t>То же деяние, если оно повлекло по неосторожности смерть потерпевшей либо причинение тяжкого вреда ее здоровью, - (В редакции Федерального закона от 08.12.2003 № 162-ФЗ)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(В редакции Федерального закона от 07.12.2011 № 420-ФЗ)</w:t>
      </w:r>
    </w:p>
    <w:p>
      <w:r>
        <w:rPr>
          <w:b/>
        </w:rPr>
        <w:t>Статья 124. Неоказание помощи больному</w:t>
      </w:r>
    </w:p>
    <w:p>
      <w:r>
        <w:rPr>
          <w:b/>
        </w:rPr>
        <w:t xml:space="preserve">1. </w:t>
      </w:r>
      <w:r>
        <w:t>Неоказание помощи больному без уважительных причин лицом, обязанным ее оказывать в соответствии с законом или со специальным правилом, если это повлекло по неосторожности причинение средней тяжести вреда здоровью больного, - 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четырех месяцев. (В редакции федеральных законов от 08.12.2003 № 162-ФЗ; от 06.05.2010 № 81-ФЗ; от 07.03.2011 № 26-ФЗ; от 07.12.2011 № 420-ФЗ)</w:t>
      </w:r>
    </w:p>
    <w:p>
      <w:r>
        <w:rPr>
          <w:b/>
        </w:rPr>
        <w:t xml:space="preserve">2. </w:t>
      </w:r>
      <w:r>
        <w:t>То же деяние, если оно повлекло по неосторожности смерть больного либо причинение тяжкого вреда его здоровью, - наказывается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(В редакции Федерального закона от 07.12.2011 № 420-ФЗ)</w:t>
      </w:r>
    </w:p>
    <w:p>
      <w:r>
        <w:rPr>
          <w:b/>
        </w:rPr>
        <w:t>Статья 124.1. Воспрепятствование оказанию медицинской помощи</w:t>
      </w:r>
    </w:p>
    <w:p>
      <w:r>
        <w:rPr>
          <w:b/>
        </w:rPr>
        <w:t xml:space="preserve">1. </w:t>
      </w:r>
      <w:r>
        <w:t>Воспрепятствование в какой бы то ни было форме законной деятельности медицинского работника по оказанию медицинской помощи, если это повлекло по неосторожности причинение тяжкого вреда здоровью пациента,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двух лет, либо арестом на срок до шести месяцев, либо лишением свободы на срок до двух лет</w:t>
      </w:r>
    </w:p>
    <w:p>
      <w:r>
        <w:rPr>
          <w:b/>
        </w:rPr>
        <w:t xml:space="preserve">2. </w:t>
      </w:r>
      <w:r>
        <w:t>То же деяние, если оно повлекло по неосторожности смерть пациента, - наказывается ограничением свободы на срок до четырех лет, либо принудительными работами на срок до четырех лет, либо лишением свободы на срок до четырех лет. (Дополнение статьей - Федеральный закон от 26.07.2019 № 206-ФЗ)</w:t>
      </w:r>
    </w:p>
    <w:p>
      <w:r>
        <w:rPr>
          <w:b/>
        </w:rPr>
        <w:t>Статья 125. Оставление в опасности</w:t>
      </w:r>
    </w:p>
    <w:p>
      <w:r>
        <w:t>Заведомое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старости, болезни или вследствие своей беспомощности, в случаях, если виновный имел возможность оказать помощь этому лицу и был обязан иметь о нем заботу либо сам поставил его в опасное для жизни или здоровья состояние,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одного года, либо арестом на срок до трех месяцев, либо лишением свободы на срок до одного года. (В редакции Федерального закона от 07.12.2011 № 420-ФЗ)</w:t>
      </w:r>
    </w:p>
    <w:p>
      <w:pPr>
        <w:pStyle w:val="Heading3"/>
      </w:pPr>
      <w:r>
        <w:t>ПРЕСТУПЛЕНИЯ ПРОТИВ СВОБОДЫ, ЧЕСТИ И ДОСТОИНСТВА ЛИЧНОСТИ</w:t>
      </w:r>
    </w:p>
    <w:p>
      <w:r>
        <w:rPr>
          <w:b/>
        </w:rPr>
        <w:t>Статья 126. Похищение человека</w:t>
      </w:r>
    </w:p>
    <w:p>
      <w:r>
        <w:rPr>
          <w:b/>
        </w:rPr>
        <w:t xml:space="preserve">1. </w:t>
      </w:r>
      <w:r>
        <w:t>Похищение человека - наказывается принудительными работами на срок до пяти лет либо лишением свободы на тот же срок. (В редакции Федерального закона от 07.12.2011 № 420-ФЗ)</w:t>
      </w:r>
    </w:p>
    <w:p>
      <w:r>
        <w:rPr>
          <w:b/>
        </w:rPr>
        <w:t xml:space="preserve">2. </w:t>
      </w:r>
      <w:r>
        <w:t>То же деяние, совершенное:</w:t>
      </w:r>
    </w:p>
    <w:p>
      <w:r>
        <w:rPr>
          <w:b/>
        </w:rPr>
        <w:t xml:space="preserve">3. </w:t>
      </w:r>
      <w:r>
        <w:t>Деяния, предусмотренные частями первой или второй настоящей статьи, если они:</w:t>
      </w:r>
    </w:p>
    <w:p>
      <w:r>
        <w:rPr>
          <w:b/>
        </w:rPr>
        <w:t xml:space="preserve">2. </w:t>
      </w:r>
      <w:r>
        <w:t>группой лиц по предварительному сговору</w:t>
      </w:r>
    </w:p>
    <w:p>
      <w:r>
        <w:rPr>
          <w:b/>
        </w:rPr>
        <w:t xml:space="preserve">2. </w:t>
      </w:r>
      <w:r>
        <w:t>(Пункт утратил силу - Федеральный закон от 08.12.2003 № 162-ФЗ)</w:t>
      </w:r>
    </w:p>
    <w:p>
      <w:r>
        <w:rPr>
          <w:b/>
        </w:rPr>
        <w:t xml:space="preserve">2. </w:t>
      </w:r>
      <w:r>
        <w:t>с применением насилия, опасного для жизни или здоровья, либо с угрозой применения такого насилия; (В редакции Федерального закона от 09.02.1999 № 24-ФЗ)</w:t>
      </w:r>
    </w:p>
    <w:p>
      <w:r>
        <w:rPr>
          <w:b/>
        </w:rPr>
        <w:t xml:space="preserve">2. </w:t>
      </w:r>
      <w:r>
        <w:t>с применением оружия или предметов, используемых в качестве оружия</w:t>
      </w:r>
    </w:p>
    <w:p>
      <w:r>
        <w:rPr>
          <w:b/>
        </w:rPr>
        <w:t xml:space="preserve">2. </w:t>
      </w:r>
      <w:r>
        <w:t>в отношении заведомо несовершеннолетнего</w:t>
      </w:r>
    </w:p>
    <w:p>
      <w:r>
        <w:rPr>
          <w:b/>
        </w:rPr>
        <w:t xml:space="preserve">2. </w:t>
      </w:r>
      <w:r>
        <w:t>в отношении женщины, заведомо для виновного находящейся в состоянии беременности</w:t>
      </w:r>
    </w:p>
    <w:p>
      <w:r>
        <w:rPr>
          <w:b/>
        </w:rPr>
        <w:t xml:space="preserve">2. </w:t>
      </w:r>
      <w:r>
        <w:t>в отношении двух или более лиц</w:t>
      </w:r>
    </w:p>
    <w:p>
      <w:r>
        <w:rPr>
          <w:b/>
        </w:rPr>
        <w:t xml:space="preserve">2. </w:t>
      </w:r>
      <w:r>
        <w:t>из корыстных побуждений; (В редакции Федерального закона от 08.08.2024 № 218-ФЗ)</w:t>
      </w:r>
    </w:p>
    <w:p>
      <w:r>
        <w:rPr>
          <w:b/>
        </w:rPr>
        <w:t xml:space="preserve">2. </w:t>
      </w:r>
      <w:r>
        <w:t>с публичной демонстрацией, в том числе в средствах массовой информации или информационно-телекоммуникационных сетях (включая сеть "Интернет"), - (Дополнение пунктом - Федеральный закон от 08.08.2024 № 218-ФЗ) наказывается лишением свободы на срок от пяти до двенадцати лет с ограничением свободы на срок до двух лет либо без такового. (В редакции федеральных законов от 09.02.1999 № 24-ФЗ; от 27.12.2009 № 377-ФЗ; от 07.12.2011 № 420-ФЗ)</w:t>
      </w:r>
    </w:p>
    <w:p>
      <w:r>
        <w:rPr>
          <w:b/>
        </w:rPr>
        <w:t xml:space="preserve">3. </w:t>
      </w:r>
      <w:r>
        <w:t>совершены организованной группой</w:t>
      </w:r>
    </w:p>
    <w:p>
      <w:r>
        <w:rPr>
          <w:b/>
        </w:rPr>
        <w:t xml:space="preserve">3. </w:t>
      </w:r>
      <w:r>
        <w:t>(Пункт утратил силу - Федеральный закон от 08.12.2003 № 162-ФЗ)</w:t>
      </w:r>
    </w:p>
    <w:p>
      <w:r>
        <w:rPr>
          <w:b/>
        </w:rPr>
        <w:t xml:space="preserve">3. </w:t>
      </w:r>
      <w:r>
        <w:t>повлекли по неосторожности смерть потерпевшего или иные тяжкие последствия, - наказываются лишением свободы на срок от шести до пятнадцати лет с ограничением свободы на срок до двух лет либо без такового. (В редакции федеральных законов от 27.12.2009 № 377-ФЗ; от 07.12.2011 № 420-ФЗ) (Часть в редакции Федерального закона от 09.02.1999 № 24-ФЗ) Примечание. Лицо, добровольно освободившее похищенного, освобождается от уголовной ответственности, если в его действиях не содержится иного состава преступления</w:t>
      </w:r>
    </w:p>
    <w:p>
      <w:r>
        <w:rPr>
          <w:b/>
        </w:rPr>
        <w:t>Статья 127. Незаконное лишение свободы</w:t>
      </w:r>
    </w:p>
    <w:p>
      <w:r>
        <w:rPr>
          <w:b/>
        </w:rPr>
        <w:t xml:space="preserve">1. </w:t>
      </w:r>
      <w:r>
        <w:t>Незаконное лишение человека свободы, не связанное с его похищением, - наказывается ограничением свободы на срок до двух лет, либо принудительными работами на срок до двух лет, либо арестом на срок от трех до шести месяцев, либо лишением свободы на срок до двух лет. (В редакции федеральных законов от 27.12.2009 № 377-ФЗ; от 07.12.2011 № 420-ФЗ)</w:t>
      </w:r>
    </w:p>
    <w:p>
      <w:r>
        <w:rPr>
          <w:b/>
        </w:rPr>
        <w:t xml:space="preserve">2. </w:t>
      </w:r>
      <w:r>
        <w:t>То же деяние, совершенное:</w:t>
      </w:r>
    </w:p>
    <w:p>
      <w:r>
        <w:rPr>
          <w:b/>
        </w:rPr>
        <w:t xml:space="preserve">3. </w:t>
      </w:r>
      <w:r>
        <w:t>Деяния, предусмотренные частями первой или второй настоящей статьи, если они совершены организованной группой либо повлекли по неосторожности смерть потерпевшего или иные тяжкие последствия, - наказываются лишением свободы на срок от четырех до восьми лет</w:t>
      </w:r>
    </w:p>
    <w:p>
      <w:r>
        <w:rPr>
          <w:b/>
        </w:rPr>
        <w:t xml:space="preserve">2. </w:t>
      </w:r>
      <w:r>
        <w:t>группой лиц по предварительному сговору</w:t>
      </w:r>
    </w:p>
    <w:p>
      <w:r>
        <w:rPr>
          <w:b/>
        </w:rPr>
        <w:t xml:space="preserve">2. </w:t>
      </w:r>
      <w:r>
        <w:t>(Пункт утратил силу - Федеральный закон от 08.12.2003 № 162-ФЗ)</w:t>
      </w:r>
    </w:p>
    <w:p>
      <w:r>
        <w:rPr>
          <w:b/>
        </w:rPr>
        <w:t xml:space="preserve">2. </w:t>
      </w:r>
      <w:r>
        <w:t>с применением насилия, опасного для жизни или здоровья</w:t>
      </w:r>
    </w:p>
    <w:p>
      <w:r>
        <w:rPr>
          <w:b/>
        </w:rPr>
        <w:t xml:space="preserve">2. </w:t>
      </w:r>
      <w:r>
        <w:t>с применением оружия или предметов, используемых в качестве оружия</w:t>
      </w:r>
    </w:p>
    <w:p>
      <w:r>
        <w:rPr>
          <w:b/>
        </w:rPr>
        <w:t xml:space="preserve">2. </w:t>
      </w:r>
      <w:r>
        <w:t>в отношении заведомо несовершеннолетнего</w:t>
      </w:r>
    </w:p>
    <w:p>
      <w:r>
        <w:rPr>
          <w:b/>
        </w:rPr>
        <w:t xml:space="preserve">2. </w:t>
      </w:r>
      <w:r>
        <w:t>в отношении женщины, заведомо для виновного находящейся в состоянии беременности</w:t>
      </w:r>
    </w:p>
    <w:p>
      <w:r>
        <w:rPr>
          <w:b/>
        </w:rPr>
        <w:t xml:space="preserve">2. </w:t>
      </w:r>
      <w:r>
        <w:t>в отношении двух или более лиц; (В редакции Федерального закона от 08.08.2024 № 218-ФЗ)</w:t>
      </w:r>
    </w:p>
    <w:p>
      <w:r>
        <w:rPr>
          <w:b/>
        </w:rPr>
        <w:t xml:space="preserve">2. </w:t>
      </w:r>
      <w:r>
        <w:t>с публичной демонстрацией, в том числе в средствах массовой информации или информационно-телекоммуникационных сетях (включая сеть "Интернет"), - (Дополнение пунктом - Федеральный закон от 08.08.2024 № 218-ФЗ)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 (В редакции Федерального закона от 08.08.2024 № 218-ФЗ)</w:t>
      </w:r>
    </w:p>
    <w:p>
      <w:r>
        <w:rPr>
          <w:b/>
        </w:rPr>
        <w:t>Статья 127.1. Торговля людьми</w:t>
      </w:r>
    </w:p>
    <w:p>
      <w:r>
        <w:rPr>
          <w:b/>
        </w:rPr>
        <w:t xml:space="preserve">1. </w:t>
      </w:r>
      <w:r>
        <w:t>Купля-продажа человека, иные сделки в отношении человека, а равно совершенные в целях его эксплуатации вербовка, перевозка, передача, укрывательство или получение - наказываются принудительными работами на срок до пяти лет либо лишением свободы на срок до шести лет. (В редакции Федерального закона от 07.12.2011 № 420-ФЗ) (Часть в редакции Федерального закона от 25.11.2008 № 218-ФЗ)</w:t>
      </w:r>
    </w:p>
    <w:p>
      <w:r>
        <w:rPr>
          <w:b/>
        </w:rPr>
        <w:t xml:space="preserve">2. </w:t>
      </w:r>
      <w:r>
        <w:t>Те же деяния, совершенные: (В редакции Федерального закона от 25.11.2008 № 218-ФЗ)</w:t>
      </w:r>
    </w:p>
    <w:p>
      <w:r>
        <w:rPr>
          <w:b/>
        </w:rPr>
        <w:t xml:space="preserve">3. </w:t>
      </w:r>
      <w:r>
        <w:t>Деяния, предусмотренные частями первой или второй настоящей статьи</w:t>
      </w:r>
    </w:p>
    <w:p>
      <w:r>
        <w:rPr>
          <w:b/>
        </w:rPr>
        <w:t xml:space="preserve">2. </w:t>
      </w:r>
      <w:r>
        <w:t>в отношении двух или более лиц</w:t>
      </w:r>
    </w:p>
    <w:p>
      <w:r>
        <w:rPr>
          <w:b/>
        </w:rPr>
        <w:t xml:space="preserve">2. </w:t>
      </w:r>
      <w:r>
        <w:t>в отношении несовершеннолетнего; (В редакции Федерального закона от 29.02.2012 № 14-ФЗ)</w:t>
      </w:r>
    </w:p>
    <w:p>
      <w:r>
        <w:rPr>
          <w:b/>
        </w:rPr>
        <w:t xml:space="preserve">2. </w:t>
      </w:r>
      <w:r>
        <w:t>лицом с использованием своего служебного положения</w:t>
      </w:r>
    </w:p>
    <w:p>
      <w:r>
        <w:rPr>
          <w:b/>
        </w:rPr>
        <w:t xml:space="preserve">2. </w:t>
      </w:r>
      <w:r>
        <w:t>с перемещением потерпевшего через Государственную границу Российской Федерации или с незаконным удержанием его за границей</w:t>
      </w:r>
    </w:p>
    <w:p>
      <w:r>
        <w:rPr>
          <w:b/>
        </w:rPr>
        <w:t xml:space="preserve">2. </w:t>
      </w:r>
      <w:r>
        <w:t>с использованием поддельных документов, а равно с изъятием, сокрытием либо уничтожением документов, удостоверяющих личность потерпевшего</w:t>
      </w:r>
    </w:p>
    <w:p>
      <w:r>
        <w:rPr>
          <w:b/>
        </w:rPr>
        <w:t xml:space="preserve">2. </w:t>
      </w:r>
      <w:r>
        <w:t>с применением насилия или с угрозой его применения</w:t>
      </w:r>
    </w:p>
    <w:p>
      <w:r>
        <w:rPr>
          <w:b/>
        </w:rPr>
        <w:t xml:space="preserve">2. </w:t>
      </w:r>
      <w:r>
        <w:t>в целях изъятия у потерпевшего органов или тканей; (В редакции Федерального закона от 25.11.2008 № 218-ФЗ)</w:t>
      </w:r>
    </w:p>
    <w:p>
      <w:r>
        <w:rPr>
          <w:b/>
        </w:rPr>
        <w:t xml:space="preserve">2. </w:t>
      </w:r>
      <w:r>
        <w:t>в отношении лица, заведомо для виновного находящегося в беспомощном состоянии либо в материальной или иной зависимости от виновного; (Дополнение пунктом - Федеральный закон от 25.11.2008 № 218-ФЗ)</w:t>
      </w:r>
    </w:p>
    <w:p>
      <w:r>
        <w:rPr>
          <w:b/>
        </w:rPr>
        <w:t xml:space="preserve">2. </w:t>
      </w:r>
      <w:r>
        <w:t>в отношении женщины, заведомо для виновного находящейся в состоянии беременности, - (Дополнение пунктом - Федеральный закон от 25.11.2008 № 218-ФЗ) 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до двух лет либо без такового. (В редакции Федерального закона от 29.02.2012 № 14-ФЗ)</w:t>
      </w:r>
    </w:p>
    <w:p>
      <w:r>
        <w:rPr>
          <w:b/>
        </w:rPr>
        <w:t xml:space="preserve">3. </w:t>
      </w:r>
      <w:r>
        <w:t>повлекшие по неосторожности смерть, причинение тяжкого вреда здоровью потерпевшего или иные тяжкие последствия</w:t>
      </w:r>
    </w:p>
    <w:p>
      <w:r>
        <w:rPr>
          <w:b/>
        </w:rPr>
        <w:t xml:space="preserve">3. </w:t>
      </w:r>
      <w:r>
        <w:t>совершенные способом, опасным для жизни и здоровья многих людей</w:t>
      </w:r>
    </w:p>
    <w:p>
      <w:r>
        <w:rPr>
          <w:b/>
        </w:rPr>
        <w:t xml:space="preserve">3. </w:t>
      </w:r>
      <w:r>
        <w:t>совершенные организованной группой, - наказываются лишением свободы на срок от восьми до пятнадцати лет с ограничением свободы на срок до двух лет либо без такового. (В редакции Федерального закона от 27.12.2009 № 377-ФЗ) Примечания</w:t>
      </w:r>
    </w:p>
    <w:p>
      <w:r>
        <w:rPr>
          <w:b/>
        </w:rPr>
        <w:t xml:space="preserve">3. </w:t>
      </w:r>
      <w:r>
        <w:t>Лицо, впервые совершившее деяния, предусмотренные частью первой или пунктом "а" части второй настоящей статьи, добровольно освободившее потерпевшего и способствовавшее раскрытию совершенного преступления, освобождается от уголовной ответственности, если в его действиях не содержится иного состава преступления. (В редакции Федерального закона от 25.11.2008 № 218-ФЗ)</w:t>
      </w:r>
    </w:p>
    <w:p>
      <w:r>
        <w:rPr>
          <w:b/>
        </w:rPr>
        <w:t xml:space="preserve">3. </w:t>
      </w:r>
      <w:r>
        <w:t>Под эксплуатацией человека в настоящей статье понимаются использование занятия проституцией другими лицами и иные формы сексуальной эксплуатации, рабский труд (услуги), подневольное состояние. (В редакции Федерального закона от 21.07.2004 № 73-ФЗ) (Дополнение статьей - Федеральный закон от 08.12.2003 № 162-ФЗ)</w:t>
      </w:r>
    </w:p>
    <w:p>
      <w:r>
        <w:rPr>
          <w:b/>
        </w:rPr>
        <w:t>Статья 127.2. Использование рабского труда</w:t>
      </w:r>
    </w:p>
    <w:p>
      <w:r>
        <w:rPr>
          <w:b/>
        </w:rPr>
        <w:t xml:space="preserve">1. </w:t>
      </w:r>
      <w:r>
        <w:t>Использование труда человека, в отношении которого осуществляются полномочия, присущие праву собственности, в случае, если лицо по не зависящим от него причинам не может отказаться от выполнения работ (услуг), - наказывается принудительными работами на срок до пяти лет либо лишением свободы на тот же срок. (В редакции Федерального закона от 07.12.2011 № 420-ФЗ)</w:t>
      </w:r>
    </w:p>
    <w:p>
      <w:r>
        <w:rPr>
          <w:b/>
        </w:rPr>
        <w:t xml:space="preserve">2. </w:t>
      </w:r>
      <w:r>
        <w:t>То же деяние, совершенное:</w:t>
      </w:r>
    </w:p>
    <w:p>
      <w:r>
        <w:rPr>
          <w:b/>
        </w:rPr>
        <w:t xml:space="preserve">3. </w:t>
      </w:r>
      <w:r>
        <w:t>Деяния, предусмотренные частями первой или второй настоящей статьи, повлекшие по неосторожности смерть, причинение тяжкого вреда здоровью потерпевшего или иные тяжкие последствия либо совершенные организованной группой, - наказываются лишением свободы на срок от восьми до пятнадцати лет с ограничением свободы на срок до одного года либо без такового. (В редакции Федерального закона от 27.12.2009 № 377-ФЗ) (Дополнение статьей - Федеральный закон от 08.12.2003 № 162-ФЗ)</w:t>
      </w:r>
    </w:p>
    <w:p>
      <w:r>
        <w:rPr>
          <w:b/>
        </w:rPr>
        <w:t xml:space="preserve">2. </w:t>
      </w:r>
      <w:r>
        <w:t>в отношении двух или более лиц</w:t>
      </w:r>
    </w:p>
    <w:p>
      <w:r>
        <w:rPr>
          <w:b/>
        </w:rPr>
        <w:t xml:space="preserve">2. </w:t>
      </w:r>
      <w:r>
        <w:t>в отношении несовершеннолетнего; (В редакции Федерального закона от 29.02.2012 № 14-ФЗ)</w:t>
      </w:r>
    </w:p>
    <w:p>
      <w:r>
        <w:rPr>
          <w:b/>
        </w:rPr>
        <w:t xml:space="preserve">2. </w:t>
      </w:r>
      <w:r>
        <w:t>лицом с использованием своего служебного положения</w:t>
      </w:r>
    </w:p>
    <w:p>
      <w:r>
        <w:rPr>
          <w:b/>
        </w:rPr>
        <w:t xml:space="preserve">2. </w:t>
      </w:r>
      <w:r>
        <w:t>с применением шантажа, насилия или с угрозой его применения</w:t>
      </w:r>
    </w:p>
    <w:p>
      <w:r>
        <w:rPr>
          <w:b/>
        </w:rPr>
        <w:t xml:space="preserve">2. </w:t>
      </w:r>
      <w:r>
        <w:t>с изъятием, сокрытием либо уничтожением документов, удостоверяющих личность потерпевшего; (В редакции Федерального закона от 08.08.2024 № 218-ФЗ)</w:t>
      </w:r>
    </w:p>
    <w:p>
      <w:r>
        <w:rPr>
          <w:b/>
        </w:rPr>
        <w:t xml:space="preserve">2. </w:t>
      </w:r>
      <w:r>
        <w:t>с публичной демонстрацией, в том числе в средствах массовой информации или информационно-телекоммуникационных сетях (включая сеть "Интернет"), - (Дополнение пунктом - Федеральный закон от 08.08.2024 № 218-ФЗ) наказывается принудительными работами на срок до пяти лет либо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 (В редакции Федерального закона от 29.02.2012 № 14-ФЗ)</w:t>
      </w:r>
    </w:p>
    <w:p>
      <w:r>
        <w:rPr>
          <w:b/>
        </w:rPr>
        <w:t>Статья 128. Незаконная госпитализация в медицинскую организацию, оказывающую психиатрическую помощь в стационарных условиях</w:t>
      </w:r>
    </w:p>
    <w:p>
      <w:r>
        <w:t>(Наименование в редакции Федерального закона от 25.11.2013 № 317-ФЗ)</w:t>
      </w:r>
    </w:p>
    <w:p>
      <w:r>
        <w:rPr>
          <w:b/>
        </w:rPr>
        <w:t xml:space="preserve">1. </w:t>
      </w:r>
      <w:r>
        <w:t>Незаконная госпитализация лица в медицинскую организацию, оказывающую психиатрическую помощь в стационарных условиях, - (В редакции Федерального закона от 25.11.2013 № 317-ФЗ) наказывается ограничением свободы на срок до трех лет, либо принудительными работами на срок до трех лет, либо лишением свободы на тот же срок. (В редакции Федерального закона от 07.12.2011 № 420-ФЗ)</w:t>
      </w:r>
    </w:p>
    <w:p>
      <w:r>
        <w:rPr>
          <w:b/>
        </w:rPr>
        <w:t xml:space="preserve">2. </w:t>
      </w:r>
      <w:r>
        <w:t>То же деяние, если оно совершено лицом с использованием своего служебного положения либо повлекло по неосторожности смерть потерпевшего или иные тяжкие последствия, -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 (В редакции Федерального закона от 07.12.2011 № 420-ФЗ)</w:t>
      </w:r>
    </w:p>
    <w:p>
      <w:r>
        <w:rPr>
          <w:b/>
        </w:rPr>
        <w:t>Статья 128.1. Клевета</w:t>
      </w:r>
    </w:p>
    <w:p>
      <w:r>
        <w:rPr>
          <w:b/>
        </w:rPr>
        <w:t xml:space="preserve">1. </w:t>
      </w:r>
      <w:r>
        <w:t>Клевета, то есть распространение заведомо ложных сведений, порочащих честь и достоинство другого лица или подрывающих его репутацию, - наказывается штрафом в размере до пятисот тысяч рублей или в размере заработной платы или иного дохода осужденного за период до шести месяцев либо обязательными работами на срок до ста шестидесяти часов</w:t>
      </w:r>
    </w:p>
    <w:p>
      <w:r>
        <w:rPr>
          <w:b/>
        </w:rPr>
        <w:t xml:space="preserve">2. </w:t>
      </w:r>
      <w:r>
        <w:t>Клевета, содержащаяся в публичном выступлении, публично демонстрирующемся произведении, средствах массовой информации либо совершенная публично с использованием информационно-телекоммуникационных сетей, включая сеть "Интернет", либо в отношении нескольких лиц, в том числе индивидуально не определенных, - наказывается штрафом в размере до одного миллиона рублей или в размере заработной платы или иного дохода осужденного за период до одного года, либо обязательными работами на срок до двухсот сорока часов, либо принудительными работами на срок до двух лет, либо арестом на срок до двух месяцев, либо лишением свободы на срок до двух лет</w:t>
      </w:r>
    </w:p>
    <w:p>
      <w:r>
        <w:rPr>
          <w:b/>
        </w:rPr>
        <w:t xml:space="preserve">3. </w:t>
      </w:r>
      <w:r>
        <w:t>Клевета, совершенная с использованием своего служебного положения, - наказывается штрафом в размере до двух миллионов рублей или в размере заработной платы или иного дохода осужденного за период до двух лет, либо обязательными работами на срок до трехсот двадцати часов, либо принудительными работами на срок до трех лет, либо арестом на срок до четырех месяцев, либо лишением свободы на срок до трех лет</w:t>
      </w:r>
    </w:p>
    <w:p>
      <w:r>
        <w:rPr>
          <w:b/>
        </w:rPr>
        <w:t xml:space="preserve">4. </w:t>
      </w:r>
      <w:r>
        <w:t>Клевета о том, что лицо страдает заболеванием, представляющим опасность для окружающих, - наказывается штрафом в размере до трех миллионов рублей или в размере заработной платы или иного дохода осужденного за период до трех лет, либо обязательными работами на срок до четырехсот часов, либо принудительными работами на срок до четырех лет, либо арестом на срок от трех до шести месяцев, либо лишением свободы на срок до четырех лет</w:t>
      </w:r>
    </w:p>
    <w:p>
      <w:r>
        <w:rPr>
          <w:b/>
        </w:rPr>
        <w:t xml:space="preserve">5. </w:t>
      </w:r>
      <w:r>
        <w:t>Клевета, соединенная с обвинением лица в совершении преступления против половой неприкосновенности и половой свободы личности либо тяжкого или особо тяжкого преступления, - наказывается штрафом в размере до пяти миллионов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 либо принудительными работами на срок до пяти лет, либо арестом на срок от четырех до шести месяцев, либо лишением свободы на срок до пяти лет. (Дополнение статьей - Федеральный закон от 28.07.2012 № 141-ФЗ) (В редакции Федерального закона от 30.12.2020 № 538-ФЗ)</w:t>
      </w:r>
    </w:p>
    <w:p>
      <w:r>
        <w:rPr>
          <w:b/>
        </w:rPr>
        <w:t>Статья 129</w:t>
      </w:r>
    </w:p>
    <w:p>
      <w:r>
        <w:t>(Статья утратила силу - Федеральный закон от 07.12.2011 № 420-ФЗ)</w:t>
      </w:r>
    </w:p>
    <w:p>
      <w:r>
        <w:rPr>
          <w:b/>
        </w:rPr>
        <w:t>Статья 130</w:t>
      </w:r>
    </w:p>
    <w:p>
      <w:r>
        <w:t>(Статья утратила силу - Федеральный закон от 07.12.2011 № 420-ФЗ)</w:t>
      </w:r>
    </w:p>
    <w:p>
      <w:pPr>
        <w:pStyle w:val="Heading3"/>
      </w:pPr>
      <w:r>
        <w:t>ПРЕСТУПЛЕНИЯ ПРОТИВ ПОЛОВОЙ НЕПРИКОСНОВЕННОСТИ И ПОЛОВОЙ СВОБОДЫ ЛИЧНОСТИ</w:t>
      </w:r>
    </w:p>
    <w:p>
      <w:r>
        <w:rPr>
          <w:b/>
        </w:rPr>
        <w:t>Статья 131. Изнасилование</w:t>
      </w:r>
    </w:p>
    <w:p>
      <w:r>
        <w:rPr>
          <w:b/>
        </w:rPr>
        <w:t xml:space="preserve">1. </w:t>
      </w:r>
      <w:r>
        <w:t>Изнасилование, то есть половое сношение с применением насилия или с угрозой его применения к потерпевшей или к другим лицам либо с использованием беспомощного состояния потерпевшей, - наказывается лишением свободы на срок от трех до шести лет</w:t>
      </w:r>
    </w:p>
    <w:p>
      <w:r>
        <w:rPr>
          <w:b/>
        </w:rPr>
        <w:t xml:space="preserve">2. </w:t>
      </w:r>
      <w:r>
        <w:t>Изнасилование:</w:t>
      </w:r>
    </w:p>
    <w:p>
      <w:r>
        <w:rPr>
          <w:b/>
        </w:rPr>
        <w:t xml:space="preserve">3. </w:t>
      </w:r>
      <w:r>
        <w:t>Изнасилование:</w:t>
      </w:r>
    </w:p>
    <w:p>
      <w:r>
        <w:rPr>
          <w:b/>
        </w:rPr>
        <w:t xml:space="preserve">4. </w:t>
      </w:r>
      <w:r>
        <w:t>Изнасилование:</w:t>
      </w:r>
    </w:p>
    <w:p>
      <w:r>
        <w:rPr>
          <w:b/>
        </w:rPr>
        <w:t xml:space="preserve">5. </w:t>
      </w:r>
      <w:r>
        <w:t>Деяния, предусмотренные пунктом "а" части третьей и пунктом "б" части четвертой настоящей статьи, если они:</w:t>
      </w:r>
    </w:p>
    <w:p>
      <w:r>
        <w:rPr>
          <w:b/>
        </w:rPr>
        <w:t xml:space="preserve">2. </w:t>
      </w:r>
      <w:r>
        <w:t>совершенное группой лиц, группой лиц по предварительному сговору или организованной группой</w:t>
      </w:r>
    </w:p>
    <w:p>
      <w:r>
        <w:rPr>
          <w:b/>
        </w:rPr>
        <w:t xml:space="preserve">2. </w:t>
      </w:r>
      <w:r>
        <w:t>соединенное с угрозой убийством или причинением тяжкого вреда здоровью, а также совершенное с особой жестокостью по отношению к потерпевшей или к другим лицам</w:t>
      </w:r>
    </w:p>
    <w:p>
      <w:r>
        <w:rPr>
          <w:b/>
        </w:rPr>
        <w:t xml:space="preserve">2. </w:t>
      </w:r>
      <w:r>
        <w:t>повлекшее заражение потерпевшей венерическим заболеванием, - наказывается лишением свободы на срок от четырех до десяти лет с ограничением свободы на срок до двух лет либо без такового. (В редакции Федерального закона от 27.12.2009 № 377-ФЗ)</w:t>
      </w:r>
    </w:p>
    <w:p>
      <w:r>
        <w:rPr>
          <w:b/>
        </w:rPr>
        <w:t xml:space="preserve">3. </w:t>
      </w:r>
      <w:r>
        <w:t>несовершеннолетней</w:t>
      </w:r>
    </w:p>
    <w:p>
      <w:r>
        <w:rPr>
          <w:b/>
        </w:rPr>
        <w:t xml:space="preserve">3. </w:t>
      </w:r>
      <w:r>
        <w:t>повлекшее по неосторожности причинение тяжкого вреда здоровью потерпевшей, заражение ее ВИЧ-инфекцией или иные тяжкие последствия, - наказывается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(В редакции Федерального закона от 27.12.2009 № 377-ФЗ)</w:t>
      </w:r>
    </w:p>
    <w:p>
      <w:r>
        <w:rPr>
          <w:b/>
        </w:rPr>
        <w:t xml:space="preserve">4. </w:t>
      </w:r>
      <w:r>
        <w:t>повлекшее по неосторожности смерть потерпевшей</w:t>
      </w:r>
    </w:p>
    <w:p>
      <w:r>
        <w:rPr>
          <w:b/>
        </w:rPr>
        <w:t xml:space="preserve">4. </w:t>
      </w:r>
      <w:r>
        <w:t>потерпевшей, не достигшей четырнадцатилетнего возраста, - наказывается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(В редакции Федерального закона от 27.12.2009 № 377-ФЗ)</w:t>
      </w:r>
    </w:p>
    <w:p>
      <w:r>
        <w:rPr>
          <w:b/>
        </w:rPr>
        <w:t xml:space="preserve">5. </w:t>
      </w:r>
      <w:r>
        <w:t>совершены лицом, имеющим судимость за ранее совершенное преступление против половой неприкосновенности несовершеннолетнего</w:t>
      </w:r>
    </w:p>
    <w:p>
      <w:r>
        <w:rPr>
          <w:b/>
        </w:rPr>
        <w:t xml:space="preserve">5. </w:t>
      </w:r>
      <w:r>
        <w:t>совершены в отношении двух или более несовершеннолетних</w:t>
      </w:r>
    </w:p>
    <w:p>
      <w:r>
        <w:rPr>
          <w:b/>
        </w:rPr>
        <w:t xml:space="preserve">5. </w:t>
      </w:r>
      <w:r>
        <w:t>сопряжены с совершением другого тяжкого или особо тяжкого преступления против личности, за исключением случаев, предусмотренных пунктом "к" части второй статьи 105 настоящего Кодекса, - 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либо пожизненным лишением свободы. (Дополнение частью - Федеральный закон от 29.02.2012 № 14-ФЗ) (В редакции Федерального закона от 28.01.2022 № 3-ФЗ) Примечание. К преступлениям, предусмотренным пунктом "б" части четвертой настоящей статьи, а также пунктом "б" части четвертой статьи 132 настоящего Кодекса, относятся также деяния, подпадающие под признаки преступлений, предусмотренных частями третьей - пятой статьи 134 и частями второй - четвертой статьи 135 настоящего Кодекса, совершенные в отношении лица, не достигшего двенадцатилетнего возраста, поскольку такое лицо в силу возраста находится в беспомощном состоянии, то есть не может понимать характер и значение совершаемых с ним действий. (Дополнение примечанием - Федеральный закон от 29.02.2012 № 14-ФЗ) (Статья в редакции Федерального закона от 27.07.2009 № 215-ФЗ)</w:t>
      </w:r>
    </w:p>
    <w:p>
      <w:r>
        <w:rPr>
          <w:b/>
        </w:rPr>
        <w:t>Статья 132. Насильственные действия сексуального характера</w:t>
      </w:r>
    </w:p>
    <w:p>
      <w:r>
        <w:rPr>
          <w:b/>
        </w:rPr>
        <w:t xml:space="preserve">1. </w:t>
      </w:r>
      <w:r>
        <w:t>Мужеложство, лесбиянство или иные действия сексуального характера с применением насилия или с угрозой его применения к потерпевшему (потерпевшей) или к другим лицам либо с использованием беспомощного состояния потерпевшего (потерпевшей) - наказываются лишением свободы на срок от трех до шести лет</w:t>
      </w:r>
    </w:p>
    <w:p>
      <w:r>
        <w:rPr>
          <w:b/>
        </w:rPr>
        <w:t xml:space="preserve">2. </w:t>
      </w:r>
      <w:r>
        <w:t>Те же деяния:</w:t>
      </w:r>
    </w:p>
    <w:p>
      <w:r>
        <w:rPr>
          <w:b/>
        </w:rPr>
        <w:t xml:space="preserve">3. </w:t>
      </w:r>
      <w:r>
        <w:t>Деяния, предусмотренные частями первой или второй настоящей статьи, если они:</w:t>
      </w:r>
    </w:p>
    <w:p>
      <w:r>
        <w:rPr>
          <w:b/>
        </w:rPr>
        <w:t xml:space="preserve">4. </w:t>
      </w:r>
      <w:r>
        <w:t>Деяния, предусмотренные частями первой или второй настоящей статьи, если они:</w:t>
      </w:r>
    </w:p>
    <w:p>
      <w:r>
        <w:rPr>
          <w:b/>
        </w:rPr>
        <w:t xml:space="preserve">5. </w:t>
      </w:r>
      <w:r>
        <w:t>Деяния, предусмотренные пунктом "а" части третьей и пунктом "б" части четвертой настоящей статьи, если они:</w:t>
      </w:r>
    </w:p>
    <w:p>
      <w:r>
        <w:rPr>
          <w:b/>
        </w:rPr>
        <w:t xml:space="preserve">2. </w:t>
      </w:r>
      <w:r>
        <w:t>совершенные группой лиц, группой лиц по предварительному сговору или организованной группой</w:t>
      </w:r>
    </w:p>
    <w:p>
      <w:r>
        <w:rPr>
          <w:b/>
        </w:rPr>
        <w:t xml:space="preserve">2. </w:t>
      </w:r>
      <w:r>
        <w:t>соединенные с угрозой убийством или причинением тяжкого вреда здоровью, а также совершенные с особой жестокостью по отношению к потерпевшему (потерпевшей) или к другим лицам</w:t>
      </w:r>
    </w:p>
    <w:p>
      <w:r>
        <w:rPr>
          <w:b/>
        </w:rPr>
        <w:t xml:space="preserve">2. </w:t>
      </w:r>
      <w:r>
        <w:t>повлекшие заражение потерпевшего (потерпевшей) венерическим заболеванием, - наказываются лишением свободы на срок от четырех до десяти лет с ограничением свободы на срок до двух лет либо без такового. (В редакции Федерального закона от 27.12.2009 № 377-ФЗ)</w:t>
      </w:r>
    </w:p>
    <w:p>
      <w:r>
        <w:rPr>
          <w:b/>
        </w:rPr>
        <w:t xml:space="preserve">3. </w:t>
      </w:r>
      <w:r>
        <w:t>совершены в отношении несовершеннолетнего (несовершеннолетней)</w:t>
      </w:r>
    </w:p>
    <w:p>
      <w:r>
        <w:rPr>
          <w:b/>
        </w:rPr>
        <w:t xml:space="preserve">3. </w:t>
      </w:r>
      <w:r>
        <w:t>повлекли по неосторожности причинение тяжкого вреда здоровью потерпевшего (потерпевшей), заражение его (ее) ВИЧ-инфекцией или иные тяжкие последствия, - наказываются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(В редакции Федерального закона от 27.12.2009 № 377-ФЗ)</w:t>
      </w:r>
    </w:p>
    <w:p>
      <w:r>
        <w:rPr>
          <w:b/>
        </w:rPr>
        <w:t xml:space="preserve">4. </w:t>
      </w:r>
      <w:r>
        <w:t>повлекли по неосторожности смерть потерпевшего (потерпевшей)</w:t>
      </w:r>
    </w:p>
    <w:p>
      <w:r>
        <w:rPr>
          <w:b/>
        </w:rPr>
        <w:t xml:space="preserve">4. </w:t>
      </w:r>
      <w:r>
        <w:t>совершены в отношении лица, не достигшего четырнадцатилетнего возраста, - наказываются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(В редакции Федерального закона от 27.12.2009 № 377-ФЗ)</w:t>
      </w:r>
    </w:p>
    <w:p>
      <w:r>
        <w:rPr>
          <w:b/>
        </w:rPr>
        <w:t xml:space="preserve">5. </w:t>
      </w:r>
      <w:r>
        <w:t>совершены лицом, имеющим судимость за ранее совершенное преступление против половой неприкосновенности несовершеннолетнего</w:t>
      </w:r>
    </w:p>
    <w:p>
      <w:r>
        <w:rPr>
          <w:b/>
        </w:rPr>
        <w:t xml:space="preserve">5. </w:t>
      </w:r>
      <w:r>
        <w:t>совершены в отношении двух или более несовершеннолетних</w:t>
      </w:r>
    </w:p>
    <w:p>
      <w:r>
        <w:rPr>
          <w:b/>
        </w:rPr>
        <w:t xml:space="preserve">5. </w:t>
      </w:r>
      <w:r>
        <w:t>сопряжены с совершением другого тяжкого или особо тяжкого преступления против личности, за исключением случаев, предусмотренных пунктом "к" части второй статьи 105 настоящего Кодекса, - 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либо пожизненным лишением свободы. (Дополнение частью - Федеральный закон от 29.02.2012 № 14-ФЗ) (В редакции Федерального закона от 28.01.2022 № 3-ФЗ) (Статья в редакции Федерального закона от 27.07.2009 № 215-ФЗ)</w:t>
      </w:r>
    </w:p>
    <w:p>
      <w:r>
        <w:rPr>
          <w:b/>
        </w:rPr>
        <w:t>Статья 133. Понуждение к действиям сексуального характера</w:t>
      </w:r>
    </w:p>
    <w:p>
      <w:r>
        <w:rPr>
          <w:b/>
        </w:rPr>
        <w:t xml:space="preserve">1. </w:t>
      </w:r>
      <w:r>
        <w:t>Понуждение лица к половому сношению, мужеложству, лесбиянству или совершению иных действий сексуального характера путем шантажа, угрозы уничтожением, повреждением или изъятием имущества либо с использованием материальной или иной зависимости потерпевшего (потерпевшей) - (В редакции Федерального закона от 29.02.2012 № 14-ФЗ)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одного года, либо лишением свободы на тот же срок. (В редакции Федерального закона от 07.12.2011 № 420-ФЗ)</w:t>
      </w:r>
    </w:p>
    <w:p>
      <w:r>
        <w:rPr>
          <w:b/>
        </w:rPr>
        <w:t xml:space="preserve">2. </w:t>
      </w:r>
      <w:r>
        <w:t>То же деяние, совершенное в отношении несовершеннолетнего (несовершеннолетней), -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(Дополнение частью - Федеральный закон от 29.02.2012 № 14-ФЗ)</w:t>
      </w:r>
    </w:p>
    <w:p>
      <w:r>
        <w:rPr>
          <w:b/>
        </w:rPr>
        <w:t xml:space="preserve">3. </w:t>
      </w:r>
      <w:r>
        <w:t>Деяние, предусмотренное частью второй настоящей статьи, если оно совершено:</w:t>
      </w:r>
    </w:p>
    <w:p>
      <w:r>
        <w:rPr>
          <w:b/>
        </w:rPr>
        <w:t xml:space="preserve">3. </w:t>
      </w:r>
      <w:r>
        <w:t>группой лиц по предварительному сговору или организованной группой</w:t>
      </w:r>
    </w:p>
    <w:p>
      <w:r>
        <w:rPr>
          <w:b/>
        </w:rPr>
        <w:t xml:space="preserve">3. </w:t>
      </w:r>
      <w:r>
        <w:t>с использованием средств массовой информации либо информационно-телекоммуникационных сетей, в том числе сети "Интернет"</w:t>
      </w:r>
    </w:p>
    <w:p>
      <w:r>
        <w:rPr>
          <w:b/>
        </w:rPr>
        <w:t xml:space="preserve">3. </w:t>
      </w:r>
      <w:r>
        <w:t>лицом, имеющим судимость за ранее совершенное преступление против половой неприкосновенности несовершеннолетнего, - наказывается лишением свободы на срок до шести лет с лишением права занимать определенные должности или заниматься определенной деятельностью на срок до десяти лет или без такового. (Дополнение частью - Федеральный закон от 06.03.2022 № 38-ФЗ)</w:t>
      </w:r>
    </w:p>
    <w:p>
      <w:r>
        <w:rPr>
          <w:b/>
        </w:rPr>
        <w:t>Статья 134. Половое сношение и иные действия сексуального характера с лицом, не достигшим шестнадцатилетнего возраста</w:t>
      </w:r>
    </w:p>
    <w:p>
      <w:r>
        <w:rPr>
          <w:b/>
        </w:rPr>
        <w:t xml:space="preserve">1. </w:t>
      </w:r>
      <w:r>
        <w:t>Половое сношение с лицом, не достигшим шестнадцатилетнего возраста, совершенное лицом, достигшим восемнадцатилетнего возраста, - (В редакции Федерального закона от 28.12.2013 № 380-ФЗ) наказывается обязательными работами на срок до четырехсот восьмидесяти часов, либо ограничением свободы на срок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десяти лет или без такового</w:t>
      </w:r>
    </w:p>
    <w:p>
      <w:r>
        <w:rPr>
          <w:b/>
        </w:rPr>
        <w:t xml:space="preserve">2. </w:t>
      </w:r>
      <w:r>
        <w:t>Мужеложство или лесбиянство с лицом, не достигшим шестнадцатилетнего возраста, совершенные лицом, достигшим восемнадцатилетнего возраста, - (В редакции Федерального закона от 28.12.2013 № 380-ФЗ)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до десяти лет или без такового</w:t>
      </w:r>
    </w:p>
    <w:p>
      <w:r>
        <w:rPr>
          <w:b/>
        </w:rPr>
        <w:t xml:space="preserve">3. </w:t>
      </w:r>
      <w:r>
        <w:t>Деяния, предусмотренные частями первой или второй настоящей статьи, совершенные с лицом, достигшим двенадцатилетнего возраста, но не достигшим четырнадцатилетнего возраста, - 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или без такового и с ограничением свободы на срок до двух лет либо без такового</w:t>
      </w:r>
    </w:p>
    <w:p>
      <w:r>
        <w:rPr>
          <w:b/>
        </w:rPr>
        <w:t xml:space="preserve">4. </w:t>
      </w:r>
      <w:r>
        <w:t>Деяния, предусмотренные частями первой, второй или третьей настоящей статьи, совершенные в отношении двух или более лиц, - наказываются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либо без такового</w:t>
      </w:r>
    </w:p>
    <w:p>
      <w:r>
        <w:rPr>
          <w:b/>
        </w:rPr>
        <w:t xml:space="preserve">5. </w:t>
      </w:r>
      <w:r>
        <w:t>Деяния, предусмотренные частями первой, второй, третьей или четвертой настоящей статьи, совершенные группой лиц, группой лиц по предварительному сговору или организованной группой, - наказываются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w:t>
      </w:r>
    </w:p>
    <w:p>
      <w:r>
        <w:rPr>
          <w:b/>
        </w:rPr>
        <w:t xml:space="preserve">6. </w:t>
      </w:r>
      <w:r>
        <w:t>Деяния, предусмотренные частью третьей настоящей статьи, совершенные лицом, имеющим судимость за ранее совершенное преступление против половой неприкосновенности несовершеннолетнего, - 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до двадцати лет либо пожизненным лишением свободы. Примечания</w:t>
      </w:r>
    </w:p>
    <w:p>
      <w:r>
        <w:rPr>
          <w:b/>
        </w:rPr>
        <w:t xml:space="preserve">1. </w:t>
      </w:r>
      <w:r>
        <w:t>Лицо, впервые совершившее преступление, предусмотренное частью первой настоящей статьи, освобождается судом от наказания, если будет установлено, что это лицо и совершенное им преступление перестали быть общественно опасными в связи со вступлением в брак с потерпевшей (потерпевшим)</w:t>
      </w:r>
    </w:p>
    <w:p>
      <w:r>
        <w:rPr>
          <w:b/>
        </w:rPr>
        <w:t xml:space="preserve">2. </w:t>
      </w:r>
      <w:r>
        <w:t>В случае, если разница в возрасте между потерпевшей (потерпевшим) и подсудимым (подсудимой) составляет менее четырех лет, к последнему не применяется наказание в виде лишения свободы за совершенное деяние, предусмотренное частью первой настоящей статьи или частью первой статьи 135 настоящего Кодекса. (Статья в редакции Федерального закона от 29.02.2012 № 14-ФЗ)</w:t>
      </w:r>
    </w:p>
    <w:p>
      <w:r>
        <w:rPr>
          <w:b/>
        </w:rPr>
        <w:t>Статья 135. Развратные действия</w:t>
      </w:r>
    </w:p>
    <w:p>
      <w:r>
        <w:rPr>
          <w:b/>
        </w:rPr>
        <w:t xml:space="preserve">1. </w:t>
      </w:r>
      <w:r>
        <w:t>Совершение развратных действий без применения насилия лицом, достигшим восемнадцатилетнего возраста, в отношении лица, не достигшего шестнадцатилетнего возраста, - (В редакции федеральных законов от 29.02.2012 № 14-ФЗ; от 28.12.2013 № 380-ФЗ) наказывается обязательными работами на срок до четырехсот сорока часов, либо ограничением свободы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десяти лет или без такового. (В редакции Федерального закона от 29.02.2012 № 14-ФЗ)</w:t>
      </w:r>
    </w:p>
    <w:p>
      <w:r>
        <w:rPr>
          <w:b/>
        </w:rPr>
        <w:t xml:space="preserve">2. </w:t>
      </w:r>
      <w:r>
        <w:t>То же деяние, совершенное в отношении лица, достигшего двенадцатилетнего возраста, но не достигшего четырнадцатилетнего возраста, - (В редакции Федерального закона от 29.02.2012 № 14-ФЗ) наказывается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пятнадцати лет или без такового и с ограничением свободы на срок до двух лет либо без такового. (В редакции федеральных законов от 27.12.2009 № 377-ФЗ; от 29.02.2012 № 14-ФЗ)</w:t>
      </w:r>
    </w:p>
    <w:p>
      <w:r>
        <w:rPr>
          <w:b/>
        </w:rPr>
        <w:t xml:space="preserve">3. </w:t>
      </w:r>
      <w:r>
        <w:t>Деяния, предусмотренные частями первой или второй настоящей статьи, совершенные в отношении двух или более лиц, - наказываются лишением свободы на срок от пяти до двенадцати лет с лишением права занимать определенные должности или заниматься определенной деятельностью на срок до двадцати лет либо без такового. (Часть в редакции Федерального закона от 29.02.2012 № 14-ФЗ)</w:t>
      </w:r>
    </w:p>
    <w:p>
      <w:r>
        <w:rPr>
          <w:b/>
        </w:rPr>
        <w:t xml:space="preserve">4. </w:t>
      </w:r>
      <w:r>
        <w:t>Деяния, предусмотренные частями первой, второй или третьей настоящей статьи, совершенные группой лиц по предварительному сговору или организованной группой, - (В редакции Федерального закона от 29.02.2012 № 14-ФЗ) наказываются лишением свободы на срок от семи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 (В редакции Федерального закона от 27.12.2009 № 377-ФЗ)</w:t>
      </w:r>
    </w:p>
    <w:p>
      <w:r>
        <w:rPr>
          <w:b/>
        </w:rPr>
        <w:t xml:space="preserve">5. </w:t>
      </w:r>
      <w:r>
        <w:t>Деяние, предусмотренное частью второй настоящей статьи, совершенное лицом, имеющим судимость за ранее совершенное преступление против половой неприкосновенности несовершеннолетнего, - наказывается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до двадцати лет. (Дополнение частью - Федеральный закон от 29.02.2012 № 14-ФЗ) (Статья в редакции Федерального закона от 27.07.2009 № 215-ФЗ)</w:t>
      </w:r>
    </w:p>
    <w:p>
      <w:pPr>
        <w:pStyle w:val="Heading3"/>
      </w:pPr>
      <w:r>
        <w:t>ПРЕСТУПЛЕНИЯ ПРОТИВ КОНСТИТУЦИОННЫХ ПРАВ И СВОБОД ЧЕЛОВЕКА И ГРАЖДАНИНА</w:t>
      </w:r>
    </w:p>
    <w:p>
      <w:r>
        <w:rPr>
          <w:b/>
        </w:rPr>
        <w:t>Статья 136. Нарушение равенства прав и свобод человека и гражданина</w:t>
      </w:r>
    </w:p>
    <w:p>
      <w:r>
        <w:t>Дискриминация, то есть нарушение прав, свобод и законных интересов человека и гражданина в зависимости от его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или каким-либо социальным группам, совершенное лицом с использованием своего служебного положения,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 (Статья в редакции Федерального закона от 07.12.2011 № 420-ФЗ)</w:t>
      </w:r>
    </w:p>
    <w:p>
      <w:r>
        <w:rPr>
          <w:b/>
        </w:rPr>
        <w:t>Статья 137. Нарушение неприкосновенности частной жизни</w:t>
      </w:r>
    </w:p>
    <w:p>
      <w:r>
        <w:rPr>
          <w:b/>
        </w:rPr>
        <w:t xml:space="preserve">1. </w:t>
      </w:r>
      <w:r>
        <w:t>Незаконное собирание или распространение сведений о частной жизни лица, составляющих его личную или семейную тайну, без его согласия либо распространение этих сведений в публичном выступлении, публично демонстрирующемся произведении или средствах массовой информации, за исключением случаев, предусмотренных статьей 2721 настоящего Кодекса, - (В редакции федеральных законов от 08.12.2003 № 162-ФЗ, от 30.11.2024 № 421-ФЗ)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четырех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(В редакции Федерального закона от 07.12.2011 № 420-ФЗ)</w:t>
      </w:r>
    </w:p>
    <w:p>
      <w:r>
        <w:rPr>
          <w:b/>
        </w:rPr>
        <w:t xml:space="preserve">2. </w:t>
      </w:r>
      <w:r>
        <w:t>Те же деяния, совершенные лицом с использованием своего служебного положения,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либо арестом на срок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 (В редакции федеральных законов от 08.12.2003 № 162-ФЗ; от 22.12.2008 № 272-ФЗ; от 07.03.2011 № 26-ФЗ; от 07.12.2011 № 420-ФЗ)</w:t>
      </w:r>
    </w:p>
    <w:p>
      <w:r>
        <w:rPr>
          <w:b/>
        </w:rPr>
        <w:t xml:space="preserve">3. </w:t>
      </w:r>
      <w:r>
        <w:t>Незаконное распространение в публичном выступлении, публично демонстрирующемся произведении, средствах массовой информации или информационно-телекоммуникационных сетях информации, указывающей на личность несовершеннолетнего потерпевшего, не достигшего шестнадцатилетнего возраста, по уголовному делу, либо информации, содержащей описание полученных им в связи с преступлением физических или нравственных страданий, повлекшее причинение вреда здоровью несовершеннолетнего, или психическое расстройство несовершеннолетнего, или иные тяжкие последствия, - наказывается штрафом в размере от ста пятидесяти тысяч до трехсот пятидесяти тысяч рублей или в размере заработной платы или иного дохода осужденного за период от восемнадцати месяцев до трех лет, либо лишением права занимать определенные должности или заниматься определенной деятельностью на срок от трех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шести лет или без такового, либо арестом на срок до шести месяцев, либо лишением свободы на срок до пяти лет с лишением права занимать определенные должности или заниматься определенной деятельностью на срок до шести лет. (Дополнение частью - Федеральный закон от 28.12.2013 № 432-ФЗ)</w:t>
      </w:r>
    </w:p>
    <w:p>
      <w:r>
        <w:rPr>
          <w:b/>
        </w:rPr>
        <w:t>Статья 138. Нарушение тайны переписки, телефонных переговоров, почтовых, телеграфных или иных сообщений</w:t>
      </w:r>
    </w:p>
    <w:p>
      <w:r>
        <w:rPr>
          <w:b/>
        </w:rPr>
        <w:t xml:space="preserve">1. </w:t>
      </w:r>
      <w:r>
        <w:t>Нарушение тайны переписки, телефонных переговоров, почтовых, телеграфных или иных сообщений граждан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(В редакции федеральных законов от 08.12.2003 № 162-ФЗ; от 07.12.2011 № 420-ФЗ)</w:t>
      </w:r>
    </w:p>
    <w:p>
      <w:r>
        <w:rPr>
          <w:b/>
        </w:rPr>
        <w:t xml:space="preserve">2. </w:t>
      </w:r>
      <w:r>
        <w:t>То же деяние, совершенное лицом с использованием своего служебного положения, - (В редакции Федерального закона от 07.12.2011 № 420-ФЗ)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от двух до пяти лет, либо обязательными работами на срок до четырехсот восьмидесяти часов, либо принудительными работами на срок до четырех лет, либо арестом на срок до четырех месяцев, либо лишением свободы на срок до четырех лет. (В редакции Федерального закона от 07.12.2011 № 420-ФЗ)</w:t>
      </w:r>
    </w:p>
    <w:p>
      <w:r>
        <w:rPr>
          <w:b/>
        </w:rPr>
        <w:t xml:space="preserve">3. </w:t>
      </w:r>
      <w:r>
        <w:t>(Часть утратила силу - Федеральный закон от 07.12.2011 № 420-ФЗ)</w:t>
      </w:r>
    </w:p>
    <w:p>
      <w:r>
        <w:rPr>
          <w:b/>
        </w:rPr>
        <w:t>Статья 138.1. Незаконный оборот специальных технических средств, предназначенных для негласного получения информации</w:t>
      </w:r>
    </w:p>
    <w:p>
      <w:r>
        <w:t>Незаконные производство, приобретение и (или) сбыт специальных технических средств, предназначенных для негласного получения информации, -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ограничением свободы на срок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Примечания.</w:t>
      </w:r>
    </w:p>
    <w:p>
      <w:r>
        <w:rPr>
          <w:b/>
        </w:rPr>
        <w:t xml:space="preserve">1. </w:t>
      </w:r>
      <w:r>
        <w:t>Под специальными техническими средствами, предназначенными для негласного получения информации, в настоящем Кодексе понимаются приборы, системы, комплексы, устройства, специальные инструменты для проникновения в помещения и (или) на другие объекты и программное обеспечение для электронных вычислительных машин и других электронных устройств для доступа к информации и (или) получения информации с технических средств ее хранения, обработки и (или) передачи, которым намеренно приданы свойства для обеспечения функции скрытого получения информации либо доступа к ней без ведома ее обладателя</w:t>
      </w:r>
    </w:p>
    <w:p>
      <w:r>
        <w:rPr>
          <w:b/>
        </w:rPr>
        <w:t xml:space="preserve">2. </w:t>
      </w:r>
      <w:r>
        <w:t>К специальным техническим средствам, предназначенным для негласного получения информации, не относятся находящиеся в свободном обороте приборы, системы, комплексы, устройства, инструменты бытового назначения, обладающие функциями аудиозаписи, видеозаписи, фотофиксации и (или) геолокации, с открыто расположенными на них органами управления таким функционалом или элементами индикации, отображающими режимы их использования, или наличием на них маркировочных обозначений, указывающих на их функциональное назначение, и программное обеспечение с элементами индикации, отображающими режимы его использования и указывающими на его функциональное назначение, если им преднамеренно путем специальной технической доработки, программирования или иным способом не приданы новые свойства, позволяющие с их помощью получать и (или) накапливать информацию, составляющую личную, семейную, коммерческую или иную охраняемую законом тайну, без ведома ее обладателя. (Дополнение примечаниями - Федеральный закон от 02.08.2019 № 308-ФЗ) (Дополнение статьей - Федеральный закон от 07.12.2011 № 420-ФЗ)</w:t>
      </w:r>
    </w:p>
    <w:p>
      <w:r>
        <w:rPr>
          <w:b/>
        </w:rPr>
        <w:t>Статья 139. Нарушение неприкосновенности жилища</w:t>
      </w:r>
    </w:p>
    <w:p>
      <w:r>
        <w:rPr>
          <w:b/>
        </w:rPr>
        <w:t xml:space="preserve">1. </w:t>
      </w:r>
      <w:r>
        <w:t>Незаконное проникновение в жилище, совершенное против воли проживающего в нем лица, - 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 (В редакции федеральных законов от 08.12.2003 № 162-ФЗ; от 07.12.2011 № 420-ФЗ)</w:t>
      </w:r>
    </w:p>
    <w:p>
      <w:r>
        <w:rPr>
          <w:b/>
        </w:rPr>
        <w:t xml:space="preserve">2. </w:t>
      </w:r>
      <w:r>
        <w:t>То же деяние, совершенное с применением насилия или с угрозой его применения,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двух лет, либо принудительными работами на срок до двух лет, либо лишением свободы на тот же срок. (В редакции федеральных законов от 08.12.2003 № 162-ФЗ; от 07.03.2011 № 26-ФЗ; от 07.12.2011 № 420-ФЗ)</w:t>
      </w:r>
    </w:p>
    <w:p>
      <w:r>
        <w:rPr>
          <w:b/>
        </w:rPr>
        <w:t xml:space="preserve">3. </w:t>
      </w:r>
      <w:r>
        <w:t>Деяния, предусмотренные частями первой или второй настоящей статьи, совершенные лицом с использованием своего служебного положения,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арестом на срок до четырех месяцев, либо лишением свободы на срок до трех лет. (В редакции федеральных законов от 08.12.2003 № 162-ФЗ; от 07.03.2011 № 26-ФЗ; от 07.12.2011 № 420-ФЗ) Примечание. Под жилищем в настоящей статье, а также в других статьях настоящего Кодекса понимаются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пригодное для постоянного или временного проживания, а равно иное помещение или строение, не входящие в жилищный фонд, но предназначенные для временного проживания. (Дополнение примечанием - Федеральный закон от 20.03.2001 № 26-ФЗ)</w:t>
      </w:r>
    </w:p>
    <w:p>
      <w:r>
        <w:rPr>
          <w:b/>
        </w:rPr>
        <w:t>Статья 140. Отказ в предоставлении гражданину информации</w:t>
      </w:r>
    </w:p>
    <w:p>
      <w:r>
        <w:t>Неправомерный отказ должностного лица в предоставлении собранных в установленном порядке документов и материалов, непосредственно затрагивающих права и свободы гражданина, либо предоставление гражданину неполной или заведомо ложной информации, если эти деяния причинили вред правам и законным интересам граждан, -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от двух до пяти лет. (В редакции Федерального закона от 08.12.2003 № 162-ФЗ)</w:t>
      </w:r>
    </w:p>
    <w:p>
      <w:r>
        <w:rPr>
          <w:b/>
        </w:rPr>
        <w:t>Статья 141. Воспрепятствование осуществлению избирательных прав или работе избирательных комиссий</w:t>
      </w:r>
    </w:p>
    <w:p>
      <w:r>
        <w:rPr>
          <w:b/>
        </w:rPr>
        <w:t xml:space="preserve">1. </w:t>
      </w:r>
      <w:r>
        <w:t>Воспрепятствование свободному осуществлению гражданином своих избирательных прав или права на участие в референдуме, общероссийском голосовании, нарушение тайны голосования, а также воспрепятствование работе избирательных комиссий, комиссий референдума либо деятельности члена избирательной комиссии, комиссии референдума, связанной с исполнением им своих обязанностей, - (В редакции Федерального закона от 01.04.2020 № 94-ФЗ)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(В редакции федеральных законов от 08.12.2003 № 162-ФЗ; от 07.12.2011 № 420-ФЗ; от 10.07.2012 № 106-ФЗ) (Часть в редакции Федерального закона от 04.07.2003 № 94-ФЗ)</w:t>
      </w:r>
    </w:p>
    <w:p>
      <w:r>
        <w:rPr>
          <w:b/>
        </w:rPr>
        <w:t xml:space="preserve">2. </w:t>
      </w:r>
      <w:r>
        <w:t>Те же деяния:</w:t>
      </w:r>
    </w:p>
    <w:p>
      <w:r>
        <w:rPr>
          <w:b/>
        </w:rPr>
        <w:t xml:space="preserve">3. </w:t>
      </w:r>
      <w:r>
        <w:t>Вмешательство с использованием должностного или служебного положения в осуществление избирательной комиссией, комиссией референдума ее полномочий, установленных законодательством о выборах и референдумах, с целью повлиять на ее решения, а именно требование или указание должностного лица по вопросам регистрации кандидатов, списков кандидатов, подсчета голосов избирателей, участников референдума, участников общероссийского голосования и по иным вопросам, относящимся к исключительной компетенции избирательной комиссии, комиссии референдума, а равно неправомерное вмешательство в работу Государственной автоматизированной системы Российской Федерации "Выборы" - (В редакции федеральных законов от 21.07.2005 № 93-ФЗ, от 01.04.2020 № 94-ФЗ)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либо лишением свободы на срок до четырех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(В редакции федеральных законов от 08.12.2003 № 162-ФЗ; от 07.12.2011 № 420-ФЗ; от 10.07.2012 № 106-ФЗ) (Дополнение частью - Федеральный закон от 04.07.2003 № 94-ФЗ)</w:t>
      </w:r>
    </w:p>
    <w:p>
      <w:r>
        <w:rPr>
          <w:b/>
        </w:rPr>
        <w:t xml:space="preserve">2. </w:t>
      </w:r>
      <w:r>
        <w:t>соединенные с подкупом, обманом, принуждением, применением насилия либо с угрозой его применения; (В редакции Федерального закона от 04.07.2003 № 94-ФЗ)</w:t>
      </w:r>
    </w:p>
    <w:p>
      <w:r>
        <w:rPr>
          <w:b/>
        </w:rPr>
        <w:t xml:space="preserve">2. </w:t>
      </w:r>
      <w:r>
        <w:t>совершенные лицом с использованием своего служебного положения</w:t>
      </w:r>
    </w:p>
    <w:p>
      <w:r>
        <w:rPr>
          <w:b/>
        </w:rPr>
        <w:t xml:space="preserve">2. </w:t>
      </w:r>
      <w:r>
        <w:t>совершенные группой лиц по предварительному сговору или организованной группой,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арестом на срок до шести месяцев, либо лишением свободы на срок до пяти лет. (В редакции федеральных законов от 07.12.2011 № 420-ФЗ; от 10.07.2012 № 106-ФЗ)</w:t>
      </w:r>
    </w:p>
    <w:p>
      <w:r>
        <w:rPr>
          <w:b/>
        </w:rPr>
        <w:t>Статья 141.1. Нарушение порядка финансирования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
        <w:t>(Наименование в редакции Федерального закона от 21.07.2005 № 93-ФЗ)</w:t>
      </w:r>
    </w:p>
    <w:p>
      <w:r>
        <w:rPr>
          <w:b/>
        </w:rPr>
        <w:t xml:space="preserve">1. </w:t>
      </w:r>
      <w:r>
        <w:t>Передача кандидату, избирательному объединению в целях достижения определенного результата на выборах денежных средств в крупных размерах, минуя соответствующий избирательный фонд, или расходование в целях достижения определенного результата на выборах не перечисленных в избирательные фонды денежных средств в крупных размерах, или передача кандидату, избирательному объединению в целях достижения определенного результата на выборах материальных ценностей в крупных размерах без компенсации за счет средств соответствующего избирательного фонда, или выполнение оплачиваемых работ, реализация товаров, оказание платных услуг, прямо или косвенно связанных с выборами и направленных на получение определенного результата на выборах, осуществленные в крупных размерах без оплаты из соответствующего избирательного фонда или с оплатой из соответствующего избирательного фонда по необоснованно заниженным расценкам, или передача инициативной группе по проведению референдума, иной группе участников референдума в целях достижения определенного результата на референдуме денежных средств в крупных размерах, минуя соответствующий фонд референдума, или расходование в целях достижения определенного результата на референдуме не перечисленных в фонды референдума денежных средств в крупных размерах, или передача инициативной группе по проведению референдума, иной группе участников референдума в целях достижения определенного результата на референдуме материальных ценностей в крупных размерах без компенсации за счет средств соответствующего фонда референдума, или выполнение оплачиваемых работ, реализация товаров, оказание платных услуг, прямо или косвенно связанных с референдумом и направленных на выдвижение инициативы проведения референдума, на достижение определенного результата на референдуме, осуществленные в крупных размерах без оплаты из соответствующего фонда референдума или с оплатой из соответствующего фонда референдума по необоснованно заниженным расценкам, а также внесение пожертвований в крупных размерах в избирательный фонд, фонд референдума через подставных лиц - (В редакции Федерального закона от 21.07.2005 № 93-ФЗ) 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одного года, либо лишением свободы на тот же срок. (В редакции федеральных законов от 07.12.2011 № 420-ФЗ; от 10.07.2012 № 106-ФЗ)</w:t>
      </w:r>
    </w:p>
    <w:p>
      <w:r>
        <w:rPr>
          <w:b/>
        </w:rPr>
        <w:t xml:space="preserve">2. </w:t>
      </w:r>
      <w:r>
        <w:t>Использование в крупных размерах помимо средств соответствующего избирательного фонда финансовой (материальной) поддержки для проведения избирательной кампании кандидата, избирательного объединения кандидатом, его уполномоченным представителем по финансовым вопросам, уполномоченным представителем по финансовым вопросам избирательного объединения, использование в крупных размерах помимо средств соответствующего фонда референдума финансовой (материальной) поддержки для выдвижения инициативы проведения референдума, получения определенного результата на референдуме уполномоченным представителем по финансовым вопросам инициативной группы по проведению референдума, иной группы участников референдума, а также расходование в крупных размерах пожертвований, запрещенных законодательством о выборах и референдумах и перечисленных на специальный избирательный счет, специальный счет фонда референдума, - (В редакции Федерального закона от 21.07.2005 № 93-ФЗ) 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от одного года до пяти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 (В редакции федеральных законов от 07.12.2011 № 420-ФЗ; от 10.07.2012 № 106-ФЗ) Примечание. Крупным размером в настоящей статье признаются размер суммы денег, стоимость имущества или выгод имущественного характера, которые превышают одну десятую предельной суммы всех расходов средств избирательного фонда соответственно кандидата, избирательного объединения, фонда референдума, установленной законодательством о выборах и референдумах на момент совершения деяния, предусмотренного настоящей статьей, но при этом составляют не менее одного миллиона рублей. (В редакции федеральных законов от 08.12.2003 № 162-ФЗ; от 21.07.2005 № 93-ФЗ) (Дополнение статьей - Федеральный закон от 04.07.2003 № 94-ФЗ)</w:t>
      </w:r>
    </w:p>
    <w:p>
      <w:r>
        <w:rPr>
          <w:b/>
        </w:rPr>
        <w:t>Статья 142. Фальсификация избирательных документов, документов референдума, документов общероссийского голосования</w:t>
      </w:r>
    </w:p>
    <w:p>
      <w:r>
        <w:t>(Наименование в редакции Федерального закона от 01.04.2020 № 94-ФЗ)</w:t>
      </w:r>
    </w:p>
    <w:p>
      <w:r>
        <w:rPr>
          <w:b/>
        </w:rPr>
        <w:t xml:space="preserve">1. </w:t>
      </w:r>
      <w:r>
        <w:t>Фальсификация избирательных документов, документов референдума, документов общероссийского голосования, если это деяние совершено членом избирательной комиссии, комиссии референдума, уполномоченным представителем избирательного объединения, группы избирателей, инициативной группы по проведению референдума, иной группы участников референдума, а также кандидатом или уполномоченным им представителем, - (В редакции федеральных законов от 21.07.2005 № 93-ФЗ, от 01.04.2020 № 94-ФЗ) наказывается штрафом в размере от ста тысяч до трехсот тысяч рублей или в размере заработной платы или иного дохода осужденного за период до двух лет, либо принудительными работами на срок до четырех лет, либо лишением свободы на тот же срок. (В редакции федеральных законов от 07.12.2011 № 420-ФЗ; от 10.07.2012 № 106-ФЗ)</w:t>
      </w:r>
    </w:p>
    <w:p>
      <w:r>
        <w:rPr>
          <w:b/>
        </w:rPr>
        <w:t xml:space="preserve">2. </w:t>
      </w:r>
      <w:r>
        <w:t>Подделка подписей избирателей, участников референдума в поддержку выдвижения кандидата, списка кандидатов, выдвинутого избирательным объединением, инициативы проведения референдума или заверение заведомо подделанных подписей (подписных листов), совершенные группой лиц по предварительному сговору или организованной группой, либо соединенные с подкупом, принуждением, применением насилия или угрозой его применения, а также с уничтожением имущества или угрозой его уничтожения, либо повлекшие существенное нарушение прав и законных интересов граждан или организаций либо охраняемых законом интересов общества или государства, - (В редакции Федерального закона от 21.07.2005 № 93-ФЗ) 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лишением свободы на тот же срок. (В редакции федеральных законов от 07.12.2011 № 420-ФЗ; от 10.07.2012 № 106-ФЗ)</w:t>
      </w:r>
    </w:p>
    <w:p>
      <w:r>
        <w:rPr>
          <w:b/>
        </w:rPr>
        <w:t xml:space="preserve">3. </w:t>
      </w:r>
      <w:r>
        <w:t>Незаконное изготовление, а равно хранение либо перевозка незаконно изготовленных избирательных бюллетеней, бюллетеней для голосования на референдуме, бюллетеней для общероссийского голосования, открепительных удостоверений - (В редакции федеральных законов от 04.10.2010 № 263-ФЗ, от 01.04.2020 № 94-ФЗ) 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лишением свободы на тот же срок. (В редакции федеральных законов от 07.12.2011 № 420-ФЗ; от 10.07.2012 № 106-ФЗ) (Статья в редакции Федерального закона от 04.07.2003 № 94-ФЗ)</w:t>
      </w:r>
    </w:p>
    <w:p>
      <w:r>
        <w:rPr>
          <w:b/>
        </w:rPr>
        <w:t>Статья 142.1. Фальсификация итогов голосования</w:t>
      </w:r>
    </w:p>
    <w:p>
      <w:r>
        <w:t>Включение неучтенных бюллетеней в число бюллетеней, использованных при голосовании, либо представление заведомо неверных сведений об избирателях, участниках референдума, участниках общероссийского голосования, либо заведомо неправильное составление списков избирателей, участников референдума, участников общероссийского голосования, выражающееся во включении в них лиц, не обладающих активным избирательным правом, правом на участие в референдуме, общероссийском голосовании, или вымышленных лиц, либо фальсификация подписей избирателей, участников референдума, участников общероссийского голосования в списках избирателей, участников референдума, участников общероссийского голосования, либо замена действительных бюллетеней с отметками избирателей, участников референдума, участников общероссийского голосования, либо порча бюллетеней, приводящая к невозможности определить волеизъявление избирателей, участников референдума, участников общероссийского голосования, либо незаконное уничтожение бюллетеней, либо заведомо неправильный подсчет голосов избирателей, участников референдума, участников общероссийского голосования, либо подписание членами избирательной комиссии, комиссии референдума протокола об итогах голосования до подсчета голосов или установления итогов голосования, либо заведомо неверное (не соответствующее действительным итогам голосования) составление протокола об итогах голосования, либо незаконное внесение в протокол об итогах голосования изменений после его заполнения, либо заведомо неправильное установление итогов голосования, определение результатов выборов, референдума, общероссийского голосования - (В редакции Федерального закона от 01.04.2020 № 94-ФЗ) 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либо лишением свободы на тот же срок. (В редакции федеральных законов от 07.12.2011 № 420-ФЗ; от 10.07.2012 № 106-ФЗ) (Дополнение статьей - Федеральный закон от 04.07.2003 № 94-ФЗ)</w:t>
      </w:r>
    </w:p>
    <w:p>
      <w:r>
        <w:rPr>
          <w:b/>
        </w:rPr>
        <w:t>Статья 142.2. Незаконные выдача и получение избирательного бюллетеня, бюллетеня для голосования на референдуме, бюллетеня для общероссийского голосования</w:t>
      </w:r>
    </w:p>
    <w:p>
      <w:r>
        <w:t>(Наименование в редакции Федерального закона от 01.04.2020 № 94-ФЗ)</w:t>
      </w:r>
    </w:p>
    <w:p>
      <w:r>
        <w:rPr>
          <w:b/>
        </w:rPr>
        <w:t xml:space="preserve">1. </w:t>
      </w:r>
      <w:r>
        <w:t>Выдача членом избирательной комиссии, комиссии референдума гражданину (гражданам) избирательных бюллетеней, бюллетеней для голосования на референдуме, бюллетеней для общероссийского голосования в целях предоставления ему (им) возможности проголосовать вместо избирателей, участников референдума, участников общероссийского голосования, в том числе вместо других избирателей, участников референдума, участников общероссийского голосования, или проголосовать более двух раз в ходе одного и того же голосования либо выдача гражданам заполненных избирательных бюллетеней, бюллетеней для голосования на референдуме, бюллетеней для общероссийского голосования - (В редакции Федерального закона от 01.04.2020 № 94-ФЗ) наказываются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четырех лет, либо лишением свободы на тот же срок</w:t>
      </w:r>
    </w:p>
    <w:p>
      <w:r>
        <w:rPr>
          <w:b/>
        </w:rPr>
        <w:t xml:space="preserve">2. </w:t>
      </w:r>
      <w:r>
        <w:t>Получение в избирательной комиссии, комиссии референдума избирательных бюллетеней, бюллетеней для голосования на референдуме, бюллетеней для общероссийского голосования для участия в голосовании вместо избирателей, участников референдума, участников общероссийского голосования, в том числе вместо других избирателей, участников референдума, участников общероссийского голосования, или для участия в голосовании более двух раз в ходе одного и того же голосования - (В редакции Федерального закона от 01.04.2020 № 94-ФЗ)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
        <w:rPr>
          <w:b/>
        </w:rPr>
        <w:t xml:space="preserve">3. </w:t>
      </w:r>
      <w:r>
        <w:t>Деяния, предусмотренные частями первой или второй настоящей статьи, совершенные группой лиц, группой лиц по предварительному сговору или организованной группой, - наказываются штрафом в размере от четырехсот тысяч до семисот тысяч рублей или в размере заработной платы или иного дохода осужденного за период от двух до четырех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 (Дополнение статьей - Федеральный закон от 29.07.2017 № 249-ФЗ)</w:t>
      </w:r>
    </w:p>
    <w:p>
      <w:r>
        <w:rPr>
          <w:b/>
        </w:rPr>
        <w:t>Статья 143. Нарушение требований охраны труда</w:t>
      </w:r>
    </w:p>
    <w:p>
      <w:r>
        <w:rPr>
          <w:b/>
        </w:rPr>
        <w:t xml:space="preserve">1. </w:t>
      </w:r>
      <w:r>
        <w:t>Нарушение требований охраны труда, совершенное лицом, на которое возложены обязанности по их соблюдению, если это повлекло по неосторожности причинение тяжкого вреда здоровью человека, - наказывается штрафом в размере до четырехсот тысяч рублей или в размере заработной платы или иного дохода осужденного за период до восемнадцати месяцев, либо обязательными работами на срок от ста восьмидесяти до двухсот сорока часов, либо исправительными работами на срок до двух лет, либо принудительными работами на срок до одного года, либо лишением свободы на тот же срок с лишением права занимать определенные должности или заниматься определенной деятельностью на срок до одного года или без такового</w:t>
      </w:r>
    </w:p>
    <w:p>
      <w:r>
        <w:rPr>
          <w:b/>
        </w:rPr>
        <w:t xml:space="preserve">2. </w:t>
      </w:r>
      <w:r>
        <w:t>Деяние, предусмотренное частью первой настоящей статьи, повлекшее по неосторожности смерть человека, - наказывается принудительными работами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Деяние, предусмотренное частью первой настоящей статьи, повлекшее по неосторожности смерть двух или более лиц, - наказывается принудительными работами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 Примечание. Под требованиями охраны труда в настоящей статье понимаются государственные нормативные требования охраны труда, содержащиеся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(Статья в редакции Федерального закона от 28.12.2013 № 421-ФЗ)</w:t>
      </w:r>
    </w:p>
    <w:p>
      <w:r>
        <w:rPr>
          <w:b/>
        </w:rPr>
        <w:t>Статья 144. Воспрепятствование законной профессиональной деятельности журналистов</w:t>
      </w:r>
    </w:p>
    <w:p>
      <w:r>
        <w:rPr>
          <w:b/>
        </w:rPr>
        <w:t xml:space="preserve">1. </w:t>
      </w:r>
      <w:r>
        <w:t>Воспрепятствование законной профессиональной деятельности журналистов путем принуждения их к распространению либо к отказу от распространения информации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(В редакции федеральных законов от 08.12.2003 № 162-ФЗ; от 07.12.2011 № 420-ФЗ)</w:t>
      </w:r>
    </w:p>
    <w:p>
      <w:r>
        <w:rPr>
          <w:b/>
        </w:rPr>
        <w:t xml:space="preserve">2. </w:t>
      </w:r>
      <w:r>
        <w:t>То же деяние, совершенное лицом с использованием своего служебного положения,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 (В редакции Федерального закона от 07.12.2011 № 420-ФЗ)</w:t>
      </w:r>
    </w:p>
    <w:p>
      <w:r>
        <w:rPr>
          <w:b/>
        </w:rPr>
        <w:t xml:space="preserve">3. </w:t>
      </w:r>
      <w:r>
        <w:t>Деяния, предусмотренные частями первой или второй настоящей статьи, соединенные с насилием над журналистом или его близкими либо с повреждением или уничтожением их имущества, а равно с угрозой применения такого насилия, - наказываются принудительными работами на срок до пяти лет или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 (Дополнение частью - Федеральный закон от 07.12.2011 № 420-ФЗ)</w:t>
      </w:r>
    </w:p>
    <w:p>
      <w:r>
        <w:rPr>
          <w:b/>
        </w:rPr>
        <w:t>Статья 144.1. Необоснованный отказ в приеме на работу или необоснованное увольнение лица, достигшего предпенсионного возраста</w:t>
      </w:r>
    </w:p>
    <w:p>
      <w:r>
        <w:t>Необоснованный отказ в приеме на работу лица по мотивам достижения им предпенсионного возраста, а равно необоснованное увольнение с работы такого лица по тем же мотивам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трехсот шестидесяти часов. Примечание. Для целей настоящей статьи под предпенсионным возрастом понимается возрастной период продолжительностью до пяти лет, предшествующий назначению лицу страховой пенсии по старости в соответствии с пенсионным законодательством Российской Федерации. (Дополнение статьей - Федеральный закон от 03.10.2018 № 352-ФЗ)</w:t>
      </w:r>
    </w:p>
    <w:p>
      <w:r>
        <w:rPr>
          <w:b/>
        </w:rPr>
        <w:t>Статья 145. Необоснованный отказ в приеме на работу или необоснованное увольнение беременной женщины или женщины, имеющей детей в возрасте до трех лет</w:t>
      </w:r>
    </w:p>
    <w:p>
      <w:r>
        <w:t>Необоснованный отказ в приеме на работу или необоснованное увольнение женщины по мотивам ее беременности, а равно необоснованный отказ в приеме на работу или необоснованное увольнение с работы женщины, имеющей детей в возрасте до трех лет, по этим мотивам -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трехсот шестидесяти часов. (В редакции федеральных законов от 08.12.2003 № 162-ФЗ; от 07.12.2011 № 420-ФЗ)</w:t>
      </w:r>
    </w:p>
    <w:p>
      <w:r>
        <w:rPr>
          <w:b/>
        </w:rPr>
        <w:t>Статья 145.1. Невыплата заработной платы, пенсий, стипендий, пособий и иных выплат</w:t>
      </w:r>
    </w:p>
    <w:p>
      <w:r>
        <w:rPr>
          <w:b/>
        </w:rPr>
        <w:t xml:space="preserve">1. </w:t>
      </w:r>
      <w:r>
        <w:t>Частичная невыплата свыше трех месяцев заработной платы, пенсий, стипендий, пособий и иных установленных законом выплат, совершенная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 - наказывается штрафом в размере до ста двадцати тысяч рублей или в размере заработной платы или иного дохода осужденного за период до одного года, либо лишением права занимать определенные должности или заниматься определенной деятельностью на срок до одного года, либо принудительными работами на срок до двух лет, либо лишением свободы на срок до одного года. (В редакции Федерального закона от 07.12.2011 № 420-ФЗ)</w:t>
      </w:r>
    </w:p>
    <w:p>
      <w:r>
        <w:rPr>
          <w:b/>
        </w:rPr>
        <w:t xml:space="preserve">2. </w:t>
      </w:r>
      <w:r>
        <w:t>Полная невыплата свыше двух месяцев заработной платы, пенсий, стипендий, пособий и иных установленных законом выплат или выплата заработной платы свыше двух месяцев в размере ниже установленного федеральным законом минимального размера оплаты труда, совершенные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 - наказывается штрафом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 (В редакции Федерального закона от 07.12.2011 № 420-ФЗ)</w:t>
      </w:r>
    </w:p>
    <w:p>
      <w:r>
        <w:rPr>
          <w:b/>
        </w:rPr>
        <w:t xml:space="preserve">3. </w:t>
      </w:r>
      <w:r>
        <w:t>Деяния, предусмотренные частями первой или второй настоящей статьи, если они повлекли тяжкие последствия, - 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 (В редакции Федерального закона от 23.07.2025 № 218-ФЗ) Примечания</w:t>
      </w:r>
    </w:p>
    <w:p>
      <w:r>
        <w:rPr>
          <w:b/>
        </w:rPr>
        <w:t xml:space="preserve">1. </w:t>
      </w:r>
      <w:r>
        <w:t>Под частичной невыплатой заработной платы, пенсий, стипендий, пособий и иных установленных законом выплат в настоящей статье понимается осуществление платежа в размере менее половины подлежащей выплате суммы</w:t>
      </w:r>
    </w:p>
    <w:p>
      <w:r>
        <w:rPr>
          <w:b/>
        </w:rPr>
        <w:t xml:space="preserve">2. </w:t>
      </w:r>
      <w:r>
        <w:t>Лицо, впервые совершившее преступление, предусмотренное частями первой или второй настоящей статьи, освобождается от уголовной ответственности, если в течение двух месяцев со дня возбуждения уголовного дела в полном объеме погасило задолженность по выплате заработной платы, пенсии, стипендии, пособия и иной установленной законом выплате, а также уплатило проценты (выплатило денежную компенсацию) в порядке, определяемом законодательством Российской Федерации, и если в его действиях не содержится иного состава преступления. (Примечание в редакции Федерального закона от 27.12.2018 № 533-ФЗ) (Дополнение статьей - Федеральный закон от 15.03.1999 № 48-ФЗ) (В редакции Федерального закона от 23.12.2010 № 382-ФЗ)</w:t>
      </w:r>
    </w:p>
    <w:p>
      <w:r>
        <w:rPr>
          <w:b/>
        </w:rPr>
        <w:t>Статья 146. Нарушение авторских и смежных прав</w:t>
      </w:r>
    </w:p>
    <w:p>
      <w:r>
        <w:rPr>
          <w:b/>
        </w:rPr>
        <w:t xml:space="preserve">1. </w:t>
      </w:r>
      <w:r>
        <w:t>Присвоение авторства (плагиат), если это деяние причинило крупный ущерб автору или иному правообладателю,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одного года, либо арестом на срок до шести месяцев. (В редакции федеральных законов от 08.12.2003 № 162-ФЗ; от 07.03.2011 № 26-ФЗ; от 07.12.2011 № 420-ФЗ)</w:t>
      </w:r>
    </w:p>
    <w:p>
      <w:r>
        <w:rPr>
          <w:b/>
        </w:rPr>
        <w:t xml:space="preserve">2. </w:t>
      </w:r>
      <w:r>
        <w:t>Незаконное использование объектов авторского права или смежных прав, а равно приобретение, хранение, перевозка контрафактных экземпляров произведений или фонограмм в целях сбыта, совершенные в крупном размере, -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 (В редакции Федерального закона от 07.12.2011 № 420-ФЗ)</w:t>
      </w:r>
    </w:p>
    <w:p>
      <w:r>
        <w:rPr>
          <w:b/>
        </w:rPr>
        <w:t xml:space="preserve">3. </w:t>
      </w:r>
      <w:r>
        <w:t>Деяния, предусмотренные частью второй настоящей статьи, если они совершены:</w:t>
      </w:r>
    </w:p>
    <w:p>
      <w:r>
        <w:rPr>
          <w:b/>
        </w:rPr>
        <w:t xml:space="preserve">3. </w:t>
      </w:r>
      <w:r>
        <w:t>(Пункт утратил силу - Федеральный закон от 08.12.2003 № 162-ФЗ)</w:t>
      </w:r>
    </w:p>
    <w:p>
      <w:r>
        <w:rPr>
          <w:b/>
        </w:rPr>
        <w:t xml:space="preserve">3. </w:t>
      </w:r>
      <w:r>
        <w:t>группой лиц по предварительному сговору или организованной группой</w:t>
      </w:r>
    </w:p>
    <w:p>
      <w:r>
        <w:rPr>
          <w:b/>
        </w:rPr>
        <w:t xml:space="preserve">3. </w:t>
      </w:r>
      <w:r>
        <w:t>в особо крупном размере</w:t>
      </w:r>
    </w:p>
    <w:p>
      <w:r>
        <w:rPr>
          <w:b/>
        </w:rPr>
        <w:t xml:space="preserve">3. </w:t>
      </w:r>
      <w:r>
        <w:t>лицом с использованием своего служебного положения, - наказываются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или без такового. (В редакции Федерального закона от 07.12.2011 № 420-ФЗ) Примечание. Деяния, предусмотренные частями второй и третьей настоящей статьи, признаются совершенными в крупном размере, если стоимость экземпляров произведений или фонограмм либо стоимость прав на использование объектов авторского права и смежных прав превышает пятьсот тысяч рублей, а в особо крупном размере - два миллиона рублей. (В редакции Федерального закона от 12.06.2024 № 133-ФЗ) (Статья в редакции Федерального закона от 08.04.2003 № 45-ФЗ)</w:t>
      </w:r>
    </w:p>
    <w:p>
      <w:r>
        <w:rPr>
          <w:b/>
        </w:rPr>
        <w:t>Статья 147. Нарушение изобретательских и патентных прав</w:t>
      </w:r>
    </w:p>
    <w:p>
      <w:r>
        <w:rPr>
          <w:b/>
        </w:rPr>
        <w:t xml:space="preserve">1. </w:t>
      </w:r>
      <w:r>
        <w:t>Незаконное использование изобретения, полезной модели или промышленного образца, разглашение без согласия автора или заявителя сущности изобретения, полезной модели или промышленного образца до официальной публикации сведений о них, присвоение авторства или принуждение к соавторству, если эти деяния причинили крупный ущерб, -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принудительными работами на срок до двух лет, либо лишением свободы на тот же срок. (В редакции Федерального закона от 07.12.2011 № 420-ФЗ)</w:t>
      </w:r>
    </w:p>
    <w:p>
      <w:r>
        <w:rPr>
          <w:b/>
        </w:rPr>
        <w:t xml:space="preserve">2. </w:t>
      </w:r>
      <w:r>
        <w:t>Те же деяния, совершенные группой лиц по предварительному сговору или организованной группой, - (В редакции Федерального закона от 08.12.2003 № 162-ФЗ)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либо арестом на срок до шести месяцев, либо лишением свободы на срок до пяти лет. (В редакции федеральных законов от 08.12.2003 № 162-ФЗ; от 07.03.2011 № 26-ФЗ; от 07.12.2011 № 420-ФЗ)</w:t>
      </w:r>
    </w:p>
    <w:p>
      <w:r>
        <w:rPr>
          <w:b/>
        </w:rPr>
        <w:t>Статья 148. Нарушение права на свободу совести и вероисповеданий</w:t>
      </w:r>
    </w:p>
    <w:p>
      <w:r>
        <w:rPr>
          <w:b/>
        </w:rPr>
        <w:t xml:space="preserve">1. </w:t>
      </w:r>
      <w:r>
        <w:t>Публичные действия, выражающие явное неуважение к обществу и совершенные в целях оскорбления религиозных чувств верующих, - 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двухсот сорока часов, либо принудительными работами на срок до одного года, либо лишением свободы на тот же срок</w:t>
      </w:r>
    </w:p>
    <w:p>
      <w:r>
        <w:rPr>
          <w:b/>
        </w:rPr>
        <w:t xml:space="preserve">2. </w:t>
      </w:r>
      <w:r>
        <w:t>Деяния, предусмотренные частью первой настоящей статьи, совершенные в местах, специально предназначенных для проведения богослужений, других религиозных обрядов и церемоний, - наказываются штрафом в размере до пятисот тысяч рублей или в размере заработной платы или иного дохода осужденного за период до трех лет, либо обязательными работами на срок до четырехсот восьмидесяти часов, либо принудительными работами на срок до трех лет, либо лишением свободы на тот же срок с ограничением свободы на срок до одного года или без такового</w:t>
      </w:r>
    </w:p>
    <w:p>
      <w:r>
        <w:rPr>
          <w:b/>
        </w:rPr>
        <w:t xml:space="preserve">3. </w:t>
      </w:r>
      <w:r>
        <w:t>Незаконное воспрепятствование деятельности религиозных организаций или проведению богослужений, других религиозных обрядов и церемоний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одного года, либо арестом на срок до трех месяцев</w:t>
      </w:r>
    </w:p>
    <w:p>
      <w:r>
        <w:rPr>
          <w:b/>
        </w:rPr>
        <w:t xml:space="preserve">4. </w:t>
      </w:r>
      <w:r>
        <w:t>Деяния, предусмотренные частью третьей настоящей статьи, совершенные:</w:t>
      </w:r>
    </w:p>
    <w:p>
      <w:r>
        <w:rPr>
          <w:b/>
        </w:rPr>
        <w:t xml:space="preserve">4. </w:t>
      </w:r>
      <w:r>
        <w:t>лицом с использованием своего служебного положения</w:t>
      </w:r>
    </w:p>
    <w:p>
      <w:r>
        <w:rPr>
          <w:b/>
        </w:rPr>
        <w:t xml:space="preserve">4. </w:t>
      </w:r>
      <w:r>
        <w:t>с применением насилия или с угрозой его применения, - наказываются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одного года, либо лишением свободы на тот же срок с лишением права занимать определенные должности или заниматься определенной деятельностью на срок до двух лет. (Статья в редакции Федерального закона от 29.06.2013 № 136-ФЗ)</w:t>
      </w:r>
    </w:p>
    <w:p>
      <w:r>
        <w:rPr>
          <w:b/>
        </w:rPr>
        <w:t>Статья 149. Воспрепятствование проведению собрания, митинга, демонстрации, шествия, пикетирования или участию в них</w:t>
      </w:r>
    </w:p>
    <w:p>
      <w:r>
        <w:t>Незаконное воспрепятствование проведению собрания, митинга, демонстрации, шествия, пикетирования или участию в них либо принуждение к участию в них, если эти деяния совершены должностным лицом с использованием своего служебного положения либо с применением насилия или с угрозой его применения, - наказываются штрафом в размере до трехсот тысяч рублей или в размере заработной платы или иного дохода осужденного за период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 (В редакции федеральных законов от 08.12.2003 № 162-ФЗ; от 07.12.2011 № 420-ФЗ)</w:t>
      </w:r>
    </w:p>
    <w:p>
      <w:pPr>
        <w:pStyle w:val="Heading3"/>
      </w:pPr>
      <w:r>
        <w:t>ПРЕСТУПЛЕНИЯ ПРОТИВ СЕМЬИ И НЕСОВЕРШЕННОЛЕТНИХ</w:t>
      </w:r>
    </w:p>
    <w:p>
      <w:r>
        <w:rPr>
          <w:b/>
        </w:rPr>
        <w:t>Статья 150. Вовлечение несовершеннолетнего в совершение преступления</w:t>
      </w:r>
    </w:p>
    <w:p>
      <w:r>
        <w:rPr>
          <w:b/>
        </w:rPr>
        <w:t xml:space="preserve">1. </w:t>
      </w:r>
      <w:r>
        <w:t>Вовлечение несовершеннолетнего в совершение преступления путем обещаний, обмана, угроз или иным способом, совершенное лицом, достигшим восемнадцатилетнего возраста, - наказывается лишением свободы на срок до пяти лет</w:t>
      </w:r>
    </w:p>
    <w:p>
      <w:r>
        <w:rPr>
          <w:b/>
        </w:rPr>
        <w:t xml:space="preserve">2. </w:t>
      </w:r>
      <w:r>
        <w:t>Деяние, предусмотренное частью первой настоящей статьи, совершенное:</w:t>
      </w:r>
    </w:p>
    <w:p>
      <w:r>
        <w:rPr>
          <w:b/>
        </w:rPr>
        <w:t xml:space="preserve">3. </w:t>
      </w:r>
      <w:r>
        <w:t>Деяния, предусмотренные частями первой или второй настоящей статьи, совершенные:</w:t>
      </w:r>
    </w:p>
    <w:p>
      <w:r>
        <w:rPr>
          <w:b/>
        </w:rPr>
        <w:t xml:space="preserve">4. </w:t>
      </w:r>
      <w:r>
        <w:t>Деяние, предусмотренное частью первой, второй или третьей настоящей статьи, связанное с вовлечением несовершеннолетнего:</w:t>
      </w:r>
    </w:p>
    <w:p>
      <w:r>
        <w:rPr>
          <w:b/>
        </w:rPr>
        <w:t xml:space="preserve">2. </w:t>
      </w:r>
      <w:r>
        <w:t>родителем, педагогическим работником либо иным лицом, на которое законом возложены обязанности по воспитанию несовершеннолетнего</w:t>
      </w:r>
    </w:p>
    <w:p>
      <w:r>
        <w:rPr>
          <w:b/>
        </w:rPr>
        <w:t xml:space="preserve">2. </w:t>
      </w:r>
      <w:r>
        <w:t>с использованием информационно-телекоммуникационных сетей (включая сеть "Интернет"), - наказывается лишением свободы на срок от трех до шести лет с лишением права занимать определенные должности или заниматься определенной деятельностью на срок до трех лет или без такового. (Часть в редакции Федерального закона от 28.12.2024 № 514-ФЗ)</w:t>
      </w:r>
    </w:p>
    <w:p>
      <w:r>
        <w:rPr>
          <w:b/>
        </w:rPr>
        <w:t xml:space="preserve">3. </w:t>
      </w:r>
      <w:r>
        <w:t>с применением насилия или с угрозой его применения</w:t>
      </w:r>
    </w:p>
    <w:p>
      <w:r>
        <w:rPr>
          <w:b/>
        </w:rPr>
        <w:t xml:space="preserve">3. </w:t>
      </w:r>
      <w:r>
        <w:t>в отношении двух или более несовершеннолетних</w:t>
      </w:r>
    </w:p>
    <w:p>
      <w:r>
        <w:rPr>
          <w:b/>
        </w:rPr>
        <w:t xml:space="preserve">3. </w:t>
      </w:r>
      <w:r>
        <w:t>в отношении лица, не достигшего четырнадцатилетнего возраста, - наказываются лишением свободы на срок от четырех до девяти лет с ограничением свободы на срок до двух лет либо без такового и с лишением права занимать определенные должности или заниматься определенной деятельностью на срок до трех лет или без такового. (Часть в редакции Федерального закона от 28.12.2024 № 514-ФЗ)</w:t>
      </w:r>
    </w:p>
    <w:p>
      <w:r>
        <w:rPr>
          <w:b/>
        </w:rPr>
        <w:t xml:space="preserve">4. </w:t>
      </w:r>
      <w:r>
        <w:t>в преступную группу</w:t>
      </w:r>
    </w:p>
    <w:p>
      <w:r>
        <w:rPr>
          <w:b/>
        </w:rPr>
        <w:t xml:space="preserve">4. </w:t>
      </w:r>
      <w:r>
        <w:t>в совершение тяжкого или особо тяжкого преступления</w:t>
      </w:r>
    </w:p>
    <w:p>
      <w:r>
        <w:rPr>
          <w:b/>
        </w:rPr>
        <w:t xml:space="preserve">4. </w:t>
      </w:r>
      <w:r>
        <w:t>в совершение трех и более преступлений небольшой и (или) средней тяжести</w:t>
      </w:r>
    </w:p>
    <w:p>
      <w:r>
        <w:rPr>
          <w:b/>
        </w:rPr>
        <w:t xml:space="preserve">4. </w:t>
      </w:r>
      <w:r>
        <w:t>в 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наказывается лишением свободы на срок от пяти до десяти лет с ограничением свободы на срок до двух лет либо без такового. (В редакции Федерального закона от 28.12.2024 № 514-ФЗ) (Часть в редакции Федерального закона от 29.05.2024 № 111-ФЗ)</w:t>
      </w:r>
    </w:p>
    <w:p>
      <w:r>
        <w:rPr>
          <w:b/>
        </w:rPr>
        <w:t>Статья 151. Вовлечение несовершеннолетнего в совершение антиобщественных действий</w:t>
      </w:r>
    </w:p>
    <w:p>
      <w:r>
        <w:rPr>
          <w:b/>
        </w:rPr>
        <w:t xml:space="preserve">1. </w:t>
      </w:r>
      <w:r>
        <w:t>Вовлечение несовершеннолетнего в систематическое употребление (распитие) алкогольной и спиртосодержащей продукции, одурманивающих веществ, в занятие бродяжничеством или попрошайничеством, совершенное лицом, достигшим восемнадцатилетнего возраста, - (В редакции федеральных законов от 08.12.2003 № 162-ФЗ; от 21.12.2013 № 365-ФЗ) наказывается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четырех лет, либо арестом на срок от трех до шести месяцев, либо лишением свободы на срок до четырех лет. (В редакции федеральных законов от 07.12.2011 № 420-ФЗ, от 23.07.2025 № 218-ФЗ)</w:t>
      </w:r>
    </w:p>
    <w:p>
      <w:r>
        <w:rPr>
          <w:b/>
        </w:rPr>
        <w:t xml:space="preserve">2. </w:t>
      </w:r>
      <w:r>
        <w:t>Деяние, предусмотренное частью первой настоящей статьи, совершенное:</w:t>
      </w:r>
    </w:p>
    <w:p>
      <w:r>
        <w:rPr>
          <w:b/>
        </w:rPr>
        <w:t xml:space="preserve">3. </w:t>
      </w:r>
      <w:r>
        <w:t>Деяния, предусмотренные частями первой или второй настоящей статьи, совершенные:</w:t>
      </w:r>
    </w:p>
    <w:p>
      <w:r>
        <w:rPr>
          <w:b/>
        </w:rPr>
        <w:t xml:space="preserve">2. </w:t>
      </w:r>
      <w:r>
        <w:t>родителем, педагогическим работником либо иным лицом, на которое законом возложены обязанности по воспитанию несовершеннолетнего</w:t>
      </w:r>
    </w:p>
    <w:p>
      <w:r>
        <w:rPr>
          <w:b/>
        </w:rPr>
        <w:t xml:space="preserve">2. </w:t>
      </w:r>
      <w:r>
        <w:t>с использованием информационно-телекоммуникационных сетей (включая сеть "Интернет"), - наказывается ограничением свободы на срок от двух до четырех лет, либо арестом на срок от четырех до шести месяцев,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 (Часть в редакции Федерального закона от 28.12.2024 № 514-ФЗ)</w:t>
      </w:r>
    </w:p>
    <w:p>
      <w:r>
        <w:rPr>
          <w:b/>
        </w:rPr>
        <w:t xml:space="preserve">3. </w:t>
      </w:r>
      <w:r>
        <w:t>с применением насилия или с угрозой его применения</w:t>
      </w:r>
    </w:p>
    <w:p>
      <w:r>
        <w:rPr>
          <w:b/>
        </w:rPr>
        <w:t xml:space="preserve">3. </w:t>
      </w:r>
      <w:r>
        <w:t>в отношении двух или более несовершеннолетних</w:t>
      </w:r>
    </w:p>
    <w:p>
      <w:r>
        <w:rPr>
          <w:b/>
        </w:rPr>
        <w:t xml:space="preserve">3. </w:t>
      </w:r>
      <w:r>
        <w:t>в отношении лица, не достигшего четырнадцатилетнего возраста, - наказываются лишением свободы на срок от четырех до восьми лет с ограничением свободы на срок до двух лет либо без такового и с лишением права занимать определенные должности или заниматься определенной деятельностью на срок до трех лет или без такового. (Часть в редакции Федерального закона от 28.12.2024 № 514-ФЗ) Примечание. Действие настоящей статьи не распространяется на случаи вовлечения несовершеннолетнего в занятие бродяжничеством, если это деяние совершено родителем вследствие стечения тяжелых жизненных обстоятельств, вызванных утратой источника средств существования или отсутствием места жительства. (Дополнение примечанием - Федеральный закон от 08.12.2003 № 162-ФЗ)</w:t>
      </w:r>
    </w:p>
    <w:p>
      <w:r>
        <w:rPr>
          <w:b/>
        </w:rPr>
        <w:t>Статья 151.1. Розничная продажа несовершеннолетним алкогольной продукции,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w:t>
      </w:r>
    </w:p>
    <w:p>
      <w:r>
        <w:t>Розничная продажа несовершеннолетним алкогольной продукции,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деяние совершено неоднократно, - 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Примечание. Розничной продажей несовершеннолетнему алкогольной продукции,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совершенной лицом неоднократно, признается розничная продажа несовершеннолетнему алкогольной продукции,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лицом, подвергнутым административному наказанию за аналогичное деяние, в период, когда лицо считается подвергнутым административному наказанию. (Дополнение статьей - Федеральный закон от 21.07.2011 № 253-ФЗ) (В редакции Федерального закона от 28.12.2024 № 515-ФЗ)</w:t>
      </w:r>
    </w:p>
    <w:p>
      <w:r>
        <w:rPr>
          <w:b/>
        </w:rPr>
        <w:t>Статья 151.2. Вовлечение несовершеннолетнего в совершение действий, представляющих опасность для жизни несовершеннолетнего</w:t>
      </w:r>
    </w:p>
    <w:p>
      <w:r>
        <w:rPr>
          <w:b/>
        </w:rPr>
        <w:t xml:space="preserve">1. </w:t>
      </w:r>
      <w:r>
        <w:t>Склонение или иное вовлечение несовершеннолетнего в совершение противоправных действий, заведомо для виновного представляющих опасность для жизни несовершеннолетнего, путем уговоров, предложений, обещаний, обмана, угроз или иным способом, совершенное лицом, достигшим восемнадцатилетнего возраста, при отсутствии признаков склонения к совершению самоубийства, вовлечения несовершеннолетнего в совершение преступления или в совершение антиобщественных действий - 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То же деяние, совершенное:</w:t>
      </w:r>
    </w:p>
    <w:p>
      <w:r>
        <w:rPr>
          <w:b/>
        </w:rPr>
        <w:t xml:space="preserve">2. </w:t>
      </w:r>
      <w:r>
        <w:t>в отношении двух или более несовершеннолетних</w:t>
      </w:r>
    </w:p>
    <w:p>
      <w:r>
        <w:rPr>
          <w:b/>
        </w:rPr>
        <w:t xml:space="preserve">2. </w:t>
      </w:r>
      <w:r>
        <w:t>группой лиц по предварительному сговору или организованной группой</w:t>
      </w:r>
    </w:p>
    <w:p>
      <w:r>
        <w:rPr>
          <w:b/>
        </w:rPr>
        <w:t xml:space="preserve">2. </w:t>
      </w:r>
      <w:r>
        <w:t>в публичном выступлении, публично демонстрирующемся произведении, средствах массовой информации или информационно-телекоммуникационных сетях (включая сеть "Интернет"), - наказывается штрафом в размере до ста тысяч рублей или в размере заработной платы или иного дохода осужденного за период до одного года, либо обязательными работами на срок до четырехсот сорока часов, либо исправительными работами на срок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 (Дополнение статьей - Федеральный закон от 07.06.2017 № 120-ФЗ)</w:t>
      </w:r>
    </w:p>
    <w:p>
      <w:r>
        <w:rPr>
          <w:b/>
        </w:rPr>
        <w:t>Статья 152</w:t>
      </w:r>
    </w:p>
    <w:p>
      <w:r>
        <w:t>(Статья утратила силу - Федеральный закон от 08.12.2003 № 162-ФЗ)</w:t>
      </w:r>
    </w:p>
    <w:p>
      <w:r>
        <w:rPr>
          <w:b/>
        </w:rPr>
        <w:t>Статья 153. Подмена ребенка</w:t>
      </w:r>
    </w:p>
    <w:p>
      <w:r>
        <w:t>Подмена ребенка, совершенная из корыстных или иных низменных побуждений, - наказывается лишением свободы на срок до пяти лет со штрафом в размере до двухсот тысяч рублей или в размере заработной платы или иного дохода осужденного за период до восемнадцати месяцев. (В редакции Федерального закона от 08.12.2003 № 162-ФЗ)</w:t>
      </w:r>
    </w:p>
    <w:p>
      <w:r>
        <w:rPr>
          <w:b/>
        </w:rPr>
        <w:t>Статья 154. Незаконное усыновление (удочерение)</w:t>
      </w:r>
    </w:p>
    <w:p>
      <w:r>
        <w:t>Незаконные действия по усыновлению (удочерению) детей, передаче их под опеку (попечительство), на воспитание в приемные семьи, совершенные неоднократно или из корыстных побуждений, -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арестом на срок до шести месяцев. (В редакции федеральных законов от 08.12.2003 № 162-ФЗ; от 06.05.2010 № 81-ФЗ; от 07.12.2011 № 420-ФЗ)</w:t>
      </w:r>
    </w:p>
    <w:p>
      <w:r>
        <w:rPr>
          <w:b/>
        </w:rPr>
        <w:t>Статья 155. Разглашение тайны усыновления (удочерения)</w:t>
      </w:r>
    </w:p>
    <w:p>
      <w:r>
        <w:t>Разглашение тайны усыновления (удочерения) вопреки воле усыновителя, совершенное лицом, обязанным хранить факт усыновления (удочерения) как служебную или профессиональную тайну, либо иным лицом из корыстных или иных низменных побуждений,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арестом на срок до четырех месяцев с лишением права занимать определенные должности или заниматься определенной деятельностью на срок до трех лет или без такового. (В редакции федеральных законов от 08.12.2003 № 162-ФЗ; от 06.05.2010 № 81-ФЗ; от 07.12.2011 № 420-ФЗ)</w:t>
      </w:r>
    </w:p>
    <w:p>
      <w:r>
        <w:rPr>
          <w:b/>
        </w:rPr>
        <w:t>Статья 156. Неисполнение обязанностей по воспитанию несовершеннолетнего</w:t>
      </w:r>
    </w:p>
    <w:p>
      <w:r>
        <w:t>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обязанного осуществлять надзор за несовершеннолетним, если это деяние соединено с жестоким обращением с несовершеннолетним, - (В редакции Федерального закона от 02.07.2013 № 185-ФЗ) наказывается штрафом в размере до ста тысяч рублей или в размере заработной платы или иного дохода осужденного за период до одного года, либо обязательными работами на срок до четырехсот сорока часов, либо исправительными работами на срок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 (В редакции Федерального закона от 07.12.2011 № 420-ФЗ)</w:t>
      </w:r>
    </w:p>
    <w:p>
      <w:r>
        <w:rPr>
          <w:b/>
        </w:rPr>
        <w:t>Статья 157. Неуплата средств на содержание детей или нетрудоспособных родителей</w:t>
      </w:r>
    </w:p>
    <w:p>
      <w:r>
        <w:rPr>
          <w:b/>
        </w:rPr>
        <w:t xml:space="preserve">1. </w:t>
      </w:r>
      <w:r>
        <w:t>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если это деяние совершено неоднократно, - наказывается исправительными работами на срок до одного года, либо принудительными работами на тот же срок, либо арестом на срок до трех месяцев, либо лишением свободы на срок до одного года</w:t>
      </w:r>
    </w:p>
    <w:p>
      <w:r>
        <w:rPr>
          <w:b/>
        </w:rPr>
        <w:t xml:space="preserve">2. </w:t>
      </w:r>
      <w:r>
        <w:t>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если это деяние совершено неоднократно, - наказывается исправительными работами на срок до одного года, либо принудительными работами на тот же срок, либо арестом на срок до трех месяцев, либо лишением свободы на срок до одного года. Примечания</w:t>
      </w:r>
    </w:p>
    <w:p>
      <w:r>
        <w:rPr>
          <w:b/>
        </w:rPr>
        <w:t xml:space="preserve">1. </w:t>
      </w:r>
      <w:r>
        <w:t>Неуплатой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если это деяние совершено неоднократно, признается неуплата родителем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а равно нетрудоспособных детей, достигших восемнадцатилетнего возраста, подвергнутым административному наказанию за аналогичное деяние, в период, когда лицо считается подвергнутым административному наказанию. (В редакции Федерального закона от 30.12.2021 № 499-ФЗ)</w:t>
      </w:r>
    </w:p>
    <w:p>
      <w:r>
        <w:rPr>
          <w:b/>
        </w:rPr>
        <w:t xml:space="preserve">2. </w:t>
      </w:r>
      <w:r>
        <w:t>Неуплатой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если это деяние совершено неоднократно, признается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подвергнутыми административному наказанию за аналогичное деяние, в период, когда лицо считается подвергнутым административному наказанию. (В редакции Федерального закона от 30.12.2021 № 499-ФЗ)</w:t>
      </w:r>
    </w:p>
    <w:p>
      <w:r>
        <w:rPr>
          <w:b/>
        </w:rPr>
        <w:t xml:space="preserve">3. </w:t>
      </w:r>
      <w:r>
        <w:t>Лицо, совершившее преступление, предусмотренное настоящей статьей, освобождается от уголовной ответственности, если это лицо в полном объеме погасило задолженность по выплате средств на содержание несовершеннолетних детей, а равно нетрудоспособных детей, достигших восемнадцатилетнего возраста, или нетрудоспособных родителей в порядке, определяемом законодательством Российской Федерации. (Дополнение пунктом - Федеральный закон от 30.12.2021 № 499-ФЗ) (Статья в редакции Федерального закона от 03.07.2016 № 323-ФЗ)</w:t>
      </w:r>
    </w:p>
    <w:p>
      <w:pPr>
        <w:pStyle w:val="Heading2"/>
      </w:pPr>
      <w:r>
        <w:t>ПРЕСТУПЛЕНИЯ В СФЕРЕ ЭКОНОМИКИ</w:t>
      </w:r>
    </w:p>
    <w:p>
      <w:pPr>
        <w:pStyle w:val="Heading3"/>
      </w:pPr>
      <w:r>
        <w:t>ПРЕСТУПЛЕНИЯ ПРОТИВ СОБСТВЕННОСТИ</w:t>
      </w:r>
    </w:p>
    <w:p>
      <w:r>
        <w:rPr>
          <w:b/>
        </w:rPr>
        <w:t>Статья 158. Кража</w:t>
      </w:r>
    </w:p>
    <w:p>
      <w:r>
        <w:rPr>
          <w:b/>
        </w:rPr>
        <w:t xml:space="preserve">1. </w:t>
      </w:r>
      <w:r>
        <w:t>Кража, то есть тайное хищение чужого имущества,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 (В редакции Федерального закона от 07.12.2011 № 420-ФЗ)</w:t>
      </w:r>
    </w:p>
    <w:p>
      <w:r>
        <w:rPr>
          <w:b/>
        </w:rPr>
        <w:t xml:space="preserve">2. </w:t>
      </w:r>
      <w:r>
        <w:t>Кража, совершенная:</w:t>
      </w:r>
    </w:p>
    <w:p>
      <w:r>
        <w:rPr>
          <w:b/>
        </w:rPr>
        <w:t xml:space="preserve">3. </w:t>
      </w:r>
      <w:r>
        <w:t>Кража, совершенная:</w:t>
      </w:r>
    </w:p>
    <w:p>
      <w:r>
        <w:rPr>
          <w:b/>
        </w:rPr>
        <w:t xml:space="preserve">4. </w:t>
      </w:r>
      <w:r>
        <w:t>Кража, совершенная</w:t>
      </w:r>
    </w:p>
    <w:p>
      <w:r>
        <w:rPr>
          <w:b/>
        </w:rPr>
        <w:t xml:space="preserve">2. </w:t>
      </w:r>
      <w:r>
        <w:t>группой лиц по предварительному сговору</w:t>
      </w:r>
    </w:p>
    <w:p>
      <w:r>
        <w:rPr>
          <w:b/>
        </w:rPr>
        <w:t xml:space="preserve">2. </w:t>
      </w:r>
      <w:r>
        <w:t>с незаконным проникновением в помещение либо иное хранилище</w:t>
      </w:r>
    </w:p>
    <w:p>
      <w:r>
        <w:rPr>
          <w:b/>
        </w:rPr>
        <w:t xml:space="preserve">2. </w:t>
      </w:r>
      <w:r>
        <w:t>с причинением значительного ущерба гражданину</w:t>
      </w:r>
    </w:p>
    <w:p>
      <w:r>
        <w:rPr>
          <w:b/>
        </w:rPr>
        <w:t xml:space="preserve">2. </w:t>
      </w:r>
      <w:r>
        <w:t>из одежды, сумки или другой ручной клади, находившихся при потерпевшем,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 (В редакции Федерального закона от 07.12.2011 № 420-ФЗ)</w:t>
      </w:r>
    </w:p>
    <w:p>
      <w:r>
        <w:rPr>
          <w:b/>
        </w:rPr>
        <w:t xml:space="preserve">3. </w:t>
      </w:r>
      <w:r>
        <w:t>с незаконным проникновением в жилище</w:t>
      </w:r>
    </w:p>
    <w:p>
      <w:r>
        <w:rPr>
          <w:b/>
        </w:rPr>
        <w:t xml:space="preserve">3. </w:t>
      </w:r>
      <w:r>
        <w:t>из нефтепровода, нефтепродуктопровода, газопровода</w:t>
      </w:r>
    </w:p>
    <w:p>
      <w:r>
        <w:rPr>
          <w:b/>
        </w:rPr>
        <w:t xml:space="preserve">3. </w:t>
      </w:r>
      <w:r>
        <w:t>в крупном размере; (В редакции Федерального закона от 23.04.2018 № 111-ФЗ)</w:t>
      </w:r>
    </w:p>
    <w:p>
      <w:r>
        <w:rPr>
          <w:b/>
        </w:rPr>
        <w:t xml:space="preserve">3. </w:t>
      </w:r>
      <w:r>
        <w:t>с банковского счета, а равно в отношении электронных денежных средств (при отсутствии признаков преступления, предусмотренного статьей 1593 настоящего Кодекса), - (Дополнение пунктом - Федеральный закон от 23.04.2018 № 111-ФЗ) 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полутора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 (В редакции федеральных законов от 27.12.2009 № 377-ФЗ; от 07.03.2011 № 26-ФЗ; от 07.12.2011 № 420-ФЗ) (Часть в редакции Федерального закона от 30.12.2006 № 283-ФЗ)</w:t>
      </w:r>
    </w:p>
    <w:p>
      <w:r>
        <w:rPr>
          <w:b/>
        </w:rPr>
        <w:t xml:space="preserve">4. </w:t>
      </w:r>
      <w:r>
        <w:t>организованной группой</w:t>
      </w:r>
    </w:p>
    <w:p>
      <w:r>
        <w:rPr>
          <w:b/>
        </w:rPr>
        <w:t xml:space="preserve">4. </w:t>
      </w:r>
      <w:r>
        <w:t>в особо крупном размере, - 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 (В редакции федеральных законов от 27.12.2009 № 377-ФЗ; от 07.03.2011 № 26-ФЗ) Примечания</w:t>
      </w:r>
    </w:p>
    <w:p>
      <w:r>
        <w:rPr>
          <w:b/>
        </w:rPr>
        <w:t xml:space="preserve">4. </w:t>
      </w:r>
      <w:r>
        <w:t>Под хищением в статьях настоящего Кодекса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
        <w:rPr>
          <w:b/>
        </w:rPr>
        <w:t xml:space="preserve">4. </w:t>
      </w:r>
      <w:r>
        <w:t>Значительный ущерб гражданину в статьях настоящей главы, за исключением части пятой статьи 159, определяется с учетом его имущественного положения, но не может составлять менее пяти тысяч рублей. (В редакции Федерального закона от 03.07.2016 № 323-ФЗ)</w:t>
      </w:r>
    </w:p>
    <w:p>
      <w:r>
        <w:rPr>
          <w:b/>
        </w:rPr>
        <w:t xml:space="preserve">4. </w:t>
      </w:r>
      <w:r>
        <w:t>Под помещением в статьях настоящей главы понимаются строения и сооружения независимо от форм собственности, предназначенные для временного нахождения людей или размещения материальных ценностей в производственных или иных служебных целях. Под хранилищем в статьях настоящей главы понимаются хозяйственные помещения, обособленные от жилых построек, участки территории, трубопроводы, иные сооружения независимо от форм собственности, которые предназначены для постоянного или временного хранения материальных ценностей. (В редакции Федерального закона от 30.12.2006 № 283-ФЗ)</w:t>
      </w:r>
    </w:p>
    <w:p>
      <w:r>
        <w:rPr>
          <w:b/>
        </w:rPr>
        <w:t xml:space="preserve">4. </w:t>
      </w:r>
      <w:r>
        <w:t>Крупным размером в статьях настоящей главы, за исключением частей шестой и седьмой статьи 159, статей 1591, 1595 и 165, признается стоимость имущества, превышающая двести пятьдесят тысяч рублей, а особо крупным - один миллион рублей. (В редакции федеральных законов от 23.04.2018 № 111-ФЗ, от 12.06.2024 № 133-ФЗ)</w:t>
      </w:r>
    </w:p>
    <w:p>
      <w:r>
        <w:rPr>
          <w:b/>
        </w:rPr>
        <w:t xml:space="preserve">4. </w:t>
      </w:r>
      <w:r>
        <w:t>В случае, когда предметом хищения является доход, облагаемый налогом на доходы физических лиц, в размер хищения не подлежит включению сумма указанного налога, удержанная и уплаченная налоговым агентом в соответствии с законодательством Российской Федерации. (Дополнение пунктом - Федеральный закон от 27.11.2023 № 553-ФЗ) (Статья в редакции Федерального закона от 08.12.2003 № 162-ФЗ)</w:t>
      </w:r>
    </w:p>
    <w:p>
      <w:r>
        <w:rPr>
          <w:b/>
        </w:rPr>
        <w:t>Статья 158.1. Мелкое хищение, совершенное лицом, подвергнутым административному наказанию</w:t>
      </w:r>
    </w:p>
    <w:p>
      <w:r>
        <w:t>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 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ста восьмидесяти часов, либо исправительными работами на срок до шести месяцев, либо ограничением свободы на срок до одного года, либо принудительными работами на срок до одного года, либо арестом на срок до двух месяцев, либо лишением свободы на срок до одного года. (Дополнение статьей - Федеральный закон от 03.07.2016 № 323-ФЗ)</w:t>
      </w:r>
    </w:p>
    <w:p>
      <w:r>
        <w:rPr>
          <w:b/>
        </w:rPr>
        <w:t>Статья 159. Мошенничество</w:t>
      </w:r>
    </w:p>
    <w:p>
      <w:r>
        <w:rPr>
          <w:b/>
        </w:rPr>
        <w:t xml:space="preserve">1. </w:t>
      </w:r>
      <w:r>
        <w:t>Мошенничество, то есть хищение чужого имущества или приобретение права на чужое имущество путем обмана или злоупотребления доверием, -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 (В редакции Федерального закона от 07.12.2011 № 420-ФЗ)</w:t>
      </w:r>
    </w:p>
    <w:p>
      <w:r>
        <w:rPr>
          <w:b/>
        </w:rPr>
        <w:t xml:space="preserve">2. </w:t>
      </w:r>
      <w:r>
        <w:t>Мошенничество, совершенное группой лиц по предварительному сговору, а равно с причинением значительного ущерба гражданину,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 (В редакции Федерального закона от 07.12.2011 № 420-ФЗ)</w:t>
      </w:r>
    </w:p>
    <w:p>
      <w:r>
        <w:rPr>
          <w:b/>
        </w:rPr>
        <w:t xml:space="preserve">3. </w:t>
      </w:r>
      <w:r>
        <w:t>Мошенничество, совершенное лицом с использованием своего служебного положения, а равно в крупном размере, - 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 (В редакции федеральных законов от 27.12.2009 № 377-ФЗ; от 07.03.2011 № 26-ФЗ; от 07.12.2011 № 420-ФЗ; от 29.11.2012 № 207-ФЗ)</w:t>
      </w:r>
    </w:p>
    <w:p>
      <w:r>
        <w:rPr>
          <w:b/>
        </w:rPr>
        <w:t xml:space="preserve">4. </w:t>
      </w:r>
      <w:r>
        <w:t>Мошенничество, совершенное организованной группой либо в особо крупном размере или повлекшее лишение права гражданина на жилое помещение, - (В редакции Федерального закона от 29.11.2012 № 207-ФЗ) 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(В редакции федеральных законов от 27.12.2009 № 377-ФЗ; от 07.03.2011 № 26-ФЗ)</w:t>
      </w:r>
    </w:p>
    <w:p>
      <w:r>
        <w:rPr>
          <w:b/>
        </w:rPr>
        <w:t xml:space="preserve">5. </w:t>
      </w:r>
      <w:r>
        <w:t>Мошенничество, сопряженное с преднамеренным неисполнением договорных обязательств в сфере предпринимательской деятельности, если это деяние повлекло причинение значительного ущерба,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 (Дополнение частью - Федеральный закон от 03.07.2016 № 323-ФЗ)</w:t>
      </w:r>
    </w:p>
    <w:p>
      <w:r>
        <w:rPr>
          <w:b/>
        </w:rPr>
        <w:t xml:space="preserve">6. </w:t>
      </w:r>
      <w:r>
        <w:t>Деяние, предусмотренное частью пятой настоящей статьи, совершенное в крупном размере, - 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 (Дополнение частью - Федеральный закон от 03.07.2016 № 323-ФЗ)</w:t>
      </w:r>
    </w:p>
    <w:p>
      <w:r>
        <w:rPr>
          <w:b/>
        </w:rPr>
        <w:t xml:space="preserve">7. </w:t>
      </w:r>
      <w:r>
        <w:t>Деяние, предусмотренное частью пятой настоящей статьи, совершенное в особо крупном размере, - 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(Дополнение частью - Федеральный закон от 03.07.2016 № 323-ФЗ) Примечания</w:t>
      </w:r>
    </w:p>
    <w:p>
      <w:r>
        <w:rPr>
          <w:b/>
        </w:rPr>
        <w:t xml:space="preserve">1. </w:t>
      </w:r>
      <w:r>
        <w:t>В частях пятой - седьмой настоящей статьи значительным ущербом признается ущерб в сумме, составляющей не менее двухсот пятидесяти тысяч рублей, крупным размером признается стоимость имущества, превышающая четыре миллиона пятьсот тысяч рублей, особо крупным размером признается стоимость имущества, превышающая восемнадцать миллионов рублей</w:t>
      </w:r>
    </w:p>
    <w:p>
      <w:r>
        <w:rPr>
          <w:b/>
        </w:rPr>
        <w:t xml:space="preserve">2. </w:t>
      </w:r>
      <w:r>
        <w:t>Действие частей пятой - седьмой настоящей статьи распространяется на случаи преднамеренного неисполнения договорных обязательств в сфере предпринимательской деятельности, когда сторонами договора являются индивидуальные предприниматели и (или) коммерческие организации. (Дополнение примечаниями - Федеральный закон от 03.07.2016 № 323-ФЗ) (В редакции Федерального закона от 06.04.2024 № 79-ФЗ) (Статья в редакции Федерального закона от 08.12.2003 № 162-ФЗ)</w:t>
      </w:r>
    </w:p>
    <w:p>
      <w:r>
        <w:rPr>
          <w:b/>
        </w:rPr>
        <w:t>Статья 159.1. Мошенничество в сфере кредитования</w:t>
      </w:r>
    </w:p>
    <w:p>
      <w:r>
        <w:rPr>
          <w:b/>
        </w:rPr>
        <w:t xml:space="preserve">1. </w:t>
      </w:r>
      <w:r>
        <w:t>Мошенничество в сфере кредитования, то есть хищение денежных средств заемщиком путем представления банку или иному кредитору заведомо ложных и (или) недостоверных сведений, -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
        <w:rPr>
          <w:b/>
        </w:rPr>
        <w:t xml:space="preserve">2. </w:t>
      </w:r>
      <w:r>
        <w:t>То же деяние, совершенное группой лиц по предварительному сговору,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четырех лет с ограничением свободы на срок до одного года или без такового</w:t>
      </w:r>
    </w:p>
    <w:p>
      <w:r>
        <w:rPr>
          <w:b/>
        </w:rPr>
        <w:t xml:space="preserve">3. </w:t>
      </w:r>
      <w:r>
        <w:t>Деяния, предусмотренные частями первой или второй настоящей статьи, совершенные лицом с использованием своего служебного положения, а равно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 (В редакции Федерального закона от 03.07.2016 № 325-ФЗ)</w:t>
      </w:r>
    </w:p>
    <w:p>
      <w:r>
        <w:rPr>
          <w:b/>
        </w:rPr>
        <w:t xml:space="preserve">4. </w:t>
      </w:r>
      <w:r>
        <w:t>Деяния, предусмотренные частями первой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Примечание. Крупным размером в настоящей статье и статье 1595 настоящего Кодекса признается стоимость имущества, превышающая один миллион пятьсот тысяч рублей, а особо крупным - шесть миллионов рублей. (В редакции федеральных законов от 03.07.2016 № 325-ФЗ; от 23.04.2018 № 111-ФЗ) (Дополнение статьей - Федеральный закон от 29.11.2012 № 207-ФЗ)</w:t>
      </w:r>
    </w:p>
    <w:p>
      <w:r>
        <w:rPr>
          <w:b/>
        </w:rPr>
        <w:t>Статья 159.2. Мошенничество при получении выплат</w:t>
      </w:r>
    </w:p>
    <w:p>
      <w:r>
        <w:rPr>
          <w:b/>
        </w:rPr>
        <w:t xml:space="preserve">1. </w:t>
      </w:r>
      <w:r>
        <w:t>Мошенничество при получении выплат, то есть хищение денежных средств или иного имущества при получении пособий, компенсаций, субсидий и иных социальных выплат, установленных законами и иными нормативными правовыми актами, путем представления заведомо ложных и (или) недостоверных сведений, а равно путем умолчания о фактах, влекущих прекращение указанных выплат, -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
        <w:rPr>
          <w:b/>
        </w:rPr>
        <w:t xml:space="preserve">2. </w:t>
      </w:r>
      <w:r>
        <w:t>То же деяние, совершенное группой лиц по предварительному сговору,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четырех лет с ограничением свободы на срок до одного года или без такового</w:t>
      </w:r>
    </w:p>
    <w:p>
      <w:r>
        <w:rPr>
          <w:b/>
        </w:rPr>
        <w:t xml:space="preserve">3. </w:t>
      </w:r>
      <w:r>
        <w:t>Деяния, предусмотренные частями первой или второй настоящей статьи, совершенные лицом с использованием своего служебного положения, а равно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 (В редакции Федерального закона от 03.07.2016 № 325-ФЗ)</w:t>
      </w:r>
    </w:p>
    <w:p>
      <w:r>
        <w:rPr>
          <w:b/>
        </w:rPr>
        <w:t xml:space="preserve">4. </w:t>
      </w:r>
      <w:r>
        <w:t>Деяния, предусмотренные частями первой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(Дополнение статьей - Федеральный закон от 29.11.2012 № 207-ФЗ)</w:t>
      </w:r>
    </w:p>
    <w:p>
      <w:r>
        <w:rPr>
          <w:b/>
        </w:rPr>
        <w:t>Статья 159.3. Мошенничество с использованием электронных средств платежа</w:t>
      </w:r>
    </w:p>
    <w:p>
      <w:r>
        <w:t>(Наименование в редакции Федерального закона от 23.04.2018 № 111-ФЗ)</w:t>
      </w:r>
    </w:p>
    <w:p>
      <w:r>
        <w:rPr>
          <w:b/>
        </w:rPr>
        <w:t xml:space="preserve">1. </w:t>
      </w:r>
      <w:r>
        <w:t>Мошенничество с использованием электронных средств платежа - (В редакции Федерального закона от 23.04.2018 № 111-ФЗ)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срок до трех лет. (В редакции Федерального закона от 23.04.2018 № 111-ФЗ)</w:t>
      </w:r>
    </w:p>
    <w:p>
      <w:r>
        <w:rPr>
          <w:b/>
        </w:rPr>
        <w:t xml:space="preserve">2. </w:t>
      </w:r>
      <w:r>
        <w:t>То же деяние, совершенное группой лиц по предварительному сговору, а равно с причинением значительного ущерба гражданину,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 (В редакции Федерального закона от 03.07.2016 № 325-ФЗ)</w:t>
      </w:r>
    </w:p>
    <w:p>
      <w:r>
        <w:rPr>
          <w:b/>
        </w:rPr>
        <w:t xml:space="preserve">3. </w:t>
      </w:r>
      <w:r>
        <w:t>Деяния, предусмотренные частями первой или второй настоящей статьи, совершенные лицом с использованием своего служебного положения, а равно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 (В редакции Федерального закона от 03.07.2016 № 325-ФЗ)</w:t>
      </w:r>
    </w:p>
    <w:p>
      <w:r>
        <w:rPr>
          <w:b/>
        </w:rPr>
        <w:t xml:space="preserve">4. </w:t>
      </w:r>
      <w:r>
        <w:t>Деяния, предусмотренные частями первой, второй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(Дополнение статьей - Федеральный закон от 29.11.2012 № 207-ФЗ)</w:t>
      </w:r>
    </w:p>
    <w:p>
      <w:r>
        <w:rPr>
          <w:b/>
        </w:rPr>
        <w:t>Статья 159.4</w:t>
      </w:r>
    </w:p>
    <w:p>
      <w:r>
        <w:t>(Дополнение статьей - Федеральный закон от 29.11.2012 № 207-ФЗ) (Утратила силу - Федеральный закон от 03.07.2016 № 325-ФЗ)</w:t>
      </w:r>
    </w:p>
    <w:p>
      <w:r>
        <w:rPr>
          <w:b/>
        </w:rPr>
        <w:t>Статья 159.5. Мошенничество в сфере страхования</w:t>
      </w:r>
    </w:p>
    <w:p>
      <w:r>
        <w:rPr>
          <w:b/>
        </w:rPr>
        <w:t xml:space="preserve">1. </w:t>
      </w:r>
      <w:r>
        <w:t>Мошенничество в сфере страхования, то есть хищение чужого имущества путем обмана относительно наступления страхового случая, а равно размера страхового возмещения, подлежащего выплате в соответствии с законом либо договором страхователю или иному лицу, -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
        <w:rPr>
          <w:b/>
        </w:rPr>
        <w:t xml:space="preserve">2. </w:t>
      </w:r>
      <w:r>
        <w:t>То же деяние, совершенное группой лиц по предварительному сговору, а равно с причинением значительного ущерба гражданину,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 (В редакции Федерального закона от 03.07.2016 № 325-ФЗ)</w:t>
      </w:r>
    </w:p>
    <w:p>
      <w:r>
        <w:rPr>
          <w:b/>
        </w:rPr>
        <w:t xml:space="preserve">3. </w:t>
      </w:r>
      <w:r>
        <w:t>Деяния, предусмотренные частями первой или второй настоящей статьи, совершенные лицом с использованием своего служебного положения, а равно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 (В редакции Федерального закона от 03.07.2016 № 325-ФЗ)</w:t>
      </w:r>
    </w:p>
    <w:p>
      <w:r>
        <w:rPr>
          <w:b/>
        </w:rPr>
        <w:t xml:space="preserve">4. </w:t>
      </w:r>
      <w:r>
        <w:t>Деяния, предусмотренные частями первой, второй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(Дополнение статьей - Федеральный закон от 29.11.2012 № 207-ФЗ)</w:t>
      </w:r>
    </w:p>
    <w:p>
      <w:r>
        <w:rPr>
          <w:b/>
        </w:rPr>
        <w:t>Статья 159.6. Мошенничество в сфере компьютерной информации</w:t>
      </w:r>
    </w:p>
    <w:p>
      <w:r>
        <w:rPr>
          <w:b/>
        </w:rPr>
        <w:t xml:space="preserve">1. </w:t>
      </w:r>
      <w:r>
        <w:t>Мошенничество в сфере компьютерной информации, то есть хищение чужого имущества или приобретение права на чужое имущество путем ввода, удаления, блокирования, модификации компьютерной информации либо иного вмешательства в функционирование средств хранения, обработки или передачи компьютерной информации или информационно-телекоммуникационных сетей, -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w:t>
      </w:r>
    </w:p>
    <w:p>
      <w:r>
        <w:rPr>
          <w:b/>
        </w:rPr>
        <w:t xml:space="preserve">2. </w:t>
      </w:r>
      <w:r>
        <w:t>То же деяние, совершенное группой лиц по предварительному сговору, а равно с причинением значительного ущерба гражданину,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 (В редакции Федерального закона от 03.07.2016 № 325-ФЗ)</w:t>
      </w:r>
    </w:p>
    <w:p>
      <w:r>
        <w:rPr>
          <w:b/>
        </w:rPr>
        <w:t xml:space="preserve">3. </w:t>
      </w:r>
      <w:r>
        <w:t>Деяния, предусмотренные частями первой или второй настоящей статьи, совершенные:</w:t>
      </w:r>
    </w:p>
    <w:p>
      <w:r>
        <w:rPr>
          <w:b/>
        </w:rPr>
        <w:t xml:space="preserve">4. </w:t>
      </w:r>
      <w:r>
        <w:t>Деяния, предусмотренные частями первой, второй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(Дополнение статьей - Федеральный закон от 29.11.2012 № 207-ФЗ)</w:t>
      </w:r>
    </w:p>
    <w:p>
      <w:r>
        <w:rPr>
          <w:b/>
        </w:rPr>
        <w:t xml:space="preserve">3. </w:t>
      </w:r>
      <w:r>
        <w:t>лицом с использованием своего служебного положения</w:t>
      </w:r>
    </w:p>
    <w:p>
      <w:r>
        <w:rPr>
          <w:b/>
        </w:rPr>
        <w:t xml:space="preserve">3. </w:t>
      </w:r>
      <w:r>
        <w:t>в крупном размере</w:t>
      </w:r>
    </w:p>
    <w:p>
      <w:r>
        <w:rPr>
          <w:b/>
        </w:rPr>
        <w:t xml:space="preserve">3. </w:t>
      </w:r>
      <w:r>
        <w:t>с банковского счета, а равно в отношении электронных денежных средств,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 (Часть в редакции Федерального закона от 23.04.2018 № 111-ФЗ)</w:t>
      </w:r>
    </w:p>
    <w:p>
      <w:r>
        <w:rPr>
          <w:b/>
        </w:rPr>
        <w:t>Статья 160. Присвоение или растрата</w:t>
      </w:r>
    </w:p>
    <w:p>
      <w:r>
        <w:rPr>
          <w:b/>
        </w:rPr>
        <w:t xml:space="preserve">1. </w:t>
      </w:r>
      <w:r>
        <w:t>Присвоение или растрата, то есть хищение чужого имущества, вверенного виновному, - наказываются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двухсот сорока часов, либо исправительными работами на срок до шести месяцев, либо ограничением свободы на срок до двух лет, либо принудительными работами на срок до двух лет, либо лишением свободы на тот же срок. (В редакции Федерального закона от 07.12.2011 № 420-ФЗ)</w:t>
      </w:r>
    </w:p>
    <w:p>
      <w:r>
        <w:rPr>
          <w:b/>
        </w:rPr>
        <w:t xml:space="preserve">2. </w:t>
      </w:r>
      <w:r>
        <w:t>Те же деяния, совершенные группой лиц по предварительному сговору, а равно с причинением значительного ущерба гражданину, - 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 (В редакции Федерального закона от 07.12.2011 № 420-ФЗ)</w:t>
      </w:r>
    </w:p>
    <w:p>
      <w:r>
        <w:rPr>
          <w:b/>
        </w:rPr>
        <w:t xml:space="preserve">3. </w:t>
      </w:r>
      <w:r>
        <w:t>Те же деяния, совершенные лицом с использованием своего служебного положения, а равно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пяти лет с ограничением свободы на срок до полутора лет или без такового, либо лишением свободы на срок до шести лет со штрафом в размере до десяти тысяч рублей или в размере заработной платы или иного дохода осужденного за период до одного месяца либо без такового и с ограничением свободы на срок до полутора лет либо без такового. (В редакции федеральных законов от 27.12.2009 № 377-ФЗ; от 07.03.2011 № 26-ФЗ; от 07.12.2011 № 420-ФЗ)</w:t>
      </w:r>
    </w:p>
    <w:p>
      <w:r>
        <w:rPr>
          <w:b/>
        </w:rPr>
        <w:t xml:space="preserve">4. </w:t>
      </w:r>
      <w:r>
        <w:t>Деяния, предусмотренные частями первой, второй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(В редакции федеральных законов от 27.12.2009 № 377-ФЗ; от 07.03.2011 № 26-ФЗ) (Статья в редакции Федерального закона от 08.12.2003 № 162-ФЗ)</w:t>
      </w:r>
    </w:p>
    <w:p>
      <w:r>
        <w:rPr>
          <w:b/>
        </w:rPr>
        <w:t>Статья 161. Грабеж</w:t>
      </w:r>
    </w:p>
    <w:p>
      <w:r>
        <w:rPr>
          <w:b/>
        </w:rPr>
        <w:t xml:space="preserve">1. </w:t>
      </w:r>
      <w:r>
        <w:t>Грабеж, то есть открытое хищение чужого имущества, - наказывается обязательными работами на срок до четырехсот восьмидесяти часов, либо исправительными работами на срок до двух лет, либо ограничением свободы на срок от двух до четырех лет, либо принудительными работами на срок до четырех лет, либо арестом на срок до шести месяцев, либо лишением свободы на срок до четырех лет. (В редакции Федерального закона от 07.12.2011 № 420-ФЗ)</w:t>
      </w:r>
    </w:p>
    <w:p>
      <w:r>
        <w:rPr>
          <w:b/>
        </w:rPr>
        <w:t xml:space="preserve">2. </w:t>
      </w:r>
      <w:r>
        <w:t>Грабеж, совершенный:</w:t>
      </w:r>
    </w:p>
    <w:p>
      <w:r>
        <w:rPr>
          <w:b/>
        </w:rPr>
        <w:t xml:space="preserve">3. </w:t>
      </w:r>
      <w:r>
        <w:t>Грабеж, совершенный:</w:t>
      </w:r>
    </w:p>
    <w:p>
      <w:r>
        <w:rPr>
          <w:b/>
        </w:rPr>
        <w:t xml:space="preserve">2. </w:t>
      </w:r>
      <w:r>
        <w:t>группой лиц по предварительному сговору</w:t>
      </w:r>
    </w:p>
    <w:p>
      <w:r>
        <w:rPr>
          <w:b/>
        </w:rPr>
        <w:t xml:space="preserve">2. </w:t>
      </w:r>
      <w:r>
        <w:t>(Пункт утратил силу - Федеральный закон от 08.12.2003 № 162-ФЗ)</w:t>
      </w:r>
    </w:p>
    <w:p>
      <w:r>
        <w:rPr>
          <w:b/>
        </w:rPr>
        <w:t xml:space="preserve">2. </w:t>
      </w:r>
      <w:r>
        <w:t>с незаконным проникновением в жилище, помещение либо иное хранилище</w:t>
      </w:r>
    </w:p>
    <w:p>
      <w:r>
        <w:rPr>
          <w:b/>
        </w:rPr>
        <w:t xml:space="preserve">2. </w:t>
      </w:r>
      <w:r>
        <w:t>с применением насилия, не опасного для жизни или здоровья, либо с угрозой применения такого насилия</w:t>
      </w:r>
    </w:p>
    <w:p>
      <w:r>
        <w:rPr>
          <w:b/>
        </w:rPr>
        <w:t xml:space="preserve">2. </w:t>
      </w:r>
      <w:r>
        <w:t>в крупном размере, - (В редакции Федерального закона от 08.12.2003 № 162-ФЗ) наказывается принудительными работами на срок до пяти лет либо лишением свободы на срок до семи лет со штрафом в размере до десяти тысяч рублей или в размере заработной платы или иного дохода осужденного за период до одного месяца или без такового и с ограничением свободы на срок до одного года или без такового. (В редакции Федерального закона от 07.12.2011 № 420-ФЗ)</w:t>
      </w:r>
    </w:p>
    <w:p>
      <w:r>
        <w:rPr>
          <w:b/>
        </w:rPr>
        <w:t xml:space="preserve">3. </w:t>
      </w:r>
      <w:r>
        <w:t>организованной группой</w:t>
      </w:r>
    </w:p>
    <w:p>
      <w:r>
        <w:rPr>
          <w:b/>
        </w:rPr>
        <w:t xml:space="preserve">3. </w:t>
      </w:r>
      <w:r>
        <w:t>в особо крупном размере, - (В редакции Федерального закона от 08.12.2003 № 162-ФЗ)</w:t>
      </w:r>
    </w:p>
    <w:p>
      <w:r>
        <w:rPr>
          <w:b/>
        </w:rPr>
        <w:t xml:space="preserve">3. </w:t>
      </w:r>
      <w:r>
        <w:t>(Пункт утратил силу - Федеральный закон от 08.12.2003 № 162-ФЗ) наказывается лишением свободы на срок от шести до двенадцати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 (В редакции федеральных законов от 08.12.2003 № 162-ФЗ; от 27.12.2009 № 377-ФЗ)</w:t>
      </w:r>
    </w:p>
    <w:p>
      <w:r>
        <w:rPr>
          <w:b/>
        </w:rPr>
        <w:t>Статья 162. Разбой</w:t>
      </w:r>
    </w:p>
    <w:p>
      <w:r>
        <w:rPr>
          <w:b/>
        </w:rPr>
        <w:t xml:space="preserve">1. </w:t>
      </w:r>
      <w:r>
        <w:t>Разбой, то есть нападение в целях хищения чужого имущества, совершенное с применением насилия, опасного для жизни или здоровья, либо с угрозой применения такого насилия, - наказывается принудительными работами на срок до пяти лет либо лишением свободы на срок до восьми лет со штрафом в размере до пятисот тысяч рублей или в размере заработной платы или иного дохода осужденного за период до трех лет или без такового. (В редакции Федерального закона от 07.12.2011 № 420-ФЗ)</w:t>
      </w:r>
    </w:p>
    <w:p>
      <w:r>
        <w:rPr>
          <w:b/>
        </w:rPr>
        <w:t xml:space="preserve">2. </w:t>
      </w:r>
      <w:r>
        <w:t>Разбой, совершенный группой лиц по предварительному сговору, а равно с применением оружия или предметов, используемых в качестве оружия, - 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 (В редакции федеральных законов от 21.07.2004 № 73-ФЗ; от 27.12.2009 № 377-ФЗ; от 07.03.2011 № 26-ФЗ)</w:t>
      </w:r>
    </w:p>
    <w:p>
      <w:r>
        <w:rPr>
          <w:b/>
        </w:rPr>
        <w:t xml:space="preserve">3. </w:t>
      </w:r>
      <w:r>
        <w:t>Разбой, совершенный с незаконным проникновением в жилище, помещение либо иное хранилище или в крупном размере, - наказывается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 (В редакции Федерального закона от 27.12.2009 № 377-ФЗ)</w:t>
      </w:r>
    </w:p>
    <w:p>
      <w:r>
        <w:rPr>
          <w:b/>
        </w:rPr>
        <w:t xml:space="preserve">4. </w:t>
      </w:r>
      <w:r>
        <w:t>Разбой, совершенный:</w:t>
      </w:r>
    </w:p>
    <w:p>
      <w:r>
        <w:rPr>
          <w:b/>
        </w:rPr>
        <w:t xml:space="preserve">4. </w:t>
      </w:r>
      <w:r>
        <w:t>организованной группой</w:t>
      </w:r>
    </w:p>
    <w:p>
      <w:r>
        <w:rPr>
          <w:b/>
        </w:rPr>
        <w:t xml:space="preserve">4. </w:t>
      </w:r>
      <w:r>
        <w:t>в особо крупном размере; (В редакции Федерального закона от 23.12.2010 № 388-ФЗ)</w:t>
      </w:r>
    </w:p>
    <w:p>
      <w:r>
        <w:rPr>
          <w:b/>
        </w:rPr>
        <w:t xml:space="preserve">4. </w:t>
      </w:r>
      <w:r>
        <w:t>с причинением тяжкого вреда здоровью потерпевшего, - наказывается лишением свободы на срок от восьми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 (В редакции Федерального закона от 27.12.2009 № 377-ФЗ) (Статья в редакции Федерального закона от 08.12.2003 № 162-ФЗ)</w:t>
      </w:r>
    </w:p>
    <w:p>
      <w:r>
        <w:rPr>
          <w:b/>
        </w:rPr>
        <w:t>Статья 163. Вымогательство</w:t>
      </w:r>
    </w:p>
    <w:p>
      <w:r>
        <w:rPr>
          <w:b/>
        </w:rPr>
        <w:t xml:space="preserve">1. </w:t>
      </w:r>
      <w:r>
        <w:t>Вымогательство, то есть требование передачи чужого имущества или права на имущество или совершения других действий имущественного характера под угрозой применения насилия либо уничтожения или повреждения чужого имущества, а равно под угрозой распространения сведений, позорящих потерпевшего или его близких, либо иных сведений, которые могут причинить существенный вред правам или законным интересам потерпевшего или его близких, - наказывается ограничением свободы на срок до четырех лет, либо принудительными работами на срок до четырех лет с ограничением свободы на срок до двух лет или без такового, либо арестом на срок до шести месяцев, либо лишением свободы на срок до четырех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(В редакции федеральных законов от 08.12.2003 № 162-ФЗ; от 27.12.2009 № 377-ФЗ; от 07.12.2011 № 420-ФЗ)</w:t>
      </w:r>
    </w:p>
    <w:p>
      <w:r>
        <w:rPr>
          <w:b/>
        </w:rPr>
        <w:t xml:space="preserve">2. </w:t>
      </w:r>
      <w:r>
        <w:t>Вымогательство, совершенное:</w:t>
      </w:r>
    </w:p>
    <w:p>
      <w:r>
        <w:rPr>
          <w:b/>
        </w:rPr>
        <w:t xml:space="preserve">3. </w:t>
      </w:r>
      <w:r>
        <w:t>Вымогательство, совершенное:</w:t>
      </w:r>
    </w:p>
    <w:p>
      <w:r>
        <w:rPr>
          <w:b/>
        </w:rPr>
        <w:t xml:space="preserve">2. </w:t>
      </w:r>
      <w:r>
        <w:t>группой лиц по предварительному сговору</w:t>
      </w:r>
    </w:p>
    <w:p>
      <w:r>
        <w:rPr>
          <w:b/>
        </w:rPr>
        <w:t xml:space="preserve">2. </w:t>
      </w:r>
      <w:r>
        <w:t>(Пункт утратил силу - Федеральный закон от 08.12.2003 № 162-ФЗ)</w:t>
      </w:r>
    </w:p>
    <w:p>
      <w:r>
        <w:rPr>
          <w:b/>
        </w:rPr>
        <w:t xml:space="preserve">2. </w:t>
      </w:r>
      <w:r>
        <w:t>с применением насилия; (В редакции Федерального закона от 08.12.2003 № 162-ФЗ)</w:t>
      </w:r>
    </w:p>
    <w:p>
      <w:r>
        <w:rPr>
          <w:b/>
        </w:rPr>
        <w:t xml:space="preserve">2. </w:t>
      </w:r>
      <w:r>
        <w:t>в крупном размере, - (Дополнение пунктом - Федеральный закон от 08.12.2003 № 162-ФЗ) наказывается лишением свободы на срок до семи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(В редакции федеральных законов от 08.12.2003 № 162-ФЗ; от 27.12.2009 № 377-ФЗ; от 07.03.2011 № 26-ФЗ)</w:t>
      </w:r>
    </w:p>
    <w:p>
      <w:r>
        <w:rPr>
          <w:b/>
        </w:rPr>
        <w:t xml:space="preserve">3. </w:t>
      </w:r>
      <w:r>
        <w:t>организованной группой</w:t>
      </w:r>
    </w:p>
    <w:p>
      <w:r>
        <w:rPr>
          <w:b/>
        </w:rPr>
        <w:t xml:space="preserve">3. </w:t>
      </w:r>
      <w:r>
        <w:t>в целях получения имущества в особо крупном размере; (В редакции Федерального закона от 08.12.2003 № 162-ФЗ)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