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Земельный кодекс Российской Федерации</w:t>
      </w:r>
    </w:p>
    <w:p>
      <w:pPr>
        <w:pStyle w:val="Heading3"/>
      </w:pPr>
      <w:r>
        <w:t>ОБЩИЕ ПОЛОЖЕНИЯ</w:t>
      </w:r>
    </w:p>
    <w:p>
      <w:r>
        <w:rPr>
          <w:b/>
        </w:rPr>
        <w:t>Статья 1. Основные принципы земельного законодательства</w:t>
      </w:r>
    </w:p>
    <w:p>
      <w:r>
        <w:rPr>
          <w:b/>
        </w:rPr>
        <w:t xml:space="preserve">1. </w:t>
      </w:r>
      <w:r>
        <w:t>Настоящий Кодекс и изданные в соответствии с ним иные акты земельного законодательства основываются на следующих принципах</w:t>
      </w:r>
    </w:p>
    <w:p>
      <w:r>
        <w:rPr>
          <w:b/>
        </w:rPr>
        <w:t xml:space="preserve">2. </w:t>
      </w:r>
      <w:r>
        <w:t>Федеральными законами могут быть установлены и другие принципы земельного законодательства, не противоречащие установленным пунктом 1 настоящей статьи принципам</w:t>
      </w:r>
    </w:p>
    <w:p>
      <w:r>
        <w:rPr>
          <w:b/>
        </w:rPr>
        <w:t xml:space="preserve">1. </w:t>
      </w:r>
      <w:r>
        <w:t>учет значения земли как основы жизни и деятельности человека, согласно которому регулирование отношений по использованию и охране земли осуществляется исходя из представлений о земле как о природном объекте, охраняемом в качестве важнейшей составной части природы, природном ресурсе,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 и одновременно как о недвижимом имуществе, об объекте права собственности и иных прав на землю</w:t>
      </w:r>
    </w:p>
    <w:p>
      <w:r>
        <w:rPr>
          <w:b/>
        </w:rPr>
        <w:t xml:space="preserve">1. </w:t>
      </w:r>
      <w:r>
        <w:t>приоритет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 согласно которому владение, пользование и распоряжение землей осуществляются собственниками земельных участков свободно, если это не наносит ущерб окружающей среде</w:t>
      </w:r>
    </w:p>
    <w:p>
      <w:r>
        <w:rPr>
          <w:b/>
        </w:rPr>
        <w:t xml:space="preserve">1. </w:t>
      </w:r>
      <w:r>
        <w:t>приоритет охраны жизни и здоровья человека, согласно которому при осуществлении деятельности по использованию и охране земель должны быть приняты такие решения и осуществлены такие виды деятельности, которые позволили бы обеспечить сохранение жизни человека или предотвратить негативное (вредное) воздействие на здоровье человека, даже если это потребует больших затрат</w:t>
      </w:r>
    </w:p>
    <w:p>
      <w:r>
        <w:rPr>
          <w:b/>
        </w:rPr>
        <w:t xml:space="preserve">1. </w:t>
      </w:r>
      <w:r>
        <w:t>участие граждан, общественных организаций (объединений) и религиозных организаций в решении вопросов, касающихся их прав на землю, согласно которому граждане Российской Федерации, общественные организации (объединения) и религиозные организации имеют право принимать участие в подготовке решений, реализация которых может оказать воздействие на состояние земель при их использовании и охране,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 (В редакции Федерального закона от 03.10.2004 № 123-ФЗ) 5)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w:t>
      </w:r>
    </w:p>
    <w:p>
      <w:r>
        <w:rPr>
          <w:b/>
        </w:rPr>
        <w:t xml:space="preserve">1. </w:t>
      </w:r>
      <w:r>
        <w:t>приоритет сохранения особо ценных земель и земель особо охраняемых территорий, согласно которому изменение целевого назначения ценных земель сельскохозяйственного назначения, земель, занятых защитными лесами, земель особо охраняемых природных территорий и объектов, земель, занятых объектами культурного наследия, других особо ценных земель и земель особо охраняемых территорий для иных целей ограничивается или запрещается в порядке, установленном федеральными законами. Установление данного принципа не должно толковаться как отрицание или умаление значения земель других категорий; (В редакции федеральных законов от 21.12.2004 № 172-ФЗ; от 04.12.2006 № 201-ФЗ) 7)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w:t>
      </w:r>
    </w:p>
    <w:p>
      <w:r>
        <w:rPr>
          <w:b/>
        </w:rPr>
        <w:t xml:space="preserve">1. </w:t>
      </w:r>
      <w:r>
        <w:t>деление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зонированием территорий и требованиями законодательства; (В редакции Федерального закона от 22.07.2008 № 141-ФЗ) 9) разграничение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согласно которому правовые основы и порядок такого разграничения устанавливаются федеральными законами</w:t>
      </w:r>
    </w:p>
    <w:p>
      <w:r>
        <w:rPr>
          <w:b/>
        </w:rPr>
        <w:t xml:space="preserve">1. </w:t>
      </w:r>
      <w:r>
        <w:t>дифференцированный подход к установлению правового режима земель, в соответствии с которым при определении их правового режима должны учитываться природные, социальные, экономические и иные факторы</w:t>
      </w:r>
    </w:p>
    <w:p>
      <w:r>
        <w:rPr>
          <w:b/>
        </w:rPr>
        <w:t xml:space="preserve">1. </w:t>
      </w:r>
      <w:r>
        <w:t>сочетание интересов общества и законных интересов граждан, согласно которому регулирование использования и охраны земель осуществляется в интересах всего общества при обеспечении гарантий каждого гражданина на свободное владение, пользование и распоряжение принадлежащим ему земельным участком. При регулировании земельных отношений применяется принцип разграничения действия норм гражданского законодательства и норм земельного законодательства в части регулирования отношений по использованию земель, а также принцип государственного регулирования приватизации земли</w:t>
      </w:r>
    </w:p>
    <w:p>
      <w:r>
        <w:rPr>
          <w:b/>
        </w:rPr>
        <w:t>Статья 2. Земельное законодательство</w:t>
      </w:r>
    </w:p>
    <w:p>
      <w:r>
        <w:rPr>
          <w:b/>
        </w:rPr>
        <w:t xml:space="preserve">1. </w:t>
      </w:r>
      <w:r>
        <w:t>Земельное законодательство в соответствии с Конституцией Российской Федерации находится в совместном ведении Российской Федерации и субъектов Российской Федерации. Земельное законодательство состоит из настоящего Кодекса, федеральных законов и принимаемых в соответствии с ними законов субъектов Российской Федерации. Нормы земельного права, содержащиеся в других федеральных законах, законах субъектов Российской Федерации, должны соответствовать настоящему Кодексу. Земельные отношения могут регулироваться также указами Президента Российской Федерации, которые не должны противоречить настоящему Кодексу, федеральным законам</w:t>
      </w:r>
    </w:p>
    <w:p>
      <w:r>
        <w:rPr>
          <w:b/>
        </w:rPr>
        <w:t xml:space="preserve">2. </w:t>
      </w:r>
      <w:r>
        <w:t>Правительство Российской Федерации принимает решения, регулирующие земельные отношения, в пределах полномочий, определенных настоящим Кодексом, федеральными законами, а также указами Президента Российской Федерации, регулирующими земельные отношения</w:t>
      </w:r>
    </w:p>
    <w:p>
      <w:r>
        <w:rPr>
          <w:b/>
        </w:rPr>
        <w:t xml:space="preserve">3. </w:t>
      </w:r>
      <w:r>
        <w:t>На основании и во исполнение настоящего Кодекса, федеральных законов, иных нормативных правовых актов Российской Федерации, законов субъектов Российской Федерации исполнительные органы субъектов Российской Федерации в пределах своих полномочий могут издавать акты, содержащие нормы земельного права. (В редакции Федерального закона от 08.08.2024 № 232-ФЗ)</w:t>
      </w:r>
    </w:p>
    <w:p>
      <w:r>
        <w:rPr>
          <w:b/>
        </w:rPr>
        <w:t xml:space="preserve">4. </w:t>
      </w:r>
      <w:r>
        <w:t>На основании и во исполнение настоящего Кодекса,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акты, содержащие нормы земельного права</w:t>
      </w:r>
    </w:p>
    <w:p>
      <w:r>
        <w:rPr>
          <w:b/>
        </w:rPr>
        <w:t>Статья 3. Отношения, регулируемые земельным законодательством</w:t>
      </w:r>
    </w:p>
    <w:p>
      <w:r>
        <w:rPr>
          <w:b/>
        </w:rPr>
        <w:t xml:space="preserve">1. </w:t>
      </w:r>
      <w:r>
        <w:t>Земельное законодательство регулирует отношения по использованию и охране земель в Российской Федерации как основы жизни и деятельности народов, проживающих на соответствующей территории (земельные отношения)</w:t>
      </w:r>
    </w:p>
    <w:p>
      <w:r>
        <w:rPr>
          <w:b/>
        </w:rPr>
        <w:t xml:space="preserve">2. </w:t>
      </w:r>
      <w:r>
        <w:t>К отношениям по использованию и охране недр, водных объектов, лесов, животного мира и иных природных ресурсов, охране окружающей среды, охране особо охраняемых природных территорий и объектов, охране атмосферного воздуха и охране объектов культурного наследия народов Российской Федерации применяются соответственно законодательство о недрах, лесное, водное законодательство, законодательство о животном мире, об охране и использовании других природных ресурсов, об охране окружающей среды, об охране атмосферного воздуха, об особо охраняемых природных территориях и объектах, об охране объектов культурного наследия народов Российской Федерации, специальные федеральные законы. (В редакции Федерального закона от 14.07.2008 № 118-ФЗ) К земельным отношениям нормы указанных отраслей законодательства применяются, если эти отношения не урегулированы земельным законодательством</w:t>
      </w:r>
    </w:p>
    <w:p>
      <w:r>
        <w:rPr>
          <w:b/>
        </w:rPr>
        <w:t xml:space="preserve">3. </w:t>
      </w:r>
      <w:r>
        <w:t>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если иное не предусмотрено земельным, лесным, водным законодательством, законодательством о недрах, об охране окружающей среды, специальными федеральными законами</w:t>
      </w:r>
    </w:p>
    <w:p>
      <w:r>
        <w:rPr>
          <w:b/>
        </w:rPr>
        <w:t>Статья 4. Применение международных договоров Российской Федерации</w:t>
      </w:r>
    </w:p>
    <w:p>
      <w:r>
        <w:rPr>
          <w:b/>
        </w:rPr>
        <w:t xml:space="preserve">1. </w:t>
      </w:r>
      <w:r>
        <w:t>Если международным договором Российской Федерации, ратифицированным в установленном порядке, установлены иные правила, чем те, которые предусмотрены настоящим Кодексом, применяются правила международного договора. (В редакции Федерального закона от 30.04.2021 № 113-ФЗ)</w:t>
      </w:r>
    </w:p>
    <w:p>
      <w:r>
        <w:rPr>
          <w:b/>
        </w:rPr>
        <w:t xml:space="preserve">2. </w:t>
      </w:r>
      <w:r>
        <w:t>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30.04.2021 № 113-ФЗ)</w:t>
      </w:r>
    </w:p>
    <w:p>
      <w:r>
        <w:rPr>
          <w:b/>
        </w:rPr>
        <w:t>Статья 5. Участники земельных отношений</w:t>
      </w:r>
    </w:p>
    <w:p>
      <w:r>
        <w:rPr>
          <w:b/>
        </w:rPr>
        <w:t xml:space="preserve">1. </w:t>
      </w:r>
      <w:r>
        <w:t>Участниками земельных отношений являются граждане, юридические лица, Российская Федерация, субъекты Российской Федерации, муниципальные образования</w:t>
      </w:r>
    </w:p>
    <w:p>
      <w:r>
        <w:rPr>
          <w:b/>
        </w:rPr>
        <w:t xml:space="preserve">2. </w:t>
      </w:r>
      <w:r>
        <w:t>Права иностранных граждан, лиц без гражданства и иностранных юридических лиц на приобретение в собственность земельных участков определяются в соответствии с настоящим Кодексом, федеральными законами</w:t>
      </w:r>
    </w:p>
    <w:p>
      <w:r>
        <w:rPr>
          <w:b/>
        </w:rPr>
        <w:t xml:space="preserve">3. </w:t>
      </w:r>
      <w:r>
        <w:t>Для целей настоящего Кодекса используются следующие понятия и определения: собственники земельных участков - лица, являющиеся собственниками земельных участков; 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 (В редакции Федерального закона от 08.03.2015 № 48-ФЗ) землевладельцы - лица, владеющие и пользующиеся земельными участками на праве пожизненного наследуемого владения; арендаторы земельных участков - лица, владеющие и пользующиеся земельными участками по договору аренды, договору субаренды; обладатели сервитута - лица, имеющие право ограниченного пользования чужими земельными участками (сервитут); правообладатели земельных участков - собственники земельных участков, землепользователи, землевладельцы и арендаторы земельных участков; (Дополнение абзацем - Федеральный закон от 31.12.2014 № 499-ФЗ) обладатели публичного сервитута - лица, имеющие право ограниченного пользования землями и (или) чужими земельными участками, установленное в соответствии с главой V7 настоящего Кодекса. (Дополнение абзацем - Федеральный закон от 03.08.2018 № 341-ФЗ)</w:t>
      </w:r>
    </w:p>
    <w:p>
      <w:r>
        <w:rPr>
          <w:b/>
        </w:rPr>
        <w:t>Статья 6. Объекты земельных отношений</w:t>
      </w:r>
    </w:p>
    <w:p>
      <w:r>
        <w:rPr>
          <w:b/>
        </w:rPr>
        <w:t xml:space="preserve">1. </w:t>
      </w:r>
      <w:r>
        <w:t>Объектами земельных отношений являются</w:t>
      </w:r>
    </w:p>
    <w:p>
      <w:r>
        <w:rPr>
          <w:b/>
        </w:rPr>
        <w:t xml:space="preserve">2. </w:t>
      </w:r>
      <w:r>
        <w:t>(Пункт утратил силу - Федеральный закон от 22.07.2008 № 141-ФЗ)</w:t>
      </w:r>
    </w:p>
    <w:p>
      <w:r>
        <w:rPr>
          <w:b/>
        </w:rPr>
        <w:t xml:space="preserve">3. </w:t>
      </w:r>
      <w:r>
        <w:t>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 (Дополнение пунктом - Федеральный закон от 23.06.2014 № 171-ФЗ)</w:t>
      </w:r>
    </w:p>
    <w:p>
      <w:r>
        <w:rPr>
          <w:b/>
        </w:rPr>
        <w:t xml:space="preserve">1. </w:t>
      </w:r>
      <w:r>
        <w:t>земля как природный объект и природный ресурс</w:t>
      </w:r>
    </w:p>
    <w:p>
      <w:r>
        <w:rPr>
          <w:b/>
        </w:rPr>
        <w:t xml:space="preserve">1. </w:t>
      </w:r>
      <w:r>
        <w:t>земельные участки</w:t>
      </w:r>
    </w:p>
    <w:p>
      <w:r>
        <w:rPr>
          <w:b/>
        </w:rPr>
        <w:t xml:space="preserve">1. </w:t>
      </w:r>
      <w:r>
        <w:t>части земельных участков</w:t>
      </w:r>
    </w:p>
    <w:p>
      <w:r>
        <w:rPr>
          <w:b/>
        </w:rPr>
        <w:t>Статья 7. Состав земель в Российской Федерации</w:t>
      </w:r>
    </w:p>
    <w:p>
      <w:r>
        <w:rPr>
          <w:b/>
        </w:rPr>
        <w:t xml:space="preserve">1. </w:t>
      </w:r>
      <w:r>
        <w:t>Земли в Российской Федерации по целевому назначению подразделяются на следующие категории</w:t>
      </w:r>
    </w:p>
    <w:p>
      <w:r>
        <w:rPr>
          <w:b/>
        </w:rPr>
        <w:t xml:space="preserve">2. </w:t>
      </w:r>
      <w:r>
        <w:t>Земли, указанные в пункте 1 настоящей статьи, используются в соответствии с установленным для них целевым назначением.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 (В редакции Федерального закона от 30.12.2021 № 493-ФЗ) В отношении земельного участка в соответствии с федеральным законом могут быть установлены один или несколько основных, условно разрешенных или вспомогательных видов разрешенного использования. Любой основной или вспомогательный вид разрешенного использования из предусмотренных градостроительным зонированием территорий выбирается правообладателем земельного участка в соответствии с настоящим Кодексом и законодательством о градостроительной деятельности. Правообладателем земельного участка по правилам, предусмотренным федеральным законом, может быть получено разрешение на условно разрешенный вид разрешенного использования. (В редакции Федерального закона от 30.12.2021 № 493-ФЗ) Основной или условно разрешенный вид разрешенного использования земельного участка считается выбранным в отношении такого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 (Дополнение абзацем - Федеральный закон от 30.12.2021 № 493-ФЗ) 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(Дополнение абзацем - Федеральный закон от 22.07.2010 № 167-ФЗ)</w:t>
      </w:r>
    </w:p>
    <w:p>
      <w:r>
        <w:rPr>
          <w:b/>
        </w:rPr>
        <w:t xml:space="preserve">3. </w:t>
      </w:r>
      <w:r>
        <w:t>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законами, законами и иными нормативными правовыми актами субъектов Российской Федерации, нормативными правовыми актами органов местного самоуправления, может быть установлен особый правовой режим использования земель указанных категорий. (В редакции Федерального закона от 27.06.2018 № 164-ФЗ)</w:t>
      </w:r>
    </w:p>
    <w:p>
      <w:r>
        <w:rPr>
          <w:b/>
        </w:rPr>
        <w:t xml:space="preserve">1. </w:t>
      </w:r>
      <w:r>
        <w:t>земли сельскохозяйственного назначения</w:t>
      </w:r>
    </w:p>
    <w:p>
      <w:r>
        <w:rPr>
          <w:b/>
        </w:rPr>
        <w:t xml:space="preserve">1. </w:t>
      </w:r>
      <w:r>
        <w:t>земли населенных пунктов; (В редакции Федерального закона от 18.12.2006 № 232-ФЗ) 3)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
        <w:rPr>
          <w:b/>
        </w:rPr>
        <w:t xml:space="preserve">1. </w:t>
      </w:r>
      <w:r>
        <w:t>земли особо охраняемых территорий и объектов</w:t>
      </w:r>
    </w:p>
    <w:p>
      <w:r>
        <w:rPr>
          <w:b/>
        </w:rPr>
        <w:t xml:space="preserve">1. </w:t>
      </w:r>
      <w:r>
        <w:t>земли лесного фонда</w:t>
      </w:r>
    </w:p>
    <w:p>
      <w:r>
        <w:rPr>
          <w:b/>
        </w:rPr>
        <w:t xml:space="preserve">1. </w:t>
      </w:r>
      <w:r>
        <w:t>земли водного фонда</w:t>
      </w:r>
    </w:p>
    <w:p>
      <w:r>
        <w:rPr>
          <w:b/>
        </w:rPr>
        <w:t xml:space="preserve">1. </w:t>
      </w:r>
      <w:r>
        <w:t>земли запаса</w:t>
      </w:r>
    </w:p>
    <w:p>
      <w:r>
        <w:rPr>
          <w:b/>
        </w:rPr>
        <w:t>Статья 8. Отнесение земель к категориям, перевод их из одной категории в другую</w:t>
      </w:r>
    </w:p>
    <w:p>
      <w:r>
        <w:rPr>
          <w:b/>
        </w:rPr>
        <w:t xml:space="preserve">1. </w:t>
      </w:r>
      <w:r>
        <w:t>Перевод земель из одной категории в другую осуществляется в отношении: (В редакции Федерального закона от 22.07.2008 № 141-ФЗ) 1) земель, находящихся в федеральной собственности, - Правительством Российской Федерации;</w:t>
      </w:r>
    </w:p>
    <w:p>
      <w:r>
        <w:rPr>
          <w:b/>
        </w:rPr>
        <w:t xml:space="preserve">2. </w:t>
      </w:r>
      <w:r>
        <w:t>Категория земель указывается в</w:t>
      </w:r>
    </w:p>
    <w:p>
      <w:r>
        <w:rPr>
          <w:b/>
        </w:rPr>
        <w:t xml:space="preserve">3. </w:t>
      </w:r>
      <w:r>
        <w:t>Нарушение установленного настоящим Кодексом,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 о переводе их из одной категории в другую</w:t>
      </w:r>
    </w:p>
    <w:p>
      <w:r>
        <w:rPr>
          <w:b/>
        </w:rPr>
        <w:t xml:space="preserve">4. </w:t>
      </w:r>
      <w:r>
        <w:t>Перевод земель или земельных участков из одной категории в другую и (или) изменение основных или вспомогательных видов разрешенного использования, предоставление разрешения на условно разрешенный вид разрешенного использования земельного участка не влекут за собой прекращение прав собственников земельных участков, землепользователей, землевладельцев и арендаторов земельных участков, лиц, в пользу которых установлены сервитут, публичный сервитут, а также лиц, использующих земли или земельные участки по основаниям, предусмотренным настоящим Кодексом. (Дополнение пунктом - Федеральный закон от 04.08.2023 № 438-ФЗ)</w:t>
      </w:r>
    </w:p>
    <w:p>
      <w:r>
        <w:rPr>
          <w:b/>
        </w:rPr>
        <w:t xml:space="preserve">1. </w:t>
      </w:r>
      <w:r>
        <w:t>земель, находящихся в собственности субъектов Российской Федерации, и земель сельскохозяйственного назначения, находящихся в муниципальной собственности, - исполнительными органами субъектов Российской Федерации; (В редакции Федерального закона от 08.08.2024 № 232-ФЗ) 3) земель, находящихся в муниципальной собственности, за исключением земель сельскохозяйственного назначения, - органами местного самоуправления</w:t>
      </w:r>
    </w:p>
    <w:p>
      <w:r>
        <w:rPr>
          <w:b/>
        </w:rPr>
        <w:t xml:space="preserve">1. </w:t>
      </w:r>
      <w:r>
        <w:t>земель, находящихся в частной собственности: земель сельскохозяйственного назначения - исполнительными органами субъектов Российской Федерации; (В редакции Федерального закона от 08.08.2024 № 232-ФЗ) земель иного целевого назначения - органами местного самоуправления. 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настоящим Кодексом и законодательством Российской Федерации о градостроительной деятельности. (Дополнение абзацем - Федеральный закон от 21.07.2005 № 111-ФЗ) (В редакции Федерального закона от 18.12.2006 № 232-ФЗ) Абзац. (Дополнение абзацем - Федеральный закон от 30.10.2007 № 240-ФЗ) (Утратил силу - Федеральный закон от 04.03.2013 № 21-ФЗ) Порядок перевода земель из одной категории в другую устанавливается федеральными законами</w:t>
      </w:r>
    </w:p>
    <w:p>
      <w:r>
        <w:rPr>
          <w:b/>
        </w:rPr>
        <w:t xml:space="preserve">2. </w:t>
      </w:r>
      <w:r>
        <w:t>актах федеральных органов исполнительной власти, актах исполнительных органов субъектов Российской Федерации и актах органов местного самоуправления о предоставлении земельных участков; (В редакции Федерального закона от 08.08.2024 № 232-ФЗ) 2) договорах, предметом которых являются земельные участки</w:t>
      </w:r>
    </w:p>
    <w:p>
      <w:r>
        <w:rPr>
          <w:b/>
        </w:rPr>
        <w:t xml:space="preserve">2. </w:t>
      </w:r>
      <w:r>
        <w:t>государственном кадастре недвижимости; (В редакции Федерального закона от 13.05.2008 № 66-ФЗ) 4) документах о государственной регистрации прав на недвижимое имущество и сделок с ним</w:t>
      </w:r>
    </w:p>
    <w:p>
      <w:r>
        <w:rPr>
          <w:b/>
        </w:rPr>
        <w:t xml:space="preserve">2. </w:t>
      </w:r>
      <w:r>
        <w:t>иных документах в случаях, установленных федеральными законами и законами субъектов Российской Федерации</w:t>
      </w:r>
    </w:p>
    <w:p>
      <w:r>
        <w:rPr>
          <w:b/>
        </w:rPr>
        <w:t>Статья 9. Полномочия Российской Федерации в области земельных отношений</w:t>
      </w:r>
    </w:p>
    <w:p>
      <w:r>
        <w:rPr>
          <w:b/>
        </w:rPr>
        <w:t xml:space="preserve">1. </w:t>
      </w:r>
      <w:r>
        <w:t>К полномочиям Российской Федерации в области земельных отношений относятся</w:t>
      </w:r>
    </w:p>
    <w:p>
      <w:r>
        <w:rPr>
          <w:b/>
        </w:rPr>
        <w:t xml:space="preserve">2. </w:t>
      </w:r>
      <w:r>
        <w:t>Российская Федерация осуществляет управление и распоряжение земельными участками, находящимися в собственности Российской Федерации (федеральной собственностью)</w:t>
      </w:r>
    </w:p>
    <w:p>
      <w:r>
        <w:rPr>
          <w:b/>
        </w:rPr>
        <w:t xml:space="preserve">1. </w:t>
      </w:r>
      <w:r>
        <w:t>установление основ федеральной политики в области регулирования земельных отношений</w:t>
      </w:r>
    </w:p>
    <w:p>
      <w:r>
        <w:rPr>
          <w:b/>
        </w:rPr>
        <w:t xml:space="preserve">1. </w:t>
      </w:r>
      <w:r>
        <w:t>установление ограничений прав собственников земельных участков, землепользователей, землевладельцев, арендаторов земельных участков, а также ограничений оборотоспособности земельных участков</w:t>
      </w:r>
    </w:p>
    <w:p>
      <w:r>
        <w:rPr>
          <w:b/>
        </w:rPr>
        <w:t xml:space="preserve">1. </w:t>
      </w:r>
      <w:r>
        <w:t>государственное управление в области осуществления мониторинга земель, федерального государственного земельного контроля (надзора) (далее - государственный земельный надзор), землеустройства; (В редакции федеральных законов от 13.05.2008 № 66-ФЗ, от 18.07.2011 № 242-ФЗ, от 11.06.2021 № 170-ФЗ) 31) осуществление государственного земельного надзора; (Дополнение подпунктом - Федеральный закон от 18.07.2011 № 242-ФЗ) 4) установление порядка резервирования земель, принудительного отчуждения земельных участков (изъятия земельных участков) для государственных и муниципальных нужд; (В редакции федеральных законов от 10.05.2007 № 69-ФЗ; от 31.12.2014 № 499-ФЗ) 5) резервирование земель, изъятие земельных участков для нужд Российской Федерации; (В редакции федеральных законов от 10.05.2007 № 69-ФЗ; от 31.12.2014 № 499-ФЗ) 6) разработка и реализация федеральных программ использования и охраны земель</w:t>
      </w:r>
    </w:p>
    <w:p>
      <w:r>
        <w:rPr>
          <w:b/>
        </w:rPr>
        <w:t xml:space="preserve">1. </w:t>
      </w:r>
      <w:r>
        <w:t>иные полномочия, отнесенные к полномочиям Российской Федерации Конституцией Российской Федерации, настоящим Кодексом, федеральными законами</w:t>
      </w:r>
    </w:p>
    <w:p>
      <w:r>
        <w:rPr>
          <w:b/>
        </w:rPr>
        <w:t>Статья 91. Передача осуществления полномочий федеральных органов исполнительной власти в области земельных отношений исполнительным органам субъектов Российской Федерации</w:t>
      </w:r>
    </w:p>
    <w:p>
      <w:r>
        <w:t>Полномочия федеральных органов исполнительной власти в области земельных отношений, предусмотренные настоящим Кодексом,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rPr>
          <w:b/>
        </w:rPr>
        <w:t>Статья 10. Полномочия субъектов Российской Федерации в области земельных отношений</w:t>
      </w:r>
    </w:p>
    <w:p>
      <w:r>
        <w:rPr>
          <w:b/>
        </w:rPr>
        <w:t xml:space="preserve">1. </w:t>
      </w:r>
      <w:r>
        <w:t>К полномочиям субъектов Российской Федерации относятся резервирование, изъятие земельных участков для нужд субъектов Российской Федерации; разработка и реализация региональных программ использования и охраны земель, находящихся в границах субъектов Российской Федерации; иные полномочия, не отнесенные к полномочиям Российской Федерации или к полномочиям органов местного самоуправления. (В редакции федеральных законов от 10.05.2007 № 69-ФЗ; от 31.12.2014 № 499-ФЗ)</w:t>
      </w:r>
    </w:p>
    <w:p>
      <w:r>
        <w:rPr>
          <w:b/>
        </w:rPr>
        <w:t xml:space="preserve">2. </w:t>
      </w:r>
      <w:r>
        <w:t>Субъекты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p>
    <w:p>
      <w:r>
        <w:rPr>
          <w:b/>
        </w:rPr>
        <w:t>Статья 101. Перераспределение полномочий между органами местного самоуправления и органами государственной власти субъекта Российской Федерации</w:t>
      </w:r>
    </w:p>
    <w:p>
      <w:r>
        <w:t>Полномочия органов местного самоуправления и органов государственной власти субъекта Российской Федерации в области земельных отношений, установленные настоящим Кодексом, могут быть перераспределены между ними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(Дополнение статьей - Федеральный закон от 29.12.2014 № 485-ФЗ)</w:t>
      </w:r>
    </w:p>
    <w:p>
      <w:r>
        <w:rPr>
          <w:b/>
        </w:rPr>
        <w:t>Статья 11. Полномочия органов местного самоуправления в области земельных отношений</w:t>
      </w:r>
    </w:p>
    <w:p>
      <w:r>
        <w:rPr>
          <w:b/>
        </w:rPr>
        <w:t xml:space="preserve">1. </w:t>
      </w:r>
      <w:r>
        <w:t>К полномочиям органов местного самоуправления в области земельных отношений относятся резервирование земель, изъятие земельных участков для муниципальных нужд, установление с учетом требований законодательства Российской Федерации правил землепользования и застройки территорий городских и сельских поселений, территорий других муниципальных образований,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 охраны земель. (В редакции федеральных законов от 10.05.2007 № 69-ФЗ; от 31.12.2014 № 499-ФЗ)</w:t>
      </w:r>
    </w:p>
    <w:p>
      <w:r>
        <w:rPr>
          <w:b/>
        </w:rPr>
        <w:t xml:space="preserve">2. </w:t>
      </w:r>
      <w:r>
        <w:t>Органами местного самоуправления осуществляются управление и распоряжение земельными участками, находящимися в муниципальной собственности</w:t>
      </w:r>
    </w:p>
    <w:p>
      <w:pPr>
        <w:pStyle w:val="Heading3"/>
      </w:pPr>
      <w:r>
        <w:t>1. ОБРАЗОВАНИЕ ЗЕМЕЛЬНЫХ УЧАСТКОВ</w:t>
      </w:r>
    </w:p>
    <w:p>
      <w:r>
        <w:rPr>
          <w:b/>
        </w:rPr>
        <w:t>Статья 111</w:t>
      </w:r>
    </w:p>
    <w:p>
      <w:r>
        <w:t>(Статья утратила силу - Федеральный закон от 23.06.2014 № 171-ФЗ)</w:t>
      </w:r>
    </w:p>
    <w:p>
      <w:r>
        <w:rPr>
          <w:b/>
        </w:rPr>
        <w:t>Статья 112. Образование земельных участков</w:t>
      </w:r>
    </w:p>
    <w:p>
      <w:r>
        <w:rPr>
          <w:b/>
        </w:rPr>
        <w:t xml:space="preserve">1. </w:t>
      </w:r>
      <w:r>
        <w:t>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r>
        <w:rPr>
          <w:b/>
        </w:rPr>
        <w:t xml:space="preserve">11. </w:t>
      </w:r>
      <w:r>
        <w:t>Земельные участки образуются при создании искусственных земельных участков в порядке, установленном Федеральным законом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Образование земельных участков из искусственно созданных земельных участков осуществляется в соответствии с настоящей главой. (Дополнение пунктом - Федеральный закон от 19.07.2011 № 246-ФЗ)</w:t>
      </w:r>
    </w:p>
    <w:p>
      <w:r>
        <w:rPr>
          <w:b/>
        </w:rPr>
        <w:t xml:space="preserve">2. </w:t>
      </w:r>
      <w:r>
        <w:t>Земельные участки, из которых при разделе, объединении, перераспределении образуются земельные участки (исходные земельные участки), прекращают свое существование с даты государственной регистрации права собственности и иных вещных прав на все образуемые из них земельные участки (далее также - образуемые земельные участки) в порядке, установленном Федеральным законом от 13 июля 2015 года № 218-ФЗ "О государственной регистрации недвижимости" (далее - Федеральный закон "О государственной регистрации недвижимости"), за исключением случаев, указанных в пунктах 4 и 6 статьи 114 настоящего Кодекса, и случаев, предусмотренных другими федеральными законами. (В редакции федеральных законов от 23.06.2014 № 171-ФЗ; от 03.07.2016 № 361-ФЗ)</w:t>
      </w:r>
    </w:p>
    <w:p>
      <w:r>
        <w:rPr>
          <w:b/>
        </w:rPr>
        <w:t xml:space="preserve">3. </w:t>
      </w:r>
      <w:r>
        <w:t>Целевым назначением и разрешенным использованием образуемых земельных участков признаются целевое назначение и разрешенное использование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федеральными законами. (В редакции Федерального закона от 30.12.2008 № 311-ФЗ)</w:t>
      </w:r>
    </w:p>
    <w:p>
      <w:r>
        <w:rPr>
          <w:b/>
        </w:rPr>
        <w:t xml:space="preserve">4. </w:t>
      </w:r>
      <w:r>
        <w:t>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r>
        <w:rPr>
          <w:b/>
        </w:rPr>
        <w:t xml:space="preserve">5. </w:t>
      </w:r>
      <w:r>
        <w:t>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Федеральным законом от 24 июля 2002 года № 101-ФЗ "Об обороте земель сельскохозяйственного назначения" (далее - Федеральный закон "Об обороте земель сельскохозяйственного назначения")</w:t>
      </w:r>
    </w:p>
    <w:p>
      <w:r>
        <w:rPr>
          <w:b/>
        </w:rPr>
        <w:t xml:space="preserve">6. </w:t>
      </w:r>
      <w:r>
        <w:t>(Пункт утратил силу - Федеральный закон от 31.12.2014 № 499-ФЗ)</w:t>
      </w:r>
    </w:p>
    <w:p>
      <w:r>
        <w:rPr>
          <w:b/>
        </w:rPr>
        <w:t xml:space="preserve">7. </w:t>
      </w:r>
      <w:r>
        <w:t>Образование земельных участков из земель и (или) земельных участков, находящихся в государственной или муниципальной собственности и расположенных в границах территории, в отношении которой в соответствии с Градостроительным кодексом Российской Федерации принято решение о ее комплексном развитии и (или) заключен договор о комплексном развитии территории, может осуществляться лицом, с которым заключен такой договор, либо юридическим лицом, обеспечивающим реализацию решения о комплексном развитии территории, на основании проекта межевания территории или схемы расположения земельного участка на кадастровом плане территории при наличии проекта планировки территории, утвержденного в порядке, установленном законодательством о градостроительной деятельности. (В редакции федеральных законов от 25.12.2023 № 627-ФЗ, от 26.12.2024 № 486-ФЗ)</w:t>
      </w:r>
    </w:p>
    <w:p>
      <w:r>
        <w:rPr>
          <w:b/>
        </w:rPr>
        <w:t xml:space="preserve">8. </w:t>
      </w:r>
      <w:r>
        <w:t>Споры об образовании земельных участков рассматриваются в судебном порядке</w:t>
      </w:r>
    </w:p>
    <w:p>
      <w:r>
        <w:rPr>
          <w:b/>
        </w:rPr>
        <w:t xml:space="preserve">4. </w:t>
      </w:r>
      <w:r>
        <w:t>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
        <w:rPr>
          <w:b/>
        </w:rPr>
        <w:t xml:space="preserve">4. </w:t>
      </w:r>
      <w:r>
        <w:t>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
        <w:rPr>
          <w:b/>
        </w:rPr>
        <w:t xml:space="preserve">4. </w:t>
      </w:r>
      <w:r>
        <w:t>образование земельных участков в связи с их изъятием для государственных или муниципальных нужд</w:t>
      </w:r>
    </w:p>
    <w:p>
      <w:r>
        <w:rPr>
          <w:b/>
        </w:rPr>
        <w:t xml:space="preserve">4. </w:t>
      </w:r>
      <w:r>
        <w:t>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 (Дополнение подпунктом - Федеральный закон от 29.07.2017 № 280-ФЗ) 5) образование земельных участков, на которых расположены самовольные постройки в соответствии с пунктом 5 статьи 46, пунктом 62 статьи 54, пунктом 2 статьи 541 настоящего Кодекса; (Дополнение подпунктом - Федеральный закон от 03.08.2018 № 340-ФЗ) 6) образование земельного участка в связи с разделом земельного участка для целей, предусмотренных статьей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 (Дополнение подпунктом - Федеральный закон от 27.06.2019 № 151-ФЗ) (Пункт в редакции Федерального закона от 31.12.2014 № 499-ФЗ)</w:t>
      </w:r>
    </w:p>
    <w:p>
      <w:r>
        <w:rPr>
          <w:b/>
        </w:rPr>
        <w:t>Статья 113. Образование земельных участков из земель или земельных участков, находящихся в государственной или муниципальной собственности</w:t>
      </w:r>
    </w:p>
    <w:p>
      <w:r>
        <w:rPr>
          <w:b/>
        </w:rPr>
        <w:t xml:space="preserve">1. </w:t>
      </w:r>
      <w:r>
        <w:t>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r>
        <w:rPr>
          <w:b/>
        </w:rPr>
        <w:t xml:space="preserve">2. </w:t>
      </w:r>
      <w:r>
        <w:t>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пунктом 3 настоящей статьи, за исключением случаев, установленных федеральными законами. (В редакции Федерального закона от 30.12.2021 № 478-ФЗ)</w:t>
      </w:r>
    </w:p>
    <w:p>
      <w:r>
        <w:rPr>
          <w:b/>
        </w:rPr>
        <w:t xml:space="preserve">21. </w:t>
      </w:r>
      <w:r>
        <w:t>Образование лесных участков осуществляется в соответствии с проектной документацией лесных участков, за исключением случаев образования лесных участков в целях строительства, реконструкции линейных объектов, для осуществления которых требуется подготовка документации по планировке территории. В указанных случаях образование лесных участков осуществляется на основании утвержденного проекта межевания территории. (Дополнение пунктом - Федеральный закон от 03.08.2018 № 342-ФЗ) (В редакции Федерального закона от 04.08.2023 № 430-ФЗ)</w:t>
      </w:r>
    </w:p>
    <w:p>
      <w:r>
        <w:rPr>
          <w:b/>
        </w:rPr>
        <w:t xml:space="preserve">3. </w:t>
      </w:r>
      <w:r>
        <w:t>Исключительно в соответствии с утвержденным проектом межевания территории осуществляется образование земельных участков</w:t>
      </w:r>
    </w:p>
    <w:p>
      <w:r>
        <w:rPr>
          <w:b/>
        </w:rPr>
        <w:t xml:space="preserve">4. </w:t>
      </w:r>
      <w:r>
        <w:t>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осуществляется в соответствии с указанным Федеральным законом. (Дополнение пунктом - Федеральный закон от 01.05.2016 № 119-ФЗ) (В редакции Федерального закона от 28.06.2021 № 226-ФЗ)</w:t>
      </w:r>
    </w:p>
    <w:p>
      <w:r>
        <w:rPr>
          <w:b/>
        </w:rPr>
        <w:t xml:space="preserve">5. </w:t>
      </w:r>
      <w:r>
        <w:t>Не допускается образование иных земельных участков из земельного участка, находящегося в государственной или муниципальной собственности и предоставленного арендатору расположенных на нем и находящихся в государственной или муниципальной собственности здания, сооружения, за исключением случаев, если такое образование осуществляется в связи с изъятием земельных участков для государственных или муниципальных нужд. (Дополнение пунктом - Федеральный закон от 04.08.2023 № 492-ФЗ)</w:t>
      </w:r>
    </w:p>
    <w:p>
      <w:r>
        <w:rPr>
          <w:b/>
        </w:rPr>
        <w:t xml:space="preserve">6. </w:t>
      </w:r>
      <w:r>
        <w:t>Подготовка документов, на основании которых образуются земельные участки, находящиеся в государственной или муниципальной собственности, может осуществляться публично-правовой компанией "Роскадастр" на условиях, предусмотренных соглашением, заключенным в соответствии с частями 6 и 7 статьи 4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такого соглашения. (Дополнение пунктом - Федеральный закон от 31.07.2025 № 344-ФЗ) (Статья в редакции Федерального закона от 23.06.2014 № 171-ФЗ)</w:t>
      </w:r>
    </w:p>
    <w:p>
      <w:r>
        <w:rPr>
          <w:b/>
        </w:rPr>
        <w:t xml:space="preserve">1. </w:t>
      </w:r>
      <w:r>
        <w:t>проект межевания территории, утвержденный в соответствии с Градостроительным кодексом Российской Федерации</w:t>
      </w:r>
    </w:p>
    <w:p>
      <w:r>
        <w:rPr>
          <w:b/>
        </w:rPr>
        <w:t xml:space="preserve">1. </w:t>
      </w:r>
      <w:r>
        <w:t>проектная документация лесных участков; (В редакции Федерального закона от 29.06.2015 № 206-ФЗ) 3) утвержденная схема расположения земельного участка или земельных участков на кадастровом плане территории, которая предусмотрена статьей 1110 настоящего Кодекса</w:t>
      </w:r>
    </w:p>
    <w:p>
      <w:r>
        <w:rPr>
          <w:b/>
        </w:rPr>
        <w:t xml:space="preserve">3. </w:t>
      </w:r>
      <w:r>
        <w:t>(Подпункт утратил силу - Федеральный закон от 22.07.2024 № 194-ФЗ) 2) из земельного участка, предоставленного садоводческому или огородническому некоммерческому товариществу; (В редакции федеральных законов от 29.07.2017 № 217-ФЗ, от 14.07.2022 № 312-ФЗ, от 31.07.2025 № 353-ФЗ) 3) (Подпункт утратил силу - Федеральный закон от 30.12.2020 № 494-ФЗ) 4)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статьей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статьей 3 Федерального закона от 24 июля 2008 года № 161-ФЗ "О содействии развитию жилищного строительства, созданию объектов туристской инфраструктуры и иному развитию территорий",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образования земельного участка, на котором расположены многоквартирный дом и иные входящие в состав такого дома объекты недвижимого имущества, а также образования земельного участка в целях его предоставления собственникам расположенных на нем зданий, сооружений; (В редакции федеральных законов от 27.06.2019 № 151-ФЗ, от 30.12.2021 № 478-ФЗ, от 25.12.2023 № 627-ФЗ, от 20.03.2025 № 35-ФЗ) 5) для строительства, реконструкции линейных объектов федерального, регионального или местного значения, за исключением линейных объектов, для строительства, реконструкции которых не требуется подготовка документации по планировке территории; (В редакции федеральных законов от 13.07.2015 № 252-ФЗ, от 04.08.2023 № 430-ФЗ) 6) из земельного участка, предоставленного для строительства индивидуальных жилых домов с привлечением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(Дополнение подпунктом - Федеральный закон от 30.12.2021 № 476-ФЗ) 7) из земельного участка, предоставленного для размещения гаражей в границах территории гаражного назначения. (Дополнение подпунктом - Федеральный закон от 24.07.2023 № 338-ФЗ)</w:t>
      </w:r>
    </w:p>
    <w:p>
      <w:r>
        <w:rPr>
          <w:b/>
        </w:rPr>
        <w:t>Статья 114. Раздел земельного участка</w:t>
      </w:r>
    </w:p>
    <w:p>
      <w:r>
        <w:rPr>
          <w:b/>
        </w:rPr>
        <w:t xml:space="preserve">1. </w:t>
      </w:r>
      <w:r>
        <w:t>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пунктах 4 и 6 настоящей статьи, и случаев, предусмотренных другими федеральными законами. (В редакции Федерального закона от 18.07.2011 № 214-ФЗ)</w:t>
      </w:r>
    </w:p>
    <w:p>
      <w:r>
        <w:rPr>
          <w:b/>
        </w:rPr>
        <w:t xml:space="preserve">2. </w:t>
      </w:r>
      <w:r>
        <w:t>При разделе земельного участка у его собственника возникает право собственности на все образуемые в результате раздела земельные участки</w:t>
      </w:r>
    </w:p>
    <w:p>
      <w:r>
        <w:rPr>
          <w:b/>
        </w:rPr>
        <w:t xml:space="preserve">3. </w:t>
      </w:r>
      <w:r>
        <w:t>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такими участниками</w:t>
      </w:r>
    </w:p>
    <w:p>
      <w:r>
        <w:rPr>
          <w:b/>
        </w:rPr>
        <w:t xml:space="preserve">4. </w:t>
      </w:r>
      <w:r>
        <w:t>Раздел земельного участка, предоставленного садоводческому или огородническому некоммерческому товариществу, осуществляется в соответствии с проектом межевания территории для дальнейшего распределения земельных участков, предназначенных для ведения гражданами садоводства или огородничества для собственных нужд, между членами садоводческого или огороднического некоммерческого товарищества в границах территории ведения гражданами садоводства или огородничества для собственных нужд.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или огородничества для собственных нужд либо относящихся к имуществу общего пользования. При этом земельный участок, раздел которого осуществлен, сохраняется в измененных границах (измененный земельный участок). (В редакции федеральных законов от 23.06.2014 № 171-ФЗ, от 29.07.2017 № 217-ФЗ, от 14.07.2022 № 312-ФЗ, от 31.07.2025 № 353-ФЗ)</w:t>
      </w:r>
    </w:p>
    <w:p>
      <w:r>
        <w:rPr>
          <w:b/>
        </w:rPr>
        <w:t xml:space="preserve">5. </w:t>
      </w:r>
      <w:r>
        <w:t>(Пункт утратил силу - Федеральный закон от 22.07.2024 № 194-ФЗ)</w:t>
      </w:r>
    </w:p>
    <w:p>
      <w:r>
        <w:rPr>
          <w:b/>
        </w:rPr>
        <w:t xml:space="preserve">6. </w:t>
      </w:r>
      <w:r>
        <w:t>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w:t>
      </w:r>
    </w:p>
    <w:p>
      <w:r>
        <w:rPr>
          <w:b/>
        </w:rPr>
        <w:t xml:space="preserve">7. </w:t>
      </w:r>
      <w:r>
        <w:t>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статьей 392 настоящего Кодекса, в течение двадцати дней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 отказе в ее утверждении с указанием оснований для отказа. К заявлению об утверждении схемы расположения земельного участка или земельных участков на кадастровом плане территории прилагаются: (В редакции Федерального закона от 05.12.2022 № 509-ФЗ) 1) подготовленная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r>
        <w:rPr>
          <w:b/>
        </w:rPr>
        <w:t xml:space="preserve">6. </w:t>
      </w:r>
      <w:r>
        <w:t>в случае, если такой земельный участок находится в государственной или муниципальной собственности</w:t>
      </w:r>
    </w:p>
    <w:p>
      <w:r>
        <w:rPr>
          <w:b/>
        </w:rPr>
        <w:t xml:space="preserve">6. </w:t>
      </w:r>
      <w:r>
        <w:t>для целей, предусмотренных статьей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6. </w:t>
      </w:r>
      <w:r>
        <w:t>в случае изъятия земельного участка для государственных или муниципальных нужд. (Дополнение подпунктом - Федеральный закон от 04.08.2023 № 430-ФЗ) (Дополнение пунктом - Федеральный закон от 18.07.2011 № 214-ФЗ) (В редакции Федерального закона от 27.06.2019 № 151-ФЗ)</w:t>
      </w:r>
    </w:p>
    <w:p>
      <w:r>
        <w:rPr>
          <w:b/>
        </w:rPr>
        <w:t xml:space="preserve">7. </w:t>
      </w:r>
      <w: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 (В редакции Федерального закона от 03.07.2016 № 361-ФЗ) (Дополнение пунктом - Федеральный закон от 23.06.2014 № 171-ФЗ)</w:t>
      </w:r>
    </w:p>
    <w:p>
      <w:r>
        <w:rPr>
          <w:b/>
        </w:rPr>
        <w:t>Статья 115. Выдел земельного участка</w:t>
      </w:r>
    </w:p>
    <w:p>
      <w:r>
        <w:rPr>
          <w:b/>
        </w:rPr>
        <w:t xml:space="preserve">1. </w:t>
      </w:r>
      <w:r>
        <w:t>Выдел земельного участка осуществляется в случае выдела доли или долей из земельного участка, находящегося 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w:t>
      </w:r>
    </w:p>
    <w:p>
      <w:r>
        <w:rPr>
          <w:b/>
        </w:rPr>
        <w:t xml:space="preserve">2. </w:t>
      </w:r>
      <w:r>
        <w:t>При выделе земельного участка у участника долевой собственности, по заявлению которого осуществляется выдел земельного участка,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w:t>
      </w:r>
    </w:p>
    <w:p>
      <w:r>
        <w:rPr>
          <w:b/>
        </w:rPr>
        <w:t xml:space="preserve">3. </w:t>
      </w:r>
      <w:r>
        <w:t>Особенности выдела земельного участка в счет земельных долей устанавливаются Федеральным законом "Об обороте земель сельскохозяйственного назначения"</w:t>
      </w:r>
    </w:p>
    <w:p>
      <w:r>
        <w:rPr>
          <w:b/>
        </w:rPr>
        <w:t>Статья 116. Объединение земельных участков</w:t>
      </w:r>
    </w:p>
    <w:p>
      <w:r>
        <w:rPr>
          <w:b/>
        </w:rPr>
        <w:t xml:space="preserve">1. </w:t>
      </w:r>
      <w:r>
        <w:t>При объединении смежных земельных участков образуется один земельный участок, и существование таких смежных земельных участков прекращается</w:t>
      </w:r>
    </w:p>
    <w:p>
      <w:r>
        <w:rPr>
          <w:b/>
        </w:rPr>
        <w:t xml:space="preserve">2. </w:t>
      </w:r>
      <w:r>
        <w:t>При объединении земельных участков у собственника возникает право собственности на образуемый земельный участок</w:t>
      </w:r>
    </w:p>
    <w:p>
      <w:r>
        <w:rPr>
          <w:b/>
        </w:rPr>
        <w:t xml:space="preserve">3. </w:t>
      </w:r>
      <w:r>
        <w:t>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r>
        <w:rPr>
          <w:b/>
        </w:rPr>
        <w:t xml:space="preserve">4. </w:t>
      </w:r>
      <w:r>
        <w:t>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законодательством</w:t>
      </w:r>
    </w:p>
    <w:p>
      <w:r>
        <w:rPr>
          <w:b/>
        </w:rPr>
        <w:t xml:space="preserve">5. </w:t>
      </w:r>
      <w:r>
        <w:t>Не допускается объединение земельных участков, предоставленных на праве постоянного (бессрочного) пользования, праве пожизненного наследуемого владения или праве безвозмездного пользования, за исключением случаев, если все указанные земельные участки предоставлены на праве постоянного (бессрочного) пользования, праве пожизненного наследуемого владения или праве безвозмездного пользования одному лицу. (В редакции Федерального закона от 08.03.2015 № 48-ФЗ)</w:t>
      </w:r>
    </w:p>
    <w:p>
      <w:r>
        <w:rPr>
          <w:b/>
        </w:rPr>
        <w:t xml:space="preserve">6. </w:t>
      </w:r>
      <w:r>
        <w:t>Допускается объединение земельного участка, обремененного залогом, с земельным участком, не обремененным залогом. При этом право залога распространяется на весь образуемый земельный участок, если иное не предусмотрено соглашением сторон</w:t>
      </w:r>
    </w:p>
    <w:p>
      <w:r>
        <w:rPr>
          <w:b/>
        </w:rPr>
        <w:t>Статья 117. Перераспределение земельных участков</w:t>
      </w:r>
    </w:p>
    <w:p>
      <w:r>
        <w:rPr>
          <w:b/>
        </w:rPr>
        <w:t xml:space="preserve">1. </w:t>
      </w:r>
      <w:r>
        <w:t>При перераспределении нескольких смежных земельных участков образуются несколько других смежных земельных участков, и существование таких смежных земельных участков прекращается, за исключением случая, предусмотренного пунктом 12 статьи 3929 настоящего Кодекса. (В редакции Федерального закона от 30.04.2021 № 120-ФЗ) При перераспределении земель и земельного участка существование исходного земельного участка прекращается и образуется новый земельный участок, за исключением случая, предусмотренного пунктом 12 статьи 3929 настоящего Кодекса. Допускается в соответствии с утвержденным проектом межевания территории одновременное перераспределение нескольких смежных земельных участков и земель с прекращением существования исходных земельных участков и образованием нескольких смежных земельных участков или одного земельного участка. (Дополнение абзацем - Федеральный закон от 23.06.2014 № 171-ФЗ) (В редакции Федерального закона от 30.04.2021 № 120-ФЗ)</w:t>
      </w:r>
    </w:p>
    <w:p>
      <w:r>
        <w:rPr>
          <w:b/>
        </w:rPr>
        <w:t xml:space="preserve">2. </w:t>
      </w:r>
      <w:r>
        <w:t>При перераспределении земельных участков, находящихся в частной собственности, у их собственников возникает право собственности на соответствующие образуемые земельные участки в соответствии с соглашениями между такими собственниками об образовании земельных участков</w:t>
      </w:r>
    </w:p>
    <w:p>
      <w:r>
        <w:rPr>
          <w:b/>
        </w:rPr>
        <w:t xml:space="preserve">3. </w:t>
      </w:r>
      <w:r>
        <w:t>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осуществляется в случаях и порядке, которые предусмотрены главой V4 настоящего Кодекса. (В редакции Федерального закона от 30.04.2021 № 120-ФЗ)</w:t>
      </w:r>
    </w:p>
    <w:p>
      <w:r>
        <w:rPr>
          <w:b/>
        </w:rPr>
        <w:t xml:space="preserve">4. </w:t>
      </w:r>
      <w:r>
        <w:t>(Пункт утратил силу - Федеральный закон от 23.06.2014 № 171-ФЗ)</w:t>
      </w:r>
    </w:p>
    <w:p>
      <w:r>
        <w:rPr>
          <w:b/>
        </w:rPr>
        <w:t>Статья 118. Возникновение и сохранение прав, обременений (ограничений) на образуемые и измененные земельные участки</w:t>
      </w:r>
    </w:p>
    <w:p>
      <w:r>
        <w:rPr>
          <w:b/>
        </w:rPr>
        <w:t xml:space="preserve">1. </w:t>
      </w:r>
      <w:r>
        <w:t>Возникновение и сохранение права собственности на образуемые или измененные земельные участки осуществляются в соответствии со статьями 114 - 117 настоящего Кодекса</w:t>
      </w:r>
    </w:p>
    <w:p>
      <w:r>
        <w:rPr>
          <w:b/>
        </w:rPr>
        <w:t xml:space="preserve">2. </w:t>
      </w:r>
      <w:r>
        <w:t>У лица, которому предоставлен на праве постоянного (бессрочного) пользования, праве пожизненного наследуемого владения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на образуемые земельные участки. (В редакции Федерального закона от 30.04.2021 № 120-ФЗ)</w:t>
      </w:r>
    </w:p>
    <w:p>
      <w:r>
        <w:rPr>
          <w:b/>
        </w:rPr>
        <w:t xml:space="preserve">3. </w:t>
      </w:r>
      <w:r>
        <w:t>В случаях, указанных в пунктах 1 и 2 настоящей статьи, принятие решений о предоставлении образуемых и измененных земельных участков не требуется</w:t>
      </w:r>
    </w:p>
    <w:p>
      <w:r>
        <w:rPr>
          <w:b/>
        </w:rPr>
        <w:t xml:space="preserve">4. </w:t>
      </w:r>
      <w:r>
        <w:t>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 (В редакции федеральных законов от 23.06.2014 № 171-ФЗ, от 03.08.2018 № 341-ФЗ, от 28.12.2024 № 538-ФЗ)</w:t>
      </w:r>
    </w:p>
    <w:p>
      <w:r>
        <w:rPr>
          <w:b/>
        </w:rPr>
        <w:t xml:space="preserve">41. </w:t>
      </w:r>
      <w:r>
        <w:t>В случае образования земельного участка в результате раздела находящегося в залоге земельного участка, предоставленного для строительства (создания) многоквартирного дома и (или) иного объекта недвижимости и используемого на основании договора аренды или договора безвозмездного пользования, залог на измененный земельный участок сохраняется до заключения договора аренды или договора безвозмездного пользования в отношении образуемого земельного участка, на котором строится (создается) либо построен (создан) многоквартирный дом и (или) иной объект недвижимости, для строительства (создания) которых привлекаются средства участников долевого строительства, за исключением случаев, если в соответствии с законом залог на образуемый земельный участок не устанавливается в связи с его прекращением одновременно с осуществлением государственного кадастрового учета многоквартирного дома и (или) иного объекта недвижимости, для строительства (создания) которых привлекаются средства участников долевого строительства. Действие положений настоящего пункта также распространяется на случаи, если в результате раздела такого исходного земельного участка образуется несколько земельных участков, на которых строятся (создаются) либо построены (созданы) многоквартирные дома и (или) иные объекты недвижимости, для строительства (создания) которых привлекаются средства участников долевого строительства. (Дополнение пунктом - Федеральный закон от 30.04.2021 № 120-ФЗ)</w:t>
      </w:r>
    </w:p>
    <w:p>
      <w:r>
        <w:rPr>
          <w:b/>
        </w:rPr>
        <w:t xml:space="preserve">5. </w:t>
      </w:r>
      <w:r>
        <w:t>Сервитуты, публичные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или измененных земельных участков в прежних границах. (В редакции Федерального закона от 03.08.2018 № 341-ФЗ)</w:t>
      </w:r>
    </w:p>
    <w:p>
      <w:r>
        <w:rPr>
          <w:b/>
        </w:rPr>
        <w:t xml:space="preserve">6. </w:t>
      </w:r>
      <w:r>
        <w:t>Не указанные в пунктах 2, 4 и 5 настоящей статьи обременения (ограничения) прав, за исключением обременений (ограничений) прав, возникших на основании договоров, сохраняются в отношении образуемых земельных участков, измененных земельных участков в прежних границах. Залог сохраняется в отношении образуемых земельных участков, измененных земельных участков, если иное не предусмотрено пунктом 41 настоящей статьи, федеральным законом. В случае, если такие обременения (ограничения) прав на земельные участки установлены на основании договоров, применяются установленные пунктом 4 настоящей статьи правила о заключении договоров, об изменении договоров. (В редакции федеральных законов от 27.06.2019 № 151-ФЗ, от 30.04.2021 № 120-ФЗ)</w:t>
      </w:r>
    </w:p>
    <w:p>
      <w:r>
        <w:rPr>
          <w:b/>
        </w:rPr>
        <w:t>Статья 119. Требования к образуемым и измененным земельным участкам</w:t>
      </w:r>
    </w:p>
    <w:p>
      <w:r>
        <w:rPr>
          <w:b/>
        </w:rPr>
        <w:t xml:space="preserve">1. </w:t>
      </w:r>
      <w:r>
        <w:t>Предельные (максимальные и минимальные) размеры земельных участков, в отношении которых в соответствии с законодательством о градостроительной деятельности устанавливаются градостроительные регламенты, определяются такими градостроительными регламентами</w:t>
      </w:r>
    </w:p>
    <w:p>
      <w:r>
        <w:rPr>
          <w:b/>
        </w:rPr>
        <w:t xml:space="preserve">2. </w:t>
      </w:r>
      <w:r>
        <w:t>Предельные (максимальные и минимальные) размеры земельных участков, на которые действие градостроительных регламентов не распространяется или в отношении которых градостроительные регламенты не устанавливаются, определяются в соответствии с настоящим Кодексом, другими федеральными законами</w:t>
      </w:r>
    </w:p>
    <w:p>
      <w:r>
        <w:rPr>
          <w:b/>
        </w:rPr>
        <w:t xml:space="preserve">3. </w:t>
      </w:r>
      <w:r>
        <w:t>Границы земельных участков не должны пересекать границы муниципальных образований и (или) границы населенных пунктов. При выявлении пересечения границ земельных участков с границами муниципальных образований и (или) границами городских либо сельских населенных пунктов устранение такого пересечения осуществляется в соответствии с настоящим Кодексом и другими федеральными законами. (В редакции Федерального закона от 04.08.2023 № 438-ФЗ)</w:t>
      </w:r>
    </w:p>
    <w:p>
      <w:r>
        <w:rPr>
          <w:b/>
        </w:rPr>
        <w:t xml:space="preserve">4. </w:t>
      </w:r>
      <w:r>
        <w:t>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
        <w:rPr>
          <w:b/>
        </w:rPr>
        <w:t xml:space="preserve">5. </w:t>
      </w:r>
      <w:r>
        <w:t>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
        <w:rPr>
          <w:b/>
        </w:rPr>
        <w:t xml:space="preserve">6. </w:t>
      </w:r>
      <w:r>
        <w:t>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r>
        <w:rPr>
          <w:b/>
        </w:rPr>
        <w:t xml:space="preserve">7. </w:t>
      </w:r>
      <w:r>
        <w:t>Не допускается образование земельного участка, границы которого пересекают границы территориальных зон, лесничеств,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а также строительства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(Дополнение пунктом - Федеральный закон от 23.06.2014 № 171-ФЗ) (В редакции федеральных законов от 04.08.2023 № 438-ФЗ, от 23.11.2024 № 392-ФЗ)</w:t>
      </w:r>
    </w:p>
    <w:p>
      <w:r>
        <w:rPr>
          <w:b/>
        </w:rPr>
        <w:t xml:space="preserve">8. </w:t>
      </w:r>
      <w:r>
        <w:t>В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 заинтересованное лицо до осуществления государственного кадастрового учета такого земельного участка вправе обратиться в орган, утвердивший документы, в соответствии с которыми осуществляется образование такого земельного участка, с заявлением о внесении 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документов. (Дополнение пунктом - Федеральный закон от 04.08.2023 № 438-ФЗ)</w:t>
      </w:r>
    </w:p>
    <w:p>
      <w:r>
        <w:rPr>
          <w:b/>
        </w:rPr>
        <w:t xml:space="preserve">9. </w:t>
      </w:r>
      <w:r>
        <w:t>В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статьями 57 и 571 настоящего Кодекса. (Дополнение пунктом - Федеральный закон от 04.08.2023 № 438-ФЗ)</w:t>
      </w:r>
    </w:p>
    <w:p>
      <w:r>
        <w:rPr>
          <w:b/>
        </w:rPr>
        <w:t>Статья 11.10. Схема расположения земельного участка или земельных участков на кадастровом плане территории</w:t>
      </w:r>
    </w:p>
    <w:p>
      <w:r>
        <w:rPr>
          <w:b/>
        </w:rPr>
        <w:t xml:space="preserve">1. </w:t>
      </w:r>
      <w:r>
        <w:t>Схема расположения земельного участка 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r>
        <w:rPr>
          <w:b/>
        </w:rPr>
        <w:t xml:space="preserve">2. </w:t>
      </w:r>
      <w:r>
        <w:t>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и (или) региональными инвестиционными программами), объектов незавершенного строительства. (В редакции федеральных законов от 03.08.2018 № 342-ФЗ, от 25.12.2023 № 628-ФЗ)</w:t>
      </w:r>
    </w:p>
    <w:p>
      <w:r>
        <w:rPr>
          <w:b/>
        </w:rPr>
        <w:t xml:space="preserve">21. </w:t>
      </w:r>
      <w:r>
        <w:t>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 обеспечивается органом государственной власти или органом местного самоуправления, указанными в статье 392 настоящего Кодекса, или собственником (собственниками) помещений в многоквартирном доме. В случае подготовки органом государственной власти или органом местного самоуправления указанной схемы расположения земельного участка срок такой подготовки должен составлять не более трех месяцев. Схема расположения земельного участка, на котором расположены многоквартирный дом и иные входящие в состав такого дома объекты недвижимого имущества, до ее утверждения подлежит рассмотрению на общественных обсуждениях или публичных слушаниях в порядке, предусмотренном законодательством о градостроительной деятельности для утверждения проекта межевания территории. (Дополнение пунктом - Федеральный закон от 30.12.2021 № 478-ФЗ)</w:t>
      </w:r>
    </w:p>
    <w:p>
      <w:r>
        <w:rPr>
          <w:b/>
        </w:rPr>
        <w:t xml:space="preserve">3. </w:t>
      </w:r>
      <w:r>
        <w:t>Подготовка схемы расположения земельного участка обеспечивается исполнительным органом государственной власти или органом местного самоуправления, предусмотренными статьей 392 настоящего Кодекса, если иное не предусмотрено настоящей статьей. Подготовка схемы расположения земельного участка может осуществляться публично-правовой компанией "Роскадастр" на условиях, предусмотренных соглашением, заключенным в соответствии с частями 6 и 7 статьи 4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такого соглашения. (В редакции Федерального закона от 31.07.2025 № 344-ФЗ)</w:t>
      </w:r>
    </w:p>
    <w:p>
      <w:r>
        <w:rPr>
          <w:b/>
        </w:rPr>
        <w:t xml:space="preserve">4. </w:t>
      </w:r>
      <w:r>
        <w:t>Подготовка схемы расположения земельного участка в целях его образования для предоставления без проведения торгов может быть обеспечена гражданином или юридическим лицом</w:t>
      </w:r>
    </w:p>
    <w:p>
      <w:r>
        <w:rPr>
          <w:b/>
        </w:rPr>
        <w:t xml:space="preserve">5. </w:t>
      </w:r>
      <w:r>
        <w:t>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r>
        <w:rPr>
          <w:b/>
        </w:rPr>
        <w:t xml:space="preserve">6. </w:t>
      </w:r>
      <w:r>
        <w:t>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юридическому лицу на праве постоянного (бессрочного) пользования, может быть обеспечена указанным юридическим лицом.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 может быть обеспечена указанными гражданином или юридическим лицом</w:t>
      </w:r>
    </w:p>
    <w:p>
      <w:r>
        <w:rPr>
          <w:b/>
        </w:rPr>
        <w:t xml:space="preserve">7. </w:t>
      </w:r>
      <w:r>
        <w:t>Подготовка схемы расположения земельного участка в целях его образования для последующего изъятия для государственных или муниципальных нужд может быть обеспечена лицом, в пользу которого изымается земельный участок</w:t>
      </w:r>
    </w:p>
    <w:p>
      <w:r>
        <w:rPr>
          <w:b/>
        </w:rPr>
        <w:t xml:space="preserve">8. </w:t>
      </w:r>
      <w:r>
        <w:t>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гражданами, являющимися собственниками таких земельных участков. (В редакции федеральных законов от 29.07.2017 № 217-ФЗ, от 14.07.2022 № 312-ФЗ)</w:t>
      </w:r>
    </w:p>
    <w:p>
      <w:r>
        <w:rPr>
          <w:b/>
        </w:rPr>
        <w:t xml:space="preserve">9. </w:t>
      </w:r>
      <w:r>
        <w:t>Подготовка схемы расположения земельного участка осуществляется в форме электронного документа. 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
        <w:rPr>
          <w:b/>
        </w:rPr>
        <w:t xml:space="preserve">10. </w:t>
      </w:r>
      <w:r>
        <w:t>Подготовка схемы расположения земельного участка в форме электронного документа может осуществляться в соответствии с настоящим Кодексом заинтересованным лицом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 (В редакции Федерального закона от 08.08.2024 № 317-ФЗ)</w:t>
      </w:r>
    </w:p>
    <w:p>
      <w:r>
        <w:rPr>
          <w:b/>
        </w:rPr>
        <w:t xml:space="preserve">11. </w:t>
      </w:r>
      <w:r>
        <w:t>(Пункт утратил силу - Федеральный закон от 08.08.2024 № 317-ФЗ)</w:t>
      </w:r>
    </w:p>
    <w:p>
      <w:r>
        <w:rPr>
          <w:b/>
        </w:rPr>
        <w:t xml:space="preserve">12. </w:t>
      </w:r>
      <w:r>
        <w:t>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
        <w:rPr>
          <w:b/>
        </w:rPr>
        <w:t xml:space="preserve">13. </w:t>
      </w:r>
      <w:r>
        <w:t>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настоящим Кодексом. (В редакции Федерального закона от 03.07.2016 № 334-ФЗ)</w:t>
      </w:r>
    </w:p>
    <w:p>
      <w:r>
        <w:rPr>
          <w:b/>
        </w:rPr>
        <w:t xml:space="preserve">14. </w:t>
      </w:r>
      <w:r>
        <w:t>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
        <w:rPr>
          <w:b/>
        </w:rPr>
        <w:t xml:space="preserve">15. </w:t>
      </w:r>
      <w:r>
        <w:t>Срок действия решения об утверждении схемы расположения земельного участка составляет два года</w:t>
      </w:r>
    </w:p>
    <w:p>
      <w:r>
        <w:rPr>
          <w:b/>
        </w:rPr>
        <w:t xml:space="preserve">16. </w:t>
      </w:r>
      <w:r>
        <w:t>Основанием для отказа в утверждении схемы расположения земельного участка является</w:t>
      </w:r>
    </w:p>
    <w:p>
      <w:r>
        <w:rPr>
          <w:b/>
        </w:rPr>
        <w:t xml:space="preserve">17. </w:t>
      </w:r>
      <w:r>
        <w:t>В случае, если границы земельного участка, образуемого в соответствии со схемой расположения земельного участка, пересекаются с границами земельного участка или земельных участков, образуемых в соответствии с проектом межевания территории, утвержденным после дня утверждения схемы расположения земельного участка и до истечения срока действия решения о ее утверждении, образование земельного участка осуществляется в соответствии с утвержденной схемой его расположения</w:t>
      </w:r>
    </w:p>
    <w:p>
      <w:r>
        <w:rPr>
          <w:b/>
        </w:rPr>
        <w:t xml:space="preserve">18. </w:t>
      </w:r>
      <w:r>
        <w:t>В решении об утверждении схемы расположения земельного участка указывается на право гражданина или юридического лица, обратившихся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 (В редакции Федерального закона от 03.07.2016 № 361-ФЗ)</w:t>
      </w:r>
    </w:p>
    <w:p>
      <w:r>
        <w:rPr>
          <w:b/>
        </w:rPr>
        <w:t xml:space="preserve">19. </w:t>
      </w:r>
      <w:r>
        <w:t>Не допускается требовать от заявителя согласования схемы расположения земельного участка, а также предоставления документов, не предусмотренных настоящим Кодексом</w:t>
      </w:r>
    </w:p>
    <w:p>
      <w:r>
        <w:rPr>
          <w:b/>
        </w:rPr>
        <w:t xml:space="preserve">20. </w:t>
      </w:r>
      <w:r>
        <w:t>Исполнительный орган государственной власти или орган местного самоуправления, принявшие решение, предусматривающее утверждение схемы расположения земельного участка, обязаны направлять в срок не более чем пять рабочих дней со дня принятия указанного решения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(далее -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 (В редакции федеральных законов от 03.07.2016 № 361-ФЗ, от 08.08.2024 № 317-ФЗ)</w:t>
      </w:r>
    </w:p>
    <w:p>
      <w:r>
        <w:rPr>
          <w:b/>
        </w:rPr>
        <w:t xml:space="preserve">21. </w:t>
      </w:r>
      <w:r>
        <w:t>(Пункт утратил силу - Федеральный закон от 08.08.2024 № 317-ФЗ) (Дополнение статьей - Федеральный закон от 23.06.2014 № 171-ФЗ)</w:t>
      </w:r>
    </w:p>
    <w:p>
      <w:r>
        <w:rPr>
          <w:b/>
        </w:rPr>
        <w:t xml:space="preserve">14. </w:t>
      </w:r>
      <w:r>
        <w:t>площадь земельного участка, образуемого в соответствии со схемой расположения земельного участка</w:t>
      </w:r>
    </w:p>
    <w:p>
      <w:r>
        <w:rPr>
          <w:b/>
        </w:rPr>
        <w:t xml:space="preserve">14. </w:t>
      </w:r>
      <w:r>
        <w:t>адрес земельного участка или при отсутствии адреса земельного участка иное описание местоположения земельного участка</w:t>
      </w:r>
    </w:p>
    <w:p>
      <w:r>
        <w:rPr>
          <w:b/>
        </w:rPr>
        <w:t xml:space="preserve">14. </w:t>
      </w:r>
      <w:r>
        <w:t>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 (В редакции Федерального закона от 03.07.2016 № 361-ФЗ) 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
        <w:rPr>
          <w:b/>
        </w:rPr>
        <w:t xml:space="preserve">14. </w:t>
      </w:r>
      <w:r>
        <w:t>категория земель, к которой относится образуемый земельный участок</w:t>
      </w:r>
    </w:p>
    <w:p>
      <w:r>
        <w:rPr>
          <w:b/>
        </w:rPr>
        <w:t xml:space="preserve">16. </w:t>
      </w:r>
      <w: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настоящей статьи</w:t>
      </w:r>
    </w:p>
    <w:p>
      <w:r>
        <w:rPr>
          <w:b/>
        </w:rPr>
        <w:t xml:space="preserve">16. </w:t>
      </w:r>
      <w: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
        <w:rPr>
          <w:b/>
        </w:rPr>
        <w:t xml:space="preserve">16. </w:t>
      </w:r>
      <w:r>
        <w:t>разработка схемы расположения земельного участка с нарушением предусмотренных статьей 119 настоящего Кодекса требований к образуемым земельным участкам</w:t>
      </w:r>
    </w:p>
    <w:p>
      <w:r>
        <w:rPr>
          <w:b/>
        </w:rPr>
        <w:t xml:space="preserve">16. </w:t>
      </w:r>
      <w: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
        <w:rPr>
          <w:b/>
        </w:rPr>
        <w:t xml:space="preserve">16. </w:t>
      </w:r>
      <w: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 (В редакции Федерального закона от 30.12.2021 № 478-ФЗ) 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 (Дополнение подпунктом - Федеральный закон от 30.12.2021 № 478-ФЗ)</w:t>
      </w:r>
    </w:p>
    <w:p>
      <w:pPr>
        <w:pStyle w:val="Heading3"/>
      </w:pPr>
      <w:r>
        <w:t>ОХРАНА ЗЕМЕЛЬ</w:t>
      </w:r>
    </w:p>
    <w:p>
      <w:r>
        <w:rPr>
          <w:b/>
        </w:rPr>
        <w:t>Статья 12. Цели охраны земель</w:t>
      </w:r>
    </w:p>
    <w:p>
      <w:r>
        <w:t>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улучшения свойств земель, в том числе для восстановления плодородия земель сельскохозяйственного назначения. (В редакции Федерального закона от 13.06.2023 № 244-ФЗ) (Статья в редакции Федерального закона от 21.07.2014 № 234-ФЗ)</w:t>
      </w:r>
    </w:p>
    <w:p>
      <w:r>
        <w:rPr>
          <w:b/>
        </w:rPr>
        <w:t>Статья 13. Содержание охраны земель</w:t>
      </w:r>
    </w:p>
    <w:p>
      <w:r>
        <w:rPr>
          <w:b/>
        </w:rPr>
        <w:t xml:space="preserve">1. </w:t>
      </w:r>
      <w:r>
        <w:t>Охрана земель представляет собой деятельность органов государственной власти, органов местного самоуправления, юридических и физических лиц, направленную на сохранение земли как важнейшего компонента окружающей среды и природного ресурса</w:t>
      </w:r>
    </w:p>
    <w:p>
      <w:r>
        <w:rPr>
          <w:b/>
        </w:rPr>
        <w:t xml:space="preserve">2. </w:t>
      </w:r>
      <w:r>
        <w:t>В целях охраны земель собственники земельных участков, землепользователи, землевладельцы и арендаторы земельных участков обязаны проводить мероприятия по</w:t>
      </w:r>
    </w:p>
    <w:p>
      <w:r>
        <w:rPr>
          <w:b/>
        </w:rPr>
        <w:t xml:space="preserve">3. </w:t>
      </w:r>
      <w:r>
        <w:t>Мероприятия по охране земель проводятся в соответствии с настоящим Кодексом, Федеральным законом от 16 июля 1998 года № 101-ФЗ "О государственном регулировании обеспечения плодородия земель сельскохозяйственного назначения", Федеральным законом от 10 января 2002 года № 7-ФЗ "Об охране окружающей среды"</w:t>
      </w:r>
    </w:p>
    <w:p>
      <w:r>
        <w:rPr>
          <w:b/>
        </w:rPr>
        <w:t xml:space="preserve">4. </w:t>
      </w:r>
      <w:r>
        <w:t>При проведении связанных с нарушением почвенного слоя строительных работ и осуществлении пользования недрами плодородный слой почвы снимается и используется для улучшения малопродуктивных земель. (В редакции Федерального закона от 04.08.2023 № 430-ФЗ)</w:t>
      </w:r>
    </w:p>
    <w:p>
      <w:r>
        <w:rPr>
          <w:b/>
        </w:rPr>
        <w:t xml:space="preserve">5. </w:t>
      </w:r>
      <w:r>
        <w:t>Лица, деятельность которых привела к ухудшению качества земель (в том числе в результате их загрязнения, нарушения почвенного слоя), за исключением случаев строительства на земельных участках из земель сельскохозяйственного назначения, в том числе на сельскохозяйственных угодьях, объектов капитального строительства, некапитальных строений, сооружений, предназначенных для виноградарства и (или) производства продукции виноделия, а также для оказания услуг в сфере сельского туризма, в случаях, предусмотренных Федеральным законом от 27 декабря 2019 года № 468-ФЗ "О виноградарстве и виноделии в Российской Федерации", обязаны обеспечить их рекультивацию. Рекультивация земель представляет собой мероприятия по предотвращению деградации земель и (или) восстановлению их плодородия посредством приведения земель в состояние, пригодное для их использования в соответствии с целевым назначением и разрешенным использованием, в том числе путем устранения последствий загрязнения почв, восстановления плодородного слоя почвы, создания агролесомелиоративных насаждений, агрофитомелиоративных насаждений. (В редакции федеральных законов от 13.06.2023 № 244-ФЗ, от 29.12.2025 № 579-ФЗ)</w:t>
      </w:r>
    </w:p>
    <w:p>
      <w:r>
        <w:rPr>
          <w:b/>
        </w:rPr>
        <w:t xml:space="preserve">6. </w:t>
      </w:r>
      <w:r>
        <w:t>Порядок проведения рекультивации земель устанавливается Правительством Российской Федерации</w:t>
      </w:r>
    </w:p>
    <w:p>
      <w:r>
        <w:rPr>
          <w:b/>
        </w:rPr>
        <w:t xml:space="preserve">7. </w:t>
      </w:r>
      <w:r>
        <w:t>В случае, если негативное воздействие на земли привело к их деградации, ухудшению экологической обстановки и (или) нарушению почвенного слоя, в результате которых не допускается осуществление хозяйственной деятельности, а устранение таких последствий путем рекультивации невозможно, допускается консервация земель в порядке, установленном Правительством Российской Федерации</w:t>
      </w:r>
    </w:p>
    <w:p>
      <w:r>
        <w:rPr>
          <w:b/>
        </w:rPr>
        <w:t xml:space="preserve">8. </w:t>
      </w:r>
      <w:r>
        <w:t>Лица, в результате деятельности которых возникла необходимость консервации земель, возмещают правообладателям земельных участков, в отношении которых принято решение о консервации, убытки в соответствии со статьей 57 настоящего Кодекса</w:t>
      </w:r>
    </w:p>
    <w:p>
      <w:r>
        <w:rPr>
          <w:b/>
        </w:rPr>
        <w:t xml:space="preserve">9. </w:t>
      </w:r>
      <w:r>
        <w:t>Охрана земель, занятых оленьими пастбищами в районах Крайнего Севера, отгонными, сезонными пастбищами, осуществляется в соответствии с законодательством Российской Федерации и законодательством субъектов Российской Федерации. (Статья в редакции Федерального закона от 03.07.2016 № 334-ФЗ)</w:t>
      </w:r>
    </w:p>
    <w:p>
      <w:r>
        <w:rPr>
          <w:b/>
        </w:rPr>
        <w:t xml:space="preserve">2. </w:t>
      </w:r>
      <w:r>
        <w:t>воспроизводству плодородия земель сельскохозяйственного назначения</w:t>
      </w:r>
    </w:p>
    <w:p>
      <w:r>
        <w:rPr>
          <w:b/>
        </w:rPr>
        <w:t xml:space="preserve">2. </w:t>
      </w:r>
      <w:r>
        <w:t>защите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
        <w:rPr>
          <w:b/>
        </w:rPr>
        <w:t xml:space="preserve">2. </w:t>
      </w:r>
      <w:r>
        <w:t>защите сельскохозяйственных угодий от зарастания деревьями и кустарниками, сорными растениями, сохранению агролесомелиоративных насаждений, сохранению достигнутого уровня мелиорации. (В редакции федеральных законов от 27.12.2019 № 477-ФЗ, от 13.06.2023 № 244-ФЗ)</w:t>
      </w:r>
    </w:p>
    <w:p>
      <w:r>
        <w:rPr>
          <w:b/>
        </w:rPr>
        <w:t>Статья 14. Использование земель и земельных участков, подвергшихся загрязнению химическими веществами, в том числе радиоактивными, иными веществами и микроорганизмами</w:t>
      </w:r>
    </w:p>
    <w:p>
      <w:r>
        <w:t>Земли и земельные участки, которые подверглись загрязнению химическими веществами, в том числе радиоактивными, иными веществами и микроорганизмами, а также расположенные на них здания, сооружения используются в порядке, определенном Правительством Российской Федерации. На таких землях и земельных участках запрещаются производство и реализация сельскохозяйственной продукции. (Статья в редакции Федерального закона от 03.07.2016 № 334-ФЗ)</w:t>
      </w:r>
    </w:p>
    <w:p>
      <w:pPr>
        <w:pStyle w:val="Heading3"/>
      </w:pPr>
      <w:r>
        <w:t>СОБСТВЕННОСТЬ НА ЗЕМЛЮ</w:t>
      </w:r>
    </w:p>
    <w:p>
      <w:r>
        <w:rPr>
          <w:b/>
        </w:rPr>
        <w:t>Статья 15. Собственность на землю граждан и юридических лиц</w:t>
      </w:r>
    </w:p>
    <w:p>
      <w:r>
        <w:rPr>
          <w:b/>
        </w:rPr>
        <w:t xml:space="preserve">1. </w:t>
      </w:r>
      <w:r>
        <w:t>Собственностью граждан и юридических лиц (частной собственностью) являются земельные участки, приобретенные гражданами и юридическими лицами по основаниям, предусмотренным законодательством Российской Федерации</w:t>
      </w:r>
    </w:p>
    <w:p>
      <w:r>
        <w:rPr>
          <w:b/>
        </w:rPr>
        <w:t xml:space="preserve">2. </w:t>
      </w:r>
      <w:r>
        <w:t>Граждане и юридические лица имеют право на равный доступ к приобретению земельных участков в собственность. Земельные участки, находящиеся в государственной или муниципальной собственности, могут быть предоставлены в собственность граждан и юридических лиц, за исключением земельных участков, которые в соответствии с настоящим Кодексом, федеральными законами не могут находиться в частной собственности</w:t>
      </w:r>
    </w:p>
    <w:p>
      <w:r>
        <w:rPr>
          <w:b/>
        </w:rPr>
        <w:t xml:space="preserve">3. </w:t>
      </w:r>
      <w:r>
        <w:t>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w:t>
      </w:r>
    </w:p>
    <w:p>
      <w:r>
        <w:rPr>
          <w:b/>
        </w:rPr>
        <w:t>Статья 16. Государственная собственность на землю</w:t>
      </w:r>
    </w:p>
    <w:p>
      <w:r>
        <w:rPr>
          <w:b/>
        </w:rPr>
        <w:t xml:space="preserve">1. </w:t>
      </w:r>
      <w:r>
        <w:t>Государственной собственностью являются земли, не находящиеся в собственности граждан, юридических лиц или муниципальных образований</w:t>
      </w:r>
    </w:p>
    <w:p>
      <w:r>
        <w:rPr>
          <w:b/>
        </w:rPr>
        <w:t xml:space="preserve">2. </w:t>
      </w:r>
      <w:r>
        <w:t>Разграничение государственной собственности на землю на собственность Российской Федерации (федеральную собственность), собственность субъектов Российской Федерации и собственность муниципальных образований (муниципальную собственность) осуществляется в соответствии с настоящим Кодексом и федеральными законами. (В редакции Федерального закона от 17.04.2006 № 53-ФЗ)</w:t>
      </w:r>
    </w:p>
    <w:p>
      <w:r>
        <w:rPr>
          <w:b/>
        </w:rPr>
        <w:t>Статья 17. Собственность Российской Федерации (федеральная собственность) на землю</w:t>
      </w:r>
    </w:p>
    <w:p>
      <w:r>
        <w:rPr>
          <w:b/>
        </w:rPr>
        <w:t xml:space="preserve">1. </w:t>
      </w:r>
      <w:r>
        <w:t>В федеральной собственности находятся земельные участки: которые признаны таковыми федеральными законами; право собственности Российской Федерации на которые возникло при разграничении государственной собственности на землю; которые приобретены Российской Федерацией по основаниям, предусмотренным гражданским законодательством</w:t>
      </w:r>
    </w:p>
    <w:p>
      <w:r>
        <w:rPr>
          <w:b/>
        </w:rPr>
        <w:t xml:space="preserve">2. </w:t>
      </w:r>
      <w:r>
        <w:t>(Пункт утратил силу - Федеральный закон от 17.04.2006 № 53-ФЗ)</w:t>
      </w:r>
    </w:p>
    <w:p>
      <w:r>
        <w:rPr>
          <w:b/>
        </w:rPr>
        <w:t>Статья 18. Собственность на землю субъектов Российской Федерации</w:t>
      </w:r>
    </w:p>
    <w:p>
      <w:r>
        <w:rPr>
          <w:b/>
        </w:rPr>
        <w:t xml:space="preserve">1. </w:t>
      </w:r>
      <w:r>
        <w:t>В собственности субъектов Российской Федерации находятся земельные участки: которые признаны таковыми федеральными законами; право собственности субъектов Российской Федерации на которые возникло при разграничении государственной собственности на землю; которые приобретены субъектами Российской Федерации по основаниям, предусмотренным гражданским законодательством; которые безвозмездно переданы субъектам Российской Федерации из федеральной собственности. (Дополнение абзацем - Федеральный закон от 08.12.2011 № 423-ФЗ)</w:t>
      </w:r>
    </w:p>
    <w:p>
      <w:r>
        <w:rPr>
          <w:b/>
        </w:rPr>
        <w:t xml:space="preserve">2. </w:t>
      </w:r>
      <w:r>
        <w:t>(Пункт утратил силу - Федеральный закон от 17.04.2006 № 53-ФЗ)</w:t>
      </w:r>
    </w:p>
    <w:p>
      <w:r>
        <w:rPr>
          <w:b/>
        </w:rPr>
        <w:t xml:space="preserve">3. </w:t>
      </w:r>
      <w:r>
        <w:t>В субъектах Российской Федерации - городах федерального значения Москве, Санкт-Петербурге, Севастополе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соответственно субъекта Российской Федерации - города федерального значения Москвы, субъекта Российской Федерации - города федерального значения Санкт-Петербурга, субъекта Российской Федерации - города федерального значения Севастополя, если законами указанных субъектов Российской Федерации не установлено, что такой земельный участок является собственностью муниципальных образований, находящихся на территориях указанных субъектов Российской Федерации. (Дополнение пунктом - Федеральный закон от 22.07.2008 № 141-ФЗ) (В редакции Федерального закона от 28.11.2015 № 357-ФЗ)</w:t>
      </w:r>
    </w:p>
    <w:p>
      <w:r>
        <w:rPr>
          <w:b/>
        </w:rPr>
        <w:t>Статья 19. Муниципальная собственность на землю</w:t>
      </w:r>
    </w:p>
    <w:p>
      <w:r>
        <w:rPr>
          <w:b/>
        </w:rPr>
        <w:t xml:space="preserve">1. </w:t>
      </w:r>
      <w:r>
        <w:t>В муниципальной собственности находятся земельные участки: которые признаны таковыми федеральными законами и принятыми в соответствии с ними законами субъектов Российской Федерации; право муниципальной собственности на которые возникло при разграничении государственной собственности на землю; которые приобретены по основаниям, установленным гражданским законодательством; которые безвозмездно переданы в муниципальную собственность из федеральной собственности. (Дополнение абзацем - Федеральный закон от 08.12.2011 № 423-ФЗ)</w:t>
      </w:r>
    </w:p>
    <w:p>
      <w:r>
        <w:rPr>
          <w:b/>
        </w:rPr>
        <w:t xml:space="preserve">11. </w:t>
      </w:r>
      <w:r>
        <w:t>Если иное не предусмотрено другими федеральными законами,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муниципального округа, городского округа,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 (Дополнение пунктом - Федеральный закон от 22.07.2008 № 141-ФЗ) (В редакции Федерального закона от 13.06.2023 № 228-ФЗ)</w:t>
      </w:r>
    </w:p>
    <w:p>
      <w:r>
        <w:rPr>
          <w:b/>
        </w:rPr>
        <w:t xml:space="preserve">2. </w:t>
      </w:r>
      <w:r>
        <w:t>(Пункт утратил силу - Федеральный закон от 17.04.2006 № 53-ФЗ)</w:t>
      </w:r>
    </w:p>
    <w:p>
      <w:r>
        <w:rPr>
          <w:b/>
        </w:rPr>
        <w:t xml:space="preserve">3. </w:t>
      </w:r>
      <w:r>
        <w:t>В собственность муниципальных образований для обеспечения их развития могут безвозмездно передаваться земли, находящиеся в собственности субъектов Российской Федерации, в том числе за пределами границ муниципальных образований. (В редакции Федерального закона от 23.06.2014 № 171-ФЗ)</w:t>
      </w:r>
    </w:p>
    <w:p>
      <w:r>
        <w:rPr>
          <w:b/>
        </w:rPr>
        <w:t xml:space="preserve">4. </w:t>
      </w:r>
      <w:r>
        <w:t>(Пункт утратил силу - Федеральный закон от 17.04.2006 № 53-ФЗ)</w:t>
      </w:r>
    </w:p>
    <w:p>
      <w:r>
        <w:rPr>
          <w:b/>
        </w:rPr>
        <w:t xml:space="preserve">5. </w:t>
      </w:r>
      <w:r>
        <w:t>Земельные участки, находящиеся в собственности субъектов Российской Федерации, могут быть переданы безвозмездно в муниципальную собственность в целях их предоставления отдельным категориям граждан и (или) некоммерческим организациям, созданным гражданами, в соответствии с подпунктами 6 и 7 статьи 395 настоящего Кодекса. (В редакции Федерального закона от 23.06.2014 № 171-ФЗ) Земельные участки, находящиеся в муниципальной собственности одного муниципального образования, могут быть переданы безвозмездно в муниципальную собственность другого муниципального образования в целях их предоставления отдельным категориям граждан и (или) некоммерческим организациям, созданным гражданами, в соответствии с подпунктами 6 и 7 статьи 395 настоящего Кодекса. (В редакции Федерального закона от 23.06.2014 № 171-ФЗ) Земельные участки, находящиеся в собственности субъектов Российской Федерации, муниципальной собственности, могут быть переданы безвозмездно в собственность субъектов Российской Федерации - городов федерального значения Москвы, Санкт-Петербурга, Севастополя в целях их предоставления отдельным категориям граждан в соответствии с подпунктом 6 статьи 395 настоящего Кодекса, а также отдельным категориям граждан и (или) некоммерческим организациям, созданным гражданами, в случаях, если основания бесплатного предоставления земельных участков этим лицам предусмотрены настоящим Кодексом, другими федеральными законами. (В редакции Федерального закона от 23.06.2014 № 171-ФЗ) (Дополнение пунктом - Федеральный закон от 14.06.2011 № 138-ФЗ)</w:t>
      </w:r>
    </w:p>
    <w:p>
      <w:pPr>
        <w:pStyle w:val="Heading3"/>
      </w:pPr>
      <w:r>
        <w:t>ОГРАНИЧЕННОЕ ПОЛЬЗОВАНИЕ ЧУЖИМИ ЗЕМЕЛЬНЫМИ УЧАСТКАМИ (СЕРВИТУТ, ПУБЛИЧНЫЙ СЕРВИТУТ), АРЕНДА ЗЕМЕЛЬНЫХ УЧАСТКОВ, БЕЗВОЗМЕЗДНОЕ ПОЛЬЗОВАНИЕ ЗЕМЕЛЬНЫМИ УЧАСТКАМИ</w:t>
      </w:r>
    </w:p>
    <w:p>
      <w:r>
        <w:rPr>
          <w:b/>
        </w:rPr>
        <w:t>Статья 20</w:t>
      </w:r>
    </w:p>
    <w:p>
      <w:r>
        <w:t>(Статья утратила силу - Федеральный закон от 23.06.2014 № 171-ФЗ)</w:t>
      </w:r>
    </w:p>
    <w:p>
      <w:r>
        <w:rPr>
          <w:b/>
        </w:rPr>
        <w:t>Статья 21</w:t>
      </w:r>
    </w:p>
    <w:p>
      <w:r>
        <w:t>(Статья утратила силу - Федеральный закон от 23.06.2014 № 171-ФЗ)</w:t>
      </w:r>
    </w:p>
    <w:p>
      <w:r>
        <w:rPr>
          <w:b/>
        </w:rPr>
        <w:t>Статья 22. Аренда земельных участков</w:t>
      </w:r>
    </w:p>
    <w:p>
      <w:r>
        <w:rPr>
          <w:b/>
        </w:rPr>
        <w:t xml:space="preserve">1. </w:t>
      </w:r>
      <w:r>
        <w:t>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w:t>
      </w:r>
    </w:p>
    <w:p>
      <w:r>
        <w:rPr>
          <w:b/>
        </w:rPr>
        <w:t xml:space="preserve">2. </w:t>
      </w:r>
      <w:r>
        <w:t>Земельные участки, за исключением указанных в пункте 4 статьи 27 настоящего Кодекса, могут быть предоставлены в аренду в соответствии с гражданским законодательством и настоящим Кодексом. (В редакции Федерального закона от 23.06.2014 № 171-ФЗ)</w:t>
      </w:r>
    </w:p>
    <w:p>
      <w:r>
        <w:rPr>
          <w:b/>
        </w:rPr>
        <w:t xml:space="preserve">3. </w:t>
      </w:r>
      <w:r>
        <w:t>(Пункт утратил силу - Федеральный закон от 23.06.2014 № 171-ФЗ)</w:t>
      </w:r>
    </w:p>
    <w:p>
      <w:r>
        <w:rPr>
          <w:b/>
        </w:rPr>
        <w:t xml:space="preserve">31. </w:t>
      </w:r>
      <w:r>
        <w:t>(Дополнение пунктом - Федеральный закон от 10.05.2007 № 69-ФЗ) (Утратил силу - Федеральный закон от 23.06.2014 № 171-ФЗ)</w:t>
      </w:r>
    </w:p>
    <w:p>
      <w:r>
        <w:rPr>
          <w:b/>
        </w:rPr>
        <w:t xml:space="preserve">32. </w:t>
      </w:r>
      <w:r>
        <w:t>(Дополнение пунктом - Федеральный закон от 19.07.2011 № 246-ФЗ) (Утратил силу - Федеральный закон от 23.06.2014 № 171-ФЗ)</w:t>
      </w:r>
    </w:p>
    <w:p>
      <w:r>
        <w:rPr>
          <w:b/>
        </w:rPr>
        <w:t xml:space="preserve">4. </w:t>
      </w:r>
      <w:r>
        <w:t>Размер арендной платы определяется договором аренды. (В редакции Федерального закона от 23.06.2014 № 171-ФЗ)</w:t>
      </w:r>
    </w:p>
    <w:p>
      <w:r>
        <w:rPr>
          <w:b/>
        </w:rPr>
        <w:t xml:space="preserve">5. </w:t>
      </w:r>
      <w:r>
        <w:t>Арендатор земельного участка, за исключением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законом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вправе передать свои права и обязанности по договору аренды земельного участка третьему лицу, в том числе отдать арендные права на земельный участок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 (В редакции федеральных законов от 22.07.2005 № 117-ФЗ, от 23.06.2014 № 171-ФЗ, от 03.07.2018 № 185-ФЗ, от 25.12.2018 № 485-ФЗ, от 14.07.2022 № 316-ФЗ, от 28.12.2024 № 527-ФЗ)</w:t>
      </w:r>
    </w:p>
    <w:p>
      <w:r>
        <w:rPr>
          <w:b/>
        </w:rPr>
        <w:t xml:space="preserve">51. </w:t>
      </w:r>
      <w:r>
        <w:t>Передача арендатором, являющимся лицом, с которым заключен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законом от 16 июля 1998 года № 102-ФЗ "Об ипотеке (залоге недвижимости)"), допускается только в случае передачи указанным лицом прав и обязанностей по указанным договору об освоении территории в целях строительства и эксплуатации наемного дома коммерческого использования или договору об освоении территории в целях строительства и эксплуатации наемного дома социального использования. Передача арендатором, являющимся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данной некоммерческой организации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законом от 16 июля 1998 года № 102-ФЗ "Об ипотеке (залоге недвижимости)"), не допускается. (Дополнение пунктом - Федеральный закон от 21.07.2014 № 217-ФЗ)</w:t>
      </w:r>
    </w:p>
    <w:p>
      <w:r>
        <w:rPr>
          <w:b/>
        </w:rPr>
        <w:t xml:space="preserve">52. </w:t>
      </w:r>
      <w:r>
        <w:t>Арендатор земельного участка, являющийся резидентом особой экономической зоны, не вправе передавать свои права и обязанности по договору аренды земельного участка третьему лицу, в том числе вносить арендные права на земельный участок в качестве вклада в уставный капитал хозяйственного товарищества или общества либо паевого взноса в производственный кооператив, за исключением передачи арендных прав на земельный участок в залог. (Дополнение пунктом - Федеральный закон от 28.12.2024 № 527-ФЗ)</w:t>
      </w:r>
    </w:p>
    <w:p>
      <w:r>
        <w:rPr>
          <w:b/>
        </w:rPr>
        <w:t xml:space="preserve">53. </w:t>
      </w:r>
      <w:r>
        <w:t>Передача арендатором, являющимся резидентом особой экономической зоны или управляющей компанией, в залог арендных прав на предоставленный ему земельный участок, находящийся в государственной или муниципальной собственности, обращение взыскания на переданное в залог право аренды такого земельного участка и реализация указанного права аренды осуществляются с учетом особенностей, предусмотренных статьей 32 Федерального закона от 22 июля 2005 года № 116-ФЗ "Об особых экономических зонах в Российской Федерации". (Дополнение пунктом - Федеральный закон от 28.12.2024 № 527-ФЗ)</w:t>
      </w:r>
    </w:p>
    <w:p>
      <w:r>
        <w:rPr>
          <w:b/>
        </w:rPr>
        <w:t xml:space="preserve">6. </w:t>
      </w:r>
      <w:r>
        <w:t>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законом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имеет право передать арендованный земельный участок в субаренду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На субарендаторов распространяются все права арендаторов земельных участков, предусмотренные настоящим Кодексом. (В редакции федеральных законов от 22.07.2005 № 117-ФЗ, от 23.06.2014 № 171-ФЗ, от 03.07.2018 № 185-ФЗ, от 25.12.2018 № 485-ФЗ, от 14.07.2022 № 316-ФЗ)</w:t>
      </w:r>
    </w:p>
    <w:p>
      <w:r>
        <w:rPr>
          <w:b/>
        </w:rPr>
        <w:t xml:space="preserve">7. </w:t>
      </w:r>
      <w:r>
        <w:t>(Пункт утратил силу - Федеральный закон от 23.06.2014 № 171-ФЗ)</w:t>
      </w:r>
    </w:p>
    <w:p>
      <w:r>
        <w:rPr>
          <w:b/>
        </w:rPr>
        <w:t xml:space="preserve">8. </w:t>
      </w:r>
      <w:r>
        <w:t>(Пункт утратил силу - Федеральный закон от 23.06.2014 № 171-ФЗ)</w:t>
      </w:r>
    </w:p>
    <w:p>
      <w:r>
        <w:rPr>
          <w:b/>
        </w:rPr>
        <w:t xml:space="preserve">9. </w:t>
      </w:r>
      <w:r>
        <w:t>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пунктах 5 и 6 настоящей статьи, без согласия арендодателя при условии его уведомления.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настоящим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 (В редакции федеральных законов от 24.07.2007 № 212-ФЗ; от 12.12.2011 № 427-ФЗ; от 23.06.2014 № 171-ФЗ)</w:t>
      </w:r>
    </w:p>
    <w:p>
      <w:r>
        <w:rPr>
          <w:b/>
        </w:rPr>
        <w:t xml:space="preserve">91. </w:t>
      </w:r>
      <w:r>
        <w:t>(Дополнение пунктом - Федеральный закон от 21.07.2014 № 224-ФЗ) (Утратил силу - Федеральный закон от 30.12.2020 № 494-ФЗ)</w:t>
      </w:r>
    </w:p>
    <w:p>
      <w:r>
        <w:rPr>
          <w:b/>
        </w:rPr>
        <w:t xml:space="preserve">92. </w:t>
      </w:r>
      <w:r>
        <w:t>(Дополнение пунктом - Федеральный закон от 21.07.2014 № 224-ФЗ) (Утратил силу - Федеральный закон от 30.12.2020 № 494-ФЗ)</w:t>
      </w:r>
    </w:p>
    <w:p>
      <w:r>
        <w:rPr>
          <w:b/>
        </w:rPr>
        <w:t xml:space="preserve">93. </w:t>
      </w:r>
      <w:r>
        <w:t>Арендатор земельного участка, которому такой земельный участок предоставлен в связи с предоставлением ему в аренду расположенных на таком земельном участке и находящихся в государственной или муниципальной собственности здания, сооружения, вправе с согласия арендодателя передавать свои права и обязанности по договору аренды такого земельного участка третьему лицу только в случае, если они передаются указанному третьему лицу в связи с передачей прав и обязанностей по договору аренды таких здания, сооружения. Указанный арендатор не имеет права передавать право аренды земельного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 (Дополнение пунктом - Федеральный закон от 04.08.2023 № 492-ФЗ)</w:t>
      </w:r>
    </w:p>
    <w:p>
      <w:r>
        <w:rPr>
          <w:b/>
        </w:rPr>
        <w:t xml:space="preserve">10. </w:t>
      </w:r>
      <w:r>
        <w:t>В случае наследования земельных участков лицами, не достигшими совершеннолетия, их законные представители могут передать эти земельные участки в аренду на срок до достижения наследниками совершеннолетия</w:t>
      </w:r>
    </w:p>
    <w:p>
      <w:r>
        <w:rPr>
          <w:b/>
        </w:rPr>
        <w:t xml:space="preserve">11. </w:t>
      </w:r>
      <w:r>
        <w:t>Изъятые из оборота земельные участки не могут быть переданы в аренду, за исключением случаев, установленных федеральными законами</w:t>
      </w:r>
    </w:p>
    <w:p>
      <w:r>
        <w:rPr>
          <w:b/>
        </w:rPr>
        <w:t xml:space="preserve">12. </w:t>
      </w:r>
      <w:r>
        <w:t>Размер арендной платы является существенным условием договора аренды земельного участка. (Дополнение пунктом - Федеральный закон от 23.06.2014 № 171-ФЗ)</w:t>
      </w:r>
    </w:p>
    <w:p>
      <w:r>
        <w:rPr>
          <w:b/>
        </w:rPr>
        <w:t>Статья 23. Право ограниченного пользования чужим земельным участком (сервитут, публичный сервитут)</w:t>
      </w:r>
    </w:p>
    <w:p>
      <w:r>
        <w:rPr>
          <w:b/>
        </w:rPr>
        <w:t xml:space="preserve">1. </w:t>
      </w:r>
      <w:r>
        <w:t>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настоящего Кодекса</w:t>
      </w:r>
    </w:p>
    <w:p>
      <w:r>
        <w:rPr>
          <w:b/>
        </w:rPr>
        <w:t xml:space="preserve">2. </w:t>
      </w:r>
      <w:r>
        <w:t>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
        <w:rPr>
          <w:b/>
        </w:rPr>
        <w:t xml:space="preserve">3. </w:t>
      </w:r>
      <w:r>
        <w:t>Публичный сервитут устанавливается в соответствии с настоящим Кодексом.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сервитуте и положения главы V3 настоящего Кодекса не применяются</w:t>
      </w:r>
    </w:p>
    <w:p>
      <w:r>
        <w:rPr>
          <w:b/>
        </w:rPr>
        <w:t xml:space="preserve">4. </w:t>
      </w:r>
      <w:r>
        <w:t>Публичный сервитут может устанавливаться для</w:t>
      </w:r>
    </w:p>
    <w:p>
      <w:r>
        <w:rPr>
          <w:b/>
        </w:rPr>
        <w:t xml:space="preserve">5. </w:t>
      </w:r>
      <w:r>
        <w:t>Публичный сервитут может быть установлен в отношении одного или нескольких земельных участков и (или) земель. 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
        <w:rPr>
          <w:b/>
        </w:rPr>
        <w:t xml:space="preserve">6. </w:t>
      </w:r>
      <w:r>
        <w:t>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r>
        <w:rPr>
          <w:b/>
        </w:rPr>
        <w:t xml:space="preserve">7. </w:t>
      </w:r>
      <w:r>
        <w:t>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настоящего Кодекса. Срок публичного сервитута определяется решением о его установлении. 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
        <w:rPr>
          <w:b/>
        </w:rPr>
        <w:t xml:space="preserve">8. </w:t>
      </w:r>
      <w:r>
        <w:t>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
        <w:rPr>
          <w:b/>
        </w:rPr>
        <w:t xml:space="preserve">9. </w:t>
      </w:r>
      <w:r>
        <w:t>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
        <w:rPr>
          <w:b/>
        </w:rPr>
        <w:t xml:space="preserve">10. </w:t>
      </w:r>
      <w:r>
        <w:t>В случае, если размещение объекта, указанного в подпункте 1 статьи 3937 настоящего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подпунктом 4 пункта 1 статьи 3944 настоящего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статьями 49 и 563 настоящего Кодекса</w:t>
      </w:r>
    </w:p>
    <w:p>
      <w:r>
        <w:rPr>
          <w:b/>
        </w:rPr>
        <w:t xml:space="preserve">11. </w:t>
      </w:r>
      <w:r>
        <w:t>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
        <w:rPr>
          <w:b/>
        </w:rPr>
        <w:t xml:space="preserve">12. </w:t>
      </w:r>
      <w:r>
        <w:t>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настоящим Кодексом или федеральным законом</w:t>
      </w:r>
    </w:p>
    <w:p>
      <w:r>
        <w:rPr>
          <w:b/>
        </w:rPr>
        <w:t xml:space="preserve">13. </w:t>
      </w:r>
      <w:r>
        <w:t>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плату, если иное не предусмотрено настоящим Кодексом</w:t>
      </w:r>
    </w:p>
    <w:p>
      <w:r>
        <w:rPr>
          <w:b/>
        </w:rPr>
        <w:t xml:space="preserve">14. </w:t>
      </w:r>
      <w:r>
        <w:t>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
        <w:rPr>
          <w:b/>
        </w:rPr>
        <w:t xml:space="preserve">15. </w:t>
      </w:r>
      <w:r>
        <w:t>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r>
        <w:rPr>
          <w:b/>
        </w:rPr>
        <w:t xml:space="preserve">16. </w:t>
      </w:r>
      <w:r>
        <w:t>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
        <w:rPr>
          <w:b/>
        </w:rPr>
        <w:t xml:space="preserve">17. </w:t>
      </w:r>
      <w:r>
        <w:t>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 предусмотренных пунктом 4 статьи 3925 настоящего Кодекса. Сведения о публичных сервитутах вносятся в Единый государственный реестр недвижимости</w:t>
      </w:r>
    </w:p>
    <w:p>
      <w:r>
        <w:rPr>
          <w:b/>
        </w:rPr>
        <w:t xml:space="preserve">18. </w:t>
      </w:r>
      <w:r>
        <w:t>Порядок установления публичного сервитута в отношении земельных участков и (или) земель для их использования в целях, предусмотренных статьей 3937 настоящего Кодекса, срок публичного сервитута, условия его осуществления и порядок определения платы за такой сервитут устанавливаются главой V7 настоящего Кодекса</w:t>
      </w:r>
    </w:p>
    <w:p>
      <w:r>
        <w:rPr>
          <w:b/>
        </w:rPr>
        <w:t xml:space="preserve">19. </w:t>
      </w:r>
      <w:r>
        <w:t>Случаи и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редакции Федерального закона от 14.07.2022 № 284-ФЗ) (Статья в редакции Федерального закона от 03.08.2018 № 341-ФЗ)</w:t>
      </w:r>
    </w:p>
    <w:p>
      <w:r>
        <w:rPr>
          <w:b/>
        </w:rPr>
        <w:t xml:space="preserve">4. </w:t>
      </w:r>
      <w:r>
        <w:t>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 (В редакции Федерального закона от 03.04.2023 № 96-ФЗ) 2) размещения на земельном участке межевых знаков,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 создание которых организовано органами государственной власти, органами местного самоуправления, и обеспечения доступа к ним; (В редакции федеральных законов от 04.08.2023 № 491-ФЗ, от 26.12.2024 № 485-ФЗ) 3) проведения дренажных и мелиоративных работ на земельном участке; (В редакции Федерального закона от 27.12.2019 № 477-ФЗ) 4) забора (изъятия) водных ресурсов из водных объектов и водопоя</w:t>
      </w:r>
    </w:p>
    <w:p>
      <w:r>
        <w:rPr>
          <w:b/>
        </w:rPr>
        <w:t xml:space="preserve">4. </w:t>
      </w:r>
      <w:r>
        <w:t>прогона сельскохозяйственных животных через земельный участок</w:t>
      </w:r>
    </w:p>
    <w:p>
      <w:r>
        <w:rPr>
          <w:b/>
        </w:rPr>
        <w:t xml:space="preserve">4. </w:t>
      </w:r>
      <w:r>
        <w:t>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
        <w:rPr>
          <w:b/>
        </w:rPr>
        <w:t xml:space="preserve">4. </w:t>
      </w:r>
      <w:r>
        <w:t>использования земельного участка в целях охоты, рыболовства, аквакультуры (рыбоводства)</w:t>
      </w:r>
    </w:p>
    <w:p>
      <w:r>
        <w:rPr>
          <w:b/>
        </w:rPr>
        <w:t xml:space="preserve">4. </w:t>
      </w:r>
      <w:r>
        <w:t>использования земельного участка в целях, предусмотренных статьей 3937 настоящего Кодекса</w:t>
      </w:r>
    </w:p>
    <w:p>
      <w:r>
        <w:rPr>
          <w:b/>
        </w:rPr>
        <w:t>Статья 24. Безвозмездное пользование земельными участками</w:t>
      </w:r>
    </w:p>
    <w:p>
      <w:r>
        <w:t>(Наименование в редакции Федерального закона от 23.06.2014 № 171-ФЗ)</w:t>
      </w:r>
    </w:p>
    <w:p>
      <w:r>
        <w:rPr>
          <w:b/>
        </w:rPr>
        <w:t xml:space="preserve">1. </w:t>
      </w:r>
      <w:r>
        <w:t>В безвозмездное пользование могут предоставляться земельные участки</w:t>
      </w:r>
    </w:p>
    <w:p>
      <w:r>
        <w:rPr>
          <w:b/>
        </w:rPr>
        <w:t xml:space="preserve">11. </w:t>
      </w:r>
      <w:r>
        <w:t>Договор безвозмездного пользования земельным участком заключается в соответствии с Гражданским кодексом Российской Федерации и настоящим Кодексом. (Дополнение пунктом - Федеральный закон от 23.06.2014 № 171-ФЗ)</w:t>
      </w:r>
    </w:p>
    <w:p>
      <w:r>
        <w:rPr>
          <w:b/>
        </w:rPr>
        <w:t xml:space="preserve">2. </w:t>
      </w:r>
      <w:r>
        <w:t>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 Категории работников организаций транспорта, лесного комплекса,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федерального казенного учреждения, обеспечивающего функционирование Государственного фонда драгоценных металлов и драгоценных камней Российской Федерации, и других сфер деятельности, имеющих право на получение служебных наделов, устанавливаются нормативными правовыми актами Российской Федерации и законодательством субъектов Российской Федерации. (В редакции федеральных законов от 02.07.2021 № 302-ФЗ, от 04.08.2023 № 469-ФЗ) 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 Права и обязанности лиц, использующих служебные наделы, определяются в соответствии с правилами пункта 1 статьи 41 и абзацев второго - четвертого, седьмого - девятого статьи 42 настоящего Кодекса. (Пункт в редакции Федерального закона от 23.06.2016 № 206-ФЗ)</w:t>
      </w:r>
    </w:p>
    <w:p>
      <w:r>
        <w:rPr>
          <w:b/>
        </w:rPr>
        <w:t xml:space="preserve">1. </w:t>
      </w:r>
      <w:r>
        <w:t>находящиеся в государственной или муниципальной собственности, на условиях и в порядке, которые установлены статьей 3910 настоящего Кодекса, в том числе в виде служебного надела</w:t>
      </w:r>
    </w:p>
    <w:p>
      <w:r>
        <w:rPr>
          <w:b/>
        </w:rPr>
        <w:t xml:space="preserve">1. </w:t>
      </w:r>
      <w:r>
        <w:t>находящиеся в собственности граждан или юридических лиц, иным гражданам или юридическим лицам на основании договора, в том числе в виде служебного надела. (Пункт в редакции Федерального закона от 23.06.2014 № 171-ФЗ)</w:t>
      </w:r>
    </w:p>
    <w:p>
      <w:pPr>
        <w:pStyle w:val="Heading3"/>
      </w:pPr>
      <w:r>
        <w:t>ВОЗНИКНОВЕНИЕ ПРАВ НА ЗЕМЛЮ</w:t>
      </w:r>
    </w:p>
    <w:p>
      <w:r>
        <w:rPr>
          <w:b/>
        </w:rPr>
        <w:t>Статья 25. Основания возникновения прав на землю</w:t>
      </w:r>
    </w:p>
    <w:p>
      <w:r>
        <w:rPr>
          <w:b/>
        </w:rPr>
        <w:t xml:space="preserve">1. </w:t>
      </w:r>
      <w:r>
        <w:t>Права на земельные участки, предусмотренные главами III и IV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законом "О государственной регистрации недвижимости". (В редакции Федерального закона от 03.07.2016 № 361-ФЗ)</w:t>
      </w:r>
    </w:p>
    <w:p>
      <w:r>
        <w:rPr>
          <w:b/>
        </w:rPr>
        <w:t xml:space="preserve">2. </w:t>
      </w:r>
      <w:r>
        <w:t>Государственная регистрация сделок с земельными участками обязательна в случаях, указанных в федеральных законах</w:t>
      </w:r>
    </w:p>
    <w:p>
      <w:r>
        <w:rPr>
          <w:b/>
        </w:rPr>
        <w:t xml:space="preserve">3. </w:t>
      </w:r>
      <w:r>
        <w:t>Не подлежат возврату земельные участки, не подлежит возмещению или компенсации стоимость земельных участков, которые были национализированы до 1 января 1991 года в соответствии с законодательством, действовавшим на момент национализации земельных участков</w:t>
      </w:r>
    </w:p>
    <w:p>
      <w:r>
        <w:rPr>
          <w:b/>
        </w:rPr>
        <w:t>Статья 26. Документы о правах на земельные участки</w:t>
      </w:r>
    </w:p>
    <w:p>
      <w:r>
        <w:rPr>
          <w:b/>
        </w:rPr>
        <w:t xml:space="preserve">1. </w:t>
      </w:r>
      <w:r>
        <w:t>Права на земельные участки, предусмотренные главами III и IV настоящего Кодекса, удостоверяются документами в порядке, установленном Федеральным законом "О государственной регистрации недвижимости". (В редакции Федерального закона от 03.07.2016 № 361-ФЗ)</w:t>
      </w:r>
    </w:p>
    <w:p>
      <w:r>
        <w:rPr>
          <w:b/>
        </w:rPr>
        <w:t xml:space="preserve">2. </w:t>
      </w:r>
      <w:r>
        <w:t>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 (В редакции Федерального закона от 08.03.2015 № 48-ФЗ)</w:t>
      </w:r>
    </w:p>
    <w:p>
      <w:r>
        <w:rPr>
          <w:b/>
        </w:rPr>
        <w:t>Статья 27. Ограничения оборотоспособности земельных участков</w:t>
      </w:r>
    </w:p>
    <w:p>
      <w:r>
        <w:rPr>
          <w:b/>
        </w:rPr>
        <w:t xml:space="preserve">1. </w:t>
      </w:r>
      <w:r>
        <w:t>Оборот земельных участков осуществляется в соответствии с гражданским законодательством и настоящим Кодексом</w:t>
      </w:r>
    </w:p>
    <w:p>
      <w:r>
        <w:rPr>
          <w:b/>
        </w:rPr>
        <w:t xml:space="preserve">2. </w:t>
      </w:r>
      <w: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 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r>
        <w:rPr>
          <w:b/>
        </w:rPr>
        <w:t xml:space="preserve">3. </w:t>
      </w:r>
      <w:r>
        <w:t>Содержание ограничений оборота земельных участков устанавливается настоящим Кодексом, федеральными законами</w:t>
      </w:r>
    </w:p>
    <w:p>
      <w:r>
        <w:rPr>
          <w:b/>
        </w:rPr>
        <w:t xml:space="preserve">4. </w:t>
      </w:r>
      <w:r>
        <w:t>Из оборота изъяты земельные участки, занятые находящимися в федеральной собственности следующими объектами</w:t>
      </w:r>
    </w:p>
    <w:p>
      <w:r>
        <w:rPr>
          <w:b/>
        </w:rPr>
        <w:t xml:space="preserve">5. </w:t>
      </w:r>
      <w:r>
        <w:t>Ограничиваются в обороте находящиеся в государственной или муниципальной собственности следующие земельные участки</w:t>
      </w:r>
    </w:p>
    <w:p>
      <w:r>
        <w:rPr>
          <w:b/>
        </w:rPr>
        <w:t xml:space="preserve">6. </w:t>
      </w:r>
      <w:r>
        <w:t>Оборот земель сельскохозяйственного назначения регулируется Федеральным законом "Об обороте земель сельскохозяйственного назначения". Образование земельных участков из земель сельскохозяйственного назначения регулируется настоящим Кодексом и Федеральным законом "Об обороте земель сельскохозяйственного назначения". (В редакции Федерального закона от 22.07.2008 № 141-ФЗ)</w:t>
      </w:r>
    </w:p>
    <w:p>
      <w:r>
        <w:rPr>
          <w:b/>
        </w:rPr>
        <w:t xml:space="preserve">7. </w:t>
      </w:r>
      <w:r>
        <w:t>Пункт 6 настоящей статьи 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 (В редакции федеральных законов от 03.07.2016 № 354-ФЗ; от 29.07.2017 № 217-ФЗ)</w:t>
      </w:r>
    </w:p>
    <w:p>
      <w:r>
        <w:rPr>
          <w:b/>
        </w:rPr>
        <w:t xml:space="preserve">8. </w:t>
      </w:r>
      <w: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 (Дополнение пунктом - Федеральный закон от 03.06.2006 № 73-ФЗ) (В редакции Федерального закона от 19.06.2007 № 102-ФЗ)</w:t>
      </w:r>
    </w:p>
    <w:p>
      <w:r>
        <w:rPr>
          <w:b/>
        </w:rPr>
        <w:t xml:space="preserve">4. </w:t>
      </w:r>
      <w:r>
        <w:t>государственными природными заповедниками и национальными парками, если иное не предусмотрено настоящим Кодексом и Федеральным законом от 14 марта 1995 года № 33-ФЗ "Об особо охраняемых природных территориях"; (В редакции Федерального закона от 30.12.2020 № 505-ФЗ) 2)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 (В редакции федеральных законов от 30.06.2003 № 86-ФЗ; от 07.03.2005 № 15-ФЗ; от 23.06.2014 № 171-ФЗ; от 30.12.2015 № 460-ФЗ) 3) зданиями, сооружениями, в которых размещены военные суды; (В редакции Федерального закона от 23.06.2014 № 171-ФЗ) 4) объектами организаций федеральной службы безопасности</w:t>
      </w:r>
    </w:p>
    <w:p>
      <w:r>
        <w:rPr>
          <w:b/>
        </w:rPr>
        <w:t xml:space="preserve">4. </w:t>
      </w:r>
      <w:r>
        <w:t>объектами организаций органов государственной охраны; (В редакции Федерального закона от 08.12.2011 № 424-ФЗ) 6) объектами использования атомной энергии, пунктами хранения ядерных материалов и радиоактивных веществ</w:t>
      </w:r>
    </w:p>
    <w:p>
      <w:r>
        <w:rPr>
          <w:b/>
        </w:rPr>
        <w:t xml:space="preserve">4. </w:t>
      </w:r>
      <w:r>
        <w:t>объектами, в соответствии с видами деятельности которых созданы закрытые административно-территориальные образования</w:t>
      </w:r>
    </w:p>
    <w:p>
      <w:r>
        <w:rPr>
          <w:b/>
        </w:rPr>
        <w:t xml:space="preserve">4. </w:t>
      </w:r>
      <w:r>
        <w:t>объектами учреждений и органов Федеральной службы исполнения наказаний; (В редакции Федерального закона от 29.06.2004 № 58-ФЗ) 9) воинскими и гражданскими захоронениями</w:t>
      </w:r>
    </w:p>
    <w:p>
      <w:r>
        <w:rPr>
          <w:b/>
        </w:rPr>
        <w:t xml:space="preserve">4. </w:t>
      </w:r>
      <w: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r>
        <w:rPr>
          <w:b/>
        </w:rPr>
        <w:t xml:space="preserve">5. </w:t>
      </w:r>
      <w:r>
        <w:t>в пределах особо охраняемых природных территорий, не указанные в пункте 4 настоящей статьи, если иное не предусмотрено настоящим Кодексом и законодательством Российской Федерации об особо охраняемых природных территориях; (В редакции Федерального закона от 30.12.2020 № 505-ФЗ) 2) из состава земель лесного фонда; (В редакции Федерального закона от 04.12.2006 № 201-ФЗ) 3) в пределах которых расположены водные объекты, находящиеся в государственной или муниципальной собственности; (В редакции Федерального закона от 03.06.2006 № 73-ФЗ) 4) 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 (В редакции Федерального закона от 22.10.2014 № 315-ФЗ) 5) предоставленные для обеспечения обороны и безопасности, оборонной промышленности, таможенных нужд и не указанные в пункте 4 настоящей статьи</w:t>
      </w:r>
    </w:p>
    <w:p>
      <w:r>
        <w:rPr>
          <w:b/>
        </w:rPr>
        <w:t xml:space="preserve">5. </w:t>
      </w:r>
      <w:r>
        <w:t>не указанные в пункте 4 настоящей статьи в границах закрытых административно-территориальных образований</w:t>
      </w:r>
    </w:p>
    <w:p>
      <w:r>
        <w:rPr>
          <w:b/>
        </w:rPr>
        <w:t xml:space="preserve">5. </w:t>
      </w:r>
      <w:r>
        <w:t>предназначенные для строительства, реконструкции и (или) эксплуатации (далее также - размещение)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 (В редакции Федерального закона от 23.06.2014 № 171-ФЗ) 8) (Подпункт утратил силу - Федеральный закон от 23.06.2014 № 171-ФЗ) 9) занятые объектами космической инфраструктуры</w:t>
      </w:r>
    </w:p>
    <w:p>
      <w:r>
        <w:rPr>
          <w:b/>
        </w:rPr>
        <w:t xml:space="preserve">5. </w:t>
      </w:r>
      <w:r>
        <w:t>расположенные под объектами гидротехнических сооружений</w:t>
      </w:r>
    </w:p>
    <w:p>
      <w:r>
        <w:rPr>
          <w:b/>
        </w:rPr>
        <w:t xml:space="preserve">5. </w:t>
      </w:r>
      <w:r>
        <w:t>предоставленные для производства ядовитых веществ, наркотических средств</w:t>
      </w:r>
    </w:p>
    <w:p>
      <w:r>
        <w:rPr>
          <w:b/>
        </w:rPr>
        <w:t xml:space="preserve">5. </w:t>
      </w:r>
      <w:r>
        <w:t>загрязненные опасными отходами, радиоактивными веществами, подвергшиеся биогенному загрязнению, иные подвергшиеся деградации земли</w:t>
      </w:r>
    </w:p>
    <w:p>
      <w:r>
        <w:rPr>
          <w:b/>
        </w:rPr>
        <w:t xml:space="preserve">5. </w:t>
      </w:r>
      <w:r>
        <w:t>расположенные в границах земель, зарезервированных для государственных или муниципальных нужд; (Дополнение подпунктом - Федеральный закон от 10.05.2007 № 69-ФЗ) 14) в первом поясе зон санитарной охраны источников питьевого и хозяйственно-бытового водоснабжения; (Дополнение подпунктом - Федеральный закон от 19.06.2007 № 102-ФЗ) (В редакции федеральных законов от 03.08.2018 № 342-ФЗ, от 16.02.2022 № 9-ФЗ) 15) в границах первой зоны округа санитарной (горно-санитарной) охраны природного лечебного ресурса. (Дополнение подпунктом - Федеральный закон от 04.08.2023 № 469-ФЗ)</w:t>
      </w:r>
    </w:p>
    <w:p>
      <w:r>
        <w:rPr>
          <w:b/>
        </w:rPr>
        <w:t>Статья 28</w:t>
      </w:r>
    </w:p>
    <w:p>
      <w:r>
        <w:t>(Статья утратила силу - Федеральный закон от 23.06.2014 № 171-ФЗ)</w:t>
      </w:r>
    </w:p>
    <w:p>
      <w:r>
        <w:rPr>
          <w:b/>
        </w:rPr>
        <w:t>Статья 29</w:t>
      </w:r>
    </w:p>
    <w:p>
      <w:r>
        <w:t>(Статья утратила силу - Федеральный закон от 23.06.2014 № 171-ФЗ)</w:t>
      </w:r>
    </w:p>
    <w:p>
      <w:r>
        <w:rPr>
          <w:b/>
        </w:rPr>
        <w:t>Статья 30</w:t>
      </w:r>
    </w:p>
    <w:p>
      <w:r>
        <w:t>(Статья утратила силу - Федеральный закон от 23.06.2014 № 171-ФЗ)</w:t>
      </w:r>
    </w:p>
    <w:p>
      <w:r>
        <w:rPr>
          <w:b/>
        </w:rPr>
        <w:t>Статья 301</w:t>
      </w:r>
    </w:p>
    <w:p>
      <w:r>
        <w:t>(Дополнение статьей - Федеральный закон от 29.12.2004 № 191-ФЗ) (Утратила силу - Федеральный закон от 23.06.2014 № 171-ФЗ)</w:t>
      </w:r>
    </w:p>
    <w:p>
      <w:r>
        <w:rPr>
          <w:b/>
        </w:rPr>
        <w:t>Статья 302</w:t>
      </w:r>
    </w:p>
    <w:p>
      <w:r>
        <w:t>(Дополнение статьей - Федеральный закон от 29.12.2004 № 191-ФЗ) (Утратила силу - Федеральный закон от 23.06.2014 № 171-ФЗ)</w:t>
      </w:r>
    </w:p>
    <w:p>
      <w:r>
        <w:rPr>
          <w:b/>
        </w:rPr>
        <w:t>Статья 31</w:t>
      </w:r>
    </w:p>
    <w:p>
      <w:r>
        <w:t>(Статья утратила силу - Федеральный закон от 23.06.2014 № 171-ФЗ)</w:t>
      </w:r>
    </w:p>
    <w:p>
      <w:r>
        <w:rPr>
          <w:b/>
        </w:rPr>
        <w:t>Статья 32</w:t>
      </w:r>
    </w:p>
    <w:p>
      <w:r>
        <w:t>(Статья утратила силу - Федеральный закон от 23.06.2014 № 171-ФЗ)</w:t>
      </w:r>
    </w:p>
    <w:p>
      <w:r>
        <w:rPr>
          <w:b/>
        </w:rPr>
        <w:t>Статья 33</w:t>
      </w:r>
    </w:p>
    <w:p>
      <w:r>
        <w:t>(Статья утратила силу - Федеральный закон от 23.06.2014 № 171-ФЗ)</w:t>
      </w:r>
    </w:p>
    <w:p>
      <w:r>
        <w:rPr>
          <w:b/>
        </w:rPr>
        <w:t>Статья 34</w:t>
      </w:r>
    </w:p>
    <w:p>
      <w:r>
        <w:t>(Статья утратила силу - Федеральный закон от 23.06.2014 № 171-ФЗ)</w:t>
      </w:r>
    </w:p>
    <w:p>
      <w:r>
        <w:rPr>
          <w:b/>
        </w:rPr>
        <w:t>Статья 35. Переход права на земельный участок при переходе права собственности на здание, сооружение</w:t>
      </w:r>
    </w:p>
    <w:p>
      <w:r>
        <w:t>(Наименование в редакции Федерального закона от 23.06.2014 № 171-ФЗ)</w:t>
      </w:r>
    </w:p>
    <w:p>
      <w:r>
        <w:rPr>
          <w:b/>
        </w:rPr>
        <w:t xml:space="preserve">1. </w:t>
      </w:r>
      <w:r>
        <w:t>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 (В редакции Федерального закона от 23.06.2014 № 171-ФЗ) 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 (В редакции Федерального закона от 23.06.2014 № 171-ФЗ)</w:t>
      </w:r>
    </w:p>
    <w:p>
      <w:r>
        <w:rPr>
          <w:b/>
        </w:rPr>
        <w:t xml:space="preserve">2. </w:t>
      </w:r>
      <w:r>
        <w:t>(Пункт утратил силу - Федеральный закон от 23.06.2014 № 171-ФЗ)</w:t>
      </w:r>
    </w:p>
    <w:p>
      <w:r>
        <w:rPr>
          <w:b/>
        </w:rPr>
        <w:t xml:space="preserve">3. </w:t>
      </w:r>
      <w:r>
        <w:t>Собственник здания, сооружения, находящихся на чужом земельном участке, имеет преимущественное право покупки или аренды земельного участка, которое осуществляется в порядке, установленном гражданским законодательством для случаев продажи доли в праве общей собственности постороннему лицу. (В редакции Федерального закона от 23.06.2014 № 171-ФЗ)</w:t>
      </w:r>
    </w:p>
    <w:p>
      <w:r>
        <w:rPr>
          <w:b/>
        </w:rPr>
        <w:t xml:space="preserve">4. </w:t>
      </w:r>
      <w:r>
        <w:t>Отчуждение здания, сооружения, находящихся на земельном участке и принадлежащих одному лицу, проводится вместе с земельным участком, за исключением следующих случаев: (В редакции Федерального закона от 23.06.2014 № 171-ФЗ) 1) отчуждение части здания, сооружения, которая не может быть выделена в натуре вместе с частью земельного участка; (В редакции Федерального закона от 23.06.2014 № 171-ФЗ) 2) отчуждение здания, сооружения, находящихся на земельном участке, изъятом из оборота в соответствии со статьей 27 настоящего Кодекса; (В редакции Федерального закона от 23.06.2014 № 171-ФЗ) 3) отчуждение сооружения, которое расположено на земельном участке на условиях сервитута, на основании публичного сервитута; (Дополнение подпунктом - Федеральный закон от 23.06.2014 № 171-ФЗ) (В редакции Федерального закона от 03.08.2018 № 341-ФЗ) 4) отчуждение объекта культурного наследия в соответствии с Федеральным законом от 21 декабря 2001 года № 178-ФЗ "О приватизации государственного и муниципального имущества" путем продажи на конкурсе либо продажи на аукционе, если предметом аукциона является объект культурного наследия, находящийся в собственности субъекта Российской Федерации - города федерального значения Москвы, Санкт-Петербурга или Севастополя. (Дополнение подпунктом - Федеральный закон от 24.07.2023 № 370-ФЗ) Отчуждение здания, сооружения, находящихся на ограниченном в обороте земельном участке и принадлежащих одному лицу, проводится вместе с земельным участком, если федеральным законом разрешено предоставлять такой земельный участок в собственность граждан и юридических лиц. (В редакции Федерального закона от 23.06.2014 № 171-ФЗ) Не допускается отчуждение земельного участка без находящихся на нем здания, сооружения в случае, если они принадлежат одному лицу. (В редакции Федерального закона от 23.06.2014 № 171-ФЗ) Отчуждение участником долевой собственности доли в праве собственности на здание, сооружение или отчуждение собственником принадлежащих ему части здания, сооружения или помещения в них проводится вместе с отчуждением доли указанных лиц в праве собственности на земельный участок, на котором расположены здание, сооружение. (В редакции Федерального закона от 23.06.2014 № 171-ФЗ)</w:t>
      </w:r>
    </w:p>
    <w:p>
      <w:r>
        <w:rPr>
          <w:b/>
        </w:rPr>
        <w:t xml:space="preserve">5. </w:t>
      </w:r>
      <w:r>
        <w:t>Иностранные граждане, лица без гражданства и иностранные юридические лица - собственники зданий, сооружений, находящихся на чужом земельном участке, имеют преимущественное право покупки или аренды земельного участка в порядке, установленном настоящей статьей, и в соответствии с пунктом 2 статьи 5, пунктом 3 статьи 15, пунктом 1 статьи 22 настоящего Кодекса. Президент Российской Федерации может установить перечень видов зданий, сооружений, на которые это правило не распространяется. (В редакции Федерального закона от 23.06.2014 № 171-ФЗ)</w:t>
      </w:r>
    </w:p>
    <w:p>
      <w:r>
        <w:rPr>
          <w:b/>
        </w:rPr>
        <w:t>Статья 36</w:t>
      </w:r>
    </w:p>
    <w:p>
      <w:r>
        <w:t>(Статья утратила силу - Федеральный закон от 23.06.2014 № 171-ФЗ)</w:t>
      </w:r>
    </w:p>
    <w:p>
      <w:r>
        <w:rPr>
          <w:b/>
        </w:rPr>
        <w:t>Статья 37. Особенности купли-продажи земельных участков</w:t>
      </w:r>
    </w:p>
    <w:p>
      <w:r>
        <w:rPr>
          <w:b/>
        </w:rPr>
        <w:t xml:space="preserve">1. </w:t>
      </w:r>
      <w:r>
        <w:t>Объектом купли-продажи могут быть только земельные участки, прошедшие государственный кадастровый учет. Продавец при заключении договора купли-продажи обязан предоставить покупателю имеющуюся у него информацию об обременениях земельного участка и ограничениях его использования</w:t>
      </w:r>
    </w:p>
    <w:p>
      <w:r>
        <w:rPr>
          <w:b/>
        </w:rPr>
        <w:t xml:space="preserve">2. </w:t>
      </w:r>
      <w:r>
        <w:t>Являются недействительными следующие условия договора купли-продажи земельного участка: устанавливающие право продавца выкупить земельный участок обратно по собственному желанию; ограничивающие дальнейшее распоряжение земельным участком, в том числе ограничивающие ипотеку, передачу земельного участка в аренду, совершение иных сделок с землей; ограничивающие ответственность продавца в случае предъявления прав на земельные участки третьими лицами. Указанные требования применяются также к договору мены</w:t>
      </w:r>
    </w:p>
    <w:p>
      <w:r>
        <w:rPr>
          <w:b/>
        </w:rPr>
        <w:t xml:space="preserve">3. </w:t>
      </w:r>
      <w:r>
        <w:t>Покупатель в случае предоставления ему продавцом заведомо ложной информации об обременениях земельного участка и ограничениях его использования в соответствии с разрешенным использованием; о разрешении на застройку данного земельного участка; об использовании соседних земельных участков, оказывающем существенное воздействие на использование и стоимость продаваемого земельного участка; о качественных свойствах земли, которые могут повлиять на планируемое покупателем использование и стоимость продаваемого земельного участка; иной информации, которая может оказать влияние на решение покупателя о покупке данного земельного участка и требования о предоставлении которой установлены федеральными законами, вправе требовать уменьшения покупной цены или расторжения договора купли-продажи земельного участка и возмещения причиненных ему убытков</w:t>
      </w:r>
    </w:p>
    <w:p>
      <w:r>
        <w:rPr>
          <w:b/>
        </w:rPr>
        <w:t xml:space="preserve">4. </w:t>
      </w:r>
      <w:r>
        <w:t>Требования, установленные пунктом 3 настоящей статьи, применяются также в случаях обмена земельного участка, передачи его в аренду</w:t>
      </w:r>
    </w:p>
    <w:p>
      <w:r>
        <w:rPr>
          <w:b/>
        </w:rPr>
        <w:t>Статья 38</w:t>
      </w:r>
    </w:p>
    <w:p>
      <w:r>
        <w:t>(Статья утратила силу - Федеральный закон от 23.06.2014 № 171-ФЗ)</w:t>
      </w:r>
    </w:p>
    <w:p>
      <w:r>
        <w:rPr>
          <w:b/>
        </w:rPr>
        <w:t>Статья 381</w:t>
      </w:r>
    </w:p>
    <w:p>
      <w:r>
        <w:t>(Дополнение статьей - Федеральный закон от 29.12.2004 № 191-ФЗ) (Утратила силу - Федеральный закон от 23.06.2014 № 171-ФЗ)</w:t>
      </w:r>
    </w:p>
    <w:p>
      <w:r>
        <w:rPr>
          <w:b/>
        </w:rPr>
        <w:t>Статья 382</w:t>
      </w:r>
    </w:p>
    <w:p>
      <w:r>
        <w:t>(Дополнение статьей - Федеральный закон от 29.12.2004 № 191-ФЗ) (Утратила силу - Федеральный закон от 23.06.2014 № 171-ФЗ)</w:t>
      </w:r>
    </w:p>
    <w:p>
      <w:r>
        <w:rPr>
          <w:b/>
        </w:rPr>
        <w:t>Статья 39</w:t>
      </w:r>
    </w:p>
    <w:p>
      <w:r>
        <w:t>(Статья утратила силу - Федеральный закон от 23.06.2014 № 171-ФЗ)</w:t>
      </w:r>
    </w:p>
    <w:p>
      <w:pPr>
        <w:pStyle w:val="Heading3"/>
      </w:pPr>
      <w:r>
        <w:t>1. ПРЕДОСТАВЛЕНИЕ ЗЕМЕЛЬНЫХ УЧАСТКОВ, НАХОДЯЩИХСЯ В ГОСУДАРСТВЕННОЙ ИЛИ МУНИЦИПАЛЬНОЙ СОБСТВЕННОСТИ</w:t>
      </w:r>
    </w:p>
    <w:p>
      <w:r>
        <w:rPr>
          <w:b/>
        </w:rPr>
        <w:t>Статья 391. Основания возникновения прав на земельные участки, предоставляемые из земель, находящихся в государственной или муниципальной собственности</w:t>
      </w:r>
    </w:p>
    <w:p>
      <w:r>
        <w:rPr>
          <w:b/>
        </w:rPr>
        <w:t xml:space="preserve">1. </w:t>
      </w:r>
      <w:r>
        <w:t>Земельные участки, находящиеся в государственной или муниципальной собственности, предоставляются на основании</w:t>
      </w:r>
    </w:p>
    <w:p>
      <w:r>
        <w:rPr>
          <w:b/>
        </w:rPr>
        <w:t xml:space="preserve">11. </w:t>
      </w:r>
      <w:r>
        <w:t>Земельные участки, находящиеся в федеральной собственности, могут предоставляться на основании решений Правительства Российской Федерации в собственность государственным корпорациям, публично-правовой компании "Единый заказчик в сфере строительства" в качестве имущественного взноса Российской Федерации в соответствии с федеральными законами. При этом положения настоящей главы не применяются. (Дополнение пунктом - Федеральный закон от 18.03.2020 № 66-ФЗ) (В редакции Федерального закона от 22.12.2020 № 435-ФЗ)</w:t>
      </w:r>
    </w:p>
    <w:p>
      <w:r>
        <w:rPr>
          <w:b/>
        </w:rPr>
        <w:t xml:space="preserve">2. </w:t>
      </w:r>
      <w:r>
        <w:t>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пункте 2 статьи 393 настоящего Кодекса, а также случаев проведения аукционов по продаже таких земельных участков в соответствии со статьей 3918 настоящего Кодекса</w:t>
      </w:r>
    </w:p>
    <w:p>
      <w:r>
        <w:rPr>
          <w:b/>
        </w:rPr>
        <w:t xml:space="preserve">3. </w:t>
      </w:r>
      <w:r>
        <w:t>Положения настоящей главы применяются к отношениям, связанным с предоставлением в аренду, безвозмездное пользование земельных участков в составе земель лесного фонда, если иное не установлено Лесным кодексом Российской Федерации. (В редакции федеральных законов от 29.06.2015 № 206-ФЗ, от 18.12.2018 № 471-ФЗ)</w:t>
      </w:r>
    </w:p>
    <w:p>
      <w:r>
        <w:rPr>
          <w:b/>
        </w:rPr>
        <w:t xml:space="preserve">4. </w:t>
      </w:r>
      <w:r>
        <w:t>Подготовка документов, необходимых для образования и (или) предоставления земельных участков (включая предоставление на аукционах), находящихся в государственной или муниципальной собственности, в том числе документов, необходимых для осуществления государственного кадастрового учета таких земельных участков и (или) государственной регистрации прав на них, может осуществляться публично-правовой компанией "Роскадастр" на условиях, предусмотренных соглашением, заключенным в соответствии с частями 6 и 7 статьи 4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указанного соглашения. Заключение такого соглашения не препятствует образованию и (или) предоставлению земельных участков (включая предоставление на аукционах), находящихся в государственной или муниципальной собственности, по правилам, предусмотренным настоящим Кодексом. На основании такого соглашения публично-правовой компании "Роскадастр" не могут передаваться полномочия указанных органов по принятию решений об утверждении схемы расположения земельного участка, об утверждении проекта межевания территории, о предоставлении земельных участков, находящихся в государственной или муниципальной собственности, о проведении аукционов по предоставлению земельных участков, находящихся в государственной или муниципальной собственности, по заключению договоров купли-продажи, аренды, безвозмездного пользования в отношении земельных участков, находящихся в государственной или муниципальной собственности. (Дополнение пунктом - Федеральный закон от 31.07.2025 № 344-ФЗ)</w:t>
      </w:r>
    </w:p>
    <w:p>
      <w:r>
        <w:rPr>
          <w:b/>
        </w:rPr>
        <w:t xml:space="preserve">1. </w:t>
      </w:r>
      <w:r>
        <w:t>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
        <w:rPr>
          <w:b/>
        </w:rPr>
        <w:t xml:space="preserve">1. </w:t>
      </w:r>
      <w:r>
        <w:t>договора купли-продажи в случае предоставления земельного участка в собственность за плату</w:t>
      </w:r>
    </w:p>
    <w:p>
      <w:r>
        <w:rPr>
          <w:b/>
        </w:rPr>
        <w:t xml:space="preserve">1. </w:t>
      </w:r>
      <w:r>
        <w:t>договора аренды в случае предоставления земельного участка в аренду</w:t>
      </w:r>
    </w:p>
    <w:p>
      <w:r>
        <w:rPr>
          <w:b/>
        </w:rPr>
        <w:t xml:space="preserve">1. </w:t>
      </w:r>
      <w:r>
        <w:t>договора безвозмездного пользования в случае предоставления земельного участка в безвозмездное пользование</w:t>
      </w:r>
    </w:p>
    <w:p>
      <w:r>
        <w:rPr>
          <w:b/>
        </w:rPr>
        <w:t>Статья 392. Исполнительные органы государственной власти и органы местного самоуправления, уполномоченные на предоставление земельных участков</w:t>
      </w:r>
    </w:p>
    <w:p>
      <w:r>
        <w:t>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статьями 9 - 11 настоящего Кодекса (далее - уполномоченный орган).</w:t>
      </w:r>
    </w:p>
    <w:p>
      <w:r>
        <w:rPr>
          <w:b/>
        </w:rPr>
        <w:t>Статья 393. Случаи продажи земельных участков, находящихся в государственной или муниципальной собственности, на торгах и без проведения торгов</w:t>
      </w:r>
    </w:p>
    <w:p>
      <w:r>
        <w:rPr>
          <w:b/>
        </w:rPr>
        <w:t xml:space="preserve">1. </w:t>
      </w:r>
      <w:r>
        <w:t>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пунктом 2 настоящей статьи</w:t>
      </w:r>
    </w:p>
    <w:p>
      <w:r>
        <w:rPr>
          <w:b/>
        </w:rPr>
        <w:t xml:space="preserve">2. </w:t>
      </w:r>
      <w:r>
        <w:t>Без проведения торгов осуществляется продажа</w:t>
      </w:r>
    </w:p>
    <w:p>
      <w:r>
        <w:rPr>
          <w:b/>
        </w:rPr>
        <w:t xml:space="preserve">3. </w:t>
      </w:r>
      <w:r>
        <w:t>Если единственная заявка на участие в аукционе по продаже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r>
        <w:rPr>
          <w:b/>
        </w:rPr>
        <w:t xml:space="preserve">2. </w:t>
      </w:r>
      <w:r>
        <w:t>(Подпункт утратил силу - Федеральный закон от 30.12.2020 № 494-ФЗ) 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(Дополнение подпунктом - Федеральный закон от 23.06.2016 № 221-ФЗ) (В редакции федеральных законов от 30.12.2020 № 494-ФЗ, от 14.02.2024 № 17-ФЗ) 2) (Подпункт утратил силу - Федеральный закон от 30.12.2020 № 494-ФЗ) 3)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 (В редакции Федерального закона от 31.07.2025 № 353-ФЗ) 4) (Подпункт утратил силу - Федеральный закон от 30.12.2020 № 494-ФЗ) 5) (Подпункт утратил силу - Федеральный закон от 29.07.2017 № 217-ФЗ) 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
        <w:rPr>
          <w:b/>
        </w:rPr>
        <w:t xml:space="preserve">2. </w:t>
      </w:r>
      <w: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w:t>
      </w:r>
    </w:p>
    <w:p>
      <w:r>
        <w:rPr>
          <w:b/>
        </w:rPr>
        <w:t xml:space="preserve">2. </w:t>
      </w:r>
      <w:r>
        <w:t>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
        <w:rPr>
          <w:b/>
        </w:rPr>
        <w:t xml:space="preserve">2. </w:t>
      </w:r>
      <w:r>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(В редакции Федерального закона от 03.07.2016 № 336-ФЗ) 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пунктом 5 статьи 3918 настоящего Кодекса; (В редакции федеральных законов от 29.07.2017 № 217-ФЗ, от 14.07.2022 № 312-ФЗ, от 08.08.2024 № 319-ФЗ) 11) земельных участков гражданам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(Дополнение подпунктом - Федеральный закон от 01.05.2016 № 119-ФЗ) (В редакции Федерального закона от 28.06.2021 № 226-ФЗ)</w:t>
      </w:r>
    </w:p>
    <w:p>
      <w:r>
        <w:rPr>
          <w:b/>
        </w:rPr>
        <w:t>Статья 394. Цена продажи земельного участка, находящегося в государственной или муниципальной собственности</w:t>
      </w:r>
    </w:p>
    <w:p>
      <w:r>
        <w:rPr>
          <w:b/>
        </w:rPr>
        <w:t xml:space="preserve">1. </w:t>
      </w:r>
      <w:r>
        <w:t>При заключении договора купли-продажи земельного участка, находящегося в государственной или муниципальной собственности,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w:t>
      </w:r>
    </w:p>
    <w:p>
      <w:r>
        <w:rPr>
          <w:b/>
        </w:rPr>
        <w:t xml:space="preserve">11. </w:t>
      </w:r>
      <w:r>
        <w:t>Цена земельного участка, установленная по результатам проведения торгов, не может быть оспорена отдельно от результатов торгов. (Дополнение пунктом - Федеральный закон от 01.07.2021 № 273-ФЗ)</w:t>
      </w:r>
    </w:p>
    <w:p>
      <w:r>
        <w:rPr>
          <w:b/>
        </w:rPr>
        <w:t xml:space="preserve">2. </w:t>
      </w:r>
      <w:r>
        <w:t>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если иное не установлено федеральными законами, определяется в порядке, установленном</w:t>
      </w:r>
    </w:p>
    <w:p>
      <w:r>
        <w:rPr>
          <w:b/>
        </w:rPr>
        <w:t xml:space="preserve">3. </w:t>
      </w:r>
      <w:r>
        <w:t>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
        <w:rPr>
          <w:b/>
        </w:rPr>
        <w:t xml:space="preserve">4. </w:t>
      </w:r>
      <w:r>
        <w:t>Иностранным гражданам, лицам без гражданства, иностранным юридическим лицам земельные участки, находящиеся в государственной или муниципальной собственности, предоставляются в собственность исключительно за плату, размер которой устанавливается в соответствии с настоящим Кодексом</w:t>
      </w:r>
    </w:p>
    <w:p>
      <w:r>
        <w:rPr>
          <w:b/>
        </w:rPr>
        <w:t xml:space="preserve">2. </w:t>
      </w:r>
      <w:r>
        <w:t>Правительством Российской Федерации, в отношении земельных участков, находящихся в федеральной собственности</w:t>
      </w:r>
    </w:p>
    <w:p>
      <w:r>
        <w:rPr>
          <w:b/>
        </w:rPr>
        <w:t xml:space="preserve">2. </w:t>
      </w:r>
      <w:r>
        <w:t>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
        <w:rPr>
          <w:b/>
        </w:rPr>
        <w:t xml:space="preserve">2. </w:t>
      </w:r>
      <w:r>
        <w:t>органом местного самоуправления, в отношении земельных участков, находящихся в муниципальной собственности</w:t>
      </w:r>
    </w:p>
    <w:p>
      <w:r>
        <w:rPr>
          <w:b/>
        </w:rPr>
        <w:t>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w:t>
      </w:r>
    </w:p>
    <w:p>
      <w:r>
        <w:t>(Подпункт утратил силу - Федеральный закон от 30.12.2020 № 494-ФЗ) 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 (В редакции Федерального закона от 29.07.2017 № 217-ФЗ) 4)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и работал по основному месту работы в муниципальном образовании, определенном законом субъекта Российской Федерации, и по профессии, специальности, которые определены законом субъекта Российской Федерации; (В редакции Федерального закона от 04.08.2023 № 492-ФЗ) 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 (В редакции Федерального закона от 29.12.2014 № 487-ФЗ) 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
        <w:t>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
        <w:t>земельного участка гражданину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(Дополнение подпунктом - Федеральный закон от 01.05.2016 № 119-ФЗ) (В редакции Федерального закона от 28.06.2021 № 226-ФЗ) 10) земельного участка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(Дополнение подпунктом - Федеральный закон от 23.06.2016 № 221-ФЗ) (В редакции Федерального закона от 14.02.2024 № 17-ФЗ) 11)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 (Дополнение подпунктом - Федеральный закон от 29.07.2017 № 216-ФЗ) 12) земельного участка управляющей компании, указанной в Федеральном законе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законом. (Дополнение подпунктом - Федеральный закон от 24.06.2023 № 267-ФЗ)</w:t>
      </w:r>
    </w:p>
    <w:p>
      <w:r>
        <w:rPr>
          <w:b/>
        </w:rPr>
        <w:t>Статья 396. Случаи предоставления земельных участков, находящихся в государственной или муниципальной собственности, в аренду на торгах и без проведения торгов</w:t>
      </w:r>
    </w:p>
    <w:p>
      <w:r>
        <w:rPr>
          <w:b/>
        </w:rPr>
        <w:t xml:space="preserve">1. </w:t>
      </w:r>
      <w:r>
        <w:t>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исключением случаев, предусмотренных пунктом 2 настоящей статьи</w:t>
      </w:r>
    </w:p>
    <w:p>
      <w:r>
        <w:rPr>
          <w:b/>
        </w:rPr>
        <w:t xml:space="preserve">2. </w:t>
      </w:r>
      <w:r>
        <w:t>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
        <w:rPr>
          <w:b/>
        </w:rPr>
        <w:t xml:space="preserve">3. </w:t>
      </w:r>
      <w:r>
        <w:t>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r>
        <w:rPr>
          <w:b/>
        </w:rPr>
        <w:t xml:space="preserve">4. </w:t>
      </w:r>
      <w:r>
        <w:t>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пункте 3 настоящей статьи случаях при наличии в совокупности следующих условий</w:t>
      </w:r>
    </w:p>
    <w:p>
      <w:r>
        <w:rPr>
          <w:b/>
        </w:rPr>
        <w:t xml:space="preserve">5. </w:t>
      </w:r>
      <w:r>
        <w:t>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w:t>
      </w:r>
    </w:p>
    <w:p>
      <w:r>
        <w:rPr>
          <w:b/>
        </w:rPr>
        <w:t xml:space="preserve">6. </w:t>
      </w:r>
      <w:r>
        <w:t>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r>
        <w:rPr>
          <w:b/>
        </w:rPr>
        <w:t xml:space="preserve">2. </w:t>
      </w:r>
      <w:r>
        <w:t>земельного участка юридическим лицам в соответствии с указом или распоряжением Президента Российской Федерации</w:t>
      </w:r>
    </w:p>
    <w:p>
      <w:r>
        <w:rPr>
          <w:b/>
        </w:rPr>
        <w:t xml:space="preserve">2. </w:t>
      </w:r>
      <w:r>
        <w:t>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
        <w:rPr>
          <w:b/>
        </w:rPr>
        <w:t xml:space="preserve">2. </w:t>
      </w:r>
      <w:r>
        <w:t>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
        <w:rPr>
          <w:b/>
        </w:rPr>
        <w:t xml:space="preserve">2. </w:t>
      </w:r>
      <w:r>
        <w:t>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законом, для строительства (создания) многоквартирных домов и (или) домов блокированной застройки (в случае, если количество таких домов составляет три и более в одном ряду) в соответствии с распоряжением высшего должностного лица субъекта Российской Федерации; (Дополнение подпунктом - Федеральный закон от 01.07.2018 № 175-ФЗ) (В редакции федеральных законов от 13.07.2020 № 202-ФЗ, от 30.12.2021 № 476-ФЗ) 32) земельного участка застройщику, признанному в соответствии с Федеральным законом от 26 октября 2002 года №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 127-ФЗ "О несостоятельности (банкротстве)"; (Дополнение подпунктом - Федеральный закон от 20.04.2021 № 92-ФЗ) (В редакции Федерального закона от 01.07.2021 № 273-ФЗ) 33) земельного участка застройщику, признанному в соответствии с Федеральным законом от 26 октября 2002 года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(Дополнение подпунктом - Федеральный закон от 20.04.2021 № 92-ФЗ) (В редакции Федерального закона от 30.12.2021 № 436-ФЗ) 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
        <w:rPr>
          <w:b/>
        </w:rPr>
        <w:t xml:space="preserve">2. </w:t>
      </w:r>
      <w:r>
        <w:t>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 (В редакции федеральных законов от 03.08.2018 № 340-ФЗ, от 30.12.2020 № 494-ФЗ) 6) (Подпункт утратил силу - Федеральный закон от 30.12.2020 № 494-ФЗ) 7)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 (В редакции Федерального закона от 31.07.2025 № 353-ФЗ) 8)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 (В редакции Федерального закона от 31.07.2025 № 353-ФЗ) 81) (Дополнение подпунктом - Федеральный закон от 29.07.2017 № 217-ФЗ) (Утратил силу - Федеральный закон от 30.12.2020 № 494-ФЗ) 82) земельного участка участникам долевого строительства в случаях,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(Дополнение подпунктом - Федеральный закон от 30.12.2021 № 476-ФЗ) 9)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настоящего Кодекса, на праве оперативного управления; (В редакции Федерального закона от 04.08.2023 № 492-ФЗ) 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
        <w:rPr>
          <w:b/>
        </w:rPr>
        <w:t xml:space="preserve">2. </w:t>
      </w:r>
      <w:r>
        <w:t>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 частной собственности; (В редакции Федерального закона от 24.07.2023 № 338-ФЗ) 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
        <w:rPr>
          <w:b/>
        </w:rPr>
        <w:t xml:space="preserve">2. </w:t>
      </w:r>
      <w:r>
        <w:t>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 (В редакции федеральных законов от 30.12.2020 № 494-ФЗ, от 07.10.2022 № 385-ФЗ) 131) (Дополнение подпунктом - Федеральный закон от 21.07.2014 № 224-ФЗ) (Утратил силу - Федеральный закон от 30.12.2020 № 494-ФЗ) 132) (Дополнение подпунктом - Федеральный закон от 03.07.2016 № 373-ФЗ) (Утратил силу - Федеральный закон от 30.12.2020 № 494-ФЗ) 133) (Дополнение подпунктом - Федеральный закон от 03.07.2016 № 373-ФЗ) (Утратил силу - Федеральный закон от 30.12.2020 № 494-ФЗ) 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
        <w:rPr>
          <w:b/>
        </w:rPr>
        <w:t xml:space="preserve">2. </w:t>
      </w:r>
      <w:r>
        <w:t>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пунктом 5 статьи 3918 настоящего Кодекса; (В редакции федеральных законов от 29.07.2017 № 217-ФЗ, от 14.07.2022 № 312-ФЗ, от 08.08.2024 № 319-ФЗ) 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
        <w:rPr>
          <w:b/>
        </w:rPr>
        <w:t xml:space="preserve">2. </w:t>
      </w:r>
      <w:r>
        <w:t>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
        <w:rPr>
          <w:b/>
        </w:rPr>
        <w:t xml:space="preserve">2. </w:t>
      </w:r>
      <w:r>
        <w:t>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
        <w:rPr>
          <w:b/>
        </w:rPr>
        <w:t xml:space="preserve">2. </w:t>
      </w:r>
      <w:r>
        <w:t>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
        <w:rPr>
          <w:b/>
        </w:rPr>
        <w:t xml:space="preserve">2. </w:t>
      </w:r>
      <w:r>
        <w:t>земельного участка, необходимого для осуществления пользования недрами, недропользователю; (В редакции Федерального закона от 04.08.2023 № 430-ФЗ) 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
        <w:rPr>
          <w:b/>
        </w:rPr>
        <w:t xml:space="preserve">2. </w:t>
      </w:r>
      <w:r>
        <w:t>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законом от 22 июля 2005 года №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 (В редакции федеральных законов от 04.08.2023 № 448-ФЗ, от 08.08.2024 № 232-ФЗ) 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 (В редакции Федерального закона от 13.07.2015 № 224-ФЗ) 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(Дополнение подпунктом - Федеральный закон от 21.07.2014 № 217-ФЗ) 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 (Дополнение подпунктом - Федеральный закон от 03.07.2016 № 365-ФЗ) 233)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соглашением об осуществлении рекреационной деятельности в национальном парке, лицу, с которым заключено такое соглашение; (Дополнение подпунктом - Федеральный закон от 18.03.2023 № 77-ФЗ) 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
        <w:rPr>
          <w:b/>
        </w:rPr>
        <w:t xml:space="preserve">2. </w:t>
      </w:r>
      <w:r>
        <w:t>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
        <w:rPr>
          <w:b/>
        </w:rPr>
        <w:t xml:space="preserve">2. </w:t>
      </w:r>
      <w:r>
        <w:t>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
        <w:rPr>
          <w:b/>
        </w:rPr>
        <w:t xml:space="preserve">2. </w:t>
      </w:r>
      <w:r>
        <w:t>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
        <w:rPr>
          <w:b/>
        </w:rPr>
        <w:t xml:space="preserve">2. </w:t>
      </w:r>
      <w:r>
        <w:t>(Подпункт утратил силу - Федеральный закон от 23.11.2024 № 392-ФЗ) 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 (В редакции Федерального закона от 03.07.2016 № 349-ФЗ) 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 (Дополнение подпунктом - Федеральный закон от 27.12.2019 № 502-ФЗ) 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
        <w:rPr>
          <w:b/>
        </w:rPr>
        <w:t xml:space="preserve">2. </w:t>
      </w:r>
      <w:r>
        <w:t>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(В редакции Федерального закона от 03.07.2016 № 336-ФЗ) 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
        <w:rPr>
          <w:b/>
        </w:rPr>
        <w:t xml:space="preserve">2. </w:t>
      </w:r>
      <w:r>
        <w:t>(Дополнение подпунктом - Федеральный закон от 13.07.2015 № 213-ФЗ) (Утратил силу - Федеральный закон от 15.10.2020 № 318-ФЗ) 34) земельного участка гражданину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(Дополнение подпунктом - Федеральный закон от 01.05.2016 № 119-ФЗ) (В редакции Федерального закона от 28.06.2021 № 226-ФЗ) 35) земельного участка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(Дополнение подпунктом - Федеральный закон от 23.06.2016 № 221-ФЗ) (В редакции Федерального закона от 14.02.2024 № 17-ФЗ) 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 4802-I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(Дополнение подпунктом - Федеральный закон от 01.07.2017 № 141-ФЗ) 37)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 (Дополнение подпунктом - Федеральный закон от 29.07.2017 № 216-ФЗ) 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(Дополнение подпунктом - Федеральный закон от 25.12.2018 № 485-ФЗ) 39) земельного участка лицу, получившему статус резидента Арктической зоны Российской Федерации, в случаях, предусмотренных Федеральным законом от 13 июля 2020 года № 193-ФЗ "О государственной поддержке предпринимательской деятельности в Арктической зоне Российской Федерации"; (Дополнение подпунктом - Федеральный закон от 13.07.2020 № 194-ФЗ) (В редакции Федерального закона от 22.07.2024 № 197-ФЗ) 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 (Дополнение подпунктом - Федеральный закон от 22.12.2020 № 435-ФЗ) 41) земельного участка публично-правовой компании "Фонд развития территорий" для осуществления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 а также в случае, если земельные участки (права на них) отсутствуют у застройщика, признанного несостоятельным (банкротом); (Дополнение подпунктом - Федеральный закон от 01.07.2021 № 273-ФЗ) (В редакции федеральных законов от 30.12.2021 № 436-ФЗ, от 08.08.2024 № 232-ФЗ) 42) земельного участка публично-правовой компании "Фонд развития территорий" по основаниям, предусмотренным Федеральным законом от 26 октября 2002 года № 127-ФЗ "О несостоятельности (банкротстве)"; (Дополнение подпунктом - Федеральный закон от 30.12.2021 № 436-ФЗ) 43) земельного участка управляющей компании, указанной в Федеральном законе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законом; (Дополнение подпунктом - Федеральный закон от 24.06.2023 № 267-ФЗ) 44) земельного участка, предназначенного для размещения объектов Единой системы газоснабжения, организации, являющейся в соответствии с Федеральным законом от 31 марта 1999 года №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 (Дополнение подпунктом - Федеральный закон от 04.08.2023 № 430-ФЗ)</w:t>
      </w:r>
    </w:p>
    <w:p>
      <w:r>
        <w:rPr>
          <w:b/>
        </w:rPr>
        <w:t xml:space="preserve">3. </w:t>
      </w:r>
      <w:r>
        <w:t>земельный участок предоставлен гражданину или юридическому лицу в аренду без проведения торгов (за исключением случаев, предусмотренных пунктом 13, 14 или 20 статьи 3912 настоящего Кодекса)</w:t>
      </w:r>
    </w:p>
    <w:p>
      <w:r>
        <w:rPr>
          <w:b/>
        </w:rPr>
        <w:t xml:space="preserve">3. </w:t>
      </w:r>
      <w:r>
        <w:t>земельный участок предоставлен гражданину для ведения садоводства для собственных нужд. (В редакции федеральных законов от 29.07.2017 № 217-ФЗ, от 14.07.2022 № 312-ФЗ, от 31.07.2025 № 353-ФЗ)</w:t>
      </w:r>
    </w:p>
    <w:p>
      <w:r>
        <w:rPr>
          <w:b/>
        </w:rPr>
        <w:t xml:space="preserve">4. </w:t>
      </w:r>
      <w:r>
        <w:t>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r>
        <w:rPr>
          <w:b/>
        </w:rPr>
        <w:t xml:space="preserve">4. </w:t>
      </w:r>
      <w:r>
        <w:t>исключительным правом на приобретение такого земельного участка в случаях, предусмотренных настоящим Кодексом, другими федеральными законами, не обладает иное лицо</w:t>
      </w:r>
    </w:p>
    <w:p>
      <w:r>
        <w:rPr>
          <w:b/>
        </w:rPr>
        <w:t xml:space="preserve">4. </w:t>
      </w:r>
      <w:r>
        <w:t>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пунктами 1 и 2 статьи 46 настоящего Кодекса</w:t>
      </w:r>
    </w:p>
    <w:p>
      <w:r>
        <w:rPr>
          <w:b/>
        </w:rPr>
        <w:t xml:space="preserve">4. </w:t>
      </w:r>
      <w:r>
        <w:t>на момент заключения нового договора аренды такого земельного участка имеются предусмотренные подпунктами 1 - 30 пункта 2 настоящей статьи основания для предоставления без проведения торгов земельного участка, договор аренды которого был заключен без проведения торгов, за исключением гражданина, указанного в подпункте 2 пункта 3 настоящей статьи. (В редакции Федерального закона от 31.07.2025 № 353-ФЗ)</w:t>
      </w:r>
    </w:p>
    <w:p>
      <w:r>
        <w:rPr>
          <w:b/>
        </w:rPr>
        <w:t xml:space="preserve">5. </w:t>
      </w:r>
      <w:r>
        <w:t>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
        <w:rPr>
          <w:b/>
        </w:rPr>
        <w:t xml:space="preserve">5. </w:t>
      </w:r>
      <w:r>
        <w:t>собственнику объекта незавершенного строительства, за исключением указанного в подпункте 1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
        <w:rPr>
          <w:b/>
        </w:rPr>
        <w:t>Статья 397. Размер арендной платы за земельный участок, находящийся в государственной или муниципальной собственности</w:t>
      </w:r>
    </w:p>
    <w:p>
      <w:r>
        <w:rPr>
          <w:b/>
        </w:rPr>
        <w:t xml:space="preserve">1. </w:t>
      </w:r>
      <w:r>
        <w:t>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w:t>
      </w:r>
    </w:p>
    <w:p>
      <w:r>
        <w:rPr>
          <w:b/>
        </w:rPr>
        <w:t xml:space="preserve">2. </w:t>
      </w:r>
      <w:r>
        <w:t>В случае заключения договора аренды земельного участка, находящегося в государственной или муниципальной собственности,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 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r>
        <w:rPr>
          <w:b/>
        </w:rPr>
        <w:t xml:space="preserve">3. </w:t>
      </w:r>
      <w:r>
        <w:t>Если иное не установлено настоящим Кодексом или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w:t>
      </w:r>
    </w:p>
    <w:p>
      <w:r>
        <w:rPr>
          <w:b/>
        </w:rPr>
        <w:t xml:space="preserve">4. </w:t>
      </w:r>
      <w:r>
        <w:t>Размер арендной платы за земельные участки, находящиеся в государственной или муниципальной собственности и предоставленные для размещения объектов, предусмотренных подпунктом 2 статьи 49 настоящего Кодекса, а также для осуществления пользования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 (В редакции федеральных законов от 13.07.2015 № 252-ФЗ, от 04.08.2023 № 430-ФЗ)</w:t>
      </w:r>
    </w:p>
    <w:p>
      <w:r>
        <w:rPr>
          <w:b/>
        </w:rPr>
        <w:t xml:space="preserve">5. </w:t>
      </w:r>
      <w:r>
        <w:t>Размер арендной платы за земельный участок, находящийся в государственной или муниципальной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r>
        <w:rPr>
          <w:b/>
        </w:rPr>
        <w:t xml:space="preserve">6. </w:t>
      </w:r>
      <w:r>
        <w:t>Размер арендной платы за земельный участок, на котором расположен объект культурного наследия, приватизированный путем продажи на конкурсе в соответствии с Федеральным законом от 21 декабря 2001 года № 178-ФЗ "О приватизации государственного и муниципального имущества", устанавливается равным одному рублю в год на весь срок выполнения условий конкурса по продаже такого объекта. (Дополнение пунктом - Федеральный закон от 24.07.2023 № 370-ФЗ)</w:t>
      </w:r>
    </w:p>
    <w:p>
      <w:r>
        <w:rPr>
          <w:b/>
        </w:rPr>
        <w:t xml:space="preserve">7. </w:t>
      </w:r>
      <w:r>
        <w:t>Размер арендной платы за земельный участок, находящийся в государственной или муниципальной собственности, определяется на основании кадастровой стоимости земельного участка, за исключением случаев, указанных в пунктах 2 и 6 настоящей статьи, а также в иных случаях, предусмотренных федеральными законами. (Дополнение пунктом - Федеральный закон от 08.08.2024 № 321-ФЗ)</w:t>
      </w:r>
    </w:p>
    <w:p>
      <w:r>
        <w:rPr>
          <w:b/>
        </w:rPr>
        <w:t xml:space="preserve">3. </w:t>
      </w:r>
      <w:r>
        <w:t>Правительством Российской Федерации в отношении земельных участков, находящихся в федеральной собственности</w:t>
      </w:r>
    </w:p>
    <w:p>
      <w:r>
        <w:rPr>
          <w:b/>
        </w:rPr>
        <w:t xml:space="preserve">3. </w:t>
      </w:r>
      <w:r>
        <w:t>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
        <w:rPr>
          <w:b/>
        </w:rPr>
        <w:t xml:space="preserve">3. </w:t>
      </w:r>
      <w:r>
        <w:t>органом местного самоуправления в отношении земельных участков, находящихся в муниципальной собственности</w:t>
      </w:r>
    </w:p>
    <w:p>
      <w:r>
        <w:rPr>
          <w:b/>
        </w:rPr>
        <w:t xml:space="preserve">5. </w:t>
      </w:r>
      <w:r>
        <w:t>с лицом, которое в соответствии с настоящим Кодексом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r>
        <w:rPr>
          <w:b/>
        </w:rPr>
        <w:t xml:space="preserve">5. </w:t>
      </w:r>
      <w:r>
        <w:t>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 или с юридическим лицом, обеспечивающим в соответствии с Градостроительным кодексом Российской Федерации реализацию решения о комплексном развитии территории жилой застройки; (В редакции федеральных законов от 30.12.2020 № 494-ФЗ, от 25.12.2023 № 627-ФЗ) 21)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 (Дополнение подпунктом - Федеральный закон от 21.07.2014 № 217-ФЗ) 3) с гражданами, имеющими в соответствии с федеральными законами, законами субъектов Российской Федерации право на первоочередное или внеочередное приобретение земельных участков</w:t>
      </w:r>
    </w:p>
    <w:p>
      <w:r>
        <w:rPr>
          <w:b/>
        </w:rPr>
        <w:t xml:space="preserve">5. </w:t>
      </w:r>
      <w:r>
        <w:t>в соответствии с пунктом 3 или 4 статьи 3920 настоящего Кодекса с лицами, которым находящиеся на неделимом земельном участке здания, сооружения, помещения в них принадлежат на праве оперативного управления</w:t>
      </w:r>
    </w:p>
    <w:p>
      <w:r>
        <w:rPr>
          <w:b/>
        </w:rPr>
        <w:t xml:space="preserve">5. </w:t>
      </w:r>
      <w:r>
        <w:t>(Дополнение подпунктом - Федеральный закон от 21.07.2014 № 224-ФЗ) (Утратил силу - Федеральный закон от 30.12.2020 № 494-ФЗ) 6) (Дополнение подпунктом - Федеральный закон от 21.07.2014 № 224-ФЗ) (Утратил силу - Федеральный закон от 30.12.2020 № 494-ФЗ)</w:t>
      </w:r>
    </w:p>
    <w:p>
      <w:r>
        <w:rPr>
          <w:b/>
        </w:rPr>
        <w:t>Статья 398. Особенности договора аренды земельного участка, находящегося в государственной или муниципальной собственности</w:t>
      </w:r>
    </w:p>
    <w:p>
      <w:r>
        <w:rPr>
          <w:b/>
        </w:rPr>
        <w:t xml:space="preserve">1. </w:t>
      </w:r>
      <w:r>
        <w:t>Условия договора аренды земельного участка, находящегося в государственной или муниципальной собственности, определяются гражданским законодательством, настоящим Кодексом и другими федеральными законами</w:t>
      </w:r>
    </w:p>
    <w:p>
      <w:r>
        <w:rPr>
          <w:b/>
        </w:rPr>
        <w:t xml:space="preserve">2. </w:t>
      </w:r>
      <w:r>
        <w:t>Договор аренды земельного участка, находящегося в государственной или муниципальной собственности и предоставленного для осуществления пользования недрами, должен предусматривать проведение работ по рекультивации такого земельного участка. (В редакции Федерального закона от 04.08.2023 № 430-ФЗ)</w:t>
      </w:r>
    </w:p>
    <w:p>
      <w:r>
        <w:rPr>
          <w:b/>
        </w:rPr>
        <w:t xml:space="preserve">3. </w:t>
      </w:r>
      <w:r>
        <w:t>(Пункт утратил силу - Федеральный закон от 03.07.2016 № 334-ФЗ)</w:t>
      </w:r>
    </w:p>
    <w:p>
      <w:r>
        <w:rPr>
          <w:b/>
        </w:rPr>
        <w:t xml:space="preserve">4. </w:t>
      </w:r>
      <w:r>
        <w:t>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 (В редакции Федерального закона от 03.04.2023 № 96-ФЗ)</w:t>
      </w:r>
    </w:p>
    <w:p>
      <w:r>
        <w:rPr>
          <w:b/>
        </w:rPr>
        <w:t xml:space="preserve">5. </w:t>
      </w:r>
      <w:r>
        <w:t>(Пункт утратил силу - Федеральный закон от 29.07.2017 № 217-ФЗ)</w:t>
      </w:r>
    </w:p>
    <w:p>
      <w:r>
        <w:rPr>
          <w:b/>
        </w:rPr>
        <w:t xml:space="preserve">6. </w:t>
      </w:r>
      <w:r>
        <w:t>(Пункт утратил силу - Федеральный закон от 30.12.2020 № 494-ФЗ)</w:t>
      </w:r>
    </w:p>
    <w:p>
      <w:r>
        <w:rPr>
          <w:b/>
        </w:rPr>
        <w:t xml:space="preserve">7. </w:t>
      </w:r>
      <w:r>
        <w:t>(Пункт утратил силу - Федеральный закон от 30.12.2020 № 494-ФЗ)</w:t>
      </w:r>
    </w:p>
    <w:p>
      <w:r>
        <w:rPr>
          <w:b/>
        </w:rPr>
        <w:t xml:space="preserve">71. </w:t>
      </w:r>
      <w:r>
        <w:t>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договор аренды, заключаемый в отношении такого земельного участка, должен предусматривать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арендатора осуществить снос самовольной постройки или представить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(Дополнение пунктом - Федеральный закон от 03.08.2018 № 340-ФЗ) (В редакции Федерального закона от 13.06.2023 № 228-ФЗ)</w:t>
      </w:r>
    </w:p>
    <w:p>
      <w:r>
        <w:rPr>
          <w:b/>
        </w:rPr>
        <w:t xml:space="preserve">8. </w:t>
      </w:r>
      <w:r>
        <w:t>Договор аренды земельного участка, находящегося в государственной или муниципальной собственности, заключается</w:t>
      </w:r>
    </w:p>
    <w:p>
      <w:r>
        <w:rPr>
          <w:b/>
        </w:rPr>
        <w:t xml:space="preserve">9. </w:t>
      </w:r>
      <w:r>
        <w:t>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статьей 3918 настоящего Кодекса), договор аренды земельного участка, находящегося в государственной или муниципальной собственности, заключается на срок, превышающий в два раза срок,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 В случае, предусмотренном пунктом 71 настоящей статьи, срок договора аренды земельного участка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 (В редакции Федерального закона от 03.08.2018 № 340-ФЗ)</w:t>
      </w:r>
    </w:p>
    <w:p>
      <w:r>
        <w:rPr>
          <w:b/>
        </w:rPr>
        <w:t xml:space="preserve">10. </w:t>
      </w:r>
      <w:r>
        <w:t>(Пункт утратил силу - Федеральный закон от 30.12.2020 № 494-ФЗ)</w:t>
      </w:r>
    </w:p>
    <w:p>
      <w:r>
        <w:rPr>
          <w:b/>
        </w:rPr>
        <w:t xml:space="preserve">11. </w:t>
      </w:r>
      <w:r>
        <w:t>Договор аренды земельного участка, находящегося в государственной или муниципальной собственности, заключается с победителем аукциона либо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с единственным принявшим участие в аукционе его участником на условиях, указанных в извещении о проведении этого аукциона</w:t>
      </w:r>
    </w:p>
    <w:p>
      <w:r>
        <w:rPr>
          <w:b/>
        </w:rPr>
        <w:t xml:space="preserve">12. </w:t>
      </w:r>
      <w:r>
        <w:t>При заключении договора аренды земельного участка, находящегося в государственной или муниципальной собственности,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пунктом 8 настоящей статьи</w:t>
      </w:r>
    </w:p>
    <w:p>
      <w:r>
        <w:rPr>
          <w:b/>
        </w:rPr>
        <w:t xml:space="preserve">121. </w:t>
      </w:r>
      <w:r>
        <w:t>В случае, если после заключения договора аренды земельного участка, находящегося в государственной или муниципальной собственности, установлен публичный сервитут в соответствии с главой V7 настоящего Кодекса, арендатор вправе требовать внесения изменений в договор аренды земельного участка в части увеличения срока этого договора на срок, в течение которого использование земельного участка в соответствии с его разрешенным использованием невозможно или существенно затруднено в связи с осуществлением публичного сервитута. Арендодатель не вправе отказать во внесении указанных изменений в такой договор. Данный срок определяется в соответствии с соглашением об осуществлении публичного сервитута независимо от срока, установленного пунктом 8 настоящей статьи. (Дополнение пунктом - Федеральный закон от 03.08.2018 № 341-ФЗ)</w:t>
      </w:r>
    </w:p>
    <w:p>
      <w:r>
        <w:rPr>
          <w:b/>
        </w:rPr>
        <w:t xml:space="preserve">13. </w:t>
      </w:r>
      <w:r>
        <w:t>В случае, если земельный участок, находящийся в государственной или муниципальной собственности,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
        <w:rPr>
          <w:b/>
        </w:rPr>
        <w:t xml:space="preserve">14. </w:t>
      </w:r>
      <w:r>
        <w:t>В договоре аренды земельного участка, находящегося в государственной или муниципальной собственности,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
        <w:rPr>
          <w:b/>
        </w:rPr>
        <w:t xml:space="preserve">15. </w:t>
      </w:r>
      <w:r>
        <w:t>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w:t>
      </w:r>
    </w:p>
    <w:p>
      <w:r>
        <w:rPr>
          <w:b/>
        </w:rPr>
        <w:t xml:space="preserve">16. </w:t>
      </w:r>
      <w:r>
        <w:t>В случае, если в аренду предоставлен земельный участок, находящийся в государственной или муниципальной собственности и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
        <w:rPr>
          <w:b/>
        </w:rPr>
        <w:t xml:space="preserve">17. </w:t>
      </w:r>
      <w:r>
        <w:t>Внесение изменений в заключенный по результатам аукциона или в случае признания аукциона несостоявшимся с лицами, указанными в пункте 13, 14 или 20 статьи 3912 настоящего 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w:t>
      </w:r>
    </w:p>
    <w:p>
      <w:r>
        <w:rPr>
          <w:b/>
        </w:rPr>
        <w:t xml:space="preserve">18. </w:t>
      </w:r>
      <w:r>
        <w:t>В случае, если после заключения договора аренды земельного участка, находящегося в государственной или муниципальной собственности, осуществляется его перераспределение в соответствии с подпунктом 4 пункта 1 статьи 3927 настоящего Кодекса, внесение изменений в указанный договор аренды, в том числе в части изменения размера арендной платы за земельный участок, находящийся в государственной или муниципальной собственности, осуществляется при наличии соглашения, указанного в пункте 21 статьи 3927 настоящего Кодекса. (Дополнение пунктом - Федеральный закон от 02.08.2019 № 283-ФЗ)</w:t>
      </w:r>
    </w:p>
    <w:p>
      <w:r>
        <w:rPr>
          <w:b/>
        </w:rPr>
        <w:t xml:space="preserve">8. </w:t>
      </w:r>
      <w:r>
        <w:t>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подпунктами 2 и 3 настоящего пункта и пунктом 9 настоящей статьи</w:t>
      </w:r>
    </w:p>
    <w:p>
      <w:r>
        <w:rPr>
          <w:b/>
        </w:rPr>
        <w:t xml:space="preserve">8. </w:t>
      </w:r>
      <w:r>
        <w:t>на срок до сорока девяти лет для размещения линейных объектов</w:t>
      </w:r>
    </w:p>
    <w:p>
      <w:r>
        <w:rPr>
          <w:b/>
        </w:rPr>
        <w:t xml:space="preserve">8. </w:t>
      </w:r>
      <w:r>
        <w:t>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r>
        <w:rPr>
          <w:b/>
        </w:rPr>
        <w:t xml:space="preserve">8. </w:t>
      </w:r>
      <w:r>
        <w:t>(Подпункт утратил силу - Федеральный закон от 30.12.2020 № 494-ФЗ) 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в целях комплексного развития территории; (В редакции федеральных законов от 29.07.2017 № 217-ФЗ, от 30.12.2020 № 494-ФЗ) 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пункте 9 настоящей статьи,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
        <w:rPr>
          <w:b/>
        </w:rPr>
        <w:t xml:space="preserve">8. </w:t>
      </w:r>
      <w:r>
        <w:t>на срок действия охотхозяйственного соглашения в случае предоставления земельного участка лицу, с которым заключено охотхозяйственное соглашение</w:t>
      </w:r>
    </w:p>
    <w:p>
      <w:r>
        <w:rPr>
          <w:b/>
        </w:rPr>
        <w:t xml:space="preserve">8. </w:t>
      </w:r>
      <w:r>
        <w:t>на срок действия соглашения об осуществлении рекреационной деятельности в национальном парке в случае предоставления земельного участка лицу, с которым заключено такое соглашение; (Дополнение подпунктом - Федеральный закон от 18.03.2023 № 77-ФЗ) 8) на срок действия концессионного соглашения, соглашения о государственно-частном партнерстве, соглашения о муниципально-частном партнерстве в случае предоставления земельного участка лицу, с которым заключены указанные соглашения; (В редакции Федерального закона от 13.07.2015 № 224-ФЗ) 81)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 (Дополнение подпунктом - Федеральный закон от 21.07.2014 № 217-ФЗ) 82) на срок, определенный законом субъекта Российской Федерации, в случае предоставления земельного участка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(Дополнение подпунктом - Федеральный закон от 21.07.2014 № 217-ФЗ) 83) на срок действия договора о комплексном развитии территории, заключенного в соответствии с Градостроительным кодексом Российской Федерации, в случае предоставления земельного участка лицу, с которым заключен данный договор; (Дополнение подпунктом - Федеральный закон от 03.07.2016 № 373-ФЗ) (В редакции Федерального закона от 30.12.2020 № 494-ФЗ) 84) на срок реализации решения о комплексном развитии территории в случае предоставления земельного участка юридическому лицу, обеспечивающему в соответствии с Градостроительным кодексом Российской Федерации реализацию такого решения; (Дополнение подпунктом - Федеральный закон от 30.12.2020 № 494-ФЗ) (В редакции Федерального закона от 07.10.2022 № 385-ФЗ) 85) на срок реализации масштабного инвестиционного проекта, указанного в подпунктах 2 и 3 пункта 2 статьи 396 настоящего Кодекса; (Дополнение подпунктом - Федеральный закон от 01.05.2022 № 123-ФЗ) 86) на срок выполнения условий конкурса по продаже объекта культурного наследия в соответствии с Федеральным законом от 21 декабря 2001 года № 178-ФЗ "О приватизации государственного и муниципального имущества" собственником такого объекта, если иное не предусмотрено указанным Федеральным законом; (Дополнение подпунктом - Федеральный закон от 24.07.2023 № 370-ФЗ) 9)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
        <w:rPr>
          <w:b/>
        </w:rPr>
        <w:t xml:space="preserve">8. </w:t>
      </w:r>
      <w:r>
        <w:t>на срок, превышающий не более чем на два года срок действия лицензии на пользование недрами, в случае предоставления земельного участка для осуществления пользования недрами; (В редакции Федерального закона от 04.08.2023 № 430-ФЗ) 11)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подпунктом 12 настоящего пункта</w:t>
      </w:r>
    </w:p>
    <w:p>
      <w:r>
        <w:rPr>
          <w:b/>
        </w:rPr>
        <w:t xml:space="preserve">8. </w:t>
      </w:r>
      <w:r>
        <w:t>на срок не более чем пять лет в случае предоставления земельного участка гражданину для сенокошения, выпаса сельскохозяйственных животных, ведения огородничества; (В редакции Федерального закона от 13.06.2023 № 244-ФЗ) 13)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
        <w:rPr>
          <w:b/>
        </w:rPr>
        <w:t xml:space="preserve">8. </w:t>
      </w:r>
      <w:r>
        <w:t>(Подпункт утратил силу - Федеральный закон от 23.11.2024 № 392-ФЗ) 15)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
        <w:rPr>
          <w:b/>
        </w:rPr>
        <w:t xml:space="preserve">8. </w:t>
      </w:r>
      <w:r>
        <w:t>на срок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договором; (Дополнение подпунктом - Федеральный закон от 27.12.2019 № 502-ФЗ) 16)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w:t>
      </w:r>
    </w:p>
    <w:p>
      <w:r>
        <w:rPr>
          <w:b/>
        </w:rPr>
        <w:t xml:space="preserve">8. </w:t>
      </w:r>
      <w:r>
        <w:t>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r>
        <w:rPr>
          <w:b/>
        </w:rPr>
        <w:t xml:space="preserve">8. </w:t>
      </w:r>
      <w:r>
        <w:t>(Дополнение подпунктом - Федеральный закон от 13.07.2015 № 213-ФЗ) (Утратил силу - Федеральный закон от 15.10.2020 № 318-ФЗ) 19) на срок реализации участником свободной экономической зоны на территориях Республики Крым и города федерального значения Севастополя договора об условиях деятельности в свободной экономической зоне, заключенного в соответствии с Федеральным законом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если меньший срок не заявлен таким участником; (Дополнение подпунктом - Федеральный закон от 25.12.2018 № 485-ФЗ) 20) на срок существования свободной экономической зоны на территориях Донецкой Народной Республики, Луганской Народной Республики, Запорожской области и Херсонской области в случае предоставления земельного участка управляющей компании, указанной в Федеральном законе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законом; (Дополнение подпунктом - Федеральный закон от 24.06.2023 № 267-ФЗ) 21) на срок действия договора аренды находящихся в государственной или муниципальной собственности здания, сооружения в случае предоставления земельного участка арендатору таких здания, сооружения. (Дополнение подпунктом - Федеральный закон от 04.08.2023 № 492-ФЗ)</w:t>
      </w:r>
    </w:p>
    <w:p>
      <w:r>
        <w:rPr>
          <w:b/>
        </w:rPr>
        <w:t>Статья 399. Предоставление земельного участка, находящегося в государственной или муниципальной собственности, в постоянное (бессрочное) пользование</w:t>
      </w:r>
    </w:p>
    <w:p>
      <w:r>
        <w:rPr>
          <w:b/>
        </w:rPr>
        <w:t xml:space="preserve">1. </w:t>
      </w:r>
      <w:r>
        <w:t>Предоставление земельного участка, находящегося в государственной или муниципальной собственности, в постоянное (бессрочное) пользование осуществляется на основании решения уполномоченного органа</w:t>
      </w:r>
    </w:p>
    <w:p>
      <w:r>
        <w:rPr>
          <w:b/>
        </w:rPr>
        <w:t xml:space="preserve">2. </w:t>
      </w:r>
      <w:r>
        <w:t>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
        <w:rPr>
          <w:b/>
        </w:rPr>
        <w:t xml:space="preserve">3. </w:t>
      </w:r>
      <w:r>
        <w:t>В решении о предоставлении земельного участка в постоянное (бессрочное) пользование указывается кадастровый номер земельного участка, а также</w:t>
      </w:r>
    </w:p>
    <w:p>
      <w:r>
        <w:rPr>
          <w:b/>
        </w:rPr>
        <w:t xml:space="preserve">4. </w:t>
      </w:r>
      <w:r>
        <w:t>Не допускается предоставление земельных участков, находящихся в государственной или муниципальной собственности, указанным в настоящей статье лицам на других правах, кроме права постоянного (бессрочного) пользования, если иное не предусмотрено статьями 3910 и 3920 настоящего Кодекса</w:t>
      </w:r>
    </w:p>
    <w:p>
      <w:r>
        <w:rPr>
          <w:b/>
        </w:rPr>
        <w:t xml:space="preserve">2. </w:t>
      </w:r>
      <w:r>
        <w:t>органам государственной власти и органам местного самоуправления</w:t>
      </w:r>
    </w:p>
    <w:p>
      <w:r>
        <w:rPr>
          <w:b/>
        </w:rPr>
        <w:t xml:space="preserve">2. </w:t>
      </w:r>
      <w:r>
        <w:t>государственным и муниципальным учреждениям (бюджетным, казенным, автономным)</w:t>
      </w:r>
    </w:p>
    <w:p>
      <w:r>
        <w:rPr>
          <w:b/>
        </w:rPr>
        <w:t xml:space="preserve">2. </w:t>
      </w:r>
      <w:r>
        <w:t>казенным предприятиям</w:t>
      </w:r>
    </w:p>
    <w:p>
      <w:r>
        <w:rPr>
          <w:b/>
        </w:rPr>
        <w:t xml:space="preserve">2. </w:t>
      </w:r>
      <w:r>
        <w:t>центрам исторического наследия президентов Российской Федерации, прекративших исполнение своих полномочий</w:t>
      </w:r>
    </w:p>
    <w:p>
      <w:r>
        <w:rPr>
          <w:b/>
        </w:rPr>
        <w:t xml:space="preserve">2. </w:t>
      </w:r>
      <w:r>
        <w:t>Банку России. (Дополнение подпунктом - Федеральный закон от 22.07.2024 № 194-ФЗ)</w:t>
      </w:r>
    </w:p>
    <w:p>
      <w:r>
        <w:rPr>
          <w:b/>
        </w:rPr>
        <w:t xml:space="preserve">3. </w:t>
      </w:r>
      <w:r>
        <w:t>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r>
        <w:rPr>
          <w:b/>
        </w:rPr>
        <w:t xml:space="preserve">3. </w:t>
      </w:r>
      <w:r>
        <w:t>наименование органа местного самоуправления в случае предоставления ему земельного участка</w:t>
      </w:r>
    </w:p>
    <w:p>
      <w:r>
        <w:rPr>
          <w:b/>
        </w:rPr>
        <w:t xml:space="preserve">3. </w:t>
      </w:r>
      <w:r>
        <w:t>наименование органа государственной власти в случае предоставления ему земельного участка</w:t>
      </w:r>
    </w:p>
    <w:p>
      <w:r>
        <w:rPr>
          <w:b/>
        </w:rPr>
        <w:t>Статья 39.10. Предоставление земельного участка, находящегося в государственной или муниципальной собственности, в безвозмездное пользование</w:t>
      </w:r>
    </w:p>
    <w:p>
      <w:r>
        <w:rPr>
          <w:b/>
        </w:rPr>
        <w:t xml:space="preserve">1. </w:t>
      </w:r>
      <w:r>
        <w:t>Договор безвозмездного пользования земельным участком заключается гражданином и юридическим лицом с уполномоченным органом, а в случае, предусмотренном подпунктом 2 пункта 2 настоящей статьи,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p>
      <w:r>
        <w:rPr>
          <w:b/>
        </w:rPr>
        <w:t xml:space="preserve">2. </w:t>
      </w:r>
      <w:r>
        <w:t>Земельные участки, находящиеся в государственной или муниципальной собственности, могут быть предоставлены в безвозмездное пользование</w:t>
      </w:r>
    </w:p>
    <w:p>
      <w:r>
        <w:rPr>
          <w:b/>
        </w:rPr>
        <w:t xml:space="preserve">3. </w:t>
      </w:r>
      <w:r>
        <w:t>Срок безвозмездного пользования земельным участком, находящимся в государственной или муниципальной собственности, устанавливается по заявлению заинтересованного в получении земельного участка лица с учетом ограничений, предусмотренных пунктом 2 настоящей статьи</w:t>
      </w:r>
    </w:p>
    <w:p>
      <w:r>
        <w:rPr>
          <w:b/>
        </w:rPr>
        <w:t xml:space="preserve">31. </w:t>
      </w:r>
      <w:r>
        <w:t>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договор безвозмездного пользования таким земельным участком должен предусматривать обязательство лица, с которым заключается договор безвозмездного пользования таким земельным участком,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указанного лица осуществить снос самовольной постройки или представить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этом случае срок договора безвозмездного пользования земельным участком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 (Дополнение пунктом - Федеральный закон от 03.08.2018 № 340-ФЗ) (В редакции Федерального закона от 13.06.2023 № 228-ФЗ)</w:t>
      </w:r>
    </w:p>
    <w:p>
      <w:r>
        <w:rPr>
          <w:b/>
        </w:rPr>
        <w:t xml:space="preserve">4. </w:t>
      </w:r>
      <w:r>
        <w:t>Договор безвозмездного пользования земельным участком, заключаемый с садоводческим некоммерческим товариществом, должен предусматривать обязанность этого товарищества обеспечить подготовку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 (В редакции федеральных законов от 29.07.2017 № 217-ФЗ, от 14.07.2022 № 312-ФЗ, от 31.07.2025 № 353-ФЗ)</w:t>
      </w:r>
    </w:p>
    <w:p>
      <w:r>
        <w:rPr>
          <w:b/>
        </w:rPr>
        <w:t xml:space="preserve">5. </w:t>
      </w:r>
      <w:r>
        <w:t>Договор безвозмездного пользования земельным участком, заключаемый с огородническим некоммерческим товариществом, должен предусматривать обязанность этого товарищества обеспечить подготовку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 (В редакции федеральных законов от 29.07.2017 № 217-ФЗ, от 31.07.2025 № 353-ФЗ)</w:t>
      </w:r>
    </w:p>
    <w:p>
      <w:r>
        <w:rPr>
          <w:b/>
        </w:rPr>
        <w:t xml:space="preserve">6. </w:t>
      </w:r>
      <w:r>
        <w:t>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 (Дополнение пунктом - Федеральный закон от 29.07.2017 № 217-ФЗ) (В редакции Федерального закона от 31.07.2025 № 353-ФЗ)</w:t>
      </w:r>
    </w:p>
    <w:p>
      <w:r>
        <w:rPr>
          <w:b/>
        </w:rPr>
        <w:t xml:space="preserve">7. </w:t>
      </w:r>
      <w:r>
        <w:t>В целях определения размера земельного участка, указанного в пункте 6 настоящей статьи,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 (Дополнение пунктом - Федеральный закон от 29.07.2017 № 217-ФЗ) (В редакции Федерального закона от 31.07.2025 № 353-ФЗ)</w:t>
      </w:r>
    </w:p>
    <w:p>
      <w:r>
        <w:rPr>
          <w:b/>
        </w:rPr>
        <w:t xml:space="preserve">8. </w:t>
      </w:r>
      <w:r>
        <w:t>В случае, если после заключения договора безвозмездного пользования земельным участком, находящимся в государственной или муниципальной собственности, осуществляется его перераспределение в соответствии с подпунктом 4 пункта 1 статьи 3927 настоящего Кодекса, внесение изменений в указанный договор безвозмездного пользования осуществляется при наличии соглашения, указанного в пункте 21 статьи 3927 настоящего Кодекса. (Дополнение пунктом - Федеральный закон от 02.08.2019 № 283-ФЗ)</w:t>
      </w:r>
    </w:p>
    <w:p>
      <w:r>
        <w:rPr>
          <w:b/>
        </w:rPr>
        <w:t xml:space="preserve">2. </w:t>
      </w:r>
      <w:r>
        <w:t>лицам, указанным в пункте 2 статьи 399 настоящего Кодекса, на срок до одного года</w:t>
      </w:r>
    </w:p>
    <w:p>
      <w:r>
        <w:rPr>
          <w:b/>
        </w:rPr>
        <w:t xml:space="preserve">2. </w:t>
      </w:r>
      <w:r>
        <w:t>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
        <w:rPr>
          <w:b/>
        </w:rPr>
        <w:t xml:space="preserve">2. </w:t>
      </w:r>
      <w:r>
        <w:t>религиозным организациям для размещения зданий, сооружений религиозного или благотворительного назначения на срок до десяти лет</w:t>
      </w:r>
    </w:p>
    <w:p>
      <w:r>
        <w:rPr>
          <w:b/>
        </w:rPr>
        <w:t xml:space="preserve">2. </w:t>
      </w:r>
      <w: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
        <w:rPr>
          <w:b/>
        </w:rPr>
        <w:t xml:space="preserve">2. </w:t>
      </w:r>
      <w:r>
        <w:t>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 (Дополнение подпунктом - Федеральный закон от 04.08.2023 № 492-ФЗ) 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 (Дополнение подпунктом - Федеральный закон от 04.08.2023 № 492-ФЗ) 5) лицам, с которыми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
        <w:rPr>
          <w:b/>
        </w:rPr>
        <w:t xml:space="preserve">2. </w:t>
      </w:r>
      <w:r>
        <w:t>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 (Дополнение подпунктом - Федеральный закон от 28.05.2022 № 144-ФЗ) 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 (В редакции Федерального закона от 01.05.2016 № 119-ФЗ) 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профессиям, специальностям, установленным законом субъекта Российской Федерации, на срок не более чем шесть лет. Законом субъекта Российской Федерации может быть предусмотрено, что такие граждане должны состоять на учете в качестве нуждающихся в жилых помещениях или иметь основания для постановки на данный учет, а также требование об отсутствии у таких граждан права собственности на иные земельные участки, предоставленные для индивидуального жилищного строительства или ведения личного подсобного хозяйства в данном муниципальном образовании; (В редакции Федерального закона от 04.08.2023 № 492-ФЗ) 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
        <w:rPr>
          <w:b/>
        </w:rPr>
        <w:t xml:space="preserve">2. </w:t>
      </w:r>
      <w: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
        <w:rPr>
          <w:b/>
        </w:rPr>
        <w:t xml:space="preserve">2. </w:t>
      </w:r>
      <w:r>
        <w:t>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
        <w:rPr>
          <w:b/>
        </w:rPr>
        <w:t xml:space="preserve">2. </w:t>
      </w:r>
      <w:r>
        <w:t>садоводческим или огородническим некоммерческим товариществам в целях, предусмотренных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 (В редакции федеральных законов от 29.07.2017 № 217-ФЗ, от 31.07.2025 № 353-ФЗ) 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
        <w:rPr>
          <w:b/>
        </w:rPr>
        <w:t xml:space="preserve">2. </w:t>
      </w:r>
      <w:r>
        <w:t>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 (В редакции Федерального закона от 27.06.2018 № 164-ФЗ) 14) лицам, с которыми в соответствии с Федеральным законом от 29 декабря 2012 года №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
        <w:rPr>
          <w:b/>
        </w:rPr>
        <w:t xml:space="preserve">2. </w:t>
      </w:r>
      <w:r>
        <w:t>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
        <w:rPr>
          <w:b/>
        </w:rPr>
        <w:t xml:space="preserve">2. </w:t>
      </w:r>
      <w:r>
        <w:t>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
        <w:rPr>
          <w:b/>
        </w:rPr>
        <w:t xml:space="preserve">2. </w:t>
      </w:r>
      <w:r>
        <w:t>лицу в случае и в порядке, которые предусмотрены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(Дополнение подпунктом - Федеральный закон от 08.03.2015 № 48-ФЗ) (В редакции федеральных законов от 23.06.2016 № 221-ФЗ, от 14.02.2024 № 17-ФЗ) 18) гражданину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(Дополнение подпунктом - Федеральный закон от 01.05.2016 № 119-ФЗ) (В редакции Федерального закона от 28.06.2021 № 226-ФЗ) 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 4802-I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(Дополнение подпунктом - Федеральный закон от 01.07.2017 № 141-ФЗ) 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(Дополнение подпунктом - Федеральный закон от 29.06.2018 № 171-ФЗ) 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 (Дополнение подпунктом - Федеральный закон от 22.12.2020 № 435-ФЗ) 22) публично-правовой компании "Фонд развития территорий" для осуществления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 (Дополнение подпунктом - Федеральный закон от 01.07.2021 № 273-ФЗ) (В редакции федеральных законов от 30.12.2021 № 436-ФЗ, от 08.08.2024 № 232-ФЗ) 23)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 публично-правовой компании "Роскадастр"; (Дополнение подпунктом - Федеральный закон от 30.12.2021 № 449-ФЗ) 24) участнику Военного инновационного технополиса "Эра" Министерства обороны Российской Федерации в соответствии с Федеральным законом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на территории указанного Технополиса на срок участия в его деятельности для достижения целей создания и решения задач указанного Технополиса в порядке,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(Дополнение подпунктом - Федеральный закон от 14.07.2022 № 253-ФЗ)</w:t>
      </w:r>
    </w:p>
    <w:p>
      <w:r>
        <w:rPr>
          <w:b/>
        </w:rPr>
        <w:t>Статья 39.11. Подготовка и организация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w:t>
      </w:r>
    </w:p>
    <w:p>
      <w:r>
        <w:rPr>
          <w:b/>
        </w:rPr>
        <w:t xml:space="preserve">1. </w:t>
      </w:r>
      <w:r>
        <w:t>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(далее также - аукцион), принимается уполномоченным органом, в том числе по заявлениям граждан или юридических лиц</w:t>
      </w:r>
    </w:p>
    <w:p>
      <w:r>
        <w:rPr>
          <w:b/>
        </w:rPr>
        <w:t xml:space="preserve">2. </w:t>
      </w:r>
      <w:r>
        <w:t>Запрещается объединение двух и более земельных участков, находящихся в государственной или муниципальной собственности, в один лот аукциона, если иное не предусмотрено федеральным законом</w:t>
      </w:r>
    </w:p>
    <w:p>
      <w:r>
        <w:rPr>
          <w:b/>
        </w:rPr>
        <w:t xml:space="preserve">3. </w:t>
      </w:r>
      <w:r>
        <w:t>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r>
        <w:rPr>
          <w:b/>
        </w:rPr>
        <w:t xml:space="preserve">4. </w:t>
      </w:r>
      <w:r>
        <w:t>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w:t>
      </w:r>
    </w:p>
    <w:p>
      <w:r>
        <w:rPr>
          <w:b/>
        </w:rPr>
        <w:t xml:space="preserve">5. </w:t>
      </w:r>
      <w:r>
        <w:t>Заявление об утверждении схемы расположения земельного участка, заявление о проведении аукциона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
        <w:rPr>
          <w:b/>
        </w:rPr>
        <w:t xml:space="preserve">6. </w:t>
      </w:r>
      <w:r>
        <w:t>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
        <w:rPr>
          <w:b/>
        </w:rPr>
        <w:t xml:space="preserve">7. </w:t>
      </w:r>
      <w:r>
        <w:t>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соответствии со статьей 3918 настоящего Кодекса</w:t>
      </w:r>
    </w:p>
    <w:p>
      <w:r>
        <w:rPr>
          <w:b/>
        </w:rPr>
        <w:t xml:space="preserve">8. </w:t>
      </w:r>
      <w:r>
        <w:t>Земельный участок, находящийся в государственной или муниципальной собственности, не может быть предметом аукциона, если</w:t>
      </w:r>
    </w:p>
    <w:p>
      <w:r>
        <w:rPr>
          <w:b/>
        </w:rPr>
        <w:t xml:space="preserve">9. </w:t>
      </w:r>
      <w:r>
        <w:t>Аукцион является открытым по составу участников, за исключением случаев, предусмотренных пунктом 10 настоящей статьи</w:t>
      </w:r>
    </w:p>
    <w:p>
      <w:r>
        <w:rPr>
          <w:b/>
        </w:rPr>
        <w:t xml:space="preserve">10. </w:t>
      </w:r>
      <w:r>
        <w:t>(Абзац утратил силу - Федеральный закон от 30.12.2020 № 494-ФЗ) Участниками аукциона, проводимого в случае, предусмотренном пунктом 7 статьи 3918 настоящего Кодекса, могут являться только граждане. (В редакции Федерального закона от 08.08.2024 № 319-ФЗ) 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указанного Федерального закона. (Дополнение абзацем - Федеральный закон от 03.07.2018 № 185-ФЗ)</w:t>
      </w:r>
    </w:p>
    <w:p>
      <w:r>
        <w:rPr>
          <w:b/>
        </w:rPr>
        <w:t xml:space="preserve">11. </w:t>
      </w:r>
      <w:r>
        <w:t>Организатором аукциона вправе выступить уполномоченный орган или специализированная организация, действующая на основании договора с уполномоченным органом</w:t>
      </w:r>
    </w:p>
    <w:p>
      <w:r>
        <w:rPr>
          <w:b/>
        </w:rPr>
        <w:t xml:space="preserve">12. </w:t>
      </w:r>
      <w:r>
        <w:t>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 определенная в соответствии с Федеральным законом от 29 июля 1998 года №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
        <w:rPr>
          <w:b/>
        </w:rPr>
        <w:t xml:space="preserve">13. </w:t>
      </w:r>
      <w:r>
        <w:t>По результатам аукциона по продаже земельного участка определяется цена такого земельного участка</w:t>
      </w:r>
    </w:p>
    <w:p>
      <w:r>
        <w:rPr>
          <w:b/>
        </w:rPr>
        <w:t xml:space="preserve">14. </w:t>
      </w:r>
      <w:r>
        <w:t>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законом "Об оценочной деятельности в Российской 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 (В редакции Федерального закона от 30.12.2020 № 494-ФЗ)</w:t>
      </w:r>
    </w:p>
    <w:p>
      <w:r>
        <w:rPr>
          <w:b/>
        </w:rPr>
        <w:t xml:space="preserve">15. </w:t>
      </w:r>
      <w:r>
        <w:t>(Пункт утратил силу - Федеральный закон от 30.12.2020 № 494-ФЗ)</w:t>
      </w:r>
    </w:p>
    <w:p>
      <w:r>
        <w:rPr>
          <w:b/>
        </w:rPr>
        <w:t xml:space="preserve">16. </w:t>
      </w:r>
      <w:r>
        <w:t>По результатам аукциона на право заключения договора аренды земельного участка, находящегося в государственной или муниципальной собственности, определяется ежегодный размер арендной платы. Абзац. (Утратил силу - Федеральный закон от 30.12.2020 № 494-ФЗ)</w:t>
      </w:r>
    </w:p>
    <w:p>
      <w:r>
        <w:rPr>
          <w:b/>
        </w:rPr>
        <w:t xml:space="preserve">17. </w:t>
      </w:r>
      <w:r>
        <w:t>Если аукцион признан несостоявшимся и договор купли-продажи земельного участка, находящегося в государственной или муниципальной собственности, либо договор аренды такого земельного участка не заключен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начальная цена предмета повторного аукциона может быть определена ниже ранее установленной начальной цены предмета аукциона, но не более чем на тридцать процентов начальной цены предмета предыдущего аукциона</w:t>
      </w:r>
    </w:p>
    <w:p>
      <w:r>
        <w:rPr>
          <w:b/>
        </w:rPr>
        <w:t xml:space="preserve">18. </w:t>
      </w:r>
      <w:r>
        <w:t>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r>
        <w:rPr>
          <w:b/>
        </w:rPr>
        <w:t xml:space="preserve">19. </w:t>
      </w:r>
      <w:r>
        <w:t>Извещение о проведении аукциона размещается на официальном сайте уполномоченного органа в информационно-телекоммуникационной сети "Интернет" (далее - официальный сайт уполномоченного органа),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десять рабочих дней до дня проведения аукциона. Указанное извещение должно быть доступно для ознакомления всем заинтересованным лицам без взимания платы. (В редакции Федерального закона от 28.12.2024 № 538-ФЗ)</w:t>
      </w:r>
    </w:p>
    <w:p>
      <w:r>
        <w:rPr>
          <w:b/>
        </w:rPr>
        <w:t xml:space="preserve">191. </w:t>
      </w:r>
      <w:r>
        <w:t>Уполномоченный орган обеспечивает размещение извещения о проведении аукциона в срок не позднее чем три месяца с момента принятия решения о проведении аукциона, предусмотренного подпунктом 5 пункта 3, подпунктом 9 пункта 4 настоящей статьи или подпунктом 1 пункта 7 статьи 3918 настоящего Кодекса. (Дополнение пунктом - Федеральный закон от 28.12.2024 № 538-ФЗ)</w:t>
      </w:r>
    </w:p>
    <w:p>
      <w:r>
        <w:rPr>
          <w:b/>
        </w:rPr>
        <w:t xml:space="preserve">20. </w:t>
      </w:r>
      <w:r>
        <w:t>(Пункт утратил силу - Федеральный закон от 28.12.2024 № 538-ФЗ)</w:t>
      </w:r>
    </w:p>
    <w:p>
      <w:r>
        <w:rPr>
          <w:b/>
        </w:rPr>
        <w:t xml:space="preserve">21. </w:t>
      </w:r>
      <w:r>
        <w:t>Извещение о проведении аукциона должно содержать сведения</w:t>
      </w:r>
    </w:p>
    <w:p>
      <w:r>
        <w:rPr>
          <w:b/>
        </w:rPr>
        <w:t xml:space="preserve">22. </w:t>
      </w:r>
      <w:r>
        <w:t>Обязательным приложением к размещенному на официальном сайте, на официальном сайте уполномоченного органа извещению о проведении аукциона является проект договора купли-продажи или проект договора аренды земельного участка, а также градостроительный план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(В редакции федеральных законов от 28.12.2024 № 538-ФЗ, от 31.07.2025 № 296-ФЗ)</w:t>
      </w:r>
    </w:p>
    <w:p>
      <w:r>
        <w:rPr>
          <w:b/>
        </w:rPr>
        <w:t xml:space="preserve">221. </w:t>
      </w:r>
      <w:r>
        <w:t>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пунктом 19 настоящей статьи, изменений в извещение о проведении аукциона до дня проведения аукциона такой срок составлял не менее десяти рабочих дней. Информация о внесении изменений в извещение о проведении аукциона размещается на официальном сайте уполномоченного органа, на официальном сайте. Указанное извещение должно быть доступно для ознакомления всем заинтересованным лицам без взимания платы. (Дополнение пунктом - Федеральный закон от 28.12.2024 № 538-ФЗ)</w:t>
      </w:r>
    </w:p>
    <w:p>
      <w:r>
        <w:rPr>
          <w:b/>
        </w:rPr>
        <w:t xml:space="preserve">222. </w:t>
      </w:r>
      <w:r>
        <w:t>В случае, если за один рабочий день до даты окончания приема заявок на участие в аукционе не поступило ни одной заявки,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 предусмотренными пунктом 221 настоящей статьи. В случае, если организатором торгов является специализированная организация, за один рабочий день до даты окончания приема заявок на участие в аукционе организатор аукциона (оператор электронной площадки при проведении аукциона в электронной форме) уведомляет уполномоченный орган об отсутствии заявок на участие в аукционе. (Дополнение пунктом - Федеральный закон от 28.12.2024 № 538-ФЗ)</w:t>
      </w:r>
    </w:p>
    <w:p>
      <w:r>
        <w:rPr>
          <w:b/>
        </w:rPr>
        <w:t xml:space="preserve">23. </w:t>
      </w:r>
      <w:r>
        <w:t>(Пункт утратил силу - Федеральный закон от 30.12.2020 № 494-ФЗ)</w:t>
      </w:r>
    </w:p>
    <w:p>
      <w:r>
        <w:rPr>
          <w:b/>
        </w:rPr>
        <w:t xml:space="preserve">24. </w:t>
      </w:r>
      <w:r>
        <w:t>Уполномоченный орган принимает решение об отказе в проведении аукциона в случае выявления обстоятельств, предусмотренных пунктом 8 настоящей статьи.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
        <w:rPr>
          <w:b/>
        </w:rPr>
        <w:t xml:space="preserve">3. </w:t>
      </w:r>
      <w:r>
        <w:t>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
        <w:rPr>
          <w:b/>
        </w:rPr>
        <w:t xml:space="preserve">3. </w:t>
      </w:r>
      <w:r>
        <w:t>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законом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 (В редакции Федерального закона от 03.07.2016 № 361-ФЗ) 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
        <w:rPr>
          <w:b/>
        </w:rPr>
        <w:t xml:space="preserve">3. </w:t>
      </w:r>
      <w:r>
        <w:t>обеспечение уполномоченным органом подготовки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(В редакции Федерального закона от 31.07.2025 № 296-ФЗ) 5) принятие уполномоченным органом решения о проведении аукциона</w:t>
      </w:r>
    </w:p>
    <w:p>
      <w:r>
        <w:rPr>
          <w:b/>
        </w:rPr>
        <w:t xml:space="preserve">4. </w:t>
      </w:r>
      <w:r>
        <w:t>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r>
        <w:rPr>
          <w:b/>
        </w:rPr>
        <w:t xml:space="preserve">4. </w:t>
      </w:r>
      <w:r>
        <w:t>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p>
      <w:r>
        <w:rPr>
          <w:b/>
        </w:rPr>
        <w:t xml:space="preserve">4. </w:t>
      </w:r>
      <w:r>
        <w:t>проверка уполномоченным органом наличия или отсутствия оснований, предусмотренных пунктом 16 статьи 1110 настоящего Кодекса и подпунктами 5 - 9, 13 - 19 пункта 8 настоящей статьи, принятие и направление им заявителю в срок не более чем тридцать дней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 (В редакции Федерального закона от 28.12.2024 № 538-ФЗ) 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
        <w:rPr>
          <w:b/>
        </w:rPr>
        <w:t xml:space="preserve">4. </w:t>
      </w:r>
      <w:r>
        <w:t>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подпунктом 3 настоящего пункта схемой расположения земельного участка</w:t>
      </w:r>
    </w:p>
    <w:p>
      <w:r>
        <w:rPr>
          <w:b/>
        </w:rPr>
        <w:t xml:space="preserve">4. </w:t>
      </w:r>
      <w:r>
        <w:t>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в соответствии с подпунктом 3 настоящего пункта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 (В редакции Федерального закона от 03.07.2016 № 361-ФЗ) 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w:t>
      </w:r>
    </w:p>
    <w:p>
      <w:r>
        <w:rPr>
          <w:b/>
        </w:rPr>
        <w:t xml:space="preserve">4. </w:t>
      </w:r>
      <w:r>
        <w:t>обращение уполномоченного органа с заявлением о государственной регистрации права государственной или муниципальной собственности на земельный участок, образованный в соответствии с проектом межевания территории или с утвержденной в соответствии с подпунктом 3 настоящего пункта схемой расположения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и случаев, если земельный участок не может быть предметом аукциона в соответствии с подпунктами 1, 5 - 19 пункта 8 настоящей статьи; (В редакции Федерального закона от 13.07.2015 № 252-ФЗ) 8) получение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за исключением случаев, если земельный участок не может быть предметом аукциона в соответствии с подпунктами 1, 5 - 19 пункта 8 настоящей статьи; (В редакции Федерального закона от 31.07.2025 № 296-ФЗ) 9) проверка уполномоченным органом наличия или отсутствия оснований, предусмотренных пунктом 8 настоящей статьи, и принятие им в срок не более чем тридцать дней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 (В редакции Федерального закона от 28.12.2024 № 538-ФЗ)</w:t>
      </w:r>
    </w:p>
    <w:p>
      <w:r>
        <w:rPr>
          <w:b/>
        </w:rPr>
        <w:t xml:space="preserve">8. </w:t>
      </w:r>
      <w:r>
        <w:t>границы земельного участка подлежат уточнению в соответствии с требованиями Федерального закона "О государственной регистрации недвижимости"; (В редакции Федерального закона от 03.07.2016 № 361-ФЗ) 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
        <w:rPr>
          <w:b/>
        </w:rPr>
        <w:t xml:space="preserve">8. </w:t>
      </w:r>
      <w: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
        <w:rPr>
          <w:b/>
        </w:rPr>
        <w:t xml:space="preserve">8. </w:t>
      </w:r>
      <w:r>
        <w:t>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(В редакции Федерального закона от 31.07.2025 № 296-ФЗ) 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
        <w:rPr>
          <w:b/>
        </w:rPr>
        <w:t xml:space="preserve">8. </w:t>
      </w:r>
      <w: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(Дополнение подпунктом - Федеральный закон от 03.08.2018 № 342-ФЗ) 6) земельный участок не отнесен к определенной категории земель</w:t>
      </w:r>
    </w:p>
    <w:p>
      <w:r>
        <w:rPr>
          <w:b/>
        </w:rPr>
        <w:t xml:space="preserve">8. </w:t>
      </w:r>
      <w: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
        <w:rPr>
          <w:b/>
        </w:rPr>
        <w:t xml:space="preserve">8. </w:t>
      </w:r>
      <w: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(В редакции федеральных законов от 03.08.2018 № 340-ФЗ; от 03.08.2018 № 341-ФЗ) 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(В редакции Федерального закона от 03.08.2018 № 341-ФЗ) 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
        <w:rPr>
          <w:b/>
        </w:rPr>
        <w:t xml:space="preserve">8. </w:t>
      </w:r>
      <w:r>
        <w:t>земельный участок ограничен в обороте, за исключением случая проведения аукциона на право заключения договора аренды земельного участка</w:t>
      </w:r>
    </w:p>
    <w:p>
      <w:r>
        <w:rPr>
          <w:b/>
        </w:rPr>
        <w:t xml:space="preserve">8. </w:t>
      </w:r>
      <w: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
        <w:rPr>
          <w:b/>
        </w:rPr>
        <w:t xml:space="preserve">8. </w:t>
      </w:r>
      <w:r>
        <w:t>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 (В редакции федеральных законов от 30.12.2020 № 494-ФЗ, от 25.12.2023 № 627-ФЗ) 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
        <w:rPr>
          <w:b/>
        </w:rPr>
        <w:t xml:space="preserve">8. </w:t>
      </w:r>
      <w: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 (В редакции Федерального закона от 25.12.2023 № 628-ФЗ) 16) в отношении земельного участка принято решение о предварительном согласовании его предоставления</w:t>
      </w:r>
    </w:p>
    <w:p>
      <w:r>
        <w:rPr>
          <w:b/>
        </w:rPr>
        <w:t xml:space="preserve">8. </w:t>
      </w:r>
      <w: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
        <w:rPr>
          <w:b/>
        </w:rPr>
        <w:t xml:space="preserve">8. </w:t>
      </w:r>
      <w: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
        <w:rPr>
          <w:b/>
        </w:rPr>
        <w:t xml:space="preserve">8. </w:t>
      </w:r>
      <w: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
        <w:rPr>
          <w:b/>
        </w:rPr>
        <w:t xml:space="preserve">21. </w:t>
      </w:r>
      <w:r>
        <w:t>об организаторе аукциона</w:t>
      </w:r>
    </w:p>
    <w:p>
      <w:r>
        <w:rPr>
          <w:b/>
        </w:rPr>
        <w:t xml:space="preserve">21. </w:t>
      </w:r>
      <w:r>
        <w:t>об уполномоченном органе и о реквизитах решения о проведении аукциона</w:t>
      </w:r>
    </w:p>
    <w:p>
      <w:r>
        <w:rPr>
          <w:b/>
        </w:rPr>
        <w:t xml:space="preserve">21. </w:t>
      </w:r>
      <w:r>
        <w:t>о месте, дате, времени и порядке проведения аукциона</w:t>
      </w:r>
    </w:p>
    <w:p>
      <w:r>
        <w:rPr>
          <w:b/>
        </w:rPr>
        <w:t xml:space="preserve">21. </w:t>
      </w:r>
      <w:r>
        <w:t>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(В редакции федеральных законов от 29.07.2017 № 217-ФЗ, от 30.12.2020 № 494-ФЗ, от 01.07.2021 № 276-ФЗ) 5) о начальной цене предмета аукциона</w:t>
      </w:r>
    </w:p>
    <w:p>
      <w:r>
        <w:rPr>
          <w:b/>
        </w:rPr>
        <w:t xml:space="preserve">21. </w:t>
      </w:r>
      <w:r>
        <w:t>о "шаге аукциона"</w:t>
      </w:r>
    </w:p>
    <w:p>
      <w:r>
        <w:rPr>
          <w:b/>
        </w:rPr>
        <w:t xml:space="preserve">21. </w:t>
      </w:r>
      <w:r>
        <w:t>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
        <w:rPr>
          <w:b/>
        </w:rPr>
        <w:t xml:space="preserve">21. </w:t>
      </w:r>
      <w:r>
        <w:t>о размере задатка, порядке его внесения участниками аукциона и возврата им задатка, банковских реквизитах счета для перечисления задатка</w:t>
      </w:r>
    </w:p>
    <w:p>
      <w:r>
        <w:rPr>
          <w:b/>
        </w:rPr>
        <w:t xml:space="preserve">21. </w:t>
      </w:r>
      <w:r>
        <w:t>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пунктами 8 и 9 статьи 398 настоящего Кодекса</w:t>
      </w:r>
    </w:p>
    <w:p>
      <w:r>
        <w:rPr>
          <w:b/>
        </w:rPr>
        <w:t xml:space="preserve">21. </w:t>
      </w:r>
      <w:r>
        <w:t>(Подпункт утратил силу - Федеральный закон от 30.12.2020 № 494-ФЗ) 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 (Дополнение подпунктом - Федеральный закон от 03.07.2018 № 185-ФЗ) 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 (Дополнение подпунктом - Федеральный закон от 03.08.2018 № 340-ФЗ) 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 (Дополнение подпунктом - Федеральный закон от 03.08.2018 № 340-ФЗ) (В редакции Федерального закона от 13.06.2023 № 228-ФЗ) 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 (Дополнение подпунктом - Федеральный закон от 03.08.2018 № 340-ФЗ) 15) о дате размещения извещения в соответствии с подпунктом 1 пункта 1 статьи 3918 настоящего Кодекса. (Дополнение подпунктом - Федеральный закон от 28.12.2024 № 538-ФЗ)</w:t>
      </w:r>
    </w:p>
    <w:p>
      <w:r>
        <w:rPr>
          <w:b/>
        </w:rPr>
        <w:t>Статья 39.12.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
        <w:rPr>
          <w:b/>
        </w:rPr>
        <w:t xml:space="preserve">1. </w:t>
      </w:r>
      <w:r>
        <w:t>Для участия в аукционе заявители представляют в установленный в извещении о проведении аукциона срок следующие документы</w:t>
      </w:r>
    </w:p>
    <w:p>
      <w:r>
        <w:rPr>
          <w:b/>
        </w:rPr>
        <w:t xml:space="preserve">11. </w:t>
      </w:r>
      <w:r>
        <w:t>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 (Дополнение пунктом - Федеральный закон от 03.07.2018 № 185-ФЗ)</w:t>
      </w:r>
    </w:p>
    <w:p>
      <w:r>
        <w:rPr>
          <w:b/>
        </w:rPr>
        <w:t xml:space="preserve">2. </w:t>
      </w:r>
      <w:r>
        <w:t>Представление документов, подтверждающих внесение задатка, признается заключением соглашения о задатке</w:t>
      </w:r>
    </w:p>
    <w:p>
      <w:r>
        <w:rPr>
          <w:b/>
        </w:rPr>
        <w:t xml:space="preserve">3. </w:t>
      </w:r>
      <w:r>
        <w:t>Организатор аукциона не вправе требовать представление иных документов, за исключением документов, указанных в пунктах 1 и 11 настоящей статьи. Организатор аукциона в 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(В редакции федеральных законов от 20.04.2015 № 102-ФЗ; от 03.07.2018 № 185-ФЗ)</w:t>
      </w:r>
    </w:p>
    <w:p>
      <w:r>
        <w:rPr>
          <w:b/>
        </w:rPr>
        <w:t xml:space="preserve">4. </w:t>
      </w:r>
      <w:r>
        <w:t>Прием документов прекращается не ранее чем за три рабочих дня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редакции Федерального закона от 28.12.2024 № 538-ФЗ)</w:t>
      </w:r>
    </w:p>
    <w:p>
      <w:r>
        <w:rPr>
          <w:b/>
        </w:rPr>
        <w:t xml:space="preserve">41. </w:t>
      </w:r>
      <w:r>
        <w:t>Срок рассмотрения заявок на участие в аукционе не может превышать три рабочих дня с даты окончания срока приема документов. (Дополнение пунктом - Федеральный закон от 07.10.2022 № 385-ФЗ)</w:t>
      </w:r>
    </w:p>
    <w:p>
      <w:r>
        <w:rPr>
          <w:b/>
        </w:rPr>
        <w:t xml:space="preserve">5. </w:t>
      </w:r>
      <w:r>
        <w:t>Один заявитель вправе подать только одну заявку на участие в аукционе</w:t>
      </w:r>
    </w:p>
    <w:p>
      <w:r>
        <w:rPr>
          <w:b/>
        </w:rPr>
        <w:t xml:space="preserve">6. </w:t>
      </w:r>
      <w:r>
        <w:t>Заявка на участие в аукционе, поступившая по истечении срока приема заявок, возвращается заявителю в день ее поступления</w:t>
      </w:r>
    </w:p>
    <w:p>
      <w:r>
        <w:rPr>
          <w:b/>
        </w:rPr>
        <w:t xml:space="preserve">7. </w:t>
      </w:r>
      <w: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
        <w:rPr>
          <w:b/>
        </w:rPr>
        <w:t xml:space="preserve">8. </w:t>
      </w:r>
      <w:r>
        <w:t>Заявитель не допускается к участию в аукционе в следующих случаях</w:t>
      </w:r>
    </w:p>
    <w:p>
      <w:r>
        <w:rPr>
          <w:b/>
        </w:rPr>
        <w:t xml:space="preserve">9. </w:t>
      </w:r>
      <w: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(В редакции Федерального закона от 28.12.2024 № 538-ФЗ)</w:t>
      </w:r>
    </w:p>
    <w:p>
      <w:r>
        <w:rPr>
          <w:b/>
        </w:rPr>
        <w:t xml:space="preserve">10. </w:t>
      </w:r>
      <w: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пункте 9 настоящей статьи</w:t>
      </w:r>
    </w:p>
    <w:p>
      <w:r>
        <w:rPr>
          <w:b/>
        </w:rPr>
        <w:t xml:space="preserve">11. </w:t>
      </w:r>
      <w: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
        <w:rPr>
          <w:b/>
        </w:rPr>
        <w:t xml:space="preserve">12. </w:t>
      </w:r>
      <w:r>
        <w:t>В случае, если по окончании срока подачи заявок на участие в аукционе не подано ни одной заявки на участие в аукционе,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При признании аукциона несостоявшимся в протокол, указанный в пункте 9 настоящей статьи, включается информация об основании признания аукциона несостоявшимся и сведения, указанные в подпункте 4 пункта 15 настоящей статьи, в отношении лиц, указанных в пунктах 13 и 14 настоящей статьи. (В редакции Федерального закона от 28.12.2024 № 538-ФЗ)</w:t>
      </w:r>
    </w:p>
    <w:p>
      <w:r>
        <w:rPr>
          <w:b/>
        </w:rPr>
        <w:t xml:space="preserve">13. </w:t>
      </w:r>
      <w:r>
        <w:t>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Специализированная организация, являющаяся организатором аукциона, направляет в уполномоченный орган сведения о заявителе, признанном единственным участником аукциона, не позднее чем на следующий день после дня подписания протокола, указанного в пункте 9 настоящей статьи. (В редакции Федерального закона от 28.12.2024 № 538-ФЗ)</w:t>
      </w:r>
    </w:p>
    <w:p>
      <w:r>
        <w:rPr>
          <w:b/>
        </w:rPr>
        <w:t xml:space="preserve">14. </w:t>
      </w:r>
      <w:r>
        <w:t>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пунктом 13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чем на следующий день после дня подписания протокола, указанного в пункте 9 настоящей статьи. (В редакции Федерального закона от 28.12.2024 № 538-ФЗ)</w:t>
      </w:r>
    </w:p>
    <w:p>
      <w:r>
        <w:rPr>
          <w:b/>
        </w:rPr>
        <w:t xml:space="preserve">141. </w:t>
      </w:r>
      <w:r>
        <w:t>В ходе проведения аукциона участники аукциона подают предложения о цене предмета аукциона в соответствии со следующими требованиями</w:t>
      </w:r>
    </w:p>
    <w:p>
      <w:r>
        <w:rPr>
          <w:b/>
        </w:rPr>
        <w:t xml:space="preserve">15. </w:t>
      </w:r>
      <w:r>
        <w:t>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 (В редакции Федерального закона от 28.12.2024 № 538-ФЗ) 1) сведения о месте, дате и времени проведения аукциона;</w:t>
      </w:r>
    </w:p>
    <w:p>
      <w:r>
        <w:rPr>
          <w:b/>
        </w:rPr>
        <w:t xml:space="preserve">16. </w:t>
      </w:r>
      <w:r>
        <w:t>Протокол о результатах аукциона размещается на официальном сайте в течение одного рабочего дня со дня подписания данного протокола. Специализированная организация, являющаяся организатором аукциона, направляет в уполномоченный орган сведения о победителе аукциона и об участнике аукциона, который сделал предпоследнее предложение о цене предмета аукциона, или о единственном принявшем участие в аукционе участнике не позднее дня, следующего после дня подписания протокола о результатах аукциона. (Дополнение абзацем - Федеральный закон от 28.12.2024 № 538-ФЗ)</w:t>
      </w:r>
    </w:p>
    <w:p>
      <w:r>
        <w:rPr>
          <w:b/>
        </w:rPr>
        <w:t xml:space="preserve">17. </w:t>
      </w:r>
      <w: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 Абзац. (Утратил силу - Федеральный закон от 30.12.2020 № 494-ФЗ)</w:t>
      </w:r>
    </w:p>
    <w:p>
      <w:r>
        <w:rPr>
          <w:b/>
        </w:rPr>
        <w:t xml:space="preserve">18. </w:t>
      </w:r>
      <w: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 (В редакции Федерального закона от 28.12.2024 № 538-ФЗ)</w:t>
      </w:r>
    </w:p>
    <w:p>
      <w:r>
        <w:rPr>
          <w:b/>
        </w:rPr>
        <w:t xml:space="preserve">19. </w:t>
      </w:r>
      <w: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
        <w:rPr>
          <w:b/>
        </w:rPr>
        <w:t xml:space="preserve">20. </w:t>
      </w:r>
      <w:r>
        <w:t>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 в том числе договоров, указанных в пунктах 13 и 14 настоящей статьи. (В редакции Федерального закона от 28.12.2024 № 538-ФЗ)</w:t>
      </w:r>
    </w:p>
    <w:p>
      <w:r>
        <w:rPr>
          <w:b/>
        </w:rPr>
        <w:t xml:space="preserve">201. </w:t>
      </w:r>
      <w:r>
        <w:t>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не соответствующих условиям, предусмотренным извещением о проведении аукциона, а также сведениям, содержащимся в протоколе рассмотрения заявок на участие в аукционе, в случае, если аукцион признан несостоявшимся, или в протоколе о результатах электронного аукциона. (Дополнение пунктом - Федеральный закон от 07.10.2022 № 385-ФЗ)</w:t>
      </w:r>
    </w:p>
    <w:p>
      <w:r>
        <w:rPr>
          <w:b/>
        </w:rPr>
        <w:t xml:space="preserve">21. </w:t>
      </w:r>
      <w:r>
        <w:t>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пунктом 13, 14, 20 или 25 настоящей статьи,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 (В редакции Федерального закона от 28.12.2024 № 538-ФЗ)</w:t>
      </w:r>
    </w:p>
    <w:p>
      <w:r>
        <w:rPr>
          <w:b/>
        </w:rPr>
        <w:t xml:space="preserve">22. </w:t>
      </w:r>
      <w:r>
        <w:t>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пунктом 13, 14, 20 и 25 настоящей статьи,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 за исключением случая, предусмотренного пунктом 5 статьи 3913 настоящего Кодекса. (В редакции Федерального закона от 07.10.2022 № 385-ФЗ)</w:t>
      </w:r>
    </w:p>
    <w:p>
      <w:r>
        <w:rPr>
          <w:b/>
        </w:rPr>
        <w:t xml:space="preserve">23. </w:t>
      </w:r>
      <w: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 (В редакции федеральных законов от 30.12.2020 № 494-ФЗ, от 28.12.2024 № 538-ФЗ)</w:t>
      </w:r>
    </w:p>
    <w:p>
      <w:r>
        <w:rPr>
          <w:b/>
        </w:rPr>
        <w:t xml:space="preserve">24. </w:t>
      </w:r>
      <w:r>
        <w:t>(Пункт утратил силу - Федеральный закон от 30.12.2020 № 494-ФЗ)</w:t>
      </w:r>
    </w:p>
    <w:p>
      <w:r>
        <w:rPr>
          <w:b/>
        </w:rPr>
        <w:t xml:space="preserve">25. </w:t>
      </w:r>
      <w:r>
        <w:t>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 (В редакции Федерального закона от 28.12.2024 № 538-ФЗ)</w:t>
      </w:r>
    </w:p>
    <w:p>
      <w:r>
        <w:rPr>
          <w:b/>
        </w:rPr>
        <w:t xml:space="preserve">26. </w:t>
      </w:r>
      <w: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 (В редакции федеральных законов от 30.12.2020 № 494-ФЗ, от 28.12.2024 № 538-ФЗ)</w:t>
      </w:r>
    </w:p>
    <w:p>
      <w:r>
        <w:rPr>
          <w:b/>
        </w:rPr>
        <w:t xml:space="preserve">27. </w:t>
      </w:r>
      <w:r>
        <w:t>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пунктом 13, 14, 20 или 25 настоящей статьи и которые уклонились от их заключения, включаются в реестр недобросовестных участников аукциона. (В редакции Федерального закона от 28.12.2024 № 538-ФЗ)</w:t>
      </w:r>
    </w:p>
    <w:p>
      <w:r>
        <w:rPr>
          <w:b/>
        </w:rPr>
        <w:t xml:space="preserve">28. </w:t>
      </w:r>
      <w:r>
        <w:t>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w:t>
      </w:r>
    </w:p>
    <w:p>
      <w:r>
        <w:rPr>
          <w:b/>
        </w:rPr>
        <w:t xml:space="preserve">29. </w:t>
      </w:r>
      <w:r>
        <w:t>В реестр недобросовестных участников аукциона включаются следующие сведения</w:t>
      </w:r>
    </w:p>
    <w:p>
      <w:r>
        <w:rPr>
          <w:b/>
        </w:rPr>
        <w:t xml:space="preserve">30. </w:t>
      </w:r>
      <w:r>
        <w:t>В случае, если победитель аукциона или иное лицо, с которым договор купли-продажи или договор аренды земельного участка заключается в соответствии с пунктом 13, 14, 20 или 25 настоящей статьи,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подпунктами 1 - 3 пункта 29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 (В редакции федеральных законов от 30.12.2020 № 494-ФЗ, от 28.12.2024 № 538-ФЗ)</w:t>
      </w:r>
    </w:p>
    <w:p>
      <w:r>
        <w:rPr>
          <w:b/>
        </w:rPr>
        <w:t xml:space="preserve">31. </w:t>
      </w:r>
      <w:r>
        <w:t>Сведения, содержащиеся в реестре недобросовестных участников аукциона, должны быть доступны для ознакомления на официальном сайте</w:t>
      </w:r>
    </w:p>
    <w:p>
      <w:r>
        <w:rPr>
          <w:b/>
        </w:rPr>
        <w:t xml:space="preserve">32. </w:t>
      </w:r>
      <w:r>
        <w:t>Сведения, предусмотренные пунктом 29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
        <w:rPr>
          <w:b/>
        </w:rPr>
        <w:t xml:space="preserve">33. </w:t>
      </w:r>
      <w:r>
        <w:t>Внесение сведений о лицах, указанных в пункте 27 настоящей статьи,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пунктом 32 настоящей статьи, могут быть обжалованы заинтересованным лицом в судебном порядке</w:t>
      </w:r>
    </w:p>
    <w:p>
      <w:r>
        <w:rPr>
          <w:b/>
        </w:rPr>
        <w:t xml:space="preserve">34. </w:t>
      </w:r>
      <w:r>
        <w:t>Порядок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
        <w:rPr>
          <w:b/>
        </w:rPr>
        <w:t xml:space="preserve">1. </w:t>
      </w:r>
      <w:r>
        <w:t>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
        <w:rPr>
          <w:b/>
        </w:rPr>
        <w:t xml:space="preserve">1. </w:t>
      </w:r>
      <w:r>
        <w:t>копии документов, удостоверяющих личность заявителя (для граждан)</w:t>
      </w:r>
    </w:p>
    <w:p>
      <w:r>
        <w:rPr>
          <w:b/>
        </w:rPr>
        <w:t xml:space="preserve">1. </w:t>
      </w:r>
      <w: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
        <w:rPr>
          <w:b/>
        </w:rPr>
        <w:t xml:space="preserve">1. </w:t>
      </w:r>
      <w:r>
        <w:t>документы, подтверждающие внесение задатка</w:t>
      </w:r>
    </w:p>
    <w:p>
      <w:r>
        <w:rPr>
          <w:b/>
        </w:rPr>
        <w:t xml:space="preserve">8. </w:t>
      </w:r>
      <w:r>
        <w:t>непредставление необходимых для участия в аукционе документов или представление недостоверных сведений</w:t>
      </w:r>
    </w:p>
    <w:p>
      <w:r>
        <w:rPr>
          <w:b/>
        </w:rPr>
        <w:t xml:space="preserve">8. </w:t>
      </w:r>
      <w:r>
        <w:t>непоступление задатка на дату рассмотрения заявок на участие в аукционе</w:t>
      </w:r>
    </w:p>
    <w:p>
      <w:r>
        <w:rPr>
          <w:b/>
        </w:rPr>
        <w:t xml:space="preserve">8. </w:t>
      </w:r>
      <w:r>
        <w:t>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
        <w:rPr>
          <w:b/>
        </w:rPr>
        <w:t xml:space="preserve">8. </w:t>
      </w:r>
      <w: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
        <w:rPr>
          <w:b/>
        </w:rPr>
        <w:t xml:space="preserve">141. </w:t>
      </w:r>
      <w:r>
        <w:t>предложение о цене предмета аукциона увеличивает текущее максимальное предложение о цене предмета аукциона на величину "шага аукциона"</w:t>
      </w:r>
    </w:p>
    <w:p>
      <w:r>
        <w:rPr>
          <w:b/>
        </w:rPr>
        <w:t xml:space="preserve">141. </w:t>
      </w:r>
      <w:r>
        <w:t>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 (Дополнение пунктом - Федеральный закон от 07.10.2022 № 385-ФЗ)</w:t>
      </w:r>
    </w:p>
    <w:p>
      <w:r>
        <w:rPr>
          <w:b/>
        </w:rPr>
        <w:t xml:space="preserve">15. </w:t>
      </w:r>
      <w:r>
        <w:t>предмет аукциона, в том числе сведения о местоположении и площади земельного участка</w:t>
      </w:r>
    </w:p>
    <w:p>
      <w:r>
        <w:rPr>
          <w:b/>
        </w:rPr>
        <w:t xml:space="preserve">15. </w:t>
      </w:r>
      <w:r>
        <w:t>сведения об участниках аукциона, о начальной цене предмета аукциона, последнем и предпоследнем предложениях о цене предмета аукциона</w:t>
      </w:r>
    </w:p>
    <w:p>
      <w:r>
        <w:rPr>
          <w:b/>
        </w:rPr>
        <w:t xml:space="preserve">15. </w:t>
      </w:r>
      <w:r>
        <w:t>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 (В редакции Федерального закона от 28.12.2024 № 538-ФЗ) 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
        <w:rPr>
          <w:b/>
        </w:rPr>
        <w:t xml:space="preserve">29. </w:t>
      </w:r>
      <w:r>
        <w:t>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пункте 27 настоящей статьи</w:t>
      </w:r>
    </w:p>
    <w:p>
      <w:r>
        <w:rPr>
          <w:b/>
        </w:rPr>
        <w:t xml:space="preserve">29. </w:t>
      </w:r>
      <w:r>
        <w:t>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пункте 27 настоящей статьи,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пункте 27 настоящей статьи</w:t>
      </w:r>
    </w:p>
    <w:p>
      <w:r>
        <w:rPr>
          <w:b/>
        </w:rPr>
        <w:t xml:space="preserve">29. </w:t>
      </w:r>
      <w:r>
        <w:t>дата проведения аукциона в случае, если победитель аукциона уклонился от заключения договора купли-продажи или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
    <w:p>
      <w:r>
        <w:rPr>
          <w:b/>
        </w:rPr>
        <w:t xml:space="preserve">29. </w:t>
      </w:r>
      <w:r>
        <w:t>дата внесения указанных в настоящем пункте сведений в реестр недобросовестных участников аукциона</w:t>
      </w:r>
    </w:p>
    <w:p>
      <w:r>
        <w:rPr>
          <w:b/>
        </w:rPr>
        <w:t>Статья 39.13.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в электронной форме</w:t>
      </w:r>
    </w:p>
    <w:p>
      <w:r>
        <w:rPr>
          <w:b/>
        </w:rPr>
        <w:t xml:space="preserve">1. </w:t>
      </w:r>
      <w:r>
        <w:t>Аукцион по продаже земельного участка, находящегося в государственной или муниципальной собственности, аукцион на право заключения договора аренды земельного участка, находящегося в государственной или муниципальной собственности, проводятся в электронной форме (электронный аукцион), за исключением случаев, предусмотренных федеральным законом. (В редакции Федерального закона от 07.10.2022 № 385-ФЗ) Подготовка и проведение электронного аукциона осуществляются в порядке, предусмотренном статьями 3911 и 3912 настоящего Кодекса, с учетом особенностей, установленных настоящей статьей. (Дополнение абзацем - Федеральный закон от 07.10.2022 № 385-ФЗ)</w:t>
      </w:r>
    </w:p>
    <w:p>
      <w:r>
        <w:rPr>
          <w:b/>
        </w:rPr>
        <w:t xml:space="preserve">2. </w:t>
      </w:r>
      <w:r>
        <w:t>(Пункт утратил силу - Федеральный закон от 07.10.2022 № 385-ФЗ)</w:t>
      </w:r>
    </w:p>
    <w:p>
      <w:r>
        <w:rPr>
          <w:b/>
        </w:rPr>
        <w:t xml:space="preserve">3. </w:t>
      </w:r>
      <w:r>
        <w:t>(Пункт утратил силу - Федеральный закон от 28.12.2024 № 538-ФЗ)</w:t>
      </w:r>
    </w:p>
    <w:p>
      <w:r>
        <w:rPr>
          <w:b/>
        </w:rPr>
        <w:t xml:space="preserve">31. </w:t>
      </w:r>
      <w:r>
        <w:t>Извещение о проведении электронного аукциона подписывается усиленной квалифицированной электронной подписью лица, уполномоченного действовать от имени организатора аукциона, и подлежит размещению организатором аукциона на официальном сайте. Данное извещение после размещения на официальном сайте в автоматическом режиме направляется с официального сайта на сайт в информационно-телекоммуникационной сети "Интернет", на котором проводится электронный аукцион по продаже земельного участка, находящегося в государственной или муниципальной собственности, либо электронный аукцион на право заключения договора аренды такого участка (далее - электронная площадка). (Дополнение пунктом - Федеральный закон от 07.10.2022 № 385-ФЗ)</w:t>
      </w:r>
    </w:p>
    <w:p>
      <w:r>
        <w:rPr>
          <w:b/>
        </w:rPr>
        <w:t xml:space="preserve">32. </w:t>
      </w:r>
      <w:r>
        <w:t>Наряду со сведениями, указанными в пункте 21 статьи 3911 настоящего Кодекса, в извещении о проведении электронного аукциона должна содержаться информация о размере взимаемой с победителя электронного аукциона или иных лиц, с которыми в соответствии с пунктами 13, 14, 20 и 25 статьи 3912 настоящего Кодекса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оператору электронной площадки за участие в электронном аукционе, если Правительством Российской Федерации установлено право операторов электронных площадок взимать данную плату. (Дополнение пунктом - Федеральный закон от 07.10.2022 № 385-ФЗ)</w:t>
      </w:r>
    </w:p>
    <w:p>
      <w:r>
        <w:rPr>
          <w:b/>
        </w:rPr>
        <w:t xml:space="preserve">33. </w:t>
      </w:r>
      <w:r>
        <w:t>В извещении о проведении электронного аукциона в качестве места подачи заявок и места проведения аукциона указывается адрес электронной площадки в информационно-телекоммуникационной сети "Интернет", на которой проводится электронный аукцион. (Дополнение пунктом - Федеральный закон от 07.10.2022 № 385-ФЗ)</w:t>
      </w:r>
    </w:p>
    <w:p>
      <w:r>
        <w:rPr>
          <w:b/>
        </w:rPr>
        <w:t xml:space="preserve">34. </w:t>
      </w:r>
      <w:r>
        <w:t>Внесение изменений в извещение о проведении электронного аукциона осуществляется в порядке, предусмотренном пунктом 31 настоящей статьи. В этом случае информация об изменениях в указанное извещение в автоматическом режиме направляется с официального сайта на электронную площадку. (Дополнение пунктом - Федеральный закон от 28.12.2024 № 538-ФЗ)</w:t>
      </w:r>
    </w:p>
    <w:p>
      <w:r>
        <w:rPr>
          <w:b/>
        </w:rPr>
        <w:t xml:space="preserve">4. </w:t>
      </w:r>
      <w:r>
        <w:t>Электронный аукцион проводится на электронной площадке ее оператором из числа операторов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07.10.2022 № 385-ФЗ)</w:t>
      </w:r>
    </w:p>
    <w:p>
      <w:r>
        <w:rPr>
          <w:b/>
        </w:rPr>
        <w:t xml:space="preserve">5. </w:t>
      </w:r>
      <w:r>
        <w:t>Допускается взимание оператором электронной площадки с победителя электронного аукциона или иных лиц, с которыми в соответствии с пунктами 13, 14, 20 и 25 статьи 3912 настоящего Кодекса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(Дополнение пунктом - Федеральный закон от 07.10.2022 № 385-ФЗ)</w:t>
      </w:r>
    </w:p>
    <w:p>
      <w:r>
        <w:rPr>
          <w:b/>
        </w:rPr>
        <w:t xml:space="preserve">6. </w:t>
      </w:r>
      <w: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2 - 4 пункта 1, пункте 11 статьи 3912 настоящего Кодекса.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 (Дополнение пунктом - Федеральный закон от 07.10.2022 № 385-ФЗ)</w:t>
      </w:r>
    </w:p>
    <w:p>
      <w:r>
        <w:rPr>
          <w:b/>
        </w:rPr>
        <w:t xml:space="preserve">7. </w:t>
      </w:r>
      <w: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(Дополнение пунктом - Федеральный закон от 07.10.2022 № 385-ФЗ)</w:t>
      </w:r>
    </w:p>
    <w:p>
      <w:r>
        <w:rPr>
          <w:b/>
        </w:rPr>
        <w:t xml:space="preserve">8. </w:t>
      </w:r>
      <w: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 указанного в пункте 7 настоящей статьи. (Дополнение пунктом - Федеральный закон от 07.10.2022 № 385-ФЗ)</w:t>
      </w:r>
    </w:p>
    <w:p>
      <w:r>
        <w:rPr>
          <w:b/>
        </w:rPr>
        <w:t xml:space="preserve">9. </w:t>
      </w:r>
      <w:r>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(Дополнение пунктом - Федеральный закон от 07.10.2022 № 385-ФЗ)</w:t>
      </w:r>
    </w:p>
    <w:p>
      <w:r>
        <w:rPr>
          <w:b/>
        </w:rPr>
        <w:t xml:space="preserve">91. </w:t>
      </w:r>
      <w:r>
        <w:t>При проведении электронного аукциона "шаг аукциона" может быть установлен от одного до пяти процентов начальной цены предмета аукциона. (Дополнение пунктом - Федеральный закон от 28.12.2024 № 538-ФЗ)</w:t>
      </w:r>
    </w:p>
    <w:p>
      <w:r>
        <w:rPr>
          <w:b/>
        </w:rPr>
        <w:t xml:space="preserve">10. </w:t>
      </w:r>
      <w: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 (Дополнение пунктом - Федеральный закон от 07.10.2022 № 385-ФЗ)</w:t>
      </w:r>
    </w:p>
    <w:p>
      <w:r>
        <w:rPr>
          <w:b/>
        </w:rPr>
        <w:t xml:space="preserve">11. </w:t>
      </w:r>
      <w: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(Дополнение пунктом - Федеральный закон от 07.10.2022 № 385-ФЗ)</w:t>
      </w:r>
    </w:p>
    <w:p>
      <w:r>
        <w:rPr>
          <w:b/>
        </w:rPr>
        <w:t xml:space="preserve">12. </w:t>
      </w:r>
      <w:r>
        <w:t>Уполномоченный орган обязан в течение пяти дней со дня истечения срока, предусмотренного пунктом 11 настоящей статьи, направить победителю электронного аукциона или иным лицам, с которыми в соответствии с пунктами 13, 14, 20 и 25 статьи 3912 настоящего Кодекса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подписанный проект договора купли-продажи земельного участка, находящегося в государственной или муниципальной собственности, либо подписанный проект договора аренды такого участка. (Дополнение пунктом - Федеральный закон от 07.10.2022 № 385-ФЗ)</w:t>
      </w:r>
    </w:p>
    <w:p>
      <w:r>
        <w:rPr>
          <w:b/>
        </w:rPr>
        <w:t xml:space="preserve">13. </w:t>
      </w:r>
      <w:r>
        <w:t>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 (Дополнение пунктом - Федеральный закон от 07.10.2022 № 385-ФЗ)</w:t>
      </w:r>
    </w:p>
    <w:p>
      <w:r>
        <w:rPr>
          <w:b/>
        </w:rPr>
        <w:t>Статья 39.14. Порядок предоставления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
        <w:rPr>
          <w:b/>
        </w:rPr>
        <w:t xml:space="preserve">1. </w:t>
      </w:r>
      <w:r>
        <w:t>Предоставление земельного участка, находящегося в государственной или муниципальной собственности, осуществляется без проведения торгов в следующем порядке</w:t>
      </w:r>
    </w:p>
    <w:p>
      <w:r>
        <w:rPr>
          <w:b/>
        </w:rPr>
        <w:t xml:space="preserve">2. </w:t>
      </w:r>
      <w:r>
        <w:t>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уполномоченный орган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указанных заявлений, если они подаются в форме электронного документа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
        <w:rPr>
          <w:b/>
        </w:rPr>
        <w:t xml:space="preserve">3. </w:t>
      </w:r>
      <w:r>
        <w:t>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
        <w:rPr>
          <w:b/>
        </w:rPr>
        <w:t xml:space="preserve">4. </w:t>
      </w:r>
      <w:r>
        <w:t>В случаях, предусмотренных подпунктами 4 и 5 статьи 395 настоящего Кодекса,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
        <w:rPr>
          <w:b/>
        </w:rPr>
        <w:t xml:space="preserve">5. </w:t>
      </w:r>
      <w:r>
        <w:t>В случаях, предусмотренных подпунктом 7 пункта 2 статьи 393, подпунктом 11 пункта 2 статьи 396 настоящего Кодекса, заявление о предоставлении земельного участка 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r>
        <w:rPr>
          <w:b/>
        </w:rPr>
        <w:t xml:space="preserve">6. </w:t>
      </w:r>
      <w:r>
        <w:t>В случае, если в соответствии с настоящим Кодексом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 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r>
        <w:rPr>
          <w:b/>
        </w:rPr>
        <w:t xml:space="preserve">7. </w:t>
      </w:r>
      <w:r>
        <w:t>Положения настоящей статьи не применяются в случае</w:t>
      </w:r>
    </w:p>
    <w:p>
      <w:r>
        <w:rPr>
          <w:b/>
        </w:rPr>
        <w:t xml:space="preserve">8. </w:t>
      </w:r>
      <w:r>
        <w:t>(Пункт утратил силу - Федеральный закон от 08.08.2024 № 319-ФЗ)</w:t>
      </w:r>
    </w:p>
    <w:p>
      <w:r>
        <w:rPr>
          <w:b/>
        </w:rPr>
        <w:t xml:space="preserve">9. </w:t>
      </w:r>
      <w:r>
        <w:t>При предоставлении земельных участков в местах традиционного проживания и традиционной хозяйственной деятельности коренных малочисленных народов Российской Федерации для целей, не связанных с их традиционной хозяйственной деятельностью и традиционными промыслами, могут проводиться сходы, референдумы граждан по вопросам предоставления земельных участков для строительства объектов, размещение которых затрагивает законные интересы указанных народов. Предоставление земельных участков осуществляется с учетом результатов данных сходов или референдумов</w:t>
      </w:r>
    </w:p>
    <w:p>
      <w:r>
        <w:rPr>
          <w:b/>
        </w:rPr>
        <w:t xml:space="preserve">10. </w:t>
      </w:r>
      <w:r>
        <w:t>Предоставление земельных участков, находящихся в федеральной собственности, или земельных участков, государственная собственность на которые не разграничена, Государственной компании "Российские автомобильные дороги" осуществляется с учетом особенностей, установленных Федеральным законом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w:t>
      </w:r>
    </w:p>
    <w:p>
      <w:r>
        <w:rPr>
          <w:b/>
        </w:rPr>
        <w:t xml:space="preserve">1. </w:t>
      </w:r>
      <w:r>
        <w:t>подготовка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r>
        <w:rPr>
          <w:b/>
        </w:rPr>
        <w:t xml:space="preserve">1. </w:t>
      </w:r>
      <w:r>
        <w:t>подача в уполномоченный орган гражданином или юридическим лицом заявления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законом "О государственной регистрации недвижимости". 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в уполномоченный орган может обратиться любой правообладатель здания, сооружения, помещения в здании, сооружении; (В редакции Федерального закона от 03.07.2016 № 361-ФЗ) 3) принятие решения о предварительном согласовании предоставления земельного участка в порядке, установленном статьей 3915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законом "О государственной регистрации недвижимости"; (В редакции Федерального закона от 03.07.2016 № 361-ФЗ) 4)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 (В редакции Федерального закона от 29.06.2015 № 206-ФЗ) 5)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
        <w:rPr>
          <w:b/>
        </w:rPr>
        <w:t xml:space="preserve">1. </w:t>
      </w:r>
      <w:r>
        <w:t>подача в уполномоченный орган гражданином или юридическим лицом заявления о предоставлении земельного участка</w:t>
      </w:r>
    </w:p>
    <w:p>
      <w:r>
        <w:rPr>
          <w:b/>
        </w:rPr>
        <w:t xml:space="preserve">1. </w:t>
      </w:r>
      <w:r>
        <w:t>заключение договора купли-продажи, договора аренды земельного участка, договора безвозмездного пользования земельным участком, принятие уполномоченным органом решения о предоставлении земельного участка в собственность бесплатно, в постоянное (бессрочное) пользование</w:t>
      </w:r>
    </w:p>
    <w:p>
      <w:r>
        <w:rPr>
          <w:b/>
        </w:rPr>
        <w:t xml:space="preserve">7. </w:t>
      </w:r>
      <w:r>
        <w:t>предоставления земельных участков в собственность граждан бесплатно в соответствии со статьей 3919 настоящего Кодекса</w:t>
      </w:r>
    </w:p>
    <w:p>
      <w:r>
        <w:rPr>
          <w:b/>
        </w:rPr>
        <w:t xml:space="preserve">7. </w:t>
      </w:r>
      <w:r>
        <w:t>заключения договора купли-продажи или договора аренды земельного участка с лицом, подавшим единственную заявку на участие в аукционе, заявителем, признанным единственным участником аукциона, или единственным принявшем участие в аукционе его участником</w:t>
      </w:r>
    </w:p>
    <w:p>
      <w:r>
        <w:rPr>
          <w:b/>
        </w:rPr>
        <w:t xml:space="preserve">7. </w:t>
      </w:r>
      <w:r>
        <w:t>заключения договора мены земельного участка, находящегося в государственной или муниципальной собственности, и земельного участка, находящегося в частной собственности, в соответствии со статьей 3921 настоящего Кодекса</w:t>
      </w:r>
    </w:p>
    <w:p>
      <w:r>
        <w:rPr>
          <w:b/>
        </w:rPr>
        <w:t xml:space="preserve">7. </w:t>
      </w:r>
      <w:r>
        <w:t>предоставления земельных участков в безвозмездное пользование в виде служебных наделов по решению организации, которой земельный участок предоставлен в постоянное (бессрочное) пользование</w:t>
      </w:r>
    </w:p>
    <w:p>
      <w:r>
        <w:rPr>
          <w:b/>
        </w:rPr>
        <w:t xml:space="preserve">7. </w:t>
      </w:r>
      <w:r>
        <w:t>заключения договора аренды земельного участка, находящегося в государственной или муниципальной собственности и предназначенного для комплексного развития территории, с победителем торгов на право заключения договора о комплексном развитии территории, иным лицом, имеющим право на заключение данного договора в соответствии с Градостроительным кодексом Российской Федерации, либо юридическим лицом, обеспечивающим в соответствии с Градостроительным кодексом Российской Федерации реализацию решения о комплексном развитии территории; (Дополнение подпунктом - Федеральный закон от 21.07.2014 № 224-ФЗ) (В редакции федеральных законов от 30.12.2020 № 494-ФЗ, от 07.10.2022 № 385-ФЗ) 6)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с победителем аукциона на право заключения договора об освоении территории в целях строительства и эксплуатации наемного дома коммерческого использования или договора об освоения территории в целях строительства и эксплуатации наемного дома социального использования либо с иным лицом, имеющим право на заключение данных договоров в соответствии с Градостроительным кодексом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и эксплуатации наемного дома коммерческого использования или договором об освоения территории в целях строительства и эксплуатации наемного дома социального использования; (Дополнение подпунктом - Федеральный закон от 21.07.2014 № 217-ФЗ) 7) предоставления земельных участков гражданам в безвозмездное пользование, аренду, собственность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(Дополнение подпунктом - Федеральный закон от 01.05.2016 № 119-ФЗ) (В редакции Федерального закона от 28.06.2021 № 226-ФЗ)</w:t>
      </w:r>
    </w:p>
    <w:p>
      <w:r>
        <w:rPr>
          <w:b/>
        </w:rPr>
        <w:t>Статья 39.15. Предварительное согласование предоставления земельного участка</w:t>
      </w:r>
    </w:p>
    <w:p>
      <w:r>
        <w:rPr>
          <w:b/>
        </w:rPr>
        <w:t xml:space="preserve">1. </w:t>
      </w:r>
      <w:r>
        <w:t>В заявлении о предварительном согласовании предоставления земельного участка указываются</w:t>
      </w:r>
    </w:p>
    <w:p>
      <w:r>
        <w:rPr>
          <w:b/>
        </w:rPr>
        <w:t xml:space="preserve">2. </w:t>
      </w:r>
      <w:r>
        <w:t>К заявлению о предварительном согласовании предоставления земельного участка прилагаются</w:t>
      </w:r>
    </w:p>
    <w:p>
      <w:r>
        <w:rPr>
          <w:b/>
        </w:rPr>
        <w:t xml:space="preserve">3. </w:t>
      </w:r>
      <w:r>
        <w:t>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пункта 1 настоящей статьи, подано в иной уполномоченный орган или к заявлению не приложены документы, предусмотренные пунктом 2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r>
        <w:rPr>
          <w:b/>
        </w:rPr>
        <w:t xml:space="preserve">4. </w:t>
      </w:r>
      <w:r>
        <w:t>Рассмотрение заявлений о предварительном согласовании предоставления земельных участков осуществляется в порядке их поступления</w:t>
      </w:r>
    </w:p>
    <w:p>
      <w:r>
        <w:rPr>
          <w:b/>
        </w:rPr>
        <w:t xml:space="preserve">5. </w:t>
      </w:r>
      <w:r>
        <w:t>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 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не осуществляется. (В редакции федеральных законов от 03.07.2016 № 361-ФЗ, от 08.08.2024 № 317-ФЗ)</w:t>
      </w:r>
    </w:p>
    <w:p>
      <w:r>
        <w:rPr>
          <w:b/>
        </w:rPr>
        <w:t xml:space="preserve">6. </w:t>
      </w:r>
      <w:r>
        <w:t>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
        <w:rPr>
          <w:b/>
        </w:rPr>
        <w:t xml:space="preserve">7. </w:t>
      </w:r>
      <w:r>
        <w:t>В срок не более чем двадцать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пункте 8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 (В редакции Федерального закона от 05.12.2022 № 509-ФЗ)</w:t>
      </w:r>
    </w:p>
    <w:p>
      <w:r>
        <w:rPr>
          <w:b/>
        </w:rPr>
        <w:t xml:space="preserve">71. </w:t>
      </w:r>
      <w: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предусмотренный пунктом 7 настоящей статьи, может быть продлен не более чем до тридцати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 (Дополнение пунктом - Федеральный закон от 29.07.2017 № 280-ФЗ) (В редакции Федерального закона от 05.12.2022 № 509-ФЗ)</w:t>
      </w:r>
    </w:p>
    <w:p>
      <w:r>
        <w:rPr>
          <w:b/>
        </w:rPr>
        <w:t xml:space="preserve">8. </w:t>
      </w:r>
      <w:r>
        <w:t>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r>
        <w:rPr>
          <w:b/>
        </w:rPr>
        <w:t xml:space="preserve">9. </w:t>
      </w:r>
      <w:r>
        <w:t>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r>
        <w:rPr>
          <w:b/>
        </w:rPr>
        <w:t xml:space="preserve">10. </w:t>
      </w:r>
      <w:r>
        <w:t>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r>
        <w:rPr>
          <w:b/>
        </w:rPr>
        <w:t xml:space="preserve">101. </w:t>
      </w:r>
      <w:r>
        <w:t>В случае, предусмотренном пунктом 10 настоящей статьи,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w:t>
      </w:r>
    </w:p>
    <w:p>
      <w:r>
        <w:rPr>
          <w:b/>
        </w:rPr>
        <w:t xml:space="preserve">11. </w:t>
      </w:r>
      <w:r>
        <w:t>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
        <w:rPr>
          <w:b/>
        </w:rPr>
        <w:t xml:space="preserve">12. </w:t>
      </w:r>
      <w:r>
        <w:t>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
        <w:rPr>
          <w:b/>
        </w:rPr>
        <w:t xml:space="preserve">13. </w:t>
      </w:r>
      <w:r>
        <w:t>В случае, если границы испрашиваемого земельного участка подлежат уточнению в соответствии с Федеральным законом "О государственной регистрации недвижимости", в решении о предварительном согласовании предоставления земельного участка указываются: (В редакции Федерального закона от 03.07.2016 № 361-ФЗ) 1) фамилия, имя и (при наличии) отчество, место жительства заявителя, реквизиты документа, удостоверяющего личность заявителя (для гражданина);</w:t>
      </w:r>
    </w:p>
    <w:p>
      <w:r>
        <w:rPr>
          <w:b/>
        </w:rPr>
        <w:t xml:space="preserve">14. </w:t>
      </w:r>
      <w:r>
        <w:t>Срок действия решения о предварительном согласовании предоставления земельного участка составляет один год. В случае, предусмотренном пунктом 10 настоящей статьи, срок действия такого решения составляет два года. (В редакции Федерального закона от 30.11.2024 № 447-ФЗ)</w:t>
      </w:r>
    </w:p>
    <w:p>
      <w:r>
        <w:rPr>
          <w:b/>
        </w:rPr>
        <w:t xml:space="preserve">15. </w:t>
      </w:r>
      <w:r>
        <w:t>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
        <w:rPr>
          <w:b/>
        </w:rPr>
        <w:t xml:space="preserve">16. </w:t>
      </w:r>
      <w:r>
        <w:t>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статьей 3917 настоящего Кодекса</w:t>
      </w:r>
    </w:p>
    <w:p>
      <w:r>
        <w:rPr>
          <w:b/>
        </w:rPr>
        <w:t xml:space="preserve">17. </w:t>
      </w:r>
      <w:r>
        <w:t>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
        <w:rPr>
          <w:b/>
        </w:rPr>
        <w:t xml:space="preserve">1. </w:t>
      </w:r>
      <w:r>
        <w:t>фамилия, имя и (при наличии) отчество, место жительства заявителя, реквизиты документа, удостоверяющего личность заявителя (для гражданина)</w:t>
      </w:r>
    </w:p>
    <w:p>
      <w:r>
        <w:rPr>
          <w:b/>
        </w:rPr>
        <w:t xml:space="preserve">1. </w:t>
      </w:r>
      <w: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
        <w:rPr>
          <w:b/>
        </w:rPr>
        <w:t xml:space="preserve">1. </w:t>
      </w:r>
      <w:r>
        <w:t>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 (В редакции Федерального закона от 03.07.2016 № 361-ФЗ) 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
        <w:rPr>
          <w:b/>
        </w:rPr>
        <w:t xml:space="preserve">1. </w:t>
      </w:r>
      <w: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(В редакции федеральных законов от 29.06.2015 № 206-ФЗ; от 03.07.2016 № 361-ФЗ) 6)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настоящего Кодекса оснований</w:t>
      </w:r>
    </w:p>
    <w:p>
      <w:r>
        <w:rPr>
          <w:b/>
        </w:rPr>
        <w:t xml:space="preserve">1. </w:t>
      </w:r>
      <w:r>
        <w:t>вид права, на котором заявитель желает приобрести земельный участок, если предоставление земельного участка возможно на нескольких видах прав</w:t>
      </w:r>
    </w:p>
    <w:p>
      <w:r>
        <w:rPr>
          <w:b/>
        </w:rPr>
        <w:t xml:space="preserve">1. </w:t>
      </w:r>
      <w:r>
        <w:t>цель использования земельного участка</w:t>
      </w:r>
    </w:p>
    <w:p>
      <w:r>
        <w:rPr>
          <w:b/>
        </w:rPr>
        <w:t xml:space="preserve">1. </w:t>
      </w:r>
      <w: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
        <w:rPr>
          <w:b/>
        </w:rPr>
        <w:t xml:space="preserve">1. </w:t>
      </w:r>
      <w: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
        <w:rPr>
          <w:b/>
        </w:rPr>
        <w:t xml:space="preserve">1. </w:t>
      </w:r>
      <w:r>
        <w:t>почтовый адрес и (или) адрес электронной почты для связи с заявителем</w:t>
      </w:r>
    </w:p>
    <w:p>
      <w:r>
        <w:rPr>
          <w:b/>
        </w:rPr>
        <w:t xml:space="preserve">2. </w:t>
      </w:r>
      <w:r>
        <w:t>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
        <w:rPr>
          <w:b/>
        </w:rPr>
        <w:t xml:space="preserve">2. </w:t>
      </w:r>
      <w: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
        <w:rPr>
          <w:b/>
        </w:rPr>
        <w:t xml:space="preserve">2. </w:t>
      </w:r>
      <w:r>
        <w:t>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 (В редакции федеральных законов от 29.06.2015 № 206-ФЗ; от 03.08.2018 № 342-ФЗ) 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
        <w:rPr>
          <w:b/>
        </w:rPr>
        <w:t xml:space="preserve">2. </w:t>
      </w:r>
      <w: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
        <w:rPr>
          <w:b/>
        </w:rPr>
        <w:t xml:space="preserve">2. </w:t>
      </w:r>
      <w:r>
        <w:t>реестр членов садоводческого или огороднического некоммерческого товарищества, созданный в соответствии с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 (В редакции Федерального закона от 31.07.2025 № 353-ФЗ)</w:t>
      </w:r>
    </w:p>
    <w:p>
      <w:r>
        <w:rPr>
          <w:b/>
        </w:rPr>
        <w:t xml:space="preserve">8. </w:t>
      </w:r>
      <w: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настоящего Кодекса</w:t>
      </w:r>
    </w:p>
    <w:p>
      <w:r>
        <w:rPr>
          <w:b/>
        </w:rPr>
        <w:t xml:space="preserve">8. </w:t>
      </w:r>
      <w:r>
        <w:t>земельный участок, который предстоит образовать, не может быть предоставлен заявителю по основаниям, указанным в подпунктах 1 - 13, 141 - 19, 22 и 23 статьи 3916 настоящего Кодекса; (В редакции Федерального закона от 03.08.2018 № 342-ФЗ) 3)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настоящего Кодекса. (В редакции Федерального закона от 03.07.2016 № 361-ФЗ)</w:t>
      </w:r>
    </w:p>
    <w:p>
      <w:r>
        <w:rPr>
          <w:b/>
        </w:rPr>
        <w:t xml:space="preserve">9. </w:t>
      </w:r>
      <w:r>
        <w:t>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 (В редакции Федерального закона от 29.06.2015 № 206-ФЗ) 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(В редакции Федерального закона от 29.06.2015 № 206-ФЗ) 3) адрес земельного участка или при отсутствии адреса иное описание местоположения такого земельного участка</w:t>
      </w:r>
    </w:p>
    <w:p>
      <w:r>
        <w:rPr>
          <w:b/>
        </w:rPr>
        <w:t xml:space="preserve">9. </w:t>
      </w:r>
      <w: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(В редакции федеральных законов от 29.06.2015 № 206-ФЗ; от 03.07.2016 № 361-ФЗ) 5) фамилия, имя и (при наличии) отчество, место жительства заявителя, реквизиты документа, удостоверяющего личность заявителя (для гражданина)</w:t>
      </w:r>
    </w:p>
    <w:p>
      <w:r>
        <w:rPr>
          <w:b/>
        </w:rPr>
        <w:t xml:space="preserve">9. </w:t>
      </w:r>
      <w: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
        <w:rPr>
          <w:b/>
        </w:rPr>
        <w:t xml:space="preserve">9. </w:t>
      </w:r>
      <w:r>
        <w:t>наименование органа государственной власти, если заявителем является орган государственной власти</w:t>
      </w:r>
    </w:p>
    <w:p>
      <w:r>
        <w:rPr>
          <w:b/>
        </w:rPr>
        <w:t xml:space="preserve">9. </w:t>
      </w:r>
      <w:r>
        <w:t>наименование органа местного самоуправления, если заявителем является орган местного самоуправления</w:t>
      </w:r>
    </w:p>
    <w:p>
      <w:r>
        <w:rPr>
          <w:b/>
        </w:rPr>
        <w:t xml:space="preserve">9. </w:t>
      </w:r>
      <w:r>
        <w:t>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 (В редакции Федерального закона от 29.06.2015 № 206-ФЗ) 10)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
        <w:rPr>
          <w:b/>
        </w:rPr>
        <w:t xml:space="preserve">9. </w:t>
      </w:r>
      <w:r>
        <w:t>категория земель, к которой относится испрашиваемый земельный участок</w:t>
      </w:r>
    </w:p>
    <w:p>
      <w:r>
        <w:rPr>
          <w:b/>
        </w:rPr>
        <w:t xml:space="preserve">9. </w:t>
      </w:r>
      <w:r>
        <w:t>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 (Дополнение подпунктом - Федеральный закон от 29.07.2017 № 280-ФЗ) 12)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 (В редакции Федерального закона от 30.04.2021 № 120-ФЗ) 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
        <w:rPr>
          <w:b/>
        </w:rPr>
        <w:t xml:space="preserve">10. </w:t>
      </w:r>
      <w:r>
        <w:t>не соответствует видам разрешенного использования земельных участков, установленным для соответствующей территориальной зоны</w:t>
      </w:r>
    </w:p>
    <w:p>
      <w:r>
        <w:rPr>
          <w:b/>
        </w:rPr>
        <w:t xml:space="preserve">10. </w:t>
      </w:r>
      <w:r>
        <w:t>не соответствует категории земель, из которых такой земельный участок подлежит образованию</w:t>
      </w:r>
    </w:p>
    <w:p>
      <w:r>
        <w:rPr>
          <w:b/>
        </w:rPr>
        <w:t xml:space="preserve">10. </w:t>
      </w:r>
      <w:r>
        <w:t>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
        <w:rPr>
          <w:b/>
        </w:rPr>
        <w:t xml:space="preserve">101. </w:t>
      </w:r>
      <w:r>
        <w:t>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r>
        <w:rPr>
          <w:b/>
        </w:rPr>
        <w:t xml:space="preserve">101. </w:t>
      </w:r>
      <w:r>
        <w:t>с заявлением об изменении вида разрешенного использования земельного участка</w:t>
      </w:r>
    </w:p>
    <w:p>
      <w:r>
        <w:rPr>
          <w:b/>
        </w:rPr>
        <w:t xml:space="preserve">101. </w:t>
      </w:r>
      <w:r>
        <w:t>с заявлением о получении разрешения на условно разрешенный вид использования земельного участка</w:t>
      </w:r>
    </w:p>
    <w:p>
      <w:r>
        <w:rPr>
          <w:b/>
        </w:rPr>
        <w:t xml:space="preserve">101. </w:t>
      </w:r>
      <w:r>
        <w:t>с ходатайством о переводе земельного участка из одной категории в другую. (Дополнение пунктом - Федеральный закон от 03.07.2016 № 361-ФЗ)</w:t>
      </w:r>
    </w:p>
    <w:p>
      <w:r>
        <w:rPr>
          <w:b/>
        </w:rPr>
        <w:t xml:space="preserve">13. </w:t>
      </w:r>
      <w: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
        <w:rPr>
          <w:b/>
        </w:rPr>
        <w:t xml:space="preserve">13. </w:t>
      </w:r>
      <w:r>
        <w:t>кадастровый номер и площадь испрашиваемого земельного участка</w:t>
      </w:r>
    </w:p>
    <w:p>
      <w:r>
        <w:rPr>
          <w:b/>
        </w:rPr>
        <w:t xml:space="preserve">13. </w:t>
      </w:r>
      <w:r>
        <w:t>в качестве условия предоставления заявителю испрашиваемого земельного участка уточнение его границ</w:t>
      </w:r>
    </w:p>
    <w:p>
      <w:r>
        <w:rPr>
          <w:b/>
        </w:rPr>
        <w:t xml:space="preserve">13. </w:t>
      </w:r>
      <w:r>
        <w:t>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
        <w:rPr>
          <w:b/>
        </w:rPr>
        <w:t>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w:t>
      </w:r>
    </w:p>
    <w:p>
      <w:r>
        <w:t>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настоящего Кодекса</w:t>
      </w:r>
    </w:p>
    <w:p>
      <w: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(В редакции Федерального закона от 31.07.2025 № 353-ФЗ) 31) (Дополнение подпунктом - Федеральный закон от 29.07.2017 № 217-ФЗ) (Утратил силу - Федеральный закон от 30.12.2020 № 494-ФЗ) 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(В редакции федеральных законов от 03.08.2018 № 340-ФЗ; от 03.08.2018 № 341-ФЗ) 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(В редакции Федерального закона от 03.08.2018 № 341-ФЗ) 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(В редакции федеральных законов от 25.12.2023 № 627-ФЗ, от 22.07.2024 № 194-ФЗ) 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(В редакции федеральных законов от 30.12.2020 № 494-ФЗ, от 22.07.2024 № 194-ФЗ) 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(В редакции федеральных законов от 30.12.2020 № 494-ФЗ, от 22.07.2024 № 194-ФЗ) 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настоящего Кодекса</w:t>
      </w:r>
    </w:p>
    <w:p>
      <w:r>
        <w:t>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 об отказе в проведении этого аукциона по основаниям, предусмотренным пунктом 8 статьи 3911 настоящего Кодекса</w:t>
      </w:r>
    </w:p>
    <w:p>
      <w:r>
        <w:t>в отношении земельного участка, указанного в заявлении о его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 (В редакции федеральных законов от 29.07.2017 № 217-ФЗ, от 14.07.2022 № 312-ФЗ, от 08.08.2024 № 319-ФЗ, от 28.12.2024 № 538-ФЗ, от 31.07.2025 № 353-ФЗ) 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(Дополнение подпунктом - Федеральный закон от 03.08.2018 № 342-ФЗ) 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
    <w:p>
      <w: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настоящего Кодекса; (В редакции федеральных законов от 29.07.2017 № 217-ФЗ, от 31.07.2025 № 353-ФЗ) 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
        <w:t>предоставление земельного участка на заявленном виде прав не допускается</w:t>
      </w:r>
    </w:p>
    <w:p>
      <w:r>
        <w:t>в отношении земельного участка, указанного в заявлении о его предоставлении, не установлен вид разрешенного использования</w:t>
      </w:r>
    </w:p>
    <w:p>
      <w:r>
        <w:t>указанный в заявлении о предоставлении земельного участка земельный участок не отнесен к определенной категории земель</w:t>
      </w:r>
    </w:p>
    <w:p>
      <w: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 (В редакции Федерального закона от 03.07.2016 № 361-ФЗ) 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(В редакции Федерального закона от 29.06.2015 № 206-ФЗ) 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 (Дополнение подпунктом - Федеральный закон от 03.07.2018 № 185-ФЗ)</w:t>
      </w:r>
    </w:p>
    <w:p>
      <w:r>
        <w:rPr>
          <w:b/>
        </w:rPr>
        <w:t>Статья 39.17. Предоставление земельного участка, находящегося в государственной или муниципальной собственности, без проведения торгов</w:t>
      </w:r>
    </w:p>
    <w:p>
      <w:r>
        <w:rPr>
          <w:b/>
        </w:rPr>
        <w:t xml:space="preserve">1. </w:t>
      </w:r>
      <w:r>
        <w:t>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
        <w:rPr>
          <w:b/>
        </w:rPr>
        <w:t xml:space="preserve">2. </w:t>
      </w:r>
      <w:r>
        <w:t>К заявлению о предоставлении земельного участка прилагаются документы, предусмотренные подпунктами 1 и 4 - 6 пункта 2 статьи 3915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(В редакции Федерального закона от 03.07.2016 № 336-ФЗ)</w:t>
      </w:r>
    </w:p>
    <w:p>
      <w:r>
        <w:rPr>
          <w:b/>
        </w:rPr>
        <w:t xml:space="preserve">3. </w:t>
      </w:r>
      <w:r>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пункта 1 настоящей статьи, подано в иной уполномоченный орган или к заявлению не приложены документы, предоставляемые в соответствии с пунктом 2 настоящей статьи. При этом уполномоченным органом должны быть указаны причины возврата заявления о предоставлении земельного участка</w:t>
      </w:r>
    </w:p>
    <w:p>
      <w:r>
        <w:rPr>
          <w:b/>
        </w:rPr>
        <w:t xml:space="preserve">4. </w:t>
      </w:r>
      <w:r>
        <w:t>Рассмотрение заявлений о предоставлении земельного участка осуществляется в порядке их поступления</w:t>
      </w:r>
    </w:p>
    <w:p>
      <w:r>
        <w:rPr>
          <w:b/>
        </w:rPr>
        <w:t xml:space="preserve">5. </w:t>
      </w:r>
      <w:r>
        <w:t>В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статьей 3916 настоящего Кодекса, и по результатам указанных рассмотрения и проверки совершает одно из следующих действий: (В редакции Федерального закона от 05.12.2022 № 509-ФЗ) 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
        <w:rPr>
          <w:b/>
        </w:rPr>
        <w:t xml:space="preserve">6. </w:t>
      </w:r>
      <w:r>
        <w:t>Проекты договоров и решения, указанные в подпунктах 1 и 2 пункта 5 настоящей статьи, выдаются заявителю или направляются ему по адресу, содержащемуся в его заявлении о предоставлении земельного участка</w:t>
      </w:r>
    </w:p>
    <w:p>
      <w:r>
        <w:rPr>
          <w:b/>
        </w:rPr>
        <w:t xml:space="preserve">7. </w:t>
      </w:r>
      <w:r>
        <w:t>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
        <w:rPr>
          <w:b/>
        </w:rPr>
        <w:t xml:space="preserve">1. </w:t>
      </w:r>
      <w:r>
        <w:t>фамилия, имя, отчество, место жительства заявителя и реквизиты документа, удостоверяющего личность заявителя (для гражданина)</w:t>
      </w:r>
    </w:p>
    <w:p>
      <w:r>
        <w:rPr>
          <w:b/>
        </w:rPr>
        <w:t xml:space="preserve">1. </w:t>
      </w:r>
      <w: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
        <w:rPr>
          <w:b/>
        </w:rPr>
        <w:t xml:space="preserve">1. </w:t>
      </w:r>
      <w:r>
        <w:t>кадастровый номер испрашиваемого земельного участка</w:t>
      </w:r>
    </w:p>
    <w:p>
      <w:r>
        <w:rPr>
          <w:b/>
        </w:rPr>
        <w:t xml:space="preserve">1. </w:t>
      </w:r>
      <w: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настоящего Кодекса оснований</w:t>
      </w:r>
    </w:p>
    <w:p>
      <w:r>
        <w:rPr>
          <w:b/>
        </w:rPr>
        <w:t xml:space="preserve">1. </w:t>
      </w:r>
      <w: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
        <w:rPr>
          <w:b/>
        </w:rPr>
        <w:t xml:space="preserve">1. </w:t>
      </w:r>
      <w: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
        <w:rPr>
          <w:b/>
        </w:rPr>
        <w:t xml:space="preserve">1. </w:t>
      </w:r>
      <w:r>
        <w:t>цель использования земельного участка</w:t>
      </w:r>
    </w:p>
    <w:p>
      <w:r>
        <w:rPr>
          <w:b/>
        </w:rPr>
        <w:t xml:space="preserve">1. </w:t>
      </w:r>
      <w: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
        <w:rPr>
          <w:b/>
        </w:rPr>
        <w:t xml:space="preserve">1. </w:t>
      </w:r>
      <w: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
        <w:rPr>
          <w:b/>
        </w:rPr>
        <w:t xml:space="preserve">1. </w:t>
      </w:r>
      <w:r>
        <w:t>почтовый адрес и (или) адрес электронной почты для связи с заявителем</w:t>
      </w:r>
    </w:p>
    <w:p>
      <w:r>
        <w:rPr>
          <w:b/>
        </w:rPr>
        <w:t xml:space="preserve">5. </w:t>
      </w:r>
      <w:r>
        <w:t>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
        <w:rPr>
          <w:b/>
        </w:rPr>
        <w:t xml:space="preserve">5. </w:t>
      </w:r>
      <w:r>
        <w:t>принимает решение об отказе в предоставлении земельного участка при наличии хотя бы одного из оснований, предусмотренных статьей 3916 настоящего Кодекса, и направляет принятое решение заявителю. В указанном решении должны быть указаны все основания отказа</w:t>
      </w:r>
    </w:p>
    <w:p>
      <w:r>
        <w:rPr>
          <w:b/>
        </w:rPr>
        <w:t>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r>
        <w:t>(Наименование в редакции федеральных законов от 29.07.2017 № 217-ФЗ, от 14.07.2022 № 312-ФЗ, от 08.08.2024 № 319-ФЗ)</w:t>
      </w:r>
    </w:p>
    <w:p>
      <w:r>
        <w:rPr>
          <w:b/>
        </w:rPr>
        <w:t xml:space="preserve">1. </w:t>
      </w:r>
      <w:r>
        <w:t>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уполномоченный орган в срок, не превышающий двадцати дней с даты поступления любого из этих заявлений, совершает одно из следующих действий: (В редакции федеральных законов от 29.07.2017 № 217-ФЗ, от 14.07.2022 № 312-ФЗ, от 05.12.2022 № 509-ФЗ, от 08.08.2024 № 319-ФЗ) 1) размещает извещение о предоставлении земельного участка для указанных целей (далее в настоящей статье - извещение) на официальном сайте уполномоченного органа, на официальном сайте; (В редакции Федерального закона от 28.12.2024 № 538-ФЗ) 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пунктом 8 статьи 3915 или статьей 3916 настоящего Кодекса</w:t>
      </w:r>
    </w:p>
    <w:p>
      <w:r>
        <w:rPr>
          <w:b/>
        </w:rPr>
        <w:t xml:space="preserve">2. </w:t>
      </w:r>
      <w:r>
        <w:t>В извещении указываются</w:t>
      </w:r>
    </w:p>
    <w:p>
      <w:r>
        <w:rPr>
          <w:b/>
        </w:rPr>
        <w:t xml:space="preserve">3. </w:t>
      </w:r>
      <w:r>
        <w:t>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
        <w:rPr>
          <w:b/>
        </w:rPr>
        <w:t xml:space="preserve">4. </w:t>
      </w:r>
      <w:r>
        <w:t>Граждане, которые заинтересованы в приобретении прав на испрашиваемый земельный участок, могут подавать заявления о намерении участвовать в аукционе в течение тридцати дней со дня размещения извещения на официальном сайте. (В редакции федеральных законов от 08.08.2024 № 319-ФЗ, от 28.12.2024 № 538-ФЗ)</w:t>
      </w:r>
    </w:p>
    <w:p>
      <w:r>
        <w:rPr>
          <w:b/>
        </w:rPr>
        <w:t xml:space="preserve">5. </w:t>
      </w:r>
      <w:r>
        <w:t>Если по истечении тридцати дней со дня размещения извещения на официальном сайте заявления иных граждан о намерении участвовать в аукционе не поступили, уполномоченный орган в срок не позднее десяти дней совершает одно из следующих действий: (В редакции федеральных законов от 05.12.2022 № 509-ФЗ, от 08.08.2024 № 319-ФЗ, от 28.12.2024 № 538-ФЗ) 1) осуществляет подготовку проекта договора купли-продажи или проекта договора аренды земельного участка в двух экземплярах, их подписание и направление заявителю при условии, что не требуется образование или уточнение границ испрашиваемого земельного участка; (В редакции Федерального закона от 28.12.2024 № 538-ФЗ) 2) принимает решение о предварительном согласовании предоставления земельного участка в соответствии со статьей 3915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государственной регистрации недвижимости", и направляет указанное решение заявителю.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принятия указанного решения может быть продлен не более чем до тридцати пяти дней со дня поступления заявления о предварительном согласовании предоставления земельного участка. Об отсутствии заявлений иных граждан, поступивших в срок, указанный в абзаце первом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 (В редакции федеральных законов от 29.07.2017 № 280-ФЗ, от 05.12.2022 № 509-ФЗ, от 08.08.2024 № 319-ФЗ)</w:t>
      </w:r>
    </w:p>
    <w:p>
      <w:r>
        <w:rPr>
          <w:b/>
        </w:rPr>
        <w:t xml:space="preserve">6. </w:t>
      </w:r>
      <w:r>
        <w:t>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статьей 3917 настоящего Кодекса</w:t>
      </w:r>
    </w:p>
    <w:p>
      <w:r>
        <w:rPr>
          <w:b/>
        </w:rPr>
        <w:t xml:space="preserve">7. </w:t>
      </w:r>
      <w:r>
        <w:t>В случае поступления в течение тридцати дней со дня размещения извещения на официальном сайте заявлений иных граждан о намерении участвовать в аукционе уполномоченный орган в недельный срок со дня поступления этих заявлений принимает решение: (В редакции федеральных законов от 08.08.2024 № 319-ФЗ, от 28.12.2024 № 538-ФЗ) 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
        <w:rPr>
          <w:b/>
        </w:rPr>
        <w:t xml:space="preserve">71. </w:t>
      </w:r>
      <w:r>
        <w:t>В случае, предусмотренном пунктом 7 настоящей статьи, уполномоченный орган принимает решение о проведении аукциона по продаже земельного участка или аукциона на право заключения договора аренды земельного участка в зависимости от указанного в заявлении о предварительном согласовании предоставления земельного участка или в заявлении о предоставлении земельного участка вида права, на котором заявитель, указанный в пункте 1 настоящей статьи, желает приобрести земельный участок. (Дополнение пунктом - Федеральный закон от 28.12.2024 № 538-ФЗ)</w:t>
      </w:r>
    </w:p>
    <w:p>
      <w:r>
        <w:rPr>
          <w:b/>
        </w:rPr>
        <w:t xml:space="preserve">8. </w:t>
      </w:r>
      <w:r>
        <w:t>Положения настоящей статьи не применяются при предоставлении земельных участков гражданам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 в случае, если</w:t>
      </w:r>
    </w:p>
    <w:p>
      <w:r>
        <w:rPr>
          <w:b/>
        </w:rPr>
        <w:t xml:space="preserve">2. </w:t>
      </w:r>
      <w:r>
        <w:t>информация о возможности предоставления земельного участка с указанием целей этого предоставления</w:t>
      </w:r>
    </w:p>
    <w:p>
      <w:r>
        <w:rPr>
          <w:b/>
        </w:rPr>
        <w:t xml:space="preserve">2. </w:t>
      </w:r>
      <w:r>
        <w:t>информация о праве граждан, заинтересованных в предоставлении земельного участка для указанных в пункте 1 настоящей статьи целей, в течение тридцати дней со дня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 (В редакции федеральных законов от 08.08.2024 № 319-ФЗ, от 28.12.2024 № 538-ФЗ) 3) адрес и способы подачи заявлений, указанных в подпункте 2 настоящего пункта; (В редакции Федерального закона от 05.12.2022 № 509-ФЗ) 4) дата окончания приема указанных в подпункте 2 настоящего пункта заявлений, которая устанавливается в соответствии с подпунктом 2 настоящего пункта</w:t>
      </w:r>
    </w:p>
    <w:p>
      <w:r>
        <w:rPr>
          <w:b/>
        </w:rPr>
        <w:t xml:space="preserve">2. </w:t>
      </w:r>
      <w:r>
        <w:t>адрес или иное описание местоположения земельного участка</w:t>
      </w:r>
    </w:p>
    <w:p>
      <w:r>
        <w:rPr>
          <w:b/>
        </w:rPr>
        <w:t xml:space="preserve">2. </w:t>
      </w:r>
      <w:r>
        <w:t>кадастровый номер и площадь земельного участка в соответствии с данными Единого государственного реестра недвижимости, за исключением случаев, если испрашиваемый земельный участок предстоит образовать; (В редакции Федерального закона от 28.12.2024 № 538-ФЗ) 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
        <w:rPr>
          <w:b/>
        </w:rPr>
        <w:t xml:space="preserve">2. </w:t>
      </w:r>
      <w:r>
        <w:t>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
        <w:rPr>
          <w:b/>
        </w:rPr>
        <w:t xml:space="preserve">2. </w:t>
      </w:r>
      <w:r>
        <w:t>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
        <w:rPr>
          <w:b/>
        </w:rPr>
        <w:t xml:space="preserve">7. </w:t>
      </w:r>
      <w:r>
        <w:t>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уполномоченный орган в срок не позднее четырех месяцев со дня принятия такого решения обеспечивает образование испрашиваемого земельного участка или уточнение его границ,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 и обеспечивает опубликование извещения о проведении аукциона. (В редакции Федерального закона от 28.12.2024 № 538-ФЗ)</w:t>
      </w:r>
    </w:p>
    <w:p>
      <w:r>
        <w:rPr>
          <w:b/>
        </w:rPr>
        <w:t xml:space="preserve">8. </w:t>
      </w:r>
      <w:r>
        <w:t>у таких граждан в соответствии с законодательством Российской Федерации имеется право на предоставление земельных участков для указанных целей (в том числе право на первоочередное или внеочередное предоставление земельного участка), на которых отсутствуют здания, сооружения, объекты незавершенного строительства, без проведения торгов в собственность бесплатно, в аренду или безвозмездное пользование и при этом они обратились в уполномоченный орган с заявлением о предварительном согласовании предоставления земельного участка или с заявлением о предоставлении земельного участка без проведения торгов</w:t>
      </w:r>
    </w:p>
    <w:p>
      <w:r>
        <w:rPr>
          <w:b/>
        </w:rPr>
        <w:t xml:space="preserve">8. </w:t>
      </w:r>
      <w:r>
        <w:t>такие граждане являются собственниками зданий, сооружений, обладающими правом на предоставление земельного участка в соответствии с подпунктами 4 и 5 статьи 395 или со статьей 3920 настоящего Кодекса</w:t>
      </w:r>
    </w:p>
    <w:p>
      <w:r>
        <w:rPr>
          <w:b/>
        </w:rPr>
        <w:t xml:space="preserve">8. </w:t>
      </w:r>
      <w:r>
        <w:t>такие граждане являются арендаторами указанных земельных участков и имеют право на заключение новых договоров аренды указанных земельных участков в соответствии с пунктами 3 и 4 статьи 396 настоящего Кодекса</w:t>
      </w:r>
    </w:p>
    <w:p>
      <w:r>
        <w:rPr>
          <w:b/>
        </w:rPr>
        <w:t xml:space="preserve">8. </w:t>
      </w:r>
      <w:r>
        <w:t>такие граждане являются собственниками объектов незавершенного строительства, обладающими правом на предоставление земельного участка в соответствии с пунктом 5 статьи 396 настоящего Кодекса</w:t>
      </w:r>
    </w:p>
    <w:p>
      <w:r>
        <w:rPr>
          <w:b/>
        </w:rPr>
        <w:t xml:space="preserve">8. </w:t>
      </w:r>
      <w:r>
        <w:t>такие граждане являются членами садоводческих некоммерческих товариществ, которым в соответствии с подпунктом 3 пункта 2 статьи 393 и подпунктом 7 пункта 2 статьи 396 настоящего Кодекса или другими федеральными законами садовые земельные участки предоставляются без проведения торгов. (Дополнение пунктом - Федеральный закон от 08.08.2024 № 319-ФЗ)</w:t>
      </w:r>
    </w:p>
    <w:p>
      <w:r>
        <w:rPr>
          <w:b/>
        </w:rPr>
        <w:t>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w:t>
      </w:r>
    </w:p>
    <w:p>
      <w:r>
        <w:rPr>
          <w:b/>
        </w:rPr>
        <w:t xml:space="preserve">1. </w:t>
      </w:r>
      <w: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подпунктах 6 и 7 статьи 395 настоящего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подпунктах 6 и 7 статьи 395 настоящего Кодекса, этот гражданин вправе получить бесплатно в собственность земельный участок по одному из указанных оснований</w:t>
      </w:r>
    </w:p>
    <w:p>
      <w:r>
        <w:rPr>
          <w:b/>
        </w:rPr>
        <w:t xml:space="preserve">2. </w:t>
      </w:r>
      <w:r>
        <w:t>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подпунктах 6 и 7 статьи 395 настоящего Кодекса,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w:t>
      </w:r>
    </w:p>
    <w:p>
      <w:r>
        <w:rPr>
          <w:b/>
        </w:rPr>
        <w:t xml:space="preserve">3. </w:t>
      </w:r>
      <w:r>
        <w:t>При предоставлении земельного участка в собственность бесплатно гражданину положения пункта 1 настоящей статьи об однократном предоставлении гражданам земельных участков не применяются, если земельный участок, ранее предоставленный гражданину в собственность бесплатно по основаниям, указанным в подпунктах 6 и 7 статьи 395 настоящего Кодекса, не может использоваться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законодательством. (Дополнение пунктом - Федеральный закон от 20.03.2025 № 35-ФЗ)</w:t>
      </w:r>
    </w:p>
    <w:p>
      <w:r>
        <w:rPr>
          <w:b/>
        </w:rPr>
        <w:t>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w:t>
      </w:r>
    </w:p>
    <w:p>
      <w:r>
        <w:rPr>
          <w:b/>
        </w:rPr>
        <w:t xml:space="preserve">1. </w:t>
      </w:r>
      <w:r>
        <w:t>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
        <w:rPr>
          <w:b/>
        </w:rPr>
        <w:t xml:space="preserve">11. </w:t>
      </w:r>
      <w:r>
        <w:t>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статьей 3936 настоящего Кодекса. (Дополнение пунктом - Федеральный закон от 03.08.2018 № 341-ФЗ)</w:t>
      </w:r>
    </w:p>
    <w:p>
      <w:r>
        <w:rPr>
          <w:b/>
        </w:rPr>
        <w:t xml:space="preserve">2. </w:t>
      </w:r>
      <w:r>
        <w:t>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
        <w:rPr>
          <w:b/>
        </w:rPr>
        <w:t xml:space="preserve">3. </w:t>
      </w:r>
      <w:r>
        <w:t>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r>
        <w:rPr>
          <w:b/>
        </w:rPr>
        <w:t xml:space="preserve">4. </w:t>
      </w:r>
      <w:r>
        <w:t>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
        <w:rPr>
          <w:b/>
        </w:rPr>
        <w:t xml:space="preserve">5. </w:t>
      </w:r>
      <w:r>
        <w:t>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основании сервитута, публичного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на подачу ходатайства в целях установления публичного сервитута в указанных целях, совместно обращаются в уполномоченный орган. (В редакции Федерального закона от 03.08.2018 № 341-ФЗ)</w:t>
      </w:r>
    </w:p>
    <w:p>
      <w:r>
        <w:rPr>
          <w:b/>
        </w:rPr>
        <w:t xml:space="preserve">6. </w:t>
      </w:r>
      <w:r>
        <w:t>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 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 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r>
        <w:rPr>
          <w:b/>
        </w:rPr>
        <w:t xml:space="preserve">7. </w:t>
      </w:r>
      <w:r>
        <w:t>В течение трех месяцев со дня представления в уполномоченный орган договора аренды земельного участка, подписанного в соответствии с пунктом 6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r>
        <w:rPr>
          <w:b/>
        </w:rPr>
        <w:t xml:space="preserve">8. </w:t>
      </w:r>
      <w:r>
        <w:t>Уполномоченный орган вправе обратиться в суд с иском о понуждении указанных в пунктах 1 - 4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 (В редакции Федерального закона от 03.08.2018 № 341-ФЗ)</w:t>
      </w:r>
    </w:p>
    <w:p>
      <w:r>
        <w:rPr>
          <w:b/>
        </w:rPr>
        <w:t xml:space="preserve">9. </w:t>
      </w:r>
      <w:r>
        <w:t>Договор аренды земельного участка в случаях, предусмотренных пунктами 2 - 4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r>
        <w:rPr>
          <w:b/>
        </w:rPr>
        <w:t xml:space="preserve">10. </w:t>
      </w:r>
      <w:r>
        <w:t>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пунктами 2 - 4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r>
        <w:rPr>
          <w:b/>
        </w:rPr>
        <w:t xml:space="preserve">11. </w:t>
      </w:r>
      <w:r>
        <w:t>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 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r>
        <w:rPr>
          <w:b/>
        </w:rPr>
        <w:t xml:space="preserve">12. </w:t>
      </w:r>
      <w:r>
        <w:t>До установления сервитута, указанного в пункте 11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r>
        <w:rPr>
          <w:b/>
        </w:rPr>
        <w:t xml:space="preserve">13. </w:t>
      </w:r>
      <w:r>
        <w:t>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r>
        <w:rPr>
          <w:b/>
        </w:rPr>
        <w:t xml:space="preserve">14. </w:t>
      </w:r>
      <w:r>
        <w:t>Исключительное право на приобретение в собственность земельного участка, находящегося в государственной или муниципальной собственности, на котором расположен объект культурного наследия, приватизированный путем продажи на конкурсе в соответствии с Федеральным законом от 21 декабря 2001 года № 178-ФЗ "О приватизации государственного и муниципального имущества", возникает у собственника такого объекта после выполнения условий конкурса по продаже такого объекта, которое подтверждается актом приемки выполненных работ по сохранению объекта культурного наследия. (Дополнение пунктом - Федеральный закон от 24.07.2023 № 370-ФЗ)</w:t>
      </w:r>
    </w:p>
    <w:p>
      <w:r>
        <w:rPr>
          <w:b/>
        </w:rPr>
        <w:t xml:space="preserve">15. </w:t>
      </w:r>
      <w:r>
        <w:t>Положения настоящей статьи применяются также к собственникам машино-мест, нежилых помещений, расположенных в гаражных комплексах. (Дополнение пунктом - Федеральный закон от 24.07.2023 № 338-ФЗ)</w:t>
      </w:r>
    </w:p>
    <w:p>
      <w:pPr>
        <w:pStyle w:val="Heading3"/>
      </w:pPr>
      <w:r>
        <w:t>2. ОБМЕН ЗЕМЕЛЬНОГО УЧАСТКА, НАХОДЯЩЕГОСЯ В ГОСУДАРСТВЕННОЙ ИЛИ МУНИЦИПАЛЬНОЙ СОБСТВЕННОСТИ, НА ЗЕМЕЛЬНЫЙ УЧАСТОК, НАХОДЯЩИЙСЯ В ЧАСТНОЙ СОБСТВЕННОСТИ</w:t>
      </w:r>
    </w:p>
    <w:p>
      <w:r>
        <w:rPr>
          <w:b/>
        </w:rPr>
        <w:t>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w:t>
      </w:r>
    </w:p>
    <w:p>
      <w:r>
        <w:t>Обмен земельного участка, находящегося в государственной или муниципальной собственности, на земельный участок, находящийся в частной собственности, допускается при обмене</w:t>
      </w:r>
    </w:p>
    <w:p>
      <w:r>
        <w:t>земельного участка, находящегося в государственной или муниципальной собственности, на земельный участок, находящийся в частной собственности и изымаемый для государственных или муниципальных нужд</w:t>
      </w:r>
    </w:p>
    <w:p>
      <w:r>
        <w:t>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объектов инженерной и транспортной инфраструктур или на котором расположены указанные объекты; (В редакции Федерального закона от 26.12.2024 № 494-ФЗ) 3)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объекта социальной инфраструктуры, в том числе если размещение указанного объекта необходимо для соблюдения нормативов градостроительного проектирования и при этом не предусмотрено утвержденными проектом планировки территории и проектом межевания территории; (Дополнение подпунктом - Федеральный закон от 26.12.2024 № 494-ФЗ) 4)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объектов или реализации масштабных инвестиционных проектов, указанных в подпунктах 2 и 3 пункта 2 статьи 396 настоящего Кодекса. (Дополнение подпунктом - Федеральный закон от 26.12.2024 № 494-ФЗ)</w:t>
      </w:r>
    </w:p>
    <w:p>
      <w:r>
        <w:rPr>
          <w:b/>
        </w:rPr>
        <w:t>Статья 39.22. Условия договора мены земельного участка, находящегося в государственной или муниципальной собственности, на земельный участок, находящийся в частной собственности</w:t>
      </w:r>
    </w:p>
    <w:p>
      <w:r>
        <w:rPr>
          <w:b/>
        </w:rPr>
        <w:t xml:space="preserve">1. </w:t>
      </w:r>
      <w:r>
        <w:t>Здания, сооружения, расположенные на земельных участках, являющихся предметом договора мены, также должны быть предметом этого договора мены</w:t>
      </w:r>
    </w:p>
    <w:p>
      <w:r>
        <w:rPr>
          <w:b/>
        </w:rPr>
        <w:t xml:space="preserve">2. </w:t>
      </w:r>
      <w:r>
        <w:t>В случае, если земельный участок и расположенные на нем объекты социальной, инженерной и транспортной инфраструктур находятся в частной собственности одного лица, договор мены может предусматривать безвозмездную передачу в государственную или муниципальную собственность указанных объектов</w:t>
      </w:r>
    </w:p>
    <w:p>
      <w:r>
        <w:rPr>
          <w:b/>
        </w:rPr>
        <w:t xml:space="preserve">3. </w:t>
      </w:r>
      <w:r>
        <w:t>Различие видов разрешенного использования земельных участков не является препятствием для заключения договора мены таких земельных участков</w:t>
      </w:r>
    </w:p>
    <w:p>
      <w:r>
        <w:rPr>
          <w:b/>
        </w:rPr>
        <w:t xml:space="preserve">4. </w:t>
      </w:r>
      <w:r>
        <w:t>При заключении договора мены земельных участков в соответствии с настоящей статьей земельные участки и расположенные на них объекты недвижимого имущества, за исключением объектов недвижимого имущества, передаваемых безвозмездно в государственную или муниципальную собственность,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w:t>
      </w:r>
    </w:p>
    <w:p>
      <w:r>
        <w:rPr>
          <w:b/>
        </w:rPr>
        <w:t xml:space="preserve">5. </w:t>
      </w:r>
      <w:r>
        <w:t>При заключении договора мены земельных участков в соответствии с настоящей статьей цена обмениваемых земельных участков, в том числе с расположенными на них объектами недвижимого имущества (за исключением объектов недвижимого имущества, передаваемых безвозмездно в государственную или муниципальную собственность), должна быть равнозначной, за исключением случая, предусмотренного пунктом 6 настоящей статьи</w:t>
      </w:r>
    </w:p>
    <w:p>
      <w:r>
        <w:rPr>
          <w:b/>
        </w:rPr>
        <w:t xml:space="preserve">6. </w:t>
      </w:r>
      <w:r>
        <w:t>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месяцев со дня перехода права собственности на изъятый земельный участок</w:t>
      </w:r>
    </w:p>
    <w:p>
      <w:r>
        <w:rPr>
          <w:b/>
        </w:rPr>
        <w:t xml:space="preserve">7. </w:t>
      </w:r>
      <w:r>
        <w:t>При заключении договора мены земельных участков в соответствии с настоящей статьей может осуществляться обмен одного или нескольких земельных участков, находящихся в государственной или муниципальной собственности, на один или несколько земельных участков, находящихся в частной собственности, при соблюдении требований настоящей статьи. (Дополнение пунктом - Федеральный закон от 26.12.2024 № 494-ФЗ)</w:t>
      </w:r>
    </w:p>
    <w:p>
      <w:pPr>
        <w:pStyle w:val="Heading3"/>
      </w:pPr>
      <w:r>
        <w:t>3. УСТАНОВЛЕНИЕ СЕРВИТУТА В ОТНОШЕНИИ ЗЕМЕЛЬНОГО УЧАСТКА, НАХОДЯЩЕГОСЯ В ГОСУДАРСТВЕННОЙ ИЛИ МУНИЦИПАЛЬНОЙ СОБСТВЕННОСТИ</w:t>
      </w:r>
    </w:p>
    <w:p>
      <w:r>
        <w:rPr>
          <w:b/>
        </w:rPr>
        <w:t>Статья 39.23. Основания для установления сервитута в отношении земельного участка, находящегося в государственной или муниципальной собственности</w:t>
      </w:r>
    </w:p>
    <w:p>
      <w:r>
        <w:t>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законодательством, настоящим Кодексом, другими федеральными законами, и, в частности, в следующих случаях</w:t>
      </w:r>
    </w:p>
    <w:p>
      <w:r>
        <w:t>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
        <w:t>проведение изыскательских работ</w:t>
      </w:r>
    </w:p>
    <w:p>
      <w:r>
        <w:t>осуществление пользования недрами. (В редакции Федерального закона от 04.08.2023 № 430-ФЗ)</w:t>
      </w:r>
    </w:p>
    <w:p>
      <w:r>
        <w:rPr>
          <w:b/>
        </w:rPr>
        <w:t>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w:t>
      </w:r>
    </w:p>
    <w:p>
      <w:r>
        <w:rPr>
          <w:b/>
        </w:rPr>
        <w:t xml:space="preserve">1. </w:t>
      </w:r>
      <w:r>
        <w:t>В случае, если находящийся в государственной или муниципальной собственности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настоящей статьей или договором аренды либо договором безвозмездного пользования не предусмотрено иное. (В редакции Федерального закона от 13.07.2015 № 252-ФЗ)</w:t>
      </w:r>
    </w:p>
    <w:p>
      <w:r>
        <w:rPr>
          <w:b/>
        </w:rPr>
        <w:t xml:space="preserve">2. </w:t>
      </w:r>
      <w:r>
        <w:t>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исполнительного органа субъекта Российской Федерации, органа местного самоуправления, в ведении которых находятся эти предприятие, учреждение. (В редакции федеральных законов от 13.07.2015 № 252-ФЗ, от 08.08.2024 № 232-ФЗ)</w:t>
      </w:r>
    </w:p>
    <w:p>
      <w:r>
        <w:rPr>
          <w:b/>
        </w:rPr>
        <w:t xml:space="preserve">3. </w:t>
      </w:r>
      <w:r>
        <w:t>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уполномоченный орган уведомление о заключении указанного соглашения</w:t>
      </w:r>
    </w:p>
    <w:p>
      <w:r>
        <w:rPr>
          <w:b/>
        </w:rPr>
        <w:t xml:space="preserve">4. </w:t>
      </w:r>
      <w:r>
        <w:t>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r>
        <w:rPr>
          <w:b/>
        </w:rPr>
        <w:t xml:space="preserve">5. </w:t>
      </w:r>
      <w:r>
        <w:t>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p>
      <w:r>
        <w:rPr>
          <w:b/>
        </w:rPr>
        <w:t>Статья 39.25. Соглашение об установлении сервитута в отношении земельного участка, находящегося в государственной или муниципальной собственности</w:t>
      </w:r>
    </w:p>
    <w:p>
      <w:r>
        <w:rPr>
          <w:b/>
        </w:rPr>
        <w:t xml:space="preserve">1. </w:t>
      </w:r>
      <w:r>
        <w:t>Соглашение об установлении сервитута в отношении земельного участка, находящегося в государственной или муниципальной собственности, должно содержать</w:t>
      </w:r>
    </w:p>
    <w:p>
      <w:r>
        <w:rPr>
          <w:b/>
        </w:rPr>
        <w:t xml:space="preserve">2. </w:t>
      </w:r>
      <w:r>
        <w:t>Если иное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w:t>
      </w:r>
    </w:p>
    <w:p>
      <w:r>
        <w:rPr>
          <w:b/>
        </w:rPr>
        <w:t xml:space="preserve">3. </w:t>
      </w:r>
      <w:r>
        <w:t>Плата по соглашению об установлении сервитута в отношении земельного участка, находящегося в государственной или муниципальной собственности, поступает землепользователю, землевладельцу, арендатору земельного участка, с которыми заключено соглашение об установлении сервитута, за исключением случаев, предусмотренных настоящим пунктом. В случае, если соглашение об установлении сервитута заключено с уполномоченным органом, государственным или муниципальным предприятием, государственным или муниципальным учреждением, плата по этому соглашению вносится, поступает и зачисляется в соответствующие бюджеты бюджетной системы Российской Федерации</w:t>
      </w:r>
    </w:p>
    <w:p>
      <w:r>
        <w:rPr>
          <w:b/>
        </w:rPr>
        <w:t xml:space="preserve">4. </w:t>
      </w:r>
      <w:r>
        <w:t>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
    <w:p>
      <w:r>
        <w:rPr>
          <w:b/>
        </w:rPr>
        <w:t xml:space="preserve">5. </w:t>
      </w:r>
      <w:r>
        <w:t>Подготовка документов, необходимых для заключения соглашения об установлении сервитута в отношении земельных участков, находящихся в государственной или муниципальной собственности, в том числе документов, необходимых для осуществления государственного кадастрового учета части земельного участка, в отношении которого устанавливается сервитут, а также для государственной регистрации ограничения (обременения), может осуществляться публично-правовой компанией "Роскадастр" на условиях, предусмотренных соглашением, заключенным в соответствии с частями 6 и 7 статьи 4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указанного соглашения. На основании данного соглашения публично-правовой компании "Роскадастр" не могут передаваться полномочия лиц, указанных в статье 3924 настоящего Кодекса, на заключение соглашения об установлении сервитута. (Дополнение пунктом - Федеральный закон от 31.07.2025 № 344-ФЗ)</w:t>
      </w:r>
    </w:p>
    <w:p>
      <w:r>
        <w:rPr>
          <w:b/>
        </w:rPr>
        <w:t xml:space="preserve">1. </w:t>
      </w:r>
      <w:r>
        <w:t>кадастровый номер земельного участка, в отношении которого предполагается установить сервитут</w:t>
      </w:r>
    </w:p>
    <w:p>
      <w:r>
        <w:rPr>
          <w:b/>
        </w:rPr>
        <w:t xml:space="preserve">1. </w:t>
      </w:r>
      <w:r>
        <w:t>учетный номер части земельного участка, применительно к которой устанавливается сервитут, за исключением случая установления сервитута в отношении всего земельного участка или случая, предусмотренного пунктом 4 настоящей статьи</w:t>
      </w:r>
    </w:p>
    <w:p>
      <w:r>
        <w:rPr>
          <w:b/>
        </w:rPr>
        <w:t xml:space="preserve">1. </w:t>
      </w:r>
      <w:r>
        <w:t>сведения о сторонах соглашения</w:t>
      </w:r>
    </w:p>
    <w:p>
      <w:r>
        <w:rPr>
          <w:b/>
        </w:rPr>
        <w:t xml:space="preserve">1. </w:t>
      </w:r>
      <w:r>
        <w:t>цели и основания установления сервитута</w:t>
      </w:r>
    </w:p>
    <w:p>
      <w:r>
        <w:rPr>
          <w:b/>
        </w:rPr>
        <w:t xml:space="preserve">1. </w:t>
      </w:r>
      <w:r>
        <w:t>срок действия сервитута</w:t>
      </w:r>
    </w:p>
    <w:p>
      <w:r>
        <w:rPr>
          <w:b/>
        </w:rPr>
        <w:t xml:space="preserve">1. </w:t>
      </w:r>
      <w:r>
        <w:t>размер платы, определяемой в соответствии с пунктом 2 настоящей статьи</w:t>
      </w:r>
    </w:p>
    <w:p>
      <w:r>
        <w:rPr>
          <w:b/>
        </w:rPr>
        <w:t xml:space="preserve">1. </w:t>
      </w:r>
      <w:r>
        <w:t>права лица, в интересах которого установлен сервитут, осуществлять деятельность, в целях обеспечения которой установлен сервитут</w:t>
      </w:r>
    </w:p>
    <w:p>
      <w:r>
        <w:rPr>
          <w:b/>
        </w:rPr>
        <w:t xml:space="preserve">1. </w:t>
      </w:r>
      <w:r>
        <w:t>обязанность лица, в интересах которого установлен сервитут, вносить плату по соглашению</w:t>
      </w:r>
    </w:p>
    <w:p>
      <w:r>
        <w:rPr>
          <w:b/>
        </w:rPr>
        <w:t xml:space="preserve">1. </w:t>
      </w:r>
      <w:r>
        <w:t>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r>
        <w:rPr>
          <w:b/>
        </w:rPr>
        <w:t xml:space="preserve">2. </w:t>
      </w:r>
      <w:r>
        <w:t>в порядке, установленном Правительством Российской Федерации, в отношении земельных участков, находящихся в федеральной собственности</w:t>
      </w:r>
    </w:p>
    <w:p>
      <w:r>
        <w:rPr>
          <w:b/>
        </w:rPr>
        <w:t xml:space="preserve">2. </w:t>
      </w:r>
      <w:r>
        <w:t>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
        <w:rPr>
          <w:b/>
        </w:rPr>
        <w:t xml:space="preserve">2. </w:t>
      </w:r>
      <w:r>
        <w:t>в порядке, установленном органом местного самоуправления, в отношении земельных участков, находящихся в муниципальной собственности</w:t>
      </w:r>
    </w:p>
    <w:p>
      <w:r>
        <w:rPr>
          <w:b/>
        </w:rPr>
        <w:t>Статья 39.26. Порядок заключения соглашения об установлении сервитута в отношении земельного участка, находящегося в государственной или муниципальной собственности</w:t>
      </w:r>
    </w:p>
    <w:p>
      <w:r>
        <w:rPr>
          <w:b/>
        </w:rPr>
        <w:t xml:space="preserve">1. </w:t>
      </w:r>
      <w:r>
        <w:t>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 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r>
        <w:rPr>
          <w:b/>
        </w:rPr>
        <w:t xml:space="preserve">2. </w:t>
      </w:r>
      <w:r>
        <w:t>Указанное в пункте 1 настоящей статьи заявление и прилагаемые к нему документы по выбору заявителя могут быть поданы в письменной форме или в форме электронных документов в порядке, установленном для подачи заявлений о предоставлении земельных участков</w:t>
      </w:r>
    </w:p>
    <w:p>
      <w:r>
        <w:rPr>
          <w:b/>
        </w:rPr>
        <w:t xml:space="preserve">3. </w:t>
      </w:r>
      <w:r>
        <w:t>Уполномоченный орган в срок не более чем тридцать дней со дня получения заявления, указанного в пункте 1 настоящей статьи, обязан выполнить одно из следующих действий</w:t>
      </w:r>
    </w:p>
    <w:p>
      <w:r>
        <w:rPr>
          <w:b/>
        </w:rPr>
        <w:t xml:space="preserve">4. </w:t>
      </w:r>
      <w:r>
        <w:t>Уполномоченный орган принимает решение об отказе в установлении сервитута в следующих случаях</w:t>
      </w:r>
    </w:p>
    <w:p>
      <w:r>
        <w:rPr>
          <w:b/>
        </w:rPr>
        <w:t xml:space="preserve">5. </w:t>
      </w:r>
      <w:r>
        <w:t>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пунктом 4 статьи 3925 настоящего Кодекса. Государственный кадастровый учет указанной части земельного участка может осуществляться на основании заявления кадастрового инженера без получения доверенности или иного уполномочивающего документа от уполномоченного органа в случае, если такие полномочия кадастрового инженера предусмотрены договором подряда на выполнение кадастровых работ в связи с образованием указанной части земельного участка. (В редакции Федерального закона от 30.04.2021 № 120-ФЗ)</w:t>
      </w:r>
    </w:p>
    <w:p>
      <w:r>
        <w:rPr>
          <w:b/>
        </w:rPr>
        <w:t xml:space="preserve">6. </w:t>
      </w:r>
      <w:r>
        <w:t>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r>
        <w:rPr>
          <w:b/>
        </w:rPr>
        <w:t xml:space="preserve">3. </w:t>
      </w:r>
      <w:r>
        <w:t>направить заявителю уведомление о возможности заключения соглашения об установлении сервитута в предложенных заявителем границах</w:t>
      </w:r>
    </w:p>
    <w:p>
      <w:r>
        <w:rPr>
          <w:b/>
        </w:rPr>
        <w:t xml:space="preserve">3. </w:t>
      </w:r>
      <w:r>
        <w:t>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
        <w:rPr>
          <w:b/>
        </w:rPr>
        <w:t xml:space="preserve">3. </w:t>
      </w:r>
      <w:r>
        <w:t>направить заявителю подписанные уполномоченным органом экземпляры проекта соглашения об установлении сервитута в случае, если указанное в пункте 1 настоящей статьи заявление предусматривает установление сервитута в отношении всего земельного участка, или в случае, предусмотренном пунктом 4 статьи 3925 настоящего Кодекса</w:t>
      </w:r>
    </w:p>
    <w:p>
      <w:r>
        <w:rPr>
          <w:b/>
        </w:rPr>
        <w:t xml:space="preserve">3. </w:t>
      </w:r>
      <w:r>
        <w:t>принять решение об отказе в установлении сервитута и направить это решение заявителю с указанием оснований такого отказа</w:t>
      </w:r>
    </w:p>
    <w:p>
      <w:r>
        <w:rPr>
          <w:b/>
        </w:rPr>
        <w:t xml:space="preserve">4. </w:t>
      </w:r>
      <w:r>
        <w:t>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
        <w:rPr>
          <w:b/>
        </w:rPr>
        <w:t xml:space="preserve">4. </w:t>
      </w:r>
      <w:r>
        <w:t>планируемое на условиях сервитута использование земельного участка не допускается в соответствии с федеральными законами</w:t>
      </w:r>
    </w:p>
    <w:p>
      <w:r>
        <w:rPr>
          <w:b/>
        </w:rPr>
        <w:t xml:space="preserve">4. </w:t>
      </w:r>
      <w:r>
        <w:t>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pPr>
        <w:pStyle w:val="Heading3"/>
      </w:pPr>
      <w:r>
        <w:t>4.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w:t>
      </w:r>
    </w:p>
    <w:p>
      <w:r>
        <w:rPr>
          <w:b/>
        </w:rPr>
        <w:t>Статья 39.27. Случаи и основания перераспределения земель и (или) земельных участков, находящихся в государственной или муниципальной собственности, между собой</w:t>
      </w:r>
    </w:p>
    <w:p>
      <w:r>
        <w:rPr>
          <w:b/>
        </w:rPr>
        <w:t xml:space="preserve">1. </w:t>
      </w:r>
      <w:r>
        <w:t>Перераспределение земель и (или) земельных участков, находящихся в государственной или муниципальной собственности, между собой допускается в следующих случаях</w:t>
      </w:r>
    </w:p>
    <w:p>
      <w:r>
        <w:rPr>
          <w:b/>
        </w:rPr>
        <w:t xml:space="preserve">2. </w:t>
      </w:r>
      <w:r>
        <w:t>В случаях, указанных в подпунктах 1 - 3 пункта 1 настоящей статьи, перераспределение земель или земельных участков осуществляется на основании соглашений между уполномоченными органами, за исключением случая, предусмотренного пунктом 3 настоящей статьи. (В редакции Федерального закона от 02.08.2019 № 283-ФЗ)</w:t>
      </w:r>
    </w:p>
    <w:p>
      <w:r>
        <w:rPr>
          <w:b/>
        </w:rPr>
        <w:t xml:space="preserve">21. </w:t>
      </w:r>
      <w:r>
        <w:t>В случае, указанном в подпункте 4 пункта 1 настоящей статьи, перераспределение земель или земельных участков осуществляется на основании соглашений между уполномоченными органами и лицами, которым предоставлены такие земельные участки, находящиеся в государственной или муниципальной собственности, при наличии утвержденного проекта межевания территории. (Дополнение пунктом - Федеральный закон от 02.08.2019 № 283-ФЗ)</w:t>
      </w:r>
    </w:p>
    <w:p>
      <w:r>
        <w:rPr>
          <w:b/>
        </w:rPr>
        <w:t xml:space="preserve">3. </w:t>
      </w:r>
      <w:r>
        <w:t>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 такое перераспределение осуществляется на основании решения соответствующего органа</w:t>
      </w:r>
    </w:p>
    <w:p>
      <w:r>
        <w:rPr>
          <w:b/>
        </w:rPr>
        <w:t xml:space="preserve">4. </w:t>
      </w:r>
      <w:r>
        <w:t>В случае, если перераспределение земель и (или) земельных участков, находящихся в государственной или муниципальной собственности, осуществляется на основании утвержденного проекта межевания территории, в соглашении либо решении о перераспределении земель и (или) земельных участков, находящихся в государственной или муниципальной собственности, указываются реквизиты решения об утверждении проекта межевания территории</w:t>
      </w:r>
    </w:p>
    <w:p>
      <w:r>
        <w:rPr>
          <w:b/>
        </w:rPr>
        <w:t xml:space="preserve">5. </w:t>
      </w:r>
      <w:r>
        <w:t>В случае, если перераспределение земель и (или) земельных участков, находящихся в государственной или муниципальной собственности, планируется в соответствии со схемой расположения земельного участка, данная схема является обязательным приложением к соглашению либо решению о перераспределении земель и (или) земельных участков, находящихся в государственной или муниципальной собственности. При этом данная схема утверждается указанными соглашением либо решением</w:t>
      </w:r>
    </w:p>
    <w:p>
      <w:r>
        <w:rPr>
          <w:b/>
        </w:rPr>
        <w:t xml:space="preserve">6. </w:t>
      </w:r>
      <w:r>
        <w:t>Соглашение о перераспределении земель и (или) земельных участков, находящихся в государственной или муниципальной собственности, должно содержать обязательство сторон по обеспечению образования земельных участков, включая распределение бремени расходов, связанных с выполнением кадастровых работ по образованию земельных участков, а также информацию о правах, возникающих на образуемые земельные участки</w:t>
      </w:r>
    </w:p>
    <w:p>
      <w:r>
        <w:rPr>
          <w:b/>
        </w:rPr>
        <w:t xml:space="preserve">7. </w:t>
      </w:r>
      <w:r>
        <w:t>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а решение о перераспределении земель и (или) земельных участков, находящихся в государственной или муниципальной собственности, не может быть принято при наличии хотя бы одного из следующих обстоятельств</w:t>
      </w:r>
    </w:p>
    <w:p>
      <w:r>
        <w:rPr>
          <w:b/>
        </w:rPr>
        <w:t xml:space="preserve">1. </w:t>
      </w:r>
      <w:r>
        <w:t>все земельные участки, которые находятся в государственной или муниципальной собственности и перераспределение между которыми осуществляется,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 публичного сервитута; (В редакции Федерального закона от 03.08.2018 № 341-ФЗ) 2) земельный участок, который находится в государственной или муниципальной собственности и между которым и землями осуществляется перераспределение, не предоставлен гражданам, юридическим лицам, органам государственной власти или органам местного самоуправления и не обременен правами третьих лиц, за исключением сервитута, публичного сервитута; (В редакции Федерального закона от 03.08.2018 № 341-ФЗ) 3) все земельные участки, которые находятся в государственной или муниципальной собственности и перераспределение между которыми осуществляется, предоставлены на одном виде права одному и тому же лицу</w:t>
      </w:r>
    </w:p>
    <w:p>
      <w:r>
        <w:rPr>
          <w:b/>
        </w:rPr>
        <w:t xml:space="preserve">1. </w:t>
      </w:r>
      <w:r>
        <w:t>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территории (в том числе для исключения вклинивания, вкрапливания, изломанности границ, чересполосицы) при условии, что площадь земельного участка, который находится в государственной или муниципальной собственности и предоставлен гражданам, юридическим лицам, увеличивается в результате этого перераспределения не более чем до установленных предельных максимальных размеров земельных участков. (Дополнение подпунктом - Федеральный закон от 02.08.2019 № 283-ФЗ)</w:t>
      </w:r>
    </w:p>
    <w:p>
      <w:r>
        <w:rPr>
          <w:b/>
        </w:rPr>
        <w:t xml:space="preserve">7. </w:t>
      </w:r>
      <w:r>
        <w:t>осуществляется перераспределение земельных участков, которые находятся в государственной или муниципальной собственности и предоставлены на одном виде права одному и тому же лицу, и отсутствует согласие в письменной форме указанного лица</w:t>
      </w:r>
    </w:p>
    <w:p>
      <w:r>
        <w:rPr>
          <w:b/>
        </w:rPr>
        <w:t xml:space="preserve">7. </w:t>
      </w:r>
      <w:r>
        <w:t>проектом межевания территории или схемой расположения земельного участка предусматривается перераспределение земельного участка, находящегося в государственной или муниципальной собственности и являющегося предметом аукциона,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
        <w:rPr>
          <w:b/>
        </w:rPr>
        <w:t xml:space="preserve">7. </w:t>
      </w:r>
      <w:r>
        <w:t>границы земельного участка, находящегося в государственной или муниципальной собственности, подлежат уточнению в соответствии с Федеральным законом "О государственной регистрации недвижимости"; (В редакции Федерального закона от 03.07.2016 № 361-ФЗ) 4) имеются основания для отказа в утверждении схемы расположения земельного участка, предусмотренные пунктом 16 статьи 1110 настоящего Кодекса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