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Гражданский процессуальный кодекс Российской Федерации</w:t>
      </w:r>
    </w:p>
    <w:p>
      <w:pPr>
        <w:pStyle w:val="Heading2"/>
      </w:pPr>
      <w:r>
        <w:t>ОБЩИЕ ПОЛОЖЕНИЯ</w:t>
      </w:r>
    </w:p>
    <w:p>
      <w:pPr>
        <w:pStyle w:val="Heading3"/>
      </w:pPr>
      <w:r>
        <w:t>ОСНОВНЫЕ ПОЛОЖЕНИЯ</w:t>
      </w:r>
    </w:p>
    <w:p>
      <w:r>
        <w:rPr>
          <w:b/>
        </w:rPr>
        <w:t>Статья 1. Законодательство о гражданском судопроизводстве</w:t>
      </w:r>
    </w:p>
    <w:p>
      <w:r>
        <w:rPr>
          <w:b/>
        </w:rPr>
        <w:t xml:space="preserve">1. </w:t>
      </w:r>
      <w:r>
        <w:t>Порядок гражданского судопроизводства в федеральных судах общей юрисдикции определяется Конституцией Российской Федерации, Федеральным конституционным законом &amp;quot;О судебной системе Российской Федерации&amp;quot;, настоящим Кодексом и принимаемыми в соответствии с ними другими федеральными законами, порядок гражданского судопроизводства у мирового судьи - также Федеральным законом &amp;quot;О мировых судьях в Российской Федерации&amp;quot;.</w:t>
      </w:r>
    </w:p>
    <w:p>
      <w:r>
        <w:rPr>
          <w:b/>
        </w:rPr>
        <w:t xml:space="preserve">2. </w:t>
      </w:r>
      <w:r>
        <w:t>Если международным договором Российской Федерации установлены иные правила гражданского судопроизводства, чем те, которые предусмотрены законом,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3. </w:t>
      </w:r>
      <w:r>
        <w:t>Гражданское судопроизводство ведется в соответствии с федеральными законами, действующими во время рассмотрения и разрешения гражданского дела, совершения отдельных процессуальных действий или исполнения судебных постановлений (судебных приказов, решений суда, определений суда, постановлений президиума суда надзорной инстанции), постановлений других органов. (В редакции Федерального закона от 28.07.2004 № 94-ФЗ)</w:t>
      </w:r>
    </w:p>
    <w:p>
      <w:r>
        <w:rPr>
          <w:b/>
        </w:rPr>
        <w:t xml:space="preserve">4. </w:t>
      </w:r>
      <w:r>
        <w:t>В случае отсутствия нормы процессуального права, регулирующей отношения, возникшие в ходе гражданского судопроизводства, федеральные суды общей юрисдикции и мировые судьи (далее также - суд)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
        <w:rPr>
          <w:b/>
        </w:rPr>
        <w:t>Статья 2. Задачи гражданского судопроизводства</w:t>
      </w:r>
    </w:p>
    <w:p>
      <w:r>
        <w:t>Задачами гражданского судопроизводства являются правильное и своевременное рассмотрение и разрешение гражданских дел в целях защиты нарушенных или оспариваемых прав, свобод и законных интересов граждан, организаций, прав и интересов Российской Федерации, субъектов Российской Федерации, муниципальных образований, других лиц, являющихся субъектами гражданских, трудовых или иных правоотношений. Гражданское судопроизводство должно способствовать укреплению законности и правопорядка, предупреждению правонарушений, формированию уважительного отношения к закону и суду, мирному урегулированию споров. (В редакции Федерального закона от 26.07.2019 № 197-ФЗ)</w:t>
      </w:r>
    </w:p>
    <w:p>
      <w:r>
        <w:rPr>
          <w:b/>
        </w:rPr>
        <w:t>Статья 3. Право на обращение в суд</w:t>
      </w:r>
    </w:p>
    <w:p>
      <w:r>
        <w:rPr>
          <w:b/>
        </w:rPr>
        <w:t xml:space="preserve">1. </w:t>
      </w:r>
      <w:r>
        <w:t>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 (В редакции федеральных законов от 30.04.2010 № 69-ФЗ; от 08.03.2015 № 23-ФЗ)</w:t>
      </w:r>
    </w:p>
    <w:p>
      <w:r>
        <w:rPr>
          <w:b/>
        </w:rPr>
        <w:t xml:space="preserve">11. </w:t>
      </w:r>
      <w:r>
        <w:t>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br/>
        <w:t>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&amp;quot;Единый портал государственных и муниципальных услуг (функций)&amp;quot;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процесса с использованием единой системы межведомственного электронного взаимодействия.</w:t>
        <w:b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br/>
        <w:t>Исковое заявление, заявление, жалоба, представление и иные документы, которые подаются посредством систем электронного документооборота участников процесса, должны быть подписаны усиленной квалифицированной электронной подписью.</w:t>
        <w:br/>
        <w:t>(Дополнение частью - Федеральный закон от 23.06.2016 № 220-ФЗ) (В редакции Федерального закона от 30.12.2021 № 440-ФЗ)</w:t>
      </w:r>
    </w:p>
    <w:p>
      <w:r>
        <w:rPr>
          <w:b/>
        </w:rPr>
        <w:t xml:space="preserve">2. </w:t>
      </w:r>
      <w:r>
        <w:t>Отказ от права на обращение в суд недействителен.</w:t>
      </w:r>
    </w:p>
    <w:p>
      <w:r>
        <w:rPr>
          <w:b/>
        </w:rPr>
        <w:t xml:space="preserve">3. </w:t>
      </w:r>
      <w:r>
        <w:t>По соглашению сторон спор, возникший из гражданско-правовых отношений, а также индивидуальные трудовые споры спортсменов, тренеров в профессиональном спорте и спорте высших достижений до принятия судом первой инстанции судебного постановления, которым заканчивается рассмотрение гражданского дела по существу, могут быть переданы сторонами на рассмотрение третейского суда, если иное не предусмотрено настоящим Кодексом и федеральным законом. (В редакции федеральных законов от 29.12.2015 № 409-ФЗ, от 28.11.2018 № 451-ФЗ, от 31.07.2020 № 245-ФЗ)</w:t>
      </w:r>
    </w:p>
    <w:p>
      <w:r>
        <w:rPr>
          <w:b/>
        </w:rPr>
        <w:t xml:space="preserve">4. </w:t>
      </w:r>
      <w:r>
        <w:t>Заявление подается в суд после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(Дополнение частью - Федеральный закон от 28.11.2018 № 451-ФЗ)</w:t>
      </w:r>
    </w:p>
    <w:p>
      <w:r>
        <w:rPr>
          <w:b/>
        </w:rPr>
        <w:t xml:space="preserve">5. </w:t>
      </w:r>
      <w:r>
        <w:t>Стороны после обращения в суд вправе использовать примирительные процедуры для урегулирования спора. (Дополнение частью - Федеральный закон от 26.07.2019 № 197-ФЗ)</w:t>
      </w:r>
    </w:p>
    <w:p>
      <w:r>
        <w:rPr>
          <w:b/>
        </w:rPr>
        <w:t>Статья 4. Возбуждение гражданского дела в суде</w:t>
      </w:r>
    </w:p>
    <w:p>
      <w:r>
        <w:rPr>
          <w:b/>
        </w:rPr>
        <w:t xml:space="preserve">1. </w:t>
      </w:r>
      <w:r>
        <w:t>Суд возбуждает гражданское дело по заявлению лица, обратившегося за защитой своих прав, свобод и законных интересов.</w:t>
      </w:r>
    </w:p>
    <w:p>
      <w:r>
        <w:rPr>
          <w:b/>
        </w:rPr>
        <w:t xml:space="preserve">2. </w:t>
      </w:r>
      <w:r>
        <w:t>В случаях, предусмотренных настоящим Кодексом, другими федеральными законами, гражданское дело может быть возбуждено по заявлению лица, выступающего от своего имени в защиту прав, свобод и законных интересов другого лица, неопределенного круга лиц или в защиту интересов Российской Федерации, субъектов Российской Федерации, муниципальных образований.</w:t>
      </w:r>
    </w:p>
    <w:p>
      <w:r>
        <w:rPr>
          <w:b/>
        </w:rPr>
        <w:t>Статья 5. Осуществление правосудия только судами</w:t>
      </w:r>
    </w:p>
    <w:p>
      <w:r>
        <w:t>Правосудие по гражданским делам, относящимся к компетенции судов общей юрисдикции, осуществляется только этими судами по правилам, установленным законодательством о гражданском судопроизводстве. (В редакции федеральных законов от 28.11.2018 № 451-ФЗ, от 02.12.2019 № 406-ФЗ)</w:t>
      </w:r>
    </w:p>
    <w:p>
      <w:r>
        <w:rPr>
          <w:b/>
        </w:rPr>
        <w:t>Статья 6. Равенство всех перед законом и судом</w:t>
      </w:r>
    </w:p>
    <w:p>
      <w:r>
        <w:t>Правосудие по гражданским делам осуществляется на началах равенства перед законом и судом всех граждан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а также всех организаций независимо от их организационно-правовой формы, формы собственности, места нахождения, подчиненности и других обстоятельств.</w:t>
      </w:r>
    </w:p>
    <w:p>
      <w:r>
        <w:rPr>
          <w:b/>
        </w:rPr>
        <w:t>Статья 61. Разумный срок судопроизводства и разумный срок исполнения судебного постановления</w:t>
      </w:r>
    </w:p>
    <w:p>
      <w:r>
        <w:rPr>
          <w:b/>
        </w:rPr>
        <w:t xml:space="preserve">1. </w:t>
      </w:r>
      <w:r>
        <w:t>Судопроизводство в судах и исполнение судебного постановления осуществляются в разумные сроки.</w:t>
      </w:r>
    </w:p>
    <w:p>
      <w:r>
        <w:rPr>
          <w:b/>
        </w:rPr>
        <w:t xml:space="preserve">2. </w:t>
      </w:r>
      <w:r>
        <w:t>Разбирательство дел в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но судопроизводство должно осуществляться в разумный срок.</w:t>
      </w:r>
    </w:p>
    <w:p>
      <w:r>
        <w:rPr>
          <w:b/>
        </w:rPr>
        <w:t xml:space="preserve">3. </w:t>
      </w:r>
      <w:r>
        <w:t>При определении разумного срока судебного разбирательства,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 учитываются такие обстоятельства, как правовая и фактическая сложность дела, поведение участников гражданского процесса, достаточность и эффективность действий суда, осуществляемых в целях своевременного рассмотрения дела, и общая продолжительность судопроизводства по делу.</w:t>
      </w:r>
    </w:p>
    <w:p>
      <w:r>
        <w:rPr>
          <w:b/>
        </w:rPr>
        <w:t xml:space="preserve">4. </w:t>
      </w:r>
      <w:r>
        <w:t>Обстоятельства, связанные с организацией работы суда, в том числе с заменой судьи, а также рассмотрение дела различными инстанциями не может приниматься во внимание в качестве оснований для превышения разумного срока судопроизводства по делу.</w:t>
      </w:r>
    </w:p>
    <w:p>
      <w:r>
        <w:rPr>
          <w:b/>
        </w:rPr>
        <w:t xml:space="preserve">5. </w:t>
      </w:r>
      <w:r>
        <w:t>Правила определения разумного срока судопроизводства по делу, предусмотренные частями третьей и четвертой настоящей статьи, применяются также при определении разумного срока исполнения судебных актов.</w:t>
      </w:r>
    </w:p>
    <w:p>
      <w:r>
        <w:rPr>
          <w:b/>
        </w:rPr>
        <w:t xml:space="preserve">6. </w:t>
      </w:r>
      <w:r>
        <w:t>В случае, если после принятия искового заявления или заявления к производству дело длительное время не рассматривалось и судебный процесс затягивался, заинтересованные лица вправе обратиться к председателю суда с заявлением об ускорении рассмотрения дела.</w:t>
      </w:r>
    </w:p>
    <w:p>
      <w:r>
        <w:rPr>
          <w:b/>
        </w:rPr>
        <w:t xml:space="preserve">7. </w:t>
      </w:r>
      <w:r>
        <w:t>Заявление об ускорении рассмотрения дела рассматривается председателем суда в пятидневный срок со дня поступления заявления в суд. По результатам рассмотрения заявления председатель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осуществить для ускорения судебного разбирательства.</w:t>
        <w:br/>
        <w:t>(Дополнение статьей - Федеральный закон от 30.04.2010 № 69-ФЗ)</w:t>
      </w:r>
    </w:p>
    <w:p>
      <w:r>
        <w:rPr>
          <w:b/>
        </w:rPr>
        <w:t xml:space="preserve">1. </w:t>
      </w:r>
      <w:r>
        <w:t>Обстоятельства, признанные судом общеизвестными, не нуждаются в доказывании.</w:t>
      </w:r>
    </w:p>
    <w:p>
      <w:r>
        <w:rPr>
          <w:b/>
        </w:rPr>
        <w:t xml:space="preserve">2. </w:t>
      </w:r>
      <w: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 также в случаях, предусмотренных настоящим Кодексом. (В редакции Федерального закона от 18.07.2019 № 191-ФЗ)</w:t>
      </w:r>
    </w:p>
    <w:p>
      <w:r>
        <w:rPr>
          <w:b/>
        </w:rPr>
        <w:t xml:space="preserve">3. </w:t>
      </w:r>
      <w:r>
        <w:t>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w:t>
      </w:r>
    </w:p>
    <w:p>
      <w:r>
        <w:rPr>
          <w:b/>
        </w:rPr>
        <w:t xml:space="preserve">4. </w:t>
      </w:r>
      <w:r>
        <w:t>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(В редакции Федерального закона от 28.11.2018 № 451-ФЗ)</w:t>
      </w:r>
    </w:p>
    <w:p>
      <w:r>
        <w:rPr>
          <w:b/>
        </w:rPr>
        <w:t xml:space="preserve">5. </w:t>
      </w:r>
      <w:r>
        <w:t>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186 настоящего Кодекса, или не установлено существенное нарушение порядка совершения нотариального действия. (Дополнение частью - Федеральный закон от 29.12.2014 № 457-ФЗ)</w:t>
      </w:r>
    </w:p>
    <w:p>
      <w:r>
        <w:rPr>
          <w:b/>
        </w:rPr>
        <w:t>Статья 7. Единоличное и коллегиальное рассмотрение гражданских дел</w:t>
      </w:r>
    </w:p>
    <w:p>
      <w:r>
        <w:rPr>
          <w:b/>
        </w:rPr>
        <w:t xml:space="preserve">1. </w:t>
      </w:r>
      <w:r>
        <w:t>Гражданские дела в судах первой инстанции рассматриваются судьями этих судов единолично или в предусмотренных федеральным законом случаях коллегиально.</w:t>
      </w:r>
    </w:p>
    <w:p>
      <w:r>
        <w:rPr>
          <w:b/>
        </w:rPr>
        <w:t xml:space="preserve">2. </w:t>
      </w:r>
      <w:r>
        <w:t>В случае, если настоящим Кодексом судье предоставлено право единолично рассматривать гражданские дела и совершать отдельные процессуальные действия, судья действует от имени суда.</w:t>
      </w:r>
    </w:p>
    <w:p>
      <w:r>
        <w:rPr>
          <w:b/>
        </w:rPr>
        <w:t xml:space="preserve">3. </w:t>
      </w:r>
      <w:r>
        <w:t>Дела по жалобам на судебные постановления мировых судей, не вступившие в законную силу, рассматриваются в апелляционном порядке единолично судьями соответствующих районных судов.</w:t>
      </w:r>
    </w:p>
    <w:p>
      <w:r>
        <w:rPr>
          <w:b/>
        </w:rPr>
        <w:t xml:space="preserve">4. </w:t>
      </w:r>
      <w:r>
        <w:t>Гражданские дела в судах апелляционной и кассационной инстанций, за исключением случаев, предусмотренных частью третьей настоящей статьи, частью четвертой статьи 333, частью первой статьи 3351, частью десятой статьи 3795 настоящего Кодекса, рассматриваются коллегиально.</w:t>
        <w:br/>
        <w:t>Гражданские дела в суде надзорной инстанции рассматриваются коллегиально.</w:t>
        <w:br/>
        <w:t>(Часть в редакции Федерального закона от 28.11.2018 № 451-ФЗ)</w:t>
      </w:r>
    </w:p>
    <w:p>
      <w:r>
        <w:rPr>
          <w:b/>
        </w:rPr>
        <w:t>Статья 8. Независимость судей</w:t>
      </w:r>
    </w:p>
    <w:p>
      <w:r>
        <w:rPr>
          <w:b/>
        </w:rPr>
        <w:t xml:space="preserve">1. </w:t>
      </w:r>
      <w:r>
        <w:t>При осуществлении правосудия судьи независимы и подчиняются только Конституции Российской Федерации и федеральному закону.</w:t>
      </w:r>
    </w:p>
    <w:p>
      <w:r>
        <w:rPr>
          <w:b/>
        </w:rPr>
        <w:t xml:space="preserve">2. </w:t>
      </w:r>
      <w:r>
        <w:t>Судьи рассматривают и разрешают гражданские дела в условиях, исключающих постороннее на них воздействие. Любое вмешательство в деятельность судей по осуществлению правосудия запрещается и влечет за собой установленную законом ответственность.</w:t>
      </w:r>
    </w:p>
    <w:p>
      <w:r>
        <w:rPr>
          <w:b/>
        </w:rPr>
        <w:t xml:space="preserve">3. </w:t>
      </w:r>
      <w:r>
        <w:t>Гарантии независимости судей устанавливаются Конституцией Российской Федерации и федеральным законом.</w:t>
      </w:r>
    </w:p>
    <w:p>
      <w:r>
        <w:rPr>
          <w:b/>
        </w:rPr>
        <w:t xml:space="preserve">4. </w:t>
      </w:r>
      <w:r>
        <w:t>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гражданским делам, находящимся в их производстве, либо председателю суда, его заместителю, председателю судебного состава или председателю судебной коллегии по гражданским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&amp;quot;Интернет&amp;quot; и не является основанием для проведения процессуальных действий или принятия процессуальных решений по гражданским делам. (Дополнение частью - Федеральный закон от 02.07.2013 № 166-ФЗ) (В редакции Федерального закона от 30.12.2021 № 440-ФЗ)</w:t>
      </w:r>
    </w:p>
    <w:p>
      <w:r>
        <w:rPr>
          <w:b/>
        </w:rPr>
        <w:t>Статья 9. Язык гражданского судопроизводства</w:t>
      </w:r>
    </w:p>
    <w:p>
      <w:r>
        <w:rPr>
          <w:b/>
        </w:rPr>
        <w:t xml:space="preserve">1. </w:t>
      </w:r>
      <w:r>
        <w:t>Гражданское судопроизводство ведется на русском языке - государственном языке Российской Федерации или на государственном языке республики, которая входит в состав Российской Федерации и на территории которой находится соответствующий суд. В военных судах гражданское судопроизводство ведется на русском языке.</w:t>
      </w:r>
    </w:p>
    <w:p>
      <w:r>
        <w:rPr>
          <w:b/>
        </w:rPr>
        <w:t xml:space="preserve">2. </w:t>
      </w:r>
      <w:r>
        <w:t>Лицам, участвующим в деле и не владеющим языком, на котором ведется гражданское судопроизводство, разъясняется и обеспечивается право давать объяснения, заключения, выступать, заявлять ходатайства, подавать жалобы на родном языке или на любом свободно избранном языке общения, а также пользоваться услугами переводчика.</w:t>
      </w:r>
    </w:p>
    <w:p>
      <w:r>
        <w:rPr>
          <w:b/>
        </w:rPr>
        <w:t>Статья 10. Гласность судебного разбирательства</w:t>
      </w:r>
    </w:p>
    <w:p>
      <w:r>
        <w:rPr>
          <w:b/>
        </w:rPr>
        <w:t xml:space="preserve">1. </w:t>
      </w:r>
      <w:r>
        <w:t>Разбирательство дел во всех судах открытое.</w:t>
      </w:r>
    </w:p>
    <w:p>
      <w:r>
        <w:rPr>
          <w:b/>
        </w:rPr>
        <w:t xml:space="preserve">2. </w:t>
      </w:r>
      <w:r>
        <w:t>Разбирательство в закрытых судебных заседаниях осуществляется по делам, содержащим сведения, составляющие государственную тайну, тайну усыновления (удочерения) ребенка, а также по другим делам, если это предусмотрено федеральным законом. Разбирательство в закрытых судебных заседаниях допускается и при удовлетворении ходатайства лица, участвующего в деле и ссылающегося на необходимость сохранения коммерческой или иной охраняемой законом тайны, неприкосновенность частной жизни граждан или иные обстоятельства, гласное обсуждение которых способно помешать правильному разбирательству дела либо повлечь за собой разглашение указанных тайн или нарушение прав и законных интересов гражданина.</w:t>
      </w:r>
    </w:p>
    <w:p>
      <w:r>
        <w:rPr>
          <w:b/>
        </w:rPr>
        <w:t xml:space="preserve">3. </w:t>
      </w:r>
      <w:r>
        <w:t>Лица, участвующие в деле, иные лица, присутствующие при совершении процессуального действия, в ходе которого могут быть выявлены сведения, указанные в части второй настоящей статьи, предупреждаются судом об ответственности за их разглашение.</w:t>
      </w:r>
    </w:p>
    <w:p>
      <w:r>
        <w:rPr>
          <w:b/>
        </w:rPr>
        <w:t xml:space="preserve">4. </w:t>
      </w:r>
      <w:r>
        <w:t>О разбирательстве дела в закрытом судебном заседании в отношении всего или части судебного разбирательства суд выносит мотивированное определение.</w:t>
      </w:r>
    </w:p>
    <w:p>
      <w:r>
        <w:rPr>
          <w:b/>
        </w:rPr>
        <w:t xml:space="preserve">5. </w:t>
      </w:r>
      <w:r>
        <w:t>При рассмотрении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
        <w:rPr>
          <w:b/>
        </w:rPr>
        <w:t xml:space="preserve">6. </w:t>
      </w:r>
      <w:r>
        <w:t>Дело в закрытом судебном заседании рассматривается с соблюдением всех правил гражданского судопроизводства. Использование средств аудиозаписи и систем видеоконференц-связи, а также системы веб-конференции в закрытом судебном заседании не допускается. (В редакции федеральных законов от 29.07.2018 № 265-ФЗ, от 30.12.2021 № 440-ФЗ)</w:t>
      </w:r>
    </w:p>
    <w:p>
      <w:r>
        <w:rPr>
          <w:b/>
        </w:rPr>
        <w:t xml:space="preserve">7. </w:t>
      </w:r>
      <w:r>
        <w:t>Лица, участвующие в деле, и граждане, присутствующие в открытом судебном заседании, имеют право в письменной форме, а также с помощью средств аудиозаписи фиксировать ход судебного разбирательства. Кино- и фотосъемка, видеозапись, трансляция судебного заседания по радио, телевидению и в информационно-телекоммуникационной сети &amp;quot;Интернет&amp;quot; допускаются с разрешения суда. (В редакции Федерального закона от 29.07.2017 № 223-ФЗ)</w:t>
      </w:r>
    </w:p>
    <w:p>
      <w:r>
        <w:rPr>
          <w:b/>
        </w:rPr>
        <w:t xml:space="preserve">8. </w:t>
      </w:r>
      <w:r>
        <w:t>Решения судов объявляются публично, за исключением случаев, если такое объявление решений затрагивает права и законные интересы несовершеннолетних.</w:t>
      </w:r>
    </w:p>
    <w:p>
      <w:r>
        <w:rPr>
          <w:b/>
        </w:rPr>
        <w:t>Статья 11. Нормативные правовые акты, применяемые судом при разрешении гражданских дел</w:t>
      </w:r>
    </w:p>
    <w:p>
      <w:r>
        <w:rPr>
          <w:b/>
        </w:rPr>
        <w:t xml:space="preserve">1. </w:t>
      </w:r>
      <w:r>
        <w:t>Суд обязан разрешать гражданские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федеральных органов государственной власти, конституций (уставов), законов, иных нормативных правовых актов органов государственной власти субъектов Российской Федерации, нормативных правовых актов органов местного самоуправления. Суд разрешает гражданские дела, исходя из обычаев делового оборота в случаях, предусмотренных нормативными правовыми актами.</w:t>
      </w:r>
    </w:p>
    <w:p>
      <w:r>
        <w:rPr>
          <w:b/>
        </w:rPr>
        <w:t xml:space="preserve">2. </w:t>
      </w:r>
      <w:r>
        <w:t>Суд, установив при разрешении гражданского дела, что нормативный правовой акт не соответствует нормативному правовому акту, имеющему большую юридическую силу, применяет нормы акта, имеющего наибольшую юридическую силу.</w:t>
      </w:r>
    </w:p>
    <w:p>
      <w:r>
        <w:rPr>
          <w:b/>
        </w:rPr>
        <w:t xml:space="preserve">3. </w:t>
      </w:r>
      <w:r>
        <w:t>В случае отсутствия норм права, регулирующих спорное отношение, суд применяет нормы права, регулирующие сходные отношения (аналогия закона), а при отсутствии таких норм разрешает дело, исходя из общих начал и смысла законодательства (аналогия права).</w:t>
      </w:r>
    </w:p>
    <w:p>
      <w:r>
        <w:rPr>
          <w:b/>
        </w:rPr>
        <w:t xml:space="preserve">4. </w:t>
      </w:r>
      <w:r>
        <w:t>Если международным договором Российской Федерации установлены иные правила, чем те, которые предусмотрены законом, суд при разрешении гражданского дела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5. </w:t>
      </w:r>
      <w:r>
        <w:t>Суд в соответствии с федеральным законом или международным договором Российской Федерации при разрешении дел применяет нормы иностранного права.</w:t>
      </w:r>
    </w:p>
    <w:p>
      <w:r>
        <w:rPr>
          <w:b/>
        </w:rPr>
        <w:t>Статья 12. Осуществление правосудия на основе состязательности и равноправия сторон</w:t>
      </w:r>
    </w:p>
    <w:p>
      <w:r>
        <w:rPr>
          <w:b/>
        </w:rPr>
        <w:t xml:space="preserve">1. </w:t>
      </w:r>
      <w:r>
        <w:t>Правосудие по гражданским делам осуществляется на основе состязательности и равноправия сторон.</w:t>
      </w:r>
    </w:p>
    <w:p>
      <w:r>
        <w:rPr>
          <w:b/>
        </w:rPr>
        <w:t xml:space="preserve">2. </w:t>
      </w:r>
      <w:r>
        <w:t>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процессуальных действий,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w:t>
      </w:r>
    </w:p>
    <w:p>
      <w:r>
        <w:rPr>
          <w:b/>
        </w:rPr>
        <w:t>Статья 13. Обязательность судебных постановлений</w:t>
      </w:r>
    </w:p>
    <w:p>
      <w:r>
        <w:rPr>
          <w:b/>
        </w:rPr>
        <w:t xml:space="preserve">1. </w:t>
      </w:r>
      <w:r>
        <w:t>Суды принимают судебные постановления в форме судебных приказов, решений суда, определений суда, постановлений президиума суда надзорной инстанции. (В редакции Федерального закона от 28.07.2004 № 94-ФЗ)</w:t>
        <w:br/>
        <w:t>Судебное постановление, за исключением постановления, содержащего сведения, составляющие охраняемую законом тайну, может быть выполнено в форме электронного документа, который подписывается судьей усиленной квалифицированной электронной подписью. В случае, если постановление принято судом коллегиально, оно подписывается всеми судьями, рассматривавшими дело, усиленной квалифицированной электронной подписью. (Дополнение абзацем - Федеральный закон от 23.06.2016 № 220-ФЗ)</w:t>
        <w:br/>
        <w:t>При выполнении судебного постановления в форме электронного документа дополнительно выполняется экземпляр данного судебного постановления на бумажном носителе. (Дополнение абзацем - Федеральный закон от 23.06.2016 № 220-ФЗ)</w:t>
      </w:r>
    </w:p>
    <w:p>
      <w:r>
        <w:rPr>
          <w:b/>
        </w:rPr>
        <w:t xml:space="preserve">2. </w:t>
      </w:r>
      <w:r>
        <w:t>Вступившие в законную силу судебные постановления, а также законные распоряжения, требования, поручения, вызовы и обращения судов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w:t>
      </w:r>
    </w:p>
    <w:p>
      <w:r>
        <w:rPr>
          <w:b/>
        </w:rPr>
        <w:t xml:space="preserve">3. </w:t>
      </w:r>
      <w:r>
        <w:t>Неисполнение судебного постановления, а равно иное проявление неуважения к суду влечет за собой ответственность, предусмотренную федеральным законом.</w:t>
      </w:r>
    </w:p>
    <w:p>
      <w:r>
        <w:rPr>
          <w:b/>
        </w:rPr>
        <w:t xml:space="preserve">4. </w:t>
      </w:r>
      <w:r>
        <w:t>Обязательность судебных постановлений не лишает права заинтересованных лиц, не участвовавших в деле, обратиться в суд, если принятым судебным постановлением нарушаются их права и законные интересы.</w:t>
      </w:r>
    </w:p>
    <w:p>
      <w:r>
        <w:rPr>
          <w:b/>
        </w:rPr>
        <w:t xml:space="preserve">5. </w:t>
      </w:r>
      <w:r>
        <w:t>Признание и исполнение на территории Российской Федерации решений иностранных судов, иностранных третейских судов (арбитражей) определяются международными договорами Российской Федерации и настоящим Кодексом.</w:t>
      </w:r>
    </w:p>
    <w:p>
      <w:pPr>
        <w:pStyle w:val="Heading3"/>
      </w:pPr>
      <w:r>
        <w:t>СОСТАВ СУДА. ОТВОДЫ</w:t>
      </w:r>
    </w:p>
    <w:p>
      <w:r>
        <w:rPr>
          <w:b/>
        </w:rPr>
        <w:t>Статья 14. Состав суда</w:t>
      </w:r>
    </w:p>
    <w:p>
      <w:r>
        <w:rPr>
          <w:b/>
        </w:rPr>
        <w:t xml:space="preserve">1. </w:t>
      </w:r>
      <w:r>
        <w:t>Дела в судах первой инстанции рассматриваются судьями единолично. В случаях, предусмотренных федеральным законом, дела в судах первой инстанции рассматриваются коллегиально в составе трех профессиональных судей.</w:t>
      </w:r>
    </w:p>
    <w:p>
      <w:r>
        <w:rPr>
          <w:b/>
        </w:rPr>
        <w:t xml:space="preserve">2. </w:t>
      </w:r>
      <w:r>
        <w:t>Если иное не установлено настоящим Кодексом, рассмотрение дел в кассационном или апелляционном порядке осуществляется судом в составе судьи-председательствующего и двух судей.</w:t>
        <w:br/>
        <w:t>Рассмотрение дел в надзорном порядке осуществляется Президиумом Верховного Суда Российской Федерации в составе, определяемом в соответствии с Федеральным конституционным законом от 5 февраля 2014 года № 3-ФКЗ &amp;quot;О Верховном Суде Российской Федерации&amp;quot;.</w:t>
        <w:br/>
        <w:t>(Часть в редакции Федерального закона от 28.11.2018 № 451-ФЗ)</w:t>
      </w:r>
    </w:p>
    <w:p>
      <w:r>
        <w:rPr>
          <w:b/>
        </w:rPr>
        <w:t xml:space="preserve">3. </w:t>
      </w:r>
      <w:r>
        <w:t>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(Дополнение частью - Федеральный закон от 14.06.2011 № 140-ФЗ) (В редакции Федерального закона от 29.07.2018 № 265-ФЗ)</w:t>
      </w:r>
    </w:p>
    <w:p>
      <w:r>
        <w:rPr>
          <w:b/>
        </w:rPr>
        <w:t xml:space="preserve">4. </w:t>
      </w:r>
      <w:r>
        <w:t>Дело, рассмотрение которого начато одним судьей или составом суда, должно быть рассмотрено этим же судьей или этим же составом суда. (Дополнение частью - Федеральный закон от 11.06.2022 № 179-ФЗ)</w:t>
      </w:r>
    </w:p>
    <w:p>
      <w:r>
        <w:rPr>
          <w:b/>
        </w:rPr>
        <w:t xml:space="preserve">5. </w:t>
      </w:r>
      <w:r>
        <w:t>Замена судьи или нескольких судей возможна в случае:</w:t>
      </w:r>
    </w:p>
    <w:p>
      <w:r>
        <w:rPr>
          <w:b/>
        </w:rPr>
        <w:t xml:space="preserve">5. </w:t>
      </w:r>
      <w:r>
        <w:t>заявленного и удовлетворенного в порядке, установленном настоящим Кодексом, самоотвода или отвода судьи;</w:t>
      </w:r>
    </w:p>
    <w:p>
      <w:r>
        <w:rPr>
          <w:b/>
        </w:rPr>
        <w:t xml:space="preserve">5. </w:t>
      </w:r>
      <w:r>
        <w:t>длительного отсутствия судьи ввиду болезни, отпуска, учебы или служебной командировки;</w:t>
      </w:r>
    </w:p>
    <w:p>
      <w:r>
        <w:rPr>
          <w:b/>
        </w:rPr>
        <w:t xml:space="preserve">5. </w:t>
      </w:r>
      <w:r>
        <w:t>прекращения или приостановления полномочий судьи по основаниям, предусмотренным федеральным законом;</w:t>
      </w:r>
    </w:p>
    <w:p>
      <w:r>
        <w:rPr>
          <w:b/>
        </w:rPr>
        <w:t xml:space="preserve">5. </w:t>
      </w:r>
      <w:r>
        <w:t>перехода к рассмотрению дела по правилам гражданского судопроизводства.</w:t>
        <w:br/>
        <w:t>(Дополнение частью - Федеральный закон от 11.06.2022 № 179-ФЗ)</w:t>
      </w:r>
    </w:p>
    <w:p>
      <w:r>
        <w:rPr>
          <w:b/>
        </w:rPr>
        <w:t xml:space="preserve">6. </w:t>
      </w:r>
      <w:r>
        <w:t>В случае замены судьи или нескольких судей в процессе рассмотрения дела судебное разбирательство производится с самого начала. Решение вопроса о принятии искового заявления к производству, отложение судебного разбирательства, рассмотрение заявления об обеспечении иска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 (Дополнение частью - Федеральный закон от 11.06.2022 № 179-ФЗ)</w:t>
      </w:r>
    </w:p>
    <w:p>
      <w:r>
        <w:rPr>
          <w:b/>
        </w:rPr>
        <w:t>Статья 15. Порядок разрешения вопросов судом в коллегиальном составе</w:t>
      </w:r>
    </w:p>
    <w:p>
      <w:r>
        <w:rPr>
          <w:b/>
        </w:rPr>
        <w:t xml:space="preserve">1. </w:t>
      </w:r>
      <w:r>
        <w:t>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Председательствующий голосует последним.</w:t>
      </w:r>
    </w:p>
    <w:p>
      <w:r>
        <w:rPr>
          <w:b/>
        </w:rPr>
        <w:t xml:space="preserve">2. </w:t>
      </w:r>
      <w:r>
        <w:t>Судья, не согласный с мнением большинства, может изложить в письменной форме свое особое мнение, которое приобщается к делу, но при объявлении принятого по делу решения суда не оглашается.</w:t>
      </w:r>
    </w:p>
    <w:p>
      <w:r>
        <w:rPr>
          <w:b/>
        </w:rPr>
        <w:t>Статья 16. Основания для отвода судьи</w:t>
      </w:r>
    </w:p>
    <w:p>
      <w:r>
        <w:rPr>
          <w:b/>
        </w:rPr>
        <w:t xml:space="preserve">1. </w:t>
      </w:r>
      <w:r>
        <w:t>Мировой судья, а также судья не может рассматривать дело и подлежит отводу, если он:</w:t>
      </w:r>
    </w:p>
    <w:p>
      <w:r>
        <w:rPr>
          <w:b/>
        </w:rPr>
        <w:t xml:space="preserve">1. </w:t>
      </w:r>
      <w:r>
        <w:t>при предыдущем рассмотрении данного дела участвовал в нем в качестве прокурора, помощника судьи, секретаря судебного заседания, представителя, свидетеля, эксперта, специалиста, переводчика; (В редакции Федерального закона от 29.07.2018 № 265-ФЗ)</w:t>
      </w:r>
    </w:p>
    <w:p>
      <w:r>
        <w:rPr>
          <w:b/>
        </w:rPr>
        <w:t xml:space="preserve">1. </w:t>
      </w:r>
      <w:r>
        <w:t>являлся судебным примирителем по данному делу; (Дополнение пунктом - Федеральный закон от 26.07.2019 № 197-ФЗ)</w:t>
      </w:r>
    </w:p>
    <w:p>
      <w:r>
        <w:rPr>
          <w:b/>
        </w:rPr>
        <w:t xml:space="preserve">1. </w:t>
      </w:r>
      <w:r>
        <w:t>является родственником или свойственником кого-либо из лиц, участвующих в деле, либо их представителей;</w:t>
      </w:r>
    </w:p>
    <w:p>
      <w:r>
        <w:rPr>
          <w:b/>
        </w:rPr>
        <w:t xml:space="preserve">1. </w:t>
      </w:r>
      <w:r>
        <w:t>лично, прямо или косвенно заинтересован в исходе дела либо имеются иные обстоятельства, вызывающие сомнение в его объективности и беспристрастности.</w:t>
      </w:r>
    </w:p>
    <w:p>
      <w:r>
        <w:rPr>
          <w:b/>
        </w:rPr>
        <w:t xml:space="preserve">2. </w:t>
      </w:r>
      <w:r>
        <w:t>В состав суда, рассматривающего дело, не могут входить лица, состоящие в родстве между собой.</w:t>
      </w:r>
    </w:p>
    <w:p>
      <w:r>
        <w:rPr>
          <w:b/>
        </w:rPr>
        <w:t xml:space="preserve">3. </w:t>
      </w:r>
      <w:r>
        <w:t>Наличие информации о внепроцессуальном обращении, поступившем судье по гражданскому делу, находящемуся в его производстве, само по себе не может рассматриваться в качестве основания для отвода судьи. (Дополнение частью - Федеральный закон от 02.07.2013 № 166-ФЗ)</w:t>
      </w:r>
    </w:p>
    <w:p>
      <w:r>
        <w:rPr>
          <w:b/>
        </w:rPr>
        <w:t>Статья 17. Недопустимость повторного участия судьи в рассмотрении дела</w:t>
      </w:r>
    </w:p>
    <w:p>
      <w:r>
        <w:rPr>
          <w:b/>
        </w:rPr>
        <w:t xml:space="preserve">1. </w:t>
      </w:r>
      <w:r>
        <w:t>Мировой судья, рассматривавший дело, не может участвовать в рассмотрении этого дела в суде апелляционной, кассационной или надзорной инстанции.</w:t>
      </w:r>
    </w:p>
    <w:p>
      <w:r>
        <w:rPr>
          <w:b/>
        </w:rPr>
        <w:t xml:space="preserve">2. </w:t>
      </w:r>
      <w:r>
        <w:t>Судья, принимавший участие в рассмотрении дела в суде первой инстанции, не может участвовать в рассмотрении этого дела в суде апелляционной, кассационной или надзорной инстанции.</w:t>
      </w:r>
    </w:p>
    <w:p>
      <w:r>
        <w:rPr>
          <w:b/>
        </w:rPr>
        <w:t xml:space="preserve">3. </w:t>
      </w:r>
      <w:r>
        <w:t>Судья, принимавший участие в рассмотрении дела в суде апелляционной инстанции, не может участвовать в рассмотрении этого дела в суде первой, кассационной или надзорной инстанции.</w:t>
      </w:r>
    </w:p>
    <w:p>
      <w:r>
        <w:rPr>
          <w:b/>
        </w:rPr>
        <w:t xml:space="preserve">4. </w:t>
      </w:r>
      <w:r>
        <w:t>Судья, принимавший участие в рассмотрении дела в суде кассационной инстанции, не может участвовать в рассмотрении этого дела в судах первой, апелляционной и надзорной инстанций.</w:t>
      </w:r>
    </w:p>
    <w:p>
      <w:r>
        <w:rPr>
          <w:b/>
        </w:rPr>
        <w:t xml:space="preserve">5. </w:t>
      </w:r>
      <w:r>
        <w:t>Судья, принимавший участие в рассмотрении дела в суде надзорной инстанции, не может участвовать в рассмотрении этого дела в судах первой, апелляционной и кассационной инстанций.</w:t>
        <w:br/>
        <w:t>(Статья в редакции Федерального закона от 09.12.2010 № 353-ФЗ)</w:t>
      </w:r>
    </w:p>
    <w:p>
      <w:r>
        <w:rPr>
          <w:b/>
        </w:rPr>
        <w:t>Статья 18. Основания для отвода прокурора, помощника судьи, секретаря судебного заседания, эксперта, специалиста, переводчика</w:t>
      </w:r>
    </w:p>
    <w:p>
      <w:r>
        <w:t>(Наименование в редакции Федерального закона от 29.07.2018 № 265-ФЗ)</w:t>
      </w:r>
    </w:p>
    <w:p>
      <w:r>
        <w:rPr>
          <w:b/>
        </w:rPr>
        <w:t xml:space="preserve">1. </w:t>
      </w:r>
      <w:r>
        <w:t>Основания для отвода судьи, указанные в статье 16 настоящего Кодекса, распространяются также на прокурора, помощника судьи, секретаря судебного заседания, эксперта, специалиста, переводчика. (В редакции Федерального закона от 29.07.2018 № 265-ФЗ)</w:t>
        <w:br/>
        <w:t>Эксперт или специалист, кроме того, не может участвовать в рассмотрении дела, если он находился либо находится в служебной или иной зависимости от кого-либо из лиц, участвующих в деле, их представителей.</w:t>
      </w:r>
    </w:p>
    <w:p>
      <w:r>
        <w:rPr>
          <w:b/>
        </w:rPr>
        <w:t xml:space="preserve">2. </w:t>
      </w:r>
      <w:r>
        <w:t>Участие прокурора, помощника судьи, секретаря судебного заседания, эксперта, специалиста, переводчика в предыдущем рассмотрении данного дела в качестве соответственно прокурора,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данного дела в качестве помощника судьи или участие помощника судьи в предыдущем рассмотрении данного дела в качестве секретаря судебного заседания не является основанием для их отвода. (В редакции Федерального закона от 29.07.2018 № 265-ФЗ)</w:t>
      </w:r>
    </w:p>
    <w:p>
      <w:r>
        <w:rPr>
          <w:b/>
        </w:rPr>
        <w:t>Статья 19. Заявления о самоотводах и об отводах</w:t>
      </w:r>
    </w:p>
    <w:p>
      <w:r>
        <w:rPr>
          <w:b/>
        </w:rPr>
        <w:t xml:space="preserve">1. </w:t>
      </w:r>
      <w:r>
        <w:t>При наличии оснований для отвода, указанных в статьях 16 - 18 настоящего Кодекса, мировой судья, судья, прокурор,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 (В редакции Федерального закона от 29.07.2018 № 265-ФЗ)</w:t>
      </w:r>
    </w:p>
    <w:p>
      <w:r>
        <w:rPr>
          <w:b/>
        </w:rPr>
        <w:t xml:space="preserve">2. </w:t>
      </w:r>
      <w:r>
        <w:t>Самоотвод или отвод должен быть мотивирован и заявлен до начала рассмотрения дела по существу. Заявление самоотвода или отвода в ходе дальнейшего рассмотрения дела допускается только в случае, если основание для самоотвода или отвода стало известно лицу, заявляющему самоотвод или отвод, либо суду после начала рассмотрения дела по существу.</w:t>
      </w:r>
    </w:p>
    <w:p>
      <w:r>
        <w:rPr>
          <w:b/>
        </w:rPr>
        <w:t xml:space="preserve">3. </w:t>
      </w:r>
      <w:r>
        <w:t>Порядок разрешения заявления о самоотводе и последствия его удовлетворения определяются по правилам, предусмотренным статьями 20 и 21 настоящего Кодекса.</w:t>
      </w:r>
    </w:p>
    <w:p>
      <w:r>
        <w:rPr>
          <w:b/>
        </w:rPr>
        <w:t xml:space="preserve">4. </w:t>
      </w:r>
      <w:r>
        <w:t>В случае отказа в удовлетворении заявления об отводе подача повторного заявления об отводе тем же лицом и по тем же основаниям не допускается. (Дополнение частью - Федеральный закон от 03.04.2018 № 66-ФЗ)</w:t>
      </w:r>
    </w:p>
    <w:p>
      <w:r>
        <w:rPr>
          <w:b/>
        </w:rPr>
        <w:t>Статья 20. Порядок разрешения заявления об отводе</w:t>
      </w:r>
    </w:p>
    <w:p>
      <w:r>
        <w:rPr>
          <w:b/>
        </w:rPr>
        <w:t xml:space="preserve">1. </w:t>
      </w:r>
      <w:r>
        <w:t>В случае заявления отвода суд заслушивает мнение лиц, участвующих в деле, а также лица, которому заявлен отвод, если отводимый желает дать объяснения. (В редакции Федерального закона от 28.11.2018 № 451-ФЗ)</w:t>
      </w:r>
    </w:p>
    <w:p>
      <w:r>
        <w:rPr>
          <w:b/>
        </w:rPr>
        <w:t xml:space="preserve">2. </w:t>
      </w:r>
      <w:r>
        <w:t>Судья, рассматривающий дело единолично, вправе разрешить вопрос об отводе или самоотводе путем вынесения мотивированного протокольного определения без удаления в совещательную комнату.</w:t>
        <w:br/>
        <w:t>При рассмотрении дела судом коллегиально вопрос об отводе разрешается определением, вынесенным в совещательной комнате. Отвод, заявленный судье, разрешается этим же составом суда в отсутствие отводимого судьи. Отвод, заявленный нескольким судьям или всему составу суда, разрешается этим же судом в полном составе простым большинством голосов. При равном количестве голосов, поданных за отвод и против отвода, судья считается отведенным.</w:t>
        <w:br/>
        <w:t>Вопрос об отводе прокурора, помощника судьи, секретаря судебного заседания, эксперта, специалиста, переводчика разрешается судом, рассматривающим дело.</w:t>
        <w:br/>
        <w:t>(Часть в редакции Федерального закона от 28.11.2018 № 451-ФЗ)</w:t>
      </w:r>
    </w:p>
    <w:p>
      <w:r>
        <w:rPr>
          <w:b/>
        </w:rPr>
        <w:t>Статья 21. Последствия удовлетворения заявления об отводе</w:t>
      </w:r>
    </w:p>
    <w:p>
      <w:r>
        <w:rPr>
          <w:b/>
        </w:rPr>
        <w:t xml:space="preserve">1. </w:t>
      </w:r>
      <w:r>
        <w:t>В случае отвода мирового судьи, рассматривающего дело, оно передается районным судом другому мировому судье, действующему на территории того же судебного района, или, если такая передача невозможна, оно передается вышестоящим судом мировому судье другого района.</w:t>
      </w:r>
    </w:p>
    <w:p>
      <w:r>
        <w:rPr>
          <w:b/>
        </w:rPr>
        <w:t xml:space="preserve">2. </w:t>
      </w:r>
      <w:r>
        <w:t>В случае отвода судьи либо отвода всего состава суда при рассмотрении дела в районном суде дело рассматривается в том же суде другим судьей или другим составом суда либо передается на рассмотрение в другой районный суд вышестоящим судом, если в районном суде, в котором рассматривается дело, замена судьи становится невозможной.</w:t>
      </w:r>
    </w:p>
    <w:p>
      <w:r>
        <w:rPr>
          <w:b/>
        </w:rPr>
        <w:t xml:space="preserve">3. </w:t>
      </w:r>
      <w:r>
        <w:t>В случае отвода судьи либо отвода всего состава суда при рассмотрении дела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Верховном Суде Российской Федерации дело рассматривается в том же суде другим судьей или другим составом суда. (В редакции Федерального закона от 28.11.2018 № 451-ФЗ)</w:t>
      </w:r>
    </w:p>
    <w:p>
      <w:r>
        <w:rPr>
          <w:b/>
        </w:rPr>
        <w:t xml:space="preserve">4. </w:t>
      </w:r>
      <w:r>
        <w:t>Если после удовлетворения заявлений об отводах либо по иным причинам невозможно образовать новый состав суда для рассмотрения данного дела, дело должно быть передано в другой суд в порядке, предусмотренном пунктом 4 части второй статьи 33 настоящего Кодекса. (В редакции Федерального закона от 28.11.2018 № 451-ФЗ)</w:t>
      </w:r>
    </w:p>
    <w:p>
      <w:pPr>
        <w:pStyle w:val="Heading3"/>
      </w:pPr>
      <w:r>
        <w:t>ПОДСУДНОСТЬ</w:t>
      </w:r>
    </w:p>
    <w:p>
      <w:r>
        <w:rPr>
          <w:b/>
        </w:rPr>
        <w:t>Статья 22. Подсудность гражданских дел</w:t>
      </w:r>
    </w:p>
    <w:p>
      <w:r>
        <w:rPr>
          <w:b/>
        </w:rPr>
        <w:t xml:space="preserve">1. </w:t>
      </w:r>
      <w:r>
        <w:t>Суды рассматривают и разрешают:</w:t>
      </w:r>
    </w:p>
    <w:p>
      <w:r>
        <w:rPr>
          <w:b/>
        </w:rPr>
        <w:t xml:space="preserve">1. </w:t>
      </w:r>
      <w:r>
        <w:t>исковые дела с участием граждан, организаций, органов государственной власти, органов местного самоуправления о защите нарушенных или оспариваемых прав, свобод и законных интересов, по спорам, возникающим из гражданских, семейных, трудовых, жилищных, земельных, экологических и иных правоотношений;</w:t>
      </w:r>
    </w:p>
    <w:p>
      <w:r>
        <w:rPr>
          <w:b/>
        </w:rPr>
        <w:t xml:space="preserve">1. </w:t>
      </w:r>
      <w:r>
        <w:t>дела по указанным в статье 122 настоящего Кодекса требованиям, разрешаемые в порядке приказного производства;</w:t>
      </w:r>
    </w:p>
    <w:p>
      <w:r>
        <w:rPr>
          <w:b/>
        </w:rPr>
        <w:t xml:space="preserve">1. </w:t>
      </w:r>
      <w:r>
        <w:t>(Пункт утратил силу - Федеральный закон от 08.03.2015 № 23-ФЗ)</w:t>
      </w:r>
    </w:p>
    <w:p>
      <w:r>
        <w:rPr>
          <w:b/>
        </w:rPr>
        <w:t xml:space="preserve">1. </w:t>
      </w:r>
      <w:r>
        <w:t>дела особого производства, указанные в статье 262 настоящего Кодекса;</w:t>
      </w:r>
    </w:p>
    <w:p>
      <w:r>
        <w:rPr>
          <w:b/>
        </w:rPr>
        <w:t xml:space="preserve">1. </w:t>
      </w:r>
      <w:r>
        <w:t>дела об оспаривании решений третейских судов и о выдаче исполнительных листов на принудительное исполнение решений третейских судов;</w:t>
      </w:r>
    </w:p>
    <w:p>
      <w:r>
        <w:rPr>
          <w:b/>
        </w:rPr>
        <w:t xml:space="preserve">1. </w:t>
      </w:r>
      <w:r>
        <w:t>дела о признании и приведении в исполнение решений иностранных судов и иностранных арбитражных решений;</w:t>
      </w:r>
    </w:p>
    <w:p>
      <w:r>
        <w:rPr>
          <w:b/>
        </w:rPr>
        <w:t xml:space="preserve">1. </w:t>
      </w:r>
      <w:r>
        <w:t>дела об оказании содействия третейским судам в случаях, предусмотренных федеральным законом; (Дополнение пунктом - Федеральный закон от 29.12.2015 № 409-ФЗ)</w:t>
      </w:r>
    </w:p>
    <w:p>
      <w:r>
        <w:rPr>
          <w:b/>
        </w:rPr>
        <w:t xml:space="preserve">1. </w:t>
      </w:r>
      <w:r>
        <w:t>дела по корпоративным спорам, связанным с созданием юридического лица, управлением им или участием в юридическом лице, являющемся некоммерческой организацией, за исключением некоммерческих организаций, дела по корпоративным спорам которых федеральным законом отнесены к подсудности арбитражных судов. (Дополнение пунктом - Федеральный закон от 28.11.2018 № 451-ФЗ)</w:t>
      </w:r>
    </w:p>
    <w:p>
      <w:r>
        <w:rPr>
          <w:b/>
        </w:rPr>
        <w:t xml:space="preserve">2. </w:t>
      </w:r>
      <w:r>
        <w:t>Суды рассматривают и разрешают дела с участием иностранных граждан, лиц без гражданства, иностранных организаций, организаций с иностранными инвестициями, международных организаций.</w:t>
      </w:r>
    </w:p>
    <w:p>
      <w:r>
        <w:rPr>
          <w:b/>
        </w:rPr>
        <w:t xml:space="preserve">3. </w:t>
      </w:r>
      <w:r>
        <w:t>Суды рассматривают и разрешают дела, предусмотренные частями первой и второй настоящей статьи, за исключением экономических споров и других дел, отнесенных федеральным конституционным законом и федеральным законом к компетенции арбитражных судов. (В редакции Федерального закона от 28.11.2018 № 451-ФЗ)</w:t>
      </w:r>
    </w:p>
    <w:p>
      <w:r>
        <w:rPr>
          <w:b/>
        </w:rPr>
        <w:t xml:space="preserve">4. </w:t>
      </w:r>
      <w:r>
        <w:t>При обращении в суд с заявлением, содержащим несколько связанных между собой требований, из которых одни подсудны суду общей юрисдикции, другие - арбитражному суду, если разделение требований невозможно, дело подлежит рассмотрению и разрешению в суде общей юрисдикции. (В редакции Федерального закона от 28.11.2018 № 451-ФЗ)</w:t>
        <w:br/>
        <w:t>Если разделение требований возможно, судья выносит определение о принятии требований, подсудных суду общей юрисдикции, и о возвращении заявления в части требований, подсудных арбитражному суду. (В редакции Федерального закона от 28.11.2018 № 451-ФЗ)</w:t>
      </w:r>
    </w:p>
    <w:p>
      <w:r>
        <w:rPr>
          <w:b/>
        </w:rPr>
        <w:t>Статья 221. Споры, подлежащие передаче на рассмотрение третейского суда</w:t>
      </w:r>
    </w:p>
    <w:p>
      <w:r>
        <w:rPr>
          <w:b/>
        </w:rPr>
        <w:t xml:space="preserve">1. </w:t>
      </w:r>
      <w:r>
        <w:t>Споры, возникающие из гражданско-правовых отношений, а также индивидуальные трудовые споры спортсменов, тренеров в профессиональном спорте и спорте высших достижений могут быть переданы сторонами на рассмотрение третейского суда при наличии между сторонами спора действующего арбитражного соглашения, если иное не предусмотрено федеральным законом. (В редакции федеральных законов от 28.11.2018 № 451-ФЗ, от 31.07.2020 № 245-ФЗ)</w:t>
      </w:r>
    </w:p>
    <w:p>
      <w:r>
        <w:rPr>
          <w:b/>
        </w:rPr>
        <w:t xml:space="preserve">2. </w:t>
      </w:r>
      <w:r>
        <w:t>Не могут быть переданы на рассмотрение третейского суда: (В редакции Федерального закона от 28.11.2018 № 451-ФЗ)</w:t>
      </w:r>
    </w:p>
    <w:p>
      <w:r>
        <w:rPr>
          <w:b/>
        </w:rPr>
        <w:t xml:space="preserve">2. </w:t>
      </w:r>
      <w:r>
        <w:t>споры, предусмотренные пунктом 4 части первой статьи 22 настоящего Кодекса;</w:t>
      </w:r>
    </w:p>
    <w:p>
      <w:r>
        <w:rPr>
          <w:b/>
        </w:rPr>
        <w:t xml:space="preserve">2. </w:t>
      </w:r>
      <w:r>
        <w:t>споры, возникающие из семейных отношений, в том числе споры, возникающие из отношений по распоряжению опекунами и попечителями имуществом подопечного, за исключением дел о разделе между супругами совместно нажитого имущества;</w:t>
      </w:r>
    </w:p>
    <w:p>
      <w:r>
        <w:rPr>
          <w:b/>
        </w:rPr>
        <w:t xml:space="preserve">2. </w:t>
      </w:r>
      <w:r>
        <w:t>споры, возникающие из трудовых отношений, за исключением индивидуальных трудовых споров спортсменов, тренеров в профессиональном спорте и спорте высших достижений, переданных на рассмотрение третейского суда в рамках арбитража (третейского разбирательства), администрируемого постоянно действующим арбитражным учреждением, образованным с учетом требований законодательства о физической культуре и спорте; (В редакции Федерального закона от 31.07.2020 № 245-ФЗ)</w:t>
      </w:r>
    </w:p>
    <w:p>
      <w:r>
        <w:rPr>
          <w:b/>
        </w:rPr>
        <w:t xml:space="preserve">2. </w:t>
      </w:r>
      <w:r>
        <w:t>споры, возникающие из наследственных отношений;</w:t>
      </w:r>
    </w:p>
    <w:p>
      <w:r>
        <w:rPr>
          <w:b/>
        </w:rPr>
        <w:t xml:space="preserve">2. </w:t>
      </w:r>
      <w:r>
        <w:t>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
        <w:rPr>
          <w:b/>
        </w:rPr>
        <w:t xml:space="preserve">2. </w:t>
      </w:r>
      <w:r>
        <w:t>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споры о возмещении вреда, причиненного жизни и здоровью;</w:t>
      </w:r>
    </w:p>
    <w:p>
      <w:r>
        <w:rPr>
          <w:b/>
        </w:rPr>
        <w:t xml:space="preserve">2. </w:t>
      </w:r>
      <w:r>
        <w:t>споры о выселении граждан из жилых помещений;</w:t>
      </w:r>
    </w:p>
    <w:p>
      <w:r>
        <w:rPr>
          <w:b/>
        </w:rPr>
        <w:t xml:space="preserve">2. </w:t>
      </w:r>
      <w:r>
        <w:t>споры, возникающие из отношений, связанных с возмещением вреда, причиненного окружающей среде;</w:t>
      </w:r>
    </w:p>
    <w:p>
      <w:r>
        <w:rPr>
          <w:b/>
        </w:rPr>
        <w:t xml:space="preserve">2. </w:t>
      </w:r>
      <w:r>
        <w:t>иные споры в случаях, прямо предусмотренных федеральным законом.</w:t>
      </w:r>
    </w:p>
    <w:p>
      <w:r>
        <w:rPr>
          <w:b/>
        </w:rPr>
        <w:t xml:space="preserve">3. </w:t>
      </w:r>
      <w:r>
        <w:t>Споры между участником юридического лица и самим юридическим лицом и споры по искам участников юридического лица в связи с правоотношениями юридического лица с третьим лицом, если у участников юридического лица есть право на подачу такого иска в соответствии с федеральным законом, могут быть переданы на рассмотрение третейского суда в соответствии с частью четвертой настоящей статьи только в случае, если это юридическое лицо, все его участники, а также иные лица, которые являются истцом или ответчиком в указанных спорах, заключили арбитражное соглашение о передаче в третейский суд указанных споров.</w:t>
      </w:r>
    </w:p>
    <w:p>
      <w:r>
        <w:rPr>
          <w:b/>
        </w:rPr>
        <w:t xml:space="preserve">4. </w:t>
      </w:r>
      <w:r>
        <w:t>Указанные в части третьей настоящей статьи споры могут рассматриваться третейским судом только при передаче указанных споров на рассмотрение третейского суда с местом арбитража на территории Российской Федерации, администрируемого постоянно действующим арбитражным учреждением, утвердившим и опубликовавшим специальные правила разбирательства корпоративных споров в порядке, предусмотренном федеральным законом.</w:t>
        <w:br/>
        <w:t>(Дополнение статьей - Федеральный закон от 29.12.2015 № 409-ФЗ)</w:t>
      </w:r>
    </w:p>
    <w:p>
      <w:r>
        <w:t>Производство по делу прекращается определением суда, в котором указывается, что повторное обращение в суд по спору между теми же сторонами,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частью седьмой статьи 24424 настоящего Кодекса. (В редакции Федерального закона от 18.07.2019 № 191-ФЗ)</w:t>
      </w:r>
    </w:p>
    <w:p>
      <w:r>
        <w:rPr>
          <w:b/>
        </w:rPr>
        <w:t>Статья 23. Гражданские дела, подсудные мировому судье</w:t>
      </w:r>
    </w:p>
    <w:p>
      <w:r>
        <w:rPr>
          <w:b/>
        </w:rPr>
        <w:t xml:space="preserve">1. </w:t>
      </w:r>
      <w:r>
        <w:t>Мировой судья рассматривает в качестве суда первой инстанции дела:</w:t>
      </w:r>
    </w:p>
    <w:p>
      <w:r>
        <w:rPr>
          <w:b/>
        </w:rPr>
        <w:t xml:space="preserve">1. </w:t>
      </w:r>
      <w:r>
        <w:t>о выдаче судебного приказа;</w:t>
      </w:r>
    </w:p>
    <w:p>
      <w:r>
        <w:rPr>
          <w:b/>
        </w:rPr>
        <w:t xml:space="preserve">1. </w:t>
      </w:r>
      <w:r>
        <w:t>о расторжении брака, если между супругами отсутствует спор о детях;</w:t>
      </w:r>
    </w:p>
    <w:p>
      <w:r>
        <w:rPr>
          <w:b/>
        </w:rPr>
        <w:t xml:space="preserve">1. </w:t>
      </w:r>
      <w:r>
        <w:t>о разделе между супругами совместно нажитого имущества при цене иска, не превышающей пятидесяти тысяч рублей;</w:t>
      </w:r>
    </w:p>
    <w:p>
      <w:r>
        <w:rPr>
          <w:b/>
        </w:rPr>
        <w:t xml:space="preserve">1. </w:t>
      </w:r>
      <w:r>
        <w:t>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w:t>
      </w:r>
    </w:p>
    <w:p>
      <w:r>
        <w:rPr>
          <w:b/>
        </w:rPr>
        <w:t xml:space="preserve">1. </w:t>
      </w:r>
      <w:r>
        <w:t>по имущественным спорам, возникающим в сфере защиты прав потребителей, при цене иска, не превышающей ста тысяч рублей.</w:t>
        <w:br/>
        <w:t>(Часть в редакции Федерального закона от 28.11.2018 № 451-ФЗ)</w:t>
      </w:r>
    </w:p>
    <w:p>
      <w:r>
        <w:rPr>
          <w:b/>
        </w:rPr>
        <w:t xml:space="preserve">2. </w:t>
      </w:r>
      <w:r>
        <w:t>Федеральными законами к подсудности мировых судей могут быть отнесены и другие дела.</w:t>
      </w:r>
    </w:p>
    <w:p>
      <w:r>
        <w:rPr>
          <w:b/>
        </w:rPr>
        <w:t xml:space="preserve">3. </w:t>
      </w:r>
      <w:r>
        <w:t>При объединении нескольких связанных между собой требований, изменении предмета иска или предъявлении встречного иска, если новые требования становятся подсудными районному суду, а другие остаются подсудными мировому судье, все требования подлежат рассмотрению в районном суде. В этом случае, если подсудность дела изменилась в ходе его рассмотрения у мирового судьи, мировой судья выносит определение о передаче дела в районный суд и передает дело на рассмотрение в районный суд.</w:t>
      </w:r>
    </w:p>
    <w:p>
      <w:r>
        <w:rPr>
          <w:b/>
        </w:rPr>
        <w:t xml:space="preserve">4. </w:t>
      </w:r>
      <w:r>
        <w:t>Споры между мировым судьей и районным судом о подсудности не допускаются.</w:t>
      </w:r>
    </w:p>
    <w:p>
      <w:r>
        <w:rPr>
          <w:b/>
        </w:rPr>
        <w:t>Статья 24. Гражданские дела, подсудные районному суду</w:t>
      </w:r>
    </w:p>
    <w:p>
      <w:r>
        <w:t>Гражданские дела, подсудные судам общей юрисдикции, за исключением дел, предусмотренных статьями 23, 25, 26 и 27 настоящего Кодекса, рассматриваются районным судом в качестве суда первой инстанции. (В редакции Федерального закона от 28.11.2018 № 451-ФЗ)</w:t>
      </w:r>
    </w:p>
    <w:p>
      <w:r>
        <w:rPr>
          <w:b/>
        </w:rPr>
        <w:t>Статья 25. Гражданские дела, подсудные военным судам и иным специализированным судам</w:t>
      </w:r>
    </w:p>
    <w:p>
      <w:r>
        <w:t>В случаях, предусмотренных федеральным конституционным законом, гражданские дела рассматриваются военными и иными специализированными судами.</w:t>
      </w:r>
    </w:p>
    <w:p>
      <w:r>
        <w:rPr>
          <w:b/>
        </w:rPr>
        <w:t>Статья 26. Гражданские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
        <w:rPr>
          <w:b/>
        </w:rPr>
        <w:t xml:space="preserve">1. </w:t>
      </w:r>
      <w:r>
        <w:t>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гражданские дела:</w:t>
      </w:r>
    </w:p>
    <w:p>
      <w:r>
        <w:rPr>
          <w:b/>
        </w:rPr>
        <w:t xml:space="preserve">1. </w:t>
      </w:r>
      <w:r>
        <w:t>связанные с государственной тайной;</w:t>
      </w:r>
    </w:p>
    <w:p>
      <w:r>
        <w:rPr>
          <w:b/>
        </w:rPr>
        <w:t xml:space="preserve">1. </w:t>
      </w:r>
      <w:r>
        <w:t>(Пункт утратил силу - Федеральный закон от 08.03.2015 № 23-ФЗ)</w:t>
      </w:r>
    </w:p>
    <w:p>
      <w:r>
        <w:rPr>
          <w:b/>
        </w:rPr>
        <w:t xml:space="preserve">1. </w:t>
      </w:r>
      <w:r>
        <w:t>(Пункт утратил силу - Федеральный закон от 08.03.2015 № 23-ФЗ)</w:t>
      </w:r>
    </w:p>
    <w:p>
      <w:r>
        <w:rPr>
          <w:b/>
        </w:rPr>
        <w:t xml:space="preserve">1. </w:t>
      </w:r>
      <w:r>
        <w:t>(Пункт утратил силу - Федеральный закон от 08.03.2015 № 23-ФЗ)</w:t>
      </w:r>
    </w:p>
    <w:p>
      <w:r>
        <w:rPr>
          <w:b/>
        </w:rPr>
        <w:t xml:space="preserve">1. </w:t>
      </w:r>
      <w:r>
        <w:t>(Дополнение пунктом - Федеральный закон от 21.07.2005 № 93-ФЗ) (Утратил силу - Федеральный закон от 08.03.2015 № 23-ФЗ)</w:t>
      </w:r>
    </w:p>
    <w:p>
      <w:r>
        <w:rPr>
          <w:b/>
        </w:rPr>
        <w:t xml:space="preserve">1. </w:t>
      </w:r>
      <w:r>
        <w:t>(Дополнение пунктом - Федеральный закон от 30.04.2010 № 69-ФЗ) (Утратил силу - Федеральный закон от 08.03.2015 № 23-ФЗ)</w:t>
      </w:r>
    </w:p>
    <w:p>
      <w:r>
        <w:rPr>
          <w:b/>
        </w:rPr>
        <w:t xml:space="preserve">1. </w:t>
      </w:r>
      <w:r>
        <w:t>(Дополнение пунктом - Федеральный закон от 03.12.2011 № 388-ФЗ) (Утратил силу - Федеральный закон от 08.03.2015 № 23-ФЗ)</w:t>
      </w:r>
    </w:p>
    <w:p>
      <w:r>
        <w:rPr>
          <w:b/>
        </w:rPr>
        <w:t xml:space="preserve">1. </w:t>
      </w:r>
      <w:r>
        <w:t>(Дополнение пунктом - Федеральный закон от 04.06.2014 № 143-ФЗ) (Утратил силу - Федеральный закон от 08.03.2015 № 23-ФЗ)</w:t>
      </w:r>
    </w:p>
    <w:p>
      <w:r>
        <w:rPr>
          <w:b/>
        </w:rPr>
        <w:t xml:space="preserve">1. </w:t>
      </w:r>
      <w:r>
        <w:t>предусмотренные главой 45 настоящего Кодекса. (Дополнение пунктом - Федеральный закон от 29.12.2015 № 409-ФЗ)</w:t>
      </w:r>
    </w:p>
    <w:p>
      <w:r>
        <w:rPr>
          <w:b/>
        </w:rPr>
        <w:t xml:space="preserve">2. </w:t>
      </w:r>
      <w:r>
        <w:t>Федеральными законами к подсудности верховного суда республики, краевого, областного суда, суда города федерального значения, суда автономной области и суда автономного округа могут быть отнесены и другие дела.</w:t>
      </w:r>
    </w:p>
    <w:p>
      <w:r>
        <w:rPr>
          <w:b/>
        </w:rPr>
        <w:t xml:space="preserve">3. </w:t>
      </w:r>
      <w:r>
        <w:t>Московский городской суд рассматривает в качестве суда первой инстанции гражданские дела, которые связаны с защитой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и по которым им приняты предварительные обеспечительные меры в соответствии со статьей 1441 настоящего Кодекса. В случае рассмотрения Московским городским судом дела, производство по которому было возбуждено по иску истца после вступления в законную силу решения, вынесенного этим же судом в пользу этого же истца по другому делу о защите авторских и (или) смежных прав в информационно-телекоммуникационных сетях, в том числе в сети &amp;quot;Интернет&amp;quot;, Московский городской суд также разрешает вопрос о постоянном ограничении доступа к сайту в сети &amp;quot;Интернет&amp;quot;,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&amp;quot;Интернет&amp;quot;. (Дополнение частью - Федеральный закон от 02.07.2013 № 187-ФЗ) (В редакции Федерального закона от 24.11.2014 № 364-ФЗ)</w:t>
      </w:r>
    </w:p>
    <w:p>
      <w:r>
        <w:rPr>
          <w:b/>
        </w:rPr>
        <w:t>Статья 27. Дела, подсудные Верховному Суду Российской Федерации</w:t>
      </w:r>
    </w:p>
    <w:p>
      <w:r>
        <w:t>Подсудность дел Верховному Суду Российской Федерации определяется Федеральным конституционным законом от 5 февраля 2014 года № 3-ФКЗ &amp;quot;О Верховном Суде Российской Федерации&amp;quot;.</w:t>
        <w:br/>
        <w:t>(Статья в редакции Федерального закона от 12.03.2014 № 29-ФЗ)</w:t>
      </w:r>
    </w:p>
    <w:p>
      <w:r>
        <w:rPr>
          <w:b/>
        </w:rPr>
        <w:t>Статья 28. Предъявление иска по месту жительства или адресу ответчика</w:t>
      </w:r>
    </w:p>
    <w:p>
      <w:r>
        <w:t>Иск предъявляется в суд по месту жительства ответчика. Иск к организации предъявляется в суд по адресу организации.</w:t>
        <w:br/>
        <w:t>(Статья в редакции Федерального закона от 28.11.2018 № 451-ФЗ)</w:t>
      </w:r>
    </w:p>
    <w:p>
      <w:r>
        <w:rPr>
          <w:b/>
        </w:rPr>
        <w:t>Статья 29. Подсудность по выбору истца</w:t>
      </w:r>
    </w:p>
    <w:p>
      <w:r>
        <w:rPr>
          <w:b/>
        </w:rPr>
        <w:t xml:space="preserve">1. </w:t>
      </w:r>
      <w:r>
        <w:t>Иск к ответчику, место жительства которого неизвестно или который не имеет места жительства в Российской Федерации, может быть предъявлен в суд по месту нахождения его имущества или по его последнему известному месту жительства в Российской Федерации.</w:t>
      </w:r>
    </w:p>
    <w:p>
      <w:r>
        <w:rPr>
          <w:b/>
        </w:rPr>
        <w:t xml:space="preserve">2. </w:t>
      </w:r>
      <w:r>
        <w:t>Иск к организации, вытекающий из деятельности ее филиала или представительства, может быть предъявлен также в суд по адресу ее филиала или представительства. (В редакции Федерального закона от 28.11.2018 № 451-ФЗ)</w:t>
      </w:r>
    </w:p>
    <w:p>
      <w:r>
        <w:rPr>
          <w:b/>
        </w:rPr>
        <w:t xml:space="preserve">3. </w:t>
      </w:r>
      <w:r>
        <w:t>Иски о взыскании алиментов и об установлении отцовства могут быть предъявлены истцом также в суд по месту его жительства.</w:t>
      </w:r>
    </w:p>
    <w:p>
      <w:r>
        <w:rPr>
          <w:b/>
        </w:rPr>
        <w:t xml:space="preserve">4. </w:t>
      </w:r>
      <w:r>
        <w:t>Иски о расторжении брака могут предъявляться также в суд по месту жительства истца в случаях, если при нем находится несовершеннолетний или по состоянию здоровья выезд истца к месту жительства ответчика представляется для него затруднительным.</w:t>
      </w:r>
    </w:p>
    <w:p>
      <w:r>
        <w:rPr>
          <w:b/>
        </w:rPr>
        <w:t xml:space="preserve">5. </w:t>
      </w:r>
      <w:r>
        <w:t>Иски о возмещении вреда, причиненного увечьем, иным повреждением здоровья или в результате смерти кормильца, могут предъявляться истцом также в суд по месту его жительства или месту причинения вреда.</w:t>
      </w:r>
    </w:p>
    <w:p>
      <w:r>
        <w:rPr>
          <w:b/>
        </w:rPr>
        <w:t xml:space="preserve">6. </w:t>
      </w:r>
      <w:r>
        <w:t>Иски о восстановлении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наказания в виде ареста, могут предъявляться также в суд по месту жительства истца. (В редакции федеральных законов от 03.07.2016 № 272-ФЗ, от 12.06.2024 № 135-ФЗ)</w:t>
      </w:r>
    </w:p>
    <w:p>
      <w:r>
        <w:rPr>
          <w:b/>
        </w:rPr>
        <w:t xml:space="preserve">61. </w:t>
      </w:r>
      <w:r>
        <w:t>Иски о защите прав субъекта персональных данных, в том числе о возмещении убытков и (или) компенсации морального вреда, могут предъявляться также в суд по месту жительства истца. (Дополнение частью - Федеральный закон от 07.05.2013 № 99-ФЗ)</w:t>
      </w:r>
    </w:p>
    <w:p>
      <w:r>
        <w:rPr>
          <w:b/>
        </w:rPr>
        <w:t xml:space="preserve">62. </w:t>
      </w:r>
      <w:r>
        <w:t>Иски о прекращении выдачи оператором поисковой системы ссылок, позволяющих получить доступ к информации в информационно-телекоммуникационной сети &amp;quot;Интернет&amp;quot;, могут предъявляться также в суд по месту жительства истца. (Дополнение частью - Федеральный закон от 13.07.2015 № 264-ФЗ)</w:t>
      </w:r>
    </w:p>
    <w:p>
      <w:r>
        <w:rPr>
          <w:b/>
        </w:rPr>
        <w:t xml:space="preserve">63. </w:t>
      </w:r>
      <w:r>
        <w:t>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 (Дополнение частью - Федеральный закон от 03.07.2016 № 272-ФЗ) (В редакции Федерального закона от 12.06.2024 № 135-ФЗ)</w:t>
      </w:r>
    </w:p>
    <w:p>
      <w:r>
        <w:rPr>
          <w:b/>
        </w:rPr>
        <w:t xml:space="preserve">7. </w:t>
      </w:r>
      <w:r>
        <w:t>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(В редакции Федерального закона от 18.07.2019 № 191-ФЗ)</w:t>
      </w:r>
    </w:p>
    <w:p>
      <w:r>
        <w:rPr>
          <w:b/>
        </w:rPr>
        <w:t xml:space="preserve">8. </w:t>
      </w:r>
      <w:r>
        <w:t>Иски о возмещении убытков, причиненных столкновением судов, взыскании заработной платы и других сумм, причитающихся членам экипажа судна за работу на борту судна, расходов на репатриацию и взносов на социальное страхование,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 (В редакции Федерального закона от 06.02.2012 № 4-ФЗ)</w:t>
      </w:r>
    </w:p>
    <w:p>
      <w:r>
        <w:rPr>
          <w:b/>
        </w:rPr>
        <w:t xml:space="preserve">9. </w:t>
      </w:r>
      <w:r>
        <w:t>Иски, вытекающие из договоров, в том числе трудовых, в которых указано место их исполнения, могут быть предъявлены также в суд по месту исполнения такого договора. (В редакции Федерального закона от 03.07.2016 № 272-ФЗ)</w:t>
      </w:r>
    </w:p>
    <w:p>
      <w:r>
        <w:rPr>
          <w:b/>
        </w:rPr>
        <w:t xml:space="preserve">10. </w:t>
      </w:r>
      <w:r>
        <w:t>Выбор между несколькими судами, которым согласно настоящей статье подсудно дело, принадлежит истцу.</w:t>
      </w:r>
    </w:p>
    <w:p>
      <w:r>
        <w:rPr>
          <w:b/>
        </w:rPr>
        <w:t>Статья 30. Исключительная подсудность</w:t>
      </w:r>
    </w:p>
    <w:p>
      <w:r>
        <w:rPr>
          <w:b/>
        </w:rPr>
        <w:t xml:space="preserve">1. </w:t>
      </w:r>
      <w:r>
        <w:t>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(В редакции Федерального закона от 14.07.2008 № 118-ФЗ)</w:t>
      </w:r>
    </w:p>
    <w:p>
      <w:r>
        <w:rPr>
          <w:b/>
        </w:rPr>
        <w:t xml:space="preserve">2. </w:t>
      </w:r>
      <w:r>
        <w:t>Иски кредиторов наследодателя, предъявляемые до принятия наследства наследниками, подсудны суду по месту открытия наследства.</w:t>
      </w:r>
    </w:p>
    <w:p>
      <w:r>
        <w:rPr>
          <w:b/>
        </w:rPr>
        <w:t xml:space="preserve">3. </w:t>
      </w:r>
      <w:r>
        <w:t>Иски к перевозчикам, вытекающие из договоров перевозки, предъявляются в суд по адресу перевозчика, к которому в установленном порядке была предъявлена претензия. (В редакции Федерального закона от 28.11.2018 № 451-ФЗ)</w:t>
      </w:r>
    </w:p>
    <w:p>
      <w:r>
        <w:rPr>
          <w:b/>
        </w:rPr>
        <w:t xml:space="preserve">4. </w:t>
      </w:r>
      <w:r>
        <w:t>Иски о защите прав и законных интересов группы лиц, в том числе прав потребителей, подаются по адресу ответчика. (Дополнение частью - Федеральный закон от 18.07.2019 № 191-ФЗ)</w:t>
      </w:r>
    </w:p>
    <w:p>
      <w:r>
        <w:rPr>
          <w:b/>
        </w:rPr>
        <w:t>Статья 301. Подсудность дел, связанных с осуществлением судами функций содействия и контроля в отношении третейских судов</w:t>
      </w:r>
    </w:p>
    <w:p>
      <w:r>
        <w:rPr>
          <w:b/>
        </w:rPr>
        <w:t xml:space="preserve">1. </w:t>
      </w:r>
      <w:r>
        <w:t>Заявление об отмене решений третейских судов и международных коммерческих арбитражей, принятых на территории Российской Федерации, подается в районный суд,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районный суд по месту нахождения или месту жительства одной из сторон третейского разбирательства.</w:t>
      </w:r>
    </w:p>
    <w:p>
      <w:r>
        <w:rPr>
          <w:b/>
        </w:rPr>
        <w:t xml:space="preserve">2. </w:t>
      </w:r>
      <w:r>
        <w:t>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подается в районный суд по месту нахождения или месту жительства должника либо, если место его нахождения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нахождения или месту жительства стороны третейского разбирательства, в пользу которой принято решение третейского суда.</w:t>
      </w:r>
    </w:p>
    <w:p>
      <w:r>
        <w:rPr>
          <w:b/>
        </w:rPr>
        <w:t xml:space="preserve">3. </w:t>
      </w:r>
      <w:r>
        <w:t>Заявление об осуществлении судом функций содействия в отношении третейских судов, указанных в части второй статьи 4271 настоящего Кодекса, подается в районный суд по месту проведения соответствующего третейского разбирательства.</w:t>
        <w:br/>
        <w:t>(Дополнение статьей - Федеральный закон от 29.12.2015 № 409-ФЗ)</w:t>
      </w:r>
    </w:p>
    <w:p>
      <w:r>
        <w:rPr>
          <w:b/>
        </w:rPr>
        <w:t>Статья 31. Подсудность нескольких связанных между собой дел</w:t>
      </w:r>
    </w:p>
    <w:p>
      <w:r>
        <w:rPr>
          <w:b/>
        </w:rPr>
        <w:t xml:space="preserve">1. </w:t>
      </w:r>
      <w:r>
        <w:t>Иск к нескольким ответчикам, проживающим или находящимся в разных местах, предъявляется в суд по месту жительства или адресу одного из ответчиков по выбору истца. (В редакции Федерального закона от 28.11.2018 № 451-ФЗ)</w:t>
      </w:r>
    </w:p>
    <w:p>
      <w:r>
        <w:rPr>
          <w:b/>
        </w:rPr>
        <w:t xml:space="preserve">2. </w:t>
      </w:r>
      <w:r>
        <w:t>Встречный иск предъявляется в суд по месту рассмотрения первоначального иска.</w:t>
      </w:r>
    </w:p>
    <w:p>
      <w:r>
        <w:rPr>
          <w:b/>
        </w:rPr>
        <w:t xml:space="preserve">3. </w:t>
      </w:r>
      <w:r>
        <w:t>Гражданский иск, вытекающий из уголовного дела, если он не был предъявлен или не был разрешен при производстве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r>
        <w:rPr>
          <w:b/>
        </w:rPr>
        <w:t>Статья 32. Договорная подсудность</w:t>
      </w:r>
    </w:p>
    <w:p>
      <w:r>
        <w:t>Стороны могут по соглашению между собой изменить территориальную подсудность для данного дела до принятия его судом к своему производству. Подсудность, установленная статьями 26, 27 и 30 настоящего Кодекса, не может быть изменена соглашением сторон.</w:t>
      </w:r>
    </w:p>
    <w:p>
      <w:r>
        <w:rPr>
          <w:b/>
        </w:rPr>
        <w:t>Статья 33. Передача дела, принятого судом к своему производству, в другой суд</w:t>
      </w:r>
    </w:p>
    <w:p>
      <w:r>
        <w:rPr>
          <w:b/>
        </w:rPr>
        <w:t xml:space="preserve">1. </w:t>
      </w:r>
      <w:r>
        <w:t>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 за исключением случаев изменения подсудности, установленной статьями 26 и 27 настоящего Кодекса. (В редакции Федерального закона от 28.11.2018 № 451-ФЗ)</w:t>
      </w:r>
    </w:p>
    <w:p>
      <w:r>
        <w:rPr>
          <w:b/>
        </w:rPr>
        <w:t xml:space="preserve">2. </w:t>
      </w:r>
      <w:r>
        <w:t>Суд передает дело на рассмотрение другого суда общей юрисдикции, если: (В редакции Федерального закона от 28.11.2018 № 451-ФЗ)</w:t>
      </w:r>
    </w:p>
    <w:p>
      <w:r>
        <w:rPr>
          <w:b/>
        </w:rPr>
        <w:t xml:space="preserve">2. </w:t>
      </w:r>
      <w:r>
        <w:t>ответчик, место жительства или место нахождения которого не было известно ранее, заявит ходатайство о передаче дела в суд по месту его жительства или месту его нахождения;</w:t>
      </w:r>
    </w:p>
    <w:p>
      <w:r>
        <w:rPr>
          <w:b/>
        </w:rPr>
        <w:t xml:space="preserve">2. </w:t>
      </w:r>
      <w:r>
        <w:t>обе стороны заявили ходатайство о рассмотрении дела по месту нахождения большинства доказательств;</w:t>
      </w:r>
    </w:p>
    <w:p>
      <w:r>
        <w:rPr>
          <w:b/>
        </w:rPr>
        <w:t xml:space="preserve">2. </w:t>
      </w:r>
      <w:r>
        <w:t>при рассмотрении дела в данном суде выявилось, что оно было принято к производству с нарушением правил подсудности;</w:t>
      </w:r>
    </w:p>
    <w:p>
      <w:r>
        <w:rPr>
          <w:b/>
        </w:rPr>
        <w:t xml:space="preserve">2. </w:t>
      </w:r>
      <w:r>
        <w:t>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 Передача дел, подлежащих рассмотрению в верховном суде республики, краевом, областном суде, суде города федерального значения, суде автономной области или суде автономного округа, осуществляется кассационным судом общей юрисдикции. Передача дел, подлежащих рассмотрению в апелляционном суде общей юрисдикции и кассационном суде общей юрисдикции, осуществляется Верховным Судом Российской Федерации. (В редакции Федерального закона от 28.11.2018 № 451-ФЗ)</w:t>
      </w:r>
    </w:p>
    <w:p>
      <w:r>
        <w:rPr>
          <w:b/>
        </w:rPr>
        <w:t xml:space="preserve">21. </w:t>
      </w:r>
      <w:r>
        <w:t>Если при рассмотрении дела в суде выявилось, что оно подлежит рассмотрению арбитражным судом, суд передает дело в арбитражный суд, к подсудности которого оно отнесено законом. (Дополнение частью - Федеральный закон от 28.11.2018 № 451-ФЗ)</w:t>
      </w:r>
    </w:p>
    <w:p>
      <w:r>
        <w:rPr>
          <w:b/>
        </w:rPr>
        <w:t xml:space="preserve">3. </w:t>
      </w:r>
      <w:r>
        <w:t>О передаче дела в другой суд или об отказе в передаче дела в другой суд выносится определение суда, на которое может быть подана частная жалоба. Передача дела в другой суд осуществляется по истечении срока обжалования этого определения, а в случае подачи жалобы - после вынесения определения суда об оставлении жалобы без удовлетворения.</w:t>
        <w:br/>
        <w:t>В случаях, предусмотренных пунктом 4 части второй настоящей статьи, определение о передаче дела в другой суд или об отказе в передаче дела в другой суд вступает в силу со дня принятия и апелляционному обжалованию не подлежит. (В редакции Федерального закона от 02.12.2019 № 406-ФЗ)</w:t>
        <w:br/>
        <w:t>(Часть в редакции Федерального закона от 28.11.2018 № 451-ФЗ)</w:t>
      </w:r>
    </w:p>
    <w:p>
      <w:r>
        <w:rPr>
          <w:b/>
        </w:rPr>
        <w:t xml:space="preserve">4. </w:t>
      </w:r>
      <w:r>
        <w:t>Дело, направленное из одного суда в другой, должно быть принято к рассмотрению судом, в который оно направлено. Споры о подсудности между судами в Российской Федерации не допускаются.</w:t>
      </w:r>
    </w:p>
    <w:p>
      <w:r>
        <w:rPr>
          <w:b/>
        </w:rPr>
        <w:t>Статья 331. Переход к рассмотрению дела по правилам административного судопроизводства</w:t>
      </w:r>
    </w:p>
    <w:p>
      <w:r>
        <w:rPr>
          <w:b/>
        </w:rPr>
        <w:t xml:space="preserve">1. </w:t>
      </w:r>
      <w:r>
        <w:t>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
        <w:rPr>
          <w:b/>
        </w:rPr>
        <w:t xml:space="preserve">2. </w:t>
      </w:r>
      <w:r>
        <w:t>При предъявлении в суд искового заявления, содержащего несколько требований, одни из которых подлежат рассмотрению по правилам гражданского судопроизводства, а другие - по правилам административного судопроизводства, если возможно их раздельное рассмотрение, судья разрешает вопрос о принятии требований, подлежащих рассмотрению в порядке гражданского судопроизводства.</w:t>
        <w:br/>
        <w:t>Если иные предъявленные в суд требования, подлежащие рассмотрению в порядке административного судопроизводства, подсудны данному суду, вопрос об их принятии к производству разрешается судьей в соответствии с законодательством об административном судопроизводстве на основании засвидетельствованных им копий искового заявления и соответствующих приложенных к нему документов.</w:t>
        <w:br/>
        <w:t>Если иные предъявленные в суд требования, подлежащие рассмотрению в порядке административного судопроизводства, не подсудны данному суду, судья возвращает исковое заявление в части таких требований в соответствии с пунктом 2 части первой статьи 135 настоящего Кодекса.</w:t>
      </w:r>
    </w:p>
    <w:p>
      <w:r>
        <w:rPr>
          <w:b/>
        </w:rPr>
        <w:t xml:space="preserve">3. </w:t>
      </w:r>
      <w:r>
        <w:t>Суд, установив в ходе подготовки гражданского дела к судебному разбирательству или судебного разбирательства по гражданскому делу, что оно подлежит рассмотрению в порядке административного судопроизводства, выносит определение о переходе к рассмотрению дела по правилам административного судопроизводства.</w:t>
        <w:br/>
        <w:t>(Дополнение статьей - Федеральный закон от 28.11.2018 № 451-ФЗ)</w:t>
        <w:br/>
        <w:t>(Наименование в редакции Федерального закона от 29.07.2018 № 265-ФЗ)</w:t>
      </w:r>
    </w:p>
    <w:p>
      <w:pPr>
        <w:pStyle w:val="Heading3"/>
      </w:pPr>
      <w:r>
        <w:t>ЛИЦА, УЧАСТВУЮЩИЕ В ДЕЛЕ, И ДРУГИЕ УЧАСТНИКИ ПРОЦЕССА</w:t>
      </w:r>
    </w:p>
    <w:p>
      <w:r>
        <w:rPr>
          <w:b/>
        </w:rPr>
        <w:t>Статья 34. Состав лиц, участвующих в деле</w:t>
      </w:r>
    </w:p>
    <w:p>
      <w:r>
        <w:t>Лицами, участвующими в деле, являются стороны, третьи лица, прокурор, лица, обращающиеся в суд за защитой прав, свобод и законных интересов других лиц или вступающие в процесс в целях дачи заключения по основаниям, предусмотренным статьями 4, 46 и 47 настоящего Кодекса, заявители и другие заинтересованные лица по делам особого производства. (В редакции Федерального закона от 08.03.2015 № 23-ФЗ)</w:t>
      </w:r>
    </w:p>
    <w:p>
      <w:r>
        <w:rPr>
          <w:b/>
        </w:rPr>
        <w:t>Статья 35. Права и обязанности лиц, участвующих в деле</w:t>
      </w:r>
    </w:p>
    <w:p>
      <w:r>
        <w:rPr>
          <w:b/>
        </w:rPr>
        <w:t xml:space="preserve">1. </w:t>
      </w:r>
      <w:r>
        <w:t>Лица, участвующие в деле, имеют право знакомиться с материалами дела, делать выписки из них,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об истребовании доказательств; давать объяснения суду в устной и письменной форме; приводить свои доводы по всем возникающим в ходе судебного разбирательства вопросам, возражать относительно ходатайств и доводов других лиц, участвующих в деле; получать судебные повестки и иные судебные извещения, а также судебные постановления и их копии на бумажном носителе или в электронном виде, в том числе в форме электронного документа; обжаловать судебные постановления и использовать предоставленные законодательством о гражданском судопроизводстве другие процессуальные права. Лица, участвующие в деле, должны добросовестно пользоваться всеми принадлежащими им процессуальными правами. При наличии в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&amp;quot;Интернет&amp;quot;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 (В редакции федеральных законов от 23.06.2016 № 220-ФЗ, от 30.12.2021 № 440-ФЗ)</w:t>
      </w:r>
    </w:p>
    <w:p>
      <w:r>
        <w:rPr>
          <w:b/>
        </w:rPr>
        <w:t xml:space="preserve">11. </w:t>
      </w:r>
      <w:r>
        <w:t>Лица, участвующие в деле, вправе представлять в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(Дополнение частью - Федеральный закон от 23.06.2016 № 220-ФЗ) (В редакции Федерального закона от 30.12.2021 № 440-ФЗ)</w:t>
      </w:r>
    </w:p>
    <w:p>
      <w:r>
        <w:rPr>
          <w:b/>
        </w:rPr>
        <w:t xml:space="preserve">12. </w:t>
      </w:r>
      <w:r>
        <w:t>Лица, участвующие в деле, вправе представлять в суд иные документы в электронном виде, в том числе в форме электронных документов, выполненных указанными лицами либо иными лицами, органами, организациями. Такие документы выполняются в форме, установленной для этих документов законодательством Российской Федерации, или в свободной форме, если законодательством Российской Федерации форма для таких документов не установлена. (Дополнение частью - Федеральный закон от 23.06.2016 № 220-ФЗ)</w:t>
      </w:r>
    </w:p>
    <w:p>
      <w:r>
        <w:rPr>
          <w:b/>
        </w:rPr>
        <w:t xml:space="preserve">2. </w:t>
      </w:r>
      <w:r>
        <w:t>Лица, участвующие в деле, несут процессуальные обязанности, установленные настоящим Кодексом, другими федеральными законами. При неисполнении процессуальных обязанностей наступают последствия, предусмотренные законодательством о гражданском судопроизводстве.</w:t>
      </w:r>
    </w:p>
    <w:p>
      <w:r>
        <w:rPr>
          <w:b/>
        </w:rPr>
        <w:t>Статья 36. Гражданская процессуальная правоспособность</w:t>
      </w:r>
    </w:p>
    <w:p>
      <w:r>
        <w:t>Гражданская процессуальная правоспособность признается в равной мере за всеми гражданами и организациями, обладающими согласно законодательству Российской Федерации правом на судебную защиту прав, свобод и законных интересов.</w:t>
      </w:r>
    </w:p>
    <w:p>
      <w:r>
        <w:rPr>
          <w:b/>
        </w:rPr>
        <w:t>Статья 37. Гражданская процессуальная дееспособность</w:t>
      </w:r>
    </w:p>
    <w:p>
      <w:r>
        <w:rPr>
          <w:b/>
        </w:rPr>
        <w:t xml:space="preserve">1. </w:t>
      </w:r>
      <w:r>
        <w:t>Способность своими действиями осуществлять процессуальные права, выполнять процессуальные обязанности и поручать ведение дела в суде представителю (гражданская процессуальная дееспособность) принадлежит в полном объеме гражданам, достигшим возраста восемнадцати лет, и организациям.</w:t>
      </w:r>
    </w:p>
    <w:p>
      <w:r>
        <w:rPr>
          <w:b/>
        </w:rPr>
        <w:t xml:space="preserve">2. </w:t>
      </w:r>
      <w:r>
        <w:t>Несовершеннолетний может лично осуществлять свои процессуальные права и выполнять процессуальные обязанности в суде со времени вступления в брак или объявления его полностью дееспособным (эмансипации).</w:t>
      </w:r>
    </w:p>
    <w:p>
      <w:r>
        <w:rPr>
          <w:b/>
        </w:rPr>
        <w:t xml:space="preserve">3. </w:t>
      </w:r>
      <w:r>
        <w:t>Права, свободы и законные интересы несовершеннолетних в возрасте от четырнадцати до восемнадцати лет, а также граждан, ограниченных в дееспособности, защищают в процессе их законные представители. Однако суд обязан привлекать к участию в таких делах самих несовершеннолетних, а также граждан, ограниченных в дееспособности.</w:t>
      </w:r>
    </w:p>
    <w:p>
      <w:r>
        <w:rPr>
          <w:b/>
        </w:rPr>
        <w:t xml:space="preserve">4. </w:t>
      </w:r>
      <w:r>
        <w:t>В случаях, предусмотренных федеральным законом, по делам, возникающим из гражданских, семейных, трудовых и иных правоотношений, несовершеннолетние в возрасте от четырнадцати до восемнадцати лет вправе лично защищать в суде свои права, свободы и законные интересы. Однако суд вправе привлечь к участию в таких делах законных представителей несовершеннолетних. (В редакции Федерального закона от 08.03.2015 № 23-ФЗ)</w:t>
      </w:r>
    </w:p>
    <w:p>
      <w:r>
        <w:rPr>
          <w:b/>
        </w:rPr>
        <w:t xml:space="preserve">5. </w:t>
      </w:r>
      <w:r>
        <w:t>Права, свободы и законные интересы несовершеннолетних, не достигших возраста четырнадцати лет, а также граждан, признанных недееспособными, если иное не предусмотрено настоящим Кодексом, защищают в процессе их законные представители - родители, усыновители, опекуны, попечители или иные лица, которым это право предоставлено федеральным законом. Однако суд вправе привлечь к участию в таких делах граждан, признанных недееспособными. (В редакции Федерального закона от 06.04.2011 № 67-ФЗ)</w:t>
      </w:r>
    </w:p>
    <w:p>
      <w:r>
        <w:rPr>
          <w:b/>
        </w:rPr>
        <w:t>Статья 38. Стороны</w:t>
      </w:r>
    </w:p>
    <w:p>
      <w:r>
        <w:rPr>
          <w:b/>
        </w:rPr>
        <w:t xml:space="preserve">1. </w:t>
      </w:r>
      <w:r>
        <w:t>Сторонами в гражданском судопроизводстве являются истец и ответчик.</w:t>
      </w:r>
    </w:p>
    <w:p>
      <w:r>
        <w:rPr>
          <w:b/>
        </w:rPr>
        <w:t xml:space="preserve">2. </w:t>
      </w:r>
      <w:r>
        <w:t>Лицо, в интересах которого дело начато по заявлению лиц, обращающихся в суд за защитой прав, свобод и законных интересов других лиц, извещается судом о возникшем процессе и участвует в нем в качестве истца.</w:t>
      </w:r>
    </w:p>
    <w:p>
      <w:r>
        <w:rPr>
          <w:b/>
        </w:rPr>
        <w:t xml:space="preserve">3. </w:t>
      </w:r>
      <w:r>
        <w:t>Стороны пользуются равными процессуальными правами и несут равные процессуальные обязанности.</w:t>
      </w:r>
    </w:p>
    <w:p>
      <w:r>
        <w:rPr>
          <w:b/>
        </w:rPr>
        <w:t>Статья 39. Изменение иска, отказ от иска, признание иска, мировое соглашение</w:t>
      </w:r>
    </w:p>
    <w:p>
      <w:r>
        <w:rPr>
          <w:b/>
        </w:rPr>
        <w:t xml:space="preserve">1. </w:t>
      </w:r>
      <w:r>
        <w:t>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r>
        <w:rPr>
          <w:b/>
        </w:rPr>
        <w:t xml:space="preserve">2. </w:t>
      </w:r>
      <w:r>
        <w:t>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w:t>
      </w:r>
    </w:p>
    <w:p>
      <w:r>
        <w:rPr>
          <w:b/>
        </w:rPr>
        <w:t xml:space="preserve">3. </w:t>
      </w:r>
      <w:r>
        <w:t>При изменении основания или предмета иска, увеличении размера исковых требований течение срока рассмотрения дела, предусмотренного настоящим Кодексом, начинается со дня совершения соответствующего процессуального действия.</w:t>
      </w:r>
    </w:p>
    <w:p>
      <w:r>
        <w:rPr>
          <w:b/>
        </w:rPr>
        <w:t>Статья 40. Участие в деле нескольких истцов или ответчиков</w:t>
      </w:r>
    </w:p>
    <w:p>
      <w:r>
        <w:rPr>
          <w:b/>
        </w:rPr>
        <w:t xml:space="preserve">1. </w:t>
      </w:r>
      <w:r>
        <w:t>Иск может быть предъявлен в суд совместно несколькими истцами или к нескольким ответчикам (процессуальное соучастие).</w:t>
      </w:r>
    </w:p>
    <w:p>
      <w:r>
        <w:rPr>
          <w:b/>
        </w:rPr>
        <w:t xml:space="preserve">2. </w:t>
      </w:r>
      <w:r>
        <w:t>Процессуальное соучастие допускается, если:</w:t>
      </w:r>
    </w:p>
    <w:p>
      <w:r>
        <w:rPr>
          <w:b/>
        </w:rPr>
        <w:t xml:space="preserve">2. </w:t>
      </w:r>
      <w:r>
        <w:t>предметом спора являются общие права или обязанности нескольких истцов или ответчиков;</w:t>
      </w:r>
    </w:p>
    <w:p>
      <w:r>
        <w:rPr>
          <w:b/>
        </w:rPr>
        <w:t xml:space="preserve">2. </w:t>
      </w:r>
      <w:r>
        <w:t>права и обязанности нескольких истцов или ответчиков имеют одно основание;</w:t>
      </w:r>
    </w:p>
    <w:p>
      <w:r>
        <w:rPr>
          <w:b/>
        </w:rPr>
        <w:t xml:space="preserve">2. </w:t>
      </w:r>
      <w:r>
        <w:t>предметом спора являются однородные права и обязанности.</w:t>
      </w:r>
    </w:p>
    <w:p>
      <w:r>
        <w:rPr>
          <w:b/>
        </w:rPr>
        <w:t xml:space="preserve">3. </w:t>
      </w:r>
      <w:r>
        <w:t>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соучастников.</w:t>
        <w:br/>
        <w:t>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 После привлечения соответчика или соответчиков подготовка и рассмотрение дела производятся с самого начала.</w:t>
      </w:r>
    </w:p>
    <w:p>
      <w:r>
        <w:rPr>
          <w:b/>
        </w:rPr>
        <w:t>Статья 41. Замена ненадлежащего ответчика</w:t>
      </w:r>
    </w:p>
    <w:p>
      <w:r>
        <w:rPr>
          <w:b/>
        </w:rPr>
        <w:t xml:space="preserve">1. </w:t>
      </w:r>
      <w:r>
        <w:t>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 После замены ненадлежащего ответчика надлежащим подготовка и рассмотрение дела производятся с самого начала.</w:t>
      </w:r>
    </w:p>
    <w:p>
      <w:r>
        <w:rPr>
          <w:b/>
        </w:rPr>
        <w:t xml:space="preserve">2. </w:t>
      </w:r>
      <w:r>
        <w:t>В случае, если истец не согласен на замену ненадлежащего ответчика другим лицом, суд рассматривает дело по предъявленному иску.</w:t>
      </w:r>
    </w:p>
    <w:p>
      <w:r>
        <w:rPr>
          <w:b/>
        </w:rPr>
        <w:t>Статья 42. Третьи лица, заявляющие самостоятельные требования относительно предмета спора</w:t>
      </w:r>
    </w:p>
    <w:p>
      <w:r>
        <w:rPr>
          <w:b/>
        </w:rPr>
        <w:t xml:space="preserve">1. </w:t>
      </w:r>
      <w:r>
        <w:t>Третьи лица, заявляющие самостоятельные требования относительно предмета спора, могут вступить в дело до принятия судебного постановления судом первой инстанции. Они пользуются всеми правами и несут все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(В редакции Федерального закона от 28.11.2018 № 451-ФЗ)</w:t>
        <w:br/>
        <w:t>В отношении лиц, заявляющих самостоятельные требования относительно предмета спора, судья выносит определение о признании их третьими лицами в рассматриваемом деле или об отказе в признании их третьими лицами, на которое может быть подана частная жалоба.</w:t>
      </w:r>
    </w:p>
    <w:p>
      <w:r>
        <w:rPr>
          <w:b/>
        </w:rPr>
        <w:t xml:space="preserve">2. </w:t>
      </w:r>
      <w:r>
        <w:t>При вступлении в дело третьего лица, заявляющего самостоятельные требования относительно предмета спора, рассмотрение дела производится с самого начала.</w:t>
      </w:r>
    </w:p>
    <w:p>
      <w:r>
        <w:rPr>
          <w:b/>
        </w:rPr>
        <w:t>Статья 43. Третьи лица, не заявляющие самостоятельных требований относительно предмета спора</w:t>
      </w:r>
    </w:p>
    <w:p>
      <w:r>
        <w:rPr>
          <w:b/>
        </w:rPr>
        <w:t xml:space="preserve">1. </w:t>
      </w:r>
      <w:r>
        <w:t>Третьи лица, не заявляющие самостоятельных требований относительно предмета спора, могут вступить в дело на стороне истца или ответчика до принятия судом первой инстанции судебного постановления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а также на предъявление встречного иска и требование принудительного исполнения решения суда. (В редакции Федерального закона от 26.07.2019 № 197-ФЗ)</w:t>
        <w:br/>
        <w:t>При этом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 (Дополнение абзацем - Федеральный закон от 26.07.2019 № 197-ФЗ)</w:t>
        <w:br/>
        <w:t>О вступлении в дело третьих лиц, не заявляющих самостоятельных требований относительно предмета спора, выносится определение суда.</w:t>
      </w:r>
    </w:p>
    <w:p>
      <w:r>
        <w:rPr>
          <w:b/>
        </w:rPr>
        <w:t xml:space="preserve">2. </w:t>
      </w:r>
      <w:r>
        <w:t>При вступлении в процесс третьего лица, не заявляющего самостоятельных требований относительно предмета спора, рассмотрение дела в суде производится с самого начала.</w:t>
      </w:r>
    </w:p>
    <w:p>
      <w:r>
        <w:rPr>
          <w:b/>
        </w:rPr>
        <w:t>Статья 44. Процессуальное правопреемство</w:t>
      </w:r>
    </w:p>
    <w:p>
      <w:r>
        <w:rPr>
          <w:b/>
        </w:rPr>
        <w:t xml:space="preserve">1. </w:t>
      </w:r>
      <w:r>
        <w:t>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случаи перемены лиц в обязательствах) суд допускает замену этой стороны ее правопреемником. Правопреемство возможно на любой стадии гражданского судопроизводства.</w:t>
      </w:r>
    </w:p>
    <w:p>
      <w:r>
        <w:rPr>
          <w:b/>
        </w:rPr>
        <w:t xml:space="preserve">2. </w:t>
      </w:r>
      <w:r>
        <w:t>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r>
        <w:rPr>
          <w:b/>
        </w:rPr>
        <w:t xml:space="preserve">3. </w:t>
      </w:r>
      <w:r>
        <w:t>На определение суда о замене или об отказе в замене правопреемника может быть подана частная жалоба.</w:t>
      </w:r>
    </w:p>
    <w:p>
      <w:r>
        <w:rPr>
          <w:b/>
        </w:rPr>
        <w:t>Статья 45. Участие в деле прокурора</w:t>
      </w:r>
    </w:p>
    <w:p>
      <w:r>
        <w:rPr>
          <w:b/>
        </w:rPr>
        <w:t xml:space="preserve">1. </w:t>
      </w:r>
      <w:r>
        <w:t>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 охраны здоровья, включая медицинскую помощь; обеспечения права на благоприятную окружающую среду; образования. (В редакции Федерального закона от 05.04.2009 № 43-ФЗ)</w:t>
      </w:r>
    </w:p>
    <w:p>
      <w:r>
        <w:rPr>
          <w:b/>
        </w:rPr>
        <w:t xml:space="preserve">2. </w:t>
      </w:r>
      <w:r>
        <w:t>Прокурор, подавший заявление, пользуется всеми процессуальными правами и несет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законный представитель не заявит об отказе от иска. При отказе истца от иска суд прекращает производство по делу, если это не противоречит закону или не нарушает права и законные интересы других лиц.</w:t>
      </w:r>
    </w:p>
    <w:p>
      <w:r>
        <w:rPr>
          <w:b/>
        </w:rPr>
        <w:t xml:space="preserve">3. </w:t>
      </w:r>
      <w:r>
        <w:t>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r>
        <w:rPr>
          <w:b/>
        </w:rPr>
        <w:t xml:space="preserve">4. </w:t>
      </w:r>
      <w:r>
        <w:t>В целях обеспечения законности прокурор по своей инициативе или инициативе суда вступает в дело, рассматриваемое судом, на любой стадии процесса для дачи заключения:</w:t>
      </w:r>
    </w:p>
    <w:p>
      <w:r>
        <w:rPr>
          <w:b/>
        </w:rPr>
        <w:t xml:space="preserve">4. </w:t>
      </w:r>
      <w:r>
        <w:t>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w:t>
      </w:r>
    </w:p>
    <w:p>
      <w:r>
        <w:rPr>
          <w:b/>
        </w:rPr>
        <w:t xml:space="preserve">4. </w:t>
      </w:r>
      <w:r>
        <w:t>при рассмотрении судом заявления о выдаче исполнительного листа на принудительное исполнение решения третейского суда, ходатайства о признании и приведении в исполнение решения иностранного суда и иностранного арбитражного решения;</w:t>
      </w:r>
    </w:p>
    <w:p>
      <w:r>
        <w:rPr>
          <w:b/>
        </w:rPr>
        <w:t xml:space="preserve">4. </w:t>
      </w:r>
      <w:r>
        <w:t>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br/>
        <w:t>(Дополнение частью - Федеральный закон от 07.10.2022 № 387-ФЗ)</w:t>
      </w:r>
    </w:p>
    <w:p>
      <w:r>
        <w:rPr>
          <w:b/>
        </w:rPr>
        <w:t>Статья 46. Обращение в суд в защиту прав, свобод и законных интересов других лиц</w:t>
      </w:r>
    </w:p>
    <w:p>
      <w:r>
        <w:rPr>
          <w:b/>
        </w:rPr>
        <w:t xml:space="preserve">1. </w:t>
      </w:r>
      <w:r>
        <w:t>В случаях, предусмотренных законом, органы государственной власти, органы местного самоуправления, организации или граждане вправе обратиться в суд с заявлением в защиту прав, свобод и законных интересов других лиц по их просьбе либо в защиту прав, свобод и законных интересов неопределенного круга лиц. Заявление в защиту законных интересов недееспособного или несовершеннолетнего гражданина в этих случаях может быть подано независимо от просьбы заинтересованного лица или его законного представителя.</w:t>
      </w:r>
    </w:p>
    <w:p>
      <w:r>
        <w:rPr>
          <w:b/>
        </w:rPr>
        <w:t xml:space="preserve">2. </w:t>
      </w:r>
      <w:r>
        <w:t>Лица, подавшие заявление в защиту законных интересов других лиц, пользуются всеми процессуальными правами и несут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органов, организаций или граждан поддерживать требование, заявленное ими в интересах другого лица, а также отказа истца от иска наступают процессуальные последствия, предусмотренные частью второй статьи 45 настоящего Кодекса.</w:t>
      </w:r>
    </w:p>
    <w:p>
      <w:r>
        <w:rPr>
          <w:b/>
        </w:rPr>
        <w:t>Статья 47. Участие в деле государственных органов, органов местного самоуправления для дачи заключения по делу</w:t>
      </w:r>
    </w:p>
    <w:p>
      <w:r>
        <w:rPr>
          <w:b/>
        </w:rPr>
        <w:t xml:space="preserve">1. </w:t>
      </w:r>
      <w:r>
        <w:t>В случаях, предусмотренных федеральным законом, государственные органы, органы местного самоуправления до принятия решения судом первой инстанции вступают в дело по своей инициативе или по инициативе лиц, участвующих в деле, для дачи заключения по делу в целях осуществления возложенных на них обязанностей и защиты прав, свобод и законных интересов других лиц или интересов Российской Федерации, субъектов Российской Федерации, муниципальных образований.</w:t>
      </w:r>
    </w:p>
    <w:p>
      <w:r>
        <w:rPr>
          <w:b/>
        </w:rPr>
        <w:t xml:space="preserve">2. </w:t>
      </w:r>
      <w:r>
        <w:t>В случаях, предусмотренных федеральным законом, и в иных необходимых случаях суд по своей инициативе может привлечь к участию в деле государственный орган или орган местного самоуправления для достижения целей, указанных в части первой настоящей статьи.</w:t>
      </w:r>
    </w:p>
    <w:p>
      <w:r>
        <w:rPr>
          <w:b/>
        </w:rPr>
        <w:t>Статья 471. Помощник судьи</w:t>
      </w:r>
    </w:p>
    <w:p>
      <w:r>
        <w:rPr>
          <w:b/>
        </w:rPr>
        <w:t xml:space="preserve">1. </w:t>
      </w:r>
      <w:r>
        <w:t>Помощник судьи оказывает помощь судье в подготовке и организации судебного процесса, а также в подготовке проектов судебных постановлений. Помощник судьи не вправе выполнять функции по осуществлению правосудия.</w:t>
      </w:r>
    </w:p>
    <w:p>
      <w:r>
        <w:rPr>
          <w:b/>
        </w:rPr>
        <w:t xml:space="preserve">2. </w:t>
      </w:r>
      <w:r>
        <w:t>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br/>
        <w:t>(Дополнение статьей - Федеральный закон от 29.07.2018 № 265-ФЗ)</w:t>
      </w:r>
    </w:p>
    <w:p>
      <w:pPr>
        <w:pStyle w:val="Heading3"/>
      </w:pPr>
      <w:r>
        <w:t>ПРЕДСТАВИТЕЛЬСТВО В СУДЕ</w:t>
      </w:r>
    </w:p>
    <w:p>
      <w:r>
        <w:rPr>
          <w:b/>
        </w:rPr>
        <w:t>Статья 48. Ведение дел в суде через представителей</w:t>
      </w:r>
    </w:p>
    <w:p>
      <w:r>
        <w:rPr>
          <w:b/>
        </w:rPr>
        <w:t xml:space="preserve">1. </w:t>
      </w:r>
      <w:r>
        <w:t>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w:t>
      </w:r>
    </w:p>
    <w:p>
      <w:r>
        <w:rPr>
          <w:b/>
        </w:rPr>
        <w:t xml:space="preserve">2. </w:t>
      </w:r>
      <w:r>
        <w:t>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w:t>
        <w:br/>
        <w:t>Абзац. (Утратил силу - Федеральный закон от 28.11.2018 № 451-ФЗ)</w:t>
        <w:br/>
        <w:t>От имени ликвидируемой организации в суде выступает уполномоченный представитель ликвидационной комиссии.</w:t>
      </w:r>
    </w:p>
    <w:p>
      <w:r>
        <w:rPr>
          <w:b/>
        </w:rPr>
        <w:t>Статья 49. Лица, которые могут быть представителями в суде</w:t>
      </w:r>
    </w:p>
    <w:p>
      <w:r>
        <w:rPr>
          <w:b/>
        </w:rPr>
        <w:t xml:space="preserve">1. </w:t>
      </w:r>
      <w:r>
        <w:t>Представителями в суде могут быть дееспособные лица, полномочия которых на ведение дела надлежащим образом оформлены и подтверждены, за исключением лиц, указанных в статье 51 настоящего Кодекса.</w:t>
      </w:r>
    </w:p>
    <w:p>
      <w:r>
        <w:rPr>
          <w:b/>
        </w:rPr>
        <w:t xml:space="preserve">2. </w:t>
      </w:r>
      <w:r>
        <w:t>Представителями в суде, за исключением дел, рассматриваемых мировыми судьями и районными судами, могут выступать адвокаты и иные оказывающие юридическую помощь лица, имеющие высшее юридическое образование либо ученую степень по юридической специальности.</w:t>
      </w:r>
    </w:p>
    <w:p>
      <w:r>
        <w:rPr>
          <w:b/>
        </w:rPr>
        <w:t xml:space="preserve">3. </w:t>
      </w:r>
      <w:r>
        <w:t>Адвокаты должны представить суду документы, удостоверяющие статус адвоката в соответствии с федеральным законом и их полномочия. Иные оказывающие юридическую помощь лица должны представить суду документы, удостоверяющие их полномочия, а в случаях, предусмотренных частью второй настоящей статьи, также документы о своем высшем юридическом образовании или об ученой степени по юридической специальности.</w:t>
      </w:r>
    </w:p>
    <w:p>
      <w:r>
        <w:rPr>
          <w:b/>
        </w:rPr>
        <w:t xml:space="preserve">4. </w:t>
      </w:r>
      <w:r>
        <w:t>Требования, указанные в части второй настоящей статьи,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профессиональные союзы, их организации, объединения, представляющие в суде интересы лиц, являющихся членами профессиональных союзов, по спорам, связанным с нарушением или оспариванием прав, свобод и законных интересов в сфере трудовых (служебных) отношений и иных непосредственно связанных с ними отношений, а также на иных лиц, указанных в федеральном законе.</w:t>
        <w:br/>
        <w:t>(Статья в редакции Федерального закона от 28.11.2018 № 451-ФЗ)</w:t>
      </w:r>
    </w:p>
    <w:p>
      <w:r>
        <w:rPr>
          <w:b/>
        </w:rPr>
        <w:t>Статья 50. Представители, назначаемые судом</w:t>
      </w:r>
    </w:p>
    <w:p>
      <w:r>
        <w:t>Суд назначает адвоката в качестве представителя в случае отсутствия представителя у ответчика, место жительства которого неизвестно, а также в других предусмотренных федеральным законом случаях. Адвокат, назначенный судом в качестве представителя ответчика в случаях, предусмотренных настоящей статьей, вправе обжаловать судебные постановления по данному делу. (В редакции Федерального закона от 05.05.2014 № 93-ФЗ)</w:t>
      </w:r>
    </w:p>
    <w:p>
      <w:r>
        <w:rPr>
          <w:b/>
        </w:rPr>
        <w:t>Статья 51. Лица, которые не могут быть представителями в суде</w:t>
      </w:r>
    </w:p>
    <w:p>
      <w:r>
        <w:t>Представителями в суде не могут быть судьи, следователи, прокуроры, помощники судей, работники аппарата суда и иные лица, участие которых в качестве представителей в судебном процессе запрещено федеральным законом, за исключением случаев участия их в судебном процессе в качестве представителей соответствующих органов или законных представителей.</w:t>
        <w:br/>
        <w:t>(Статья в редакции Федерального закона от 18.03.2023 № 80-ФЗ)</w:t>
      </w:r>
    </w:p>
    <w:p>
      <w:r>
        <w:rPr>
          <w:b/>
        </w:rPr>
        <w:t>Статья 52. Законные представители</w:t>
      </w:r>
    </w:p>
    <w:p>
      <w:r>
        <w:rPr>
          <w:b/>
        </w:rPr>
        <w:t xml:space="preserve">1. </w:t>
      </w:r>
      <w:r>
        <w:t>Права, свободы и законные интересы недееспособных или не обладающих полной дееспособностью граждан защищают в суде их родители, усыновители, опекуны, попечители или иные лица, которым это право предоставлено федеральным законом.</w:t>
      </w:r>
    </w:p>
    <w:p>
      <w:r>
        <w:rPr>
          <w:b/>
        </w:rPr>
        <w:t xml:space="preserve">2. </w:t>
      </w:r>
      <w:r>
        <w:t>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доверительное управление имущество безвестно отсутствующего.</w:t>
      </w:r>
    </w:p>
    <w:p>
      <w:r>
        <w:rPr>
          <w:b/>
        </w:rPr>
        <w:t xml:space="preserve">3. </w:t>
      </w:r>
      <w:r>
        <w:t>Лица, указанные в частях первой и второй настоящей статьи, имеют полномочия представителей в силу закона и совершают от имени представляемых ими лиц все процессуальные действия, право совершения которых принадлежит представляемым, с ограничениями, предусмотренными законом.</w:t>
        <w:br/>
        <w:t>Требования, предусмотренные частью второй статьи 49 настоящего Кодекса, на законных представителей не распространяются.</w:t>
        <w:br/>
        <w:t>Законные представители могут поручить ведение дела в суде другому лицу, избранному ими в качестве представителя, отвечающему требованиям, установленным статьей 49 настоящего Кодекса.</w:t>
        <w:br/>
        <w:t>(Часть в редакции Федерального закона от 28.11.2018 № 451-ФЗ)</w:t>
      </w:r>
    </w:p>
    <w:p>
      <w:r>
        <w:rPr>
          <w:b/>
        </w:rPr>
        <w:t>Статья 53. Оформление и подтверждение полномочий представителя</w:t>
      </w:r>
    </w:p>
    <w:p>
      <w:r>
        <w:t>(Наименование в редакции Федерального закона от 28.11.2018 № 451-ФЗ)</w:t>
      </w:r>
    </w:p>
    <w:p>
      <w:r>
        <w:rPr>
          <w:b/>
        </w:rPr>
        <w:t xml:space="preserve">1. </w:t>
      </w:r>
      <w:r>
        <w:t>Полномочия представителя на ведение дела должны быть выражены в доверенности, выданной и оформленной в соответствии с законом. (В редакции Федерального закона от 28.11.2018 № 451-ФЗ)</w:t>
      </w:r>
    </w:p>
    <w:p>
      <w:r>
        <w:rPr>
          <w:b/>
        </w:rPr>
        <w:t xml:space="preserve">2. </w:t>
      </w:r>
      <w:r>
        <w:t>Доверенности, выдаваемые гражданами, могут быть удостоверены в нотариальном порядке либо организацией, в которой работает или учится доверитель,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организации социального обслуживания, в которой находится доверитель, а также стационарного лечебного учреждения, в котором доверитель находится на излечении, командиром (начальником) соответствующих воинских части, соединения, учреждения, военной профессиональной образовательной организации, военной образовательной организации высшего образования, если доверенности выдаются военнослужащими, работниками этих части, соединения, учреждения, военной профессиональной образовательной организации, военной образовательной организации высшего образования или членами их семей. Доверенности, выдаваемые гражданами, пребывающими в добровольческих формированиях, предусмотренных Федеральным законом от 31 мая 1996 года № 61-ФЗ &amp;quot;Об обороне&amp;quot;, удостоверяются командирами воинских частей. Доверенности лиц, находящихся в местах лишения свободы, удостоверяются начальником соответствующего места лишения свободы. (В редакции федеральных законов от 18.10.2007 № 230-ФЗ, от 02.07.2013 № 185-ФЗ, от 28.11.2015 № 358-ФЗ, от 07.07.2025 № 204-ФЗ)</w:t>
      </w:r>
    </w:p>
    <w:p>
      <w:r>
        <w:rPr>
          <w:b/>
        </w:rPr>
        <w:t xml:space="preserve">3. </w:t>
      </w:r>
      <w:r>
        <w:t>Доверенность от имени организации выдается за подписью ее руководителя или иного уполномоченного на это ее учредительными документами лица, скрепленной печатью этой организации (при наличии печати). (В редакции Федерального закона от 06.04.2015 № 82-ФЗ)</w:t>
        <w:br/>
        <w:t>Полномочия руководителей, органов, действующих в пределах полномочий, предоставленных им федеральным законом, иными правовыми актами или учредительными документами, либо представителей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 (Дополнение абзацем - Федеральный закон от 28.11.2018 № 451-ФЗ)</w:t>
      </w:r>
    </w:p>
    <w:p>
      <w:r>
        <w:rPr>
          <w:b/>
        </w:rPr>
        <w:t xml:space="preserve">4. </w:t>
      </w:r>
      <w:r>
        <w:t>Полномочия законных представителей подтверждаются представленными суду документами, удостоверяющими их статус и полномочия. (В редакции Федерального закона от 28.11.2018 № 451-ФЗ)</w:t>
      </w:r>
    </w:p>
    <w:p>
      <w:r>
        <w:rPr>
          <w:b/>
        </w:rPr>
        <w:t xml:space="preserve">5. </w:t>
      </w:r>
      <w:r>
        <w:t>Полномочия адвоката на ведение дела в суде удостоверяются ордером, выданным соответствующим адвокатским образованием.</w:t>
        <w:br/>
        <w:t>Иные оказывающие юридическую помощь лица представляют суду документы о высшем юридическом образовании или ученой степени по юридической специальности, а также документы, удостоверяющие их полномочия.</w:t>
        <w:br/>
        <w:t>(Часть в редакции Федерального закона от 28.11.2018 № 451-ФЗ)</w:t>
      </w:r>
    </w:p>
    <w:p>
      <w:r>
        <w:rPr>
          <w:b/>
        </w:rPr>
        <w:t xml:space="preserve">6. </w:t>
      </w:r>
      <w:r>
        <w:t>Полномочия представителя могут быть определены также в устном заявлении, занесенном в протокол судебного заседания, или письменном заявлении доверителя в суде.</w:t>
      </w:r>
    </w:p>
    <w:p>
      <w:r>
        <w:rPr>
          <w:b/>
        </w:rPr>
        <w:t>Статья 54. Полномочия представителя</w:t>
      </w:r>
    </w:p>
    <w:p>
      <w:r>
        <w:rPr>
          <w:b/>
        </w:rPr>
        <w:t xml:space="preserve">1. </w:t>
      </w:r>
      <w:r>
        <w:t>Представитель вправе совершать от имени представляемого все процессуальные действия. Однако право представителя на 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передачу полномочий другому лицу (передоверие), обжалование судебного постановления, предъявление исполнительного документа к взысканию, получение присужденного имущества или денег должно быть специально оговорено в доверенности, выданной представляемым лицом. (В редакции Федерального закона от 28.11.2018 № 451-ФЗ)</w:t>
      </w:r>
    </w:p>
    <w:p>
      <w:r>
        <w:rPr>
          <w:b/>
        </w:rPr>
        <w:t xml:space="preserve">2. </w:t>
      </w:r>
      <w:r>
        <w:t>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 (Дополнение частью - Федеральный закон от 28.11.2018 № 451-ФЗ)</w:t>
      </w:r>
    </w:p>
    <w:p>
      <w:pPr>
        <w:pStyle w:val="Heading3"/>
      </w:pPr>
      <w:r>
        <w:t>ДОКАЗАТЕЛЬСТВА И ДОКАЗЫВАНИЕ</w:t>
      </w:r>
    </w:p>
    <w:p>
      <w:r>
        <w:rPr>
          <w:b/>
        </w:rPr>
        <w:t>Статья 55. Доказательства</w:t>
      </w:r>
    </w:p>
    <w:p>
      <w:r>
        <w:rPr>
          <w:b/>
        </w:rPr>
        <w:t xml:space="preserve">1. </w:t>
      </w:r>
      <w:r>
        <w:t>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w:t>
        <w:br/>
        <w:t>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w:t>
        <w:br/>
        <w:t>Объяснения сторон и третьих лиц, показания свидетелей могут быть получены путем использования систем видеоконференц-связи в порядке, установленном статьей 1551 настоящего Кодекса, либо путем использования системы веб-конференции в порядке, установленном статьей 1552 настоящего Кодекса. (Дополнение абзацем - Федеральный закон от 26.04.2013 № 66-ФЗ) (В редакции Федерального закона от 30.12.2021 № 440-ФЗ)</w:t>
      </w:r>
    </w:p>
    <w:p>
      <w:r>
        <w:rPr>
          <w:b/>
        </w:rPr>
        <w:t xml:space="preserve">2. </w:t>
      </w:r>
      <w:r>
        <w:t>Доказательства, полученные с нарушением закона, не имеют юридической силы и не могут быть положены в основу решения суда.</w:t>
      </w:r>
    </w:p>
    <w:p>
      <w:r>
        <w:rPr>
          <w:b/>
        </w:rPr>
        <w:t>Статья 56. Обязанность доказывания</w:t>
      </w:r>
    </w:p>
    <w:p>
      <w:r>
        <w:rPr>
          <w:b/>
        </w:rPr>
        <w:t xml:space="preserve">1. </w:t>
      </w:r>
      <w:r>
        <w:t>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
        <w:rPr>
          <w:b/>
        </w:rPr>
        <w:t xml:space="preserve">2. </w:t>
      </w:r>
      <w:r>
        <w:t>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w:t>
      </w:r>
    </w:p>
    <w:p>
      <w:r>
        <w:rPr>
          <w:b/>
        </w:rPr>
        <w:t xml:space="preserve">3. </w:t>
      </w:r>
      <w:r>
        <w:t>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судом, если иное не установлено настоящим Кодексом. (Дополнение частью - Федеральный закон от 28.11.2018 № 451-ФЗ)</w:t>
      </w:r>
    </w:p>
    <w:p>
      <w:r>
        <w:rPr>
          <w:b/>
        </w:rPr>
        <w:t>Статья 57. Представление и истребование доказательств</w:t>
      </w:r>
    </w:p>
    <w:p>
      <w:r>
        <w:rPr>
          <w:b/>
        </w:rPr>
        <w:t xml:space="preserve">1. </w:t>
      </w:r>
      <w:r>
        <w:t>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(В редакции Федерального закона от 30.12.2021 № 440-ФЗ)</w:t>
        <w:br/>
        <w:t>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(В редакции Федерального закона от 30.12.2021 № 440-ФЗ)</w:t>
        <w:br/>
        <w:t>(Часть в редакции Федерального закона от 28.11.2018 № 451-ФЗ)</w:t>
      </w:r>
    </w:p>
    <w:p>
      <w:r>
        <w:rPr>
          <w:b/>
        </w:rPr>
        <w:t xml:space="preserve">2. </w:t>
      </w:r>
      <w:r>
        <w:t>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(В редакции Федерального закона от 28.11.2018 № 451-ФЗ)</w:t>
      </w:r>
    </w:p>
    <w:p>
      <w:r>
        <w:rPr>
          <w:b/>
        </w:rPr>
        <w:t xml:space="preserve">3. </w:t>
      </w:r>
      <w:r>
        <w:t>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течение пяти дней со дня получения запроса с указанием причин. В случае неизвещения суда, а также в случае невыполнения требования суда о представлении доказательства по причинам, признанным судом неуважительными, на виновных должностных лиц или на граждан, не являющихся лицами, участвующими в деле, налагается судебный штраф в порядке и в размере, которые установлены главой 8 настоящего Кодекса. (В редакции федеральных законов от 11.06.2008 № 85-ФЗ, от 28.11.2018 № 451-ФЗ)</w:t>
      </w:r>
    </w:p>
    <w:p>
      <w:r>
        <w:rPr>
          <w:b/>
        </w:rPr>
        <w:t xml:space="preserve">4. </w:t>
      </w:r>
      <w:r>
        <w:t>Наложение штрафа не освобождает соответствующих должностных лиц и граждан, владеющих истребуемым доказательством, от обязанности представления его суду.</w:t>
      </w:r>
    </w:p>
    <w:p>
      <w:r>
        <w:rPr>
          <w:b/>
        </w:rPr>
        <w:t>Статья 58. Осмотр и исследование доказательств по месту их нахождения</w:t>
      </w:r>
    </w:p>
    <w:p>
      <w:r>
        <w:rPr>
          <w:b/>
        </w:rPr>
        <w:t xml:space="preserve">1. </w:t>
      </w:r>
      <w:r>
        <w:t>Суд может произвести осмотр и исследование письменных или вещественных доказательств по месту их хранения или месту их нахождения в случае невозможности или затруднительности доставки их в суд.</w:t>
      </w:r>
    </w:p>
    <w:p>
      <w:r>
        <w:rPr>
          <w:b/>
        </w:rPr>
        <w:t xml:space="preserve">2. </w:t>
      </w:r>
      <w:r>
        <w:t>Осмотр и исследование доказательств производятся судом с извещением лиц, участвующих в деле, однако их неявка не препятствует осмотру и исследованию. В случае необходимости для участия в осмотре и исследовании доказательств могут быть вызваны эксперты, специалисты, свидетели, а также осуществлены фотографирование, аудио- и видеозапись. (В редакции Федерального закона от 12.06.2024 № 135-ФЗ)</w:t>
      </w:r>
    </w:p>
    <w:p>
      <w:r>
        <w:rPr>
          <w:b/>
        </w:rPr>
        <w:t xml:space="preserve">3. </w:t>
      </w:r>
      <w:r>
        <w:t>При осмотре и исследовании доказательств по месту их нахождения составляется протокол по правилам, предусмотренным главой 21 настоящего Кодекса. К протоколу прилагаются составленные или проверенные при осмотре документы, сделанные фотоснимки, аудио- и видеозаписи. (В редакции Федерального закона от 12.06.2024 № 135-ФЗ)</w:t>
      </w:r>
    </w:p>
    <w:p>
      <w:r>
        <w:rPr>
          <w:b/>
        </w:rPr>
        <w:t>Статья 59. Относимость доказательств</w:t>
      </w:r>
    </w:p>
    <w:p>
      <w:r>
        <w:t>Суд принимает только те доказательства, которые имеют значение для рассмотрения и разрешения дела.</w:t>
      </w:r>
    </w:p>
    <w:p>
      <w:r>
        <w:rPr>
          <w:b/>
        </w:rPr>
        <w:t>Статья 60. Допустимость доказательств</w:t>
      </w:r>
    </w:p>
    <w:p>
      <w:r>
        <w:t>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r>
        <w:rPr>
          <w:b/>
        </w:rPr>
        <w:t>Статья 61. Основания для освобождения от доказывания</w:t>
      </w:r>
    </w:p>
    <w:p>
      <w:r>
        <w:rPr>
          <w:b/>
        </w:rPr>
        <w:t xml:space="preserve">1. </w:t>
      </w:r>
      <w:r>
        <w:t>Судопроизводство в судах и исполнение судебного постановления осуществляются в разумные сроки.</w:t>
      </w:r>
    </w:p>
    <w:p>
      <w:r>
        <w:rPr>
          <w:b/>
        </w:rPr>
        <w:t xml:space="preserve">2. </w:t>
      </w:r>
      <w:r>
        <w:t>Разбирательство дел в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но судопроизводство должно осуществляться в разумный срок.</w:t>
      </w:r>
    </w:p>
    <w:p>
      <w:r>
        <w:rPr>
          <w:b/>
        </w:rPr>
        <w:t xml:space="preserve">3. </w:t>
      </w:r>
      <w:r>
        <w:t>При определении разумного срока судебного разбирательства,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 учитываются такие обстоятельства, как правовая и фактическая сложность дела, поведение участников гражданского процесса, достаточность и эффективность действий суда, осуществляемых в целях своевременного рассмотрения дела, и общая продолжительность судопроизводства по делу.</w:t>
      </w:r>
    </w:p>
    <w:p>
      <w:r>
        <w:rPr>
          <w:b/>
        </w:rPr>
        <w:t xml:space="preserve">4. </w:t>
      </w:r>
      <w:r>
        <w:t>Обстоятельства, связанные с организацией работы суда, в том числе с заменой судьи, а также рассмотрение дела различными инстанциями не может приниматься во внимание в качестве оснований для превышения разумного срока судопроизводства по делу.</w:t>
      </w:r>
    </w:p>
    <w:p>
      <w:r>
        <w:rPr>
          <w:b/>
        </w:rPr>
        <w:t xml:space="preserve">5. </w:t>
      </w:r>
      <w:r>
        <w:t>Правила определения разумного срока судопроизводства по делу, предусмотренные частями третьей и четвертой настоящей статьи, применяются также при определении разумного срока исполнения судебных актов.</w:t>
      </w:r>
    </w:p>
    <w:p>
      <w:r>
        <w:rPr>
          <w:b/>
        </w:rPr>
        <w:t xml:space="preserve">6. </w:t>
      </w:r>
      <w:r>
        <w:t>В случае, если после принятия искового заявления или заявления к производству дело длительное время не рассматривалось и судебный процесс затягивался, заинтересованные лица вправе обратиться к председателю суда с заявлением об ускорении рассмотрения дела.</w:t>
      </w:r>
    </w:p>
    <w:p>
      <w:r>
        <w:rPr>
          <w:b/>
        </w:rPr>
        <w:t xml:space="preserve">7. </w:t>
      </w:r>
      <w:r>
        <w:t>Заявление об ускорении рассмотрения дела рассматривается председателем суда в пятидневный срок со дня поступления заявления в суд. По результатам рассмотрения заявления председатель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осуществить для ускорения судебного разбирательства.</w:t>
        <w:br/>
        <w:t>(Дополнение статьей - Федеральный закон от 30.04.2010 № 69-ФЗ)</w:t>
      </w:r>
    </w:p>
    <w:p>
      <w:r>
        <w:rPr>
          <w:b/>
        </w:rPr>
        <w:t xml:space="preserve">1. </w:t>
      </w:r>
      <w:r>
        <w:t>Обстоятельства, признанные судом общеизвестными, не нуждаются в доказывании.</w:t>
      </w:r>
    </w:p>
    <w:p>
      <w:r>
        <w:rPr>
          <w:b/>
        </w:rPr>
        <w:t xml:space="preserve">2. </w:t>
      </w:r>
      <w: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 также в случаях, предусмотренных настоящим Кодексом. (В редакции Федерального закона от 18.07.2019 № 191-ФЗ)</w:t>
      </w:r>
    </w:p>
    <w:p>
      <w:r>
        <w:rPr>
          <w:b/>
        </w:rPr>
        <w:t xml:space="preserve">3. </w:t>
      </w:r>
      <w:r>
        <w:t>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w:t>
      </w:r>
    </w:p>
    <w:p>
      <w:r>
        <w:rPr>
          <w:b/>
        </w:rPr>
        <w:t xml:space="preserve">4. </w:t>
      </w:r>
      <w:r>
        <w:t>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(В редакции Федерального закона от 28.11.2018 № 451-ФЗ)</w:t>
      </w:r>
    </w:p>
    <w:p>
      <w:r>
        <w:rPr>
          <w:b/>
        </w:rPr>
        <w:t xml:space="preserve">5. </w:t>
      </w:r>
      <w:r>
        <w:t>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186 настоящего Кодекса, или не установлено существенное нарушение порядка совершения нотариального действия. (Дополнение частью - Федеральный закон от 29.12.2014 № 457-ФЗ)</w:t>
      </w:r>
    </w:p>
    <w:p>
      <w:r>
        <w:rPr>
          <w:b/>
        </w:rPr>
        <w:t>Статья 62. Судебные поручения</w:t>
      </w:r>
    </w:p>
    <w:p>
      <w:r>
        <w:rPr>
          <w:b/>
        </w:rPr>
        <w:t xml:space="preserve">1. </w:t>
      </w:r>
      <w:r>
        <w:t>Суд, рассматривающий дело, при необходимости получения доказательств, находящихся в другом городе или районе, поручает соответствующему суду произвести определенные процессуальные действия.</w:t>
      </w:r>
    </w:p>
    <w:p>
      <w:r>
        <w:rPr>
          <w:b/>
        </w:rPr>
        <w:t xml:space="preserve">2. </w:t>
      </w:r>
      <w:r>
        <w:t>В определении суда о судебном поручении кратко излагается содержание рассматриваемого дела и указываются сведения о сторонах, месте их проживания или месте их нахождения;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течение месяца со дня его получения.</w:t>
      </w:r>
    </w:p>
    <w:p>
      <w:r>
        <w:rPr>
          <w:b/>
        </w:rPr>
        <w:t xml:space="preserve">3. </w:t>
      </w:r>
      <w:r>
        <w:t>На время выполнения судебного поручения производство по делу может быть приостановлено.</w:t>
      </w:r>
    </w:p>
    <w:p>
      <w:r>
        <w:rPr>
          <w:b/>
        </w:rPr>
        <w:t>Статья 63. Порядок выполнения судебного поручения</w:t>
      </w:r>
    </w:p>
    <w:p>
      <w:r>
        <w:rPr>
          <w:b/>
        </w:rPr>
        <w:t xml:space="preserve">1. </w:t>
      </w:r>
      <w:r>
        <w:t>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 (В редакции Федерального закона от 26.07.2019 № 213-ФЗ)</w:t>
      </w:r>
    </w:p>
    <w:p>
      <w:r>
        <w:rPr>
          <w:b/>
        </w:rPr>
        <w:t xml:space="preserve">11. </w:t>
      </w:r>
      <w:r>
        <w:t>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При невозможности выполнения судебного поручения по причинам, не зависящим от суда, на это указывается в определении. (Дополнение частью - Федеральный закон от 26.07.2019 № 213-ФЗ)</w:t>
      </w:r>
    </w:p>
    <w:p>
      <w:r>
        <w:rPr>
          <w:b/>
        </w:rPr>
        <w:t xml:space="preserve">2. </w:t>
      </w:r>
      <w:r>
        <w:t>В случае, если лица, участвующие в деле, свидетели или эксперты, давшие объяснения, показания, заключения суду, выполнявшему судебное поручение, явятся в суд, рассматривающий дело, они дают объяснения, показания, заключения в общем порядке.</w:t>
      </w:r>
    </w:p>
    <w:p>
      <w:r>
        <w:rPr>
          <w:b/>
        </w:rPr>
        <w:t>Статья 631. Запросы третейского суда о содействии в получении доказательств</w:t>
      </w:r>
    </w:p>
    <w:p>
      <w:r>
        <w:rPr>
          <w:b/>
        </w:rPr>
        <w:t xml:space="preserve">1. </w:t>
      </w:r>
      <w:r>
        <w:t>Третейский суд с местом арбитража на территории Российской Федерации (за исключением третейского суда в рамках третейского разбирательства для разрешения конкретного спора) в случае возникновения необходимости получения доказательств, требующихся для разрешения указанного спора, вправе обратиться в районный суд, на территории которого находятся истребуемые доказательства, с запросом о содействии в получении таких доказательств в порядке, предусмотренном статьей 57 настоящего Кодекса. Запрос может быть выдан этим третейским судом стороне третейского разбирательства для непосредственного направления запроса в суд указанной стороной третейского разбирательства.</w:t>
      </w:r>
    </w:p>
    <w:p>
      <w:r>
        <w:rPr>
          <w:b/>
        </w:rPr>
        <w:t xml:space="preserve">2. </w:t>
      </w:r>
      <w:r>
        <w:t>В запросе, указанном в части первой настоящей статьи, указываются обстоятельства, подлежащие выяснению, а также доказательства, которые должен получить суд, исполняющий запрос. Запрос направляется в суд, в который он адресован.</w:t>
      </w:r>
    </w:p>
    <w:p>
      <w:r>
        <w:rPr>
          <w:b/>
        </w:rPr>
        <w:t xml:space="preserve">3. </w:t>
      </w:r>
      <w:r>
        <w:t>Запрос, указанный в части первой настоящей статьи, может быть направлен для получения письменных доказательств, вещественных доказательств и аудио- и видеозаписей, предусмотренных статьями 71, 73 и 77 настоящего Кодекса.</w:t>
      </w:r>
    </w:p>
    <w:p>
      <w:r>
        <w:rPr>
          <w:b/>
        </w:rPr>
        <w:t xml:space="preserve">4. </w:t>
      </w:r>
      <w:r>
        <w:t>Запрос, указанный в части первой настоящей статьи, исполняется не позднее чем в тридцатидневный срок со дня его получения судом, в который он адресован. Запрос не подлежит исполнению в следующих случаях:</w:t>
      </w:r>
    </w:p>
    <w:p>
      <w:r>
        <w:rPr>
          <w:b/>
        </w:rPr>
        <w:t xml:space="preserve">4. </w:t>
      </w:r>
      <w:r>
        <w:t>запрос направлен для получения доказательств, не предусмотренных частью третьей настоящей статьи;</w:t>
      </w:r>
    </w:p>
    <w:p>
      <w:r>
        <w:rPr>
          <w:b/>
        </w:rPr>
        <w:t xml:space="preserve">4. </w:t>
      </w:r>
      <w:r>
        <w:t>исполнение запроса может нарушить права и законные интересы третьих лиц, не участвующих в третейском разбирательстве;</w:t>
      </w:r>
    </w:p>
    <w:p>
      <w:r>
        <w:rPr>
          <w:b/>
        </w:rPr>
        <w:t xml:space="preserve">4. </w:t>
      </w:r>
      <w:r>
        <w:t>запрос вынесен по спору, предусмотренному частью второй статьи 221 настоящего Кодекса;</w:t>
      </w:r>
    </w:p>
    <w:p>
      <w:r>
        <w:rPr>
          <w:b/>
        </w:rPr>
        <w:t xml:space="preserve">4. </w:t>
      </w:r>
      <w:r>
        <w:t>запрос позволяет обеспечить доступ к информации, составляющей государственную тайну;</w:t>
      </w:r>
    </w:p>
    <w:p>
      <w:r>
        <w:rPr>
          <w:b/>
        </w:rPr>
        <w:t xml:space="preserve">4. </w:t>
      </w:r>
      <w:r>
        <w:t>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
        <w:rPr>
          <w:b/>
        </w:rPr>
        <w:t xml:space="preserve">5. </w:t>
      </w:r>
      <w:r>
        <w:t>Об отказе в исполнении запроса, указанного в части первой настоящей статьи,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
        <w:rPr>
          <w:b/>
        </w:rPr>
        <w:t xml:space="preserve">6. </w:t>
      </w:r>
      <w:r>
        <w:t>Запрос, указанный в части первой настоящей статьи, исполняется в судебном заседании суда по правилам, установленным настоящим Кодексом. Стороны третейского разбирательства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судебного заседания, если это не противоречит существу запроса.</w:t>
      </w:r>
    </w:p>
    <w:p>
      <w:r>
        <w:rPr>
          <w:b/>
        </w:rPr>
        <w:t xml:space="preserve">7. </w:t>
      </w:r>
      <w:r>
        <w:t>Об исполнении запроса, указанного в части первой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части первой настоящей статьи, по не зависящим от суда причинам на это указывается в определении.</w:t>
        <w:br/>
        <w:t>(Дополнение статьей - Федеральный закон от 29.12.2015 № 409-ФЗ)</w:t>
      </w:r>
    </w:p>
    <w:p>
      <w:r>
        <w:rPr>
          <w:b/>
        </w:rPr>
        <w:t>Статья 64. Обеспечение доказательств</w:t>
      </w:r>
    </w:p>
    <w:p>
      <w:r>
        <w:t>Лица, участвующие в деле, имеющие основания опасаться, что представление необходимых для них доказательств окажется впоследствии невозможным или затруднительным, могут просить суд об обеспечении этих доказательств.</w:t>
      </w:r>
    </w:p>
    <w:p>
      <w:r>
        <w:rPr>
          <w:b/>
        </w:rPr>
        <w:t>Статья 65. Заявление об обеспечении доказательств</w:t>
      </w:r>
    </w:p>
    <w:p>
      <w:r>
        <w:rPr>
          <w:b/>
        </w:rPr>
        <w:t xml:space="preserve">1. </w:t>
      </w:r>
      <w:r>
        <w:t>Заявление об обеспечении доказательств подается в суд, в котором рассматривается дело или в районе деятельности которого должны быть произведены процессуальные действия по обеспечению доказательств. В заявлении должны быть указаны содержание рассматриваемого дела; сведения о сторонах и месте их проживания или месте их нахождения; доказательства, которые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доказательств.</w:t>
      </w:r>
    </w:p>
    <w:p>
      <w:r>
        <w:rPr>
          <w:b/>
        </w:rPr>
        <w:t xml:space="preserve">2. </w:t>
      </w:r>
      <w:r>
        <w:t>На определение судьи об отказе в обеспечении доказательств может быть подана частная жалоба.</w:t>
      </w:r>
    </w:p>
    <w:p>
      <w:r>
        <w:rPr>
          <w:b/>
        </w:rPr>
        <w:t>Статья 66. Порядок обеспечения доказательств</w:t>
      </w:r>
    </w:p>
    <w:p>
      <w:r>
        <w:rPr>
          <w:b/>
        </w:rPr>
        <w:t xml:space="preserve">1. </w:t>
      </w:r>
      <w:r>
        <w:t>Обеспечение доказательств производится судьей по правилам, установленным настоящим Кодексом.</w:t>
      </w:r>
    </w:p>
    <w:p>
      <w:r>
        <w:rPr>
          <w:b/>
        </w:rPr>
        <w:t xml:space="preserve">2. </w:t>
      </w:r>
      <w:r>
        <w:t>Протоколы и все собранные в порядке обеспечения доказательств материалы передаются в суд, рассматривающий дело, с уведомлением об этом лиц, участвующих в деле.</w:t>
      </w:r>
    </w:p>
    <w:p>
      <w:r>
        <w:rPr>
          <w:b/>
        </w:rPr>
        <w:t xml:space="preserve">3. </w:t>
      </w:r>
      <w:r>
        <w:t>В случае, если обеспечение доказательств имело место не в суде, в котором рассматривается дело, применяются правила статей 62 и 63 настоящего Кодекса.</w:t>
      </w:r>
    </w:p>
    <w:p>
      <w:r>
        <w:rPr>
          <w:b/>
        </w:rPr>
        <w:t>Статья 67. Оценка доказательств</w:t>
      </w:r>
    </w:p>
    <w:p>
      <w:r>
        <w:rPr>
          <w:b/>
        </w:rPr>
        <w:t xml:space="preserve">1. </w:t>
      </w:r>
      <w:r>
        <w:t>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
        <w:rPr>
          <w:b/>
        </w:rPr>
        <w:t xml:space="preserve">2. </w:t>
      </w:r>
      <w:r>
        <w:t>Никакие доказательства не имеют для суда заранее установленной силы.</w:t>
      </w:r>
    </w:p>
    <w:p>
      <w:r>
        <w:rPr>
          <w:b/>
        </w:rPr>
        <w:t xml:space="preserve">3. </w:t>
      </w:r>
      <w:r>
        <w:t>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
        <w:rPr>
          <w:b/>
        </w:rPr>
        <w:t xml:space="preserve">4. </w:t>
      </w:r>
      <w:r>
        <w:t>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r>
        <w:rPr>
          <w:b/>
        </w:rPr>
        <w:t xml:space="preserve">5. </w:t>
      </w:r>
      <w:r>
        <w:t>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w:t>
      </w:r>
    </w:p>
    <w:p>
      <w:r>
        <w:rPr>
          <w:b/>
        </w:rPr>
        <w:t xml:space="preserve">6. </w:t>
      </w:r>
      <w:r>
        <w:t>При оценке копии документа или иного письменного доказательства суд проверяет, не произошло ли при копировании изменение содержания копии документа по сравнению с его оригиналом, с помощью какого технического приема выполнено копирование, гарантирует ли копирование тождественность копии документа и его оригинала, каким образом сохранялась копия документа.</w:t>
      </w:r>
    </w:p>
    <w:p>
      <w:r>
        <w:rPr>
          <w:b/>
        </w:rPr>
        <w:t xml:space="preserve">7. </w:t>
      </w:r>
      <w:r>
        <w:t>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w:t>
      </w:r>
    </w:p>
    <w:p>
      <w:r>
        <w:rPr>
          <w:b/>
        </w:rPr>
        <w:t>Статья 68. Объяснения сторон и третьих лиц</w:t>
      </w:r>
    </w:p>
    <w:p>
      <w:r>
        <w:rPr>
          <w:b/>
        </w:rPr>
        <w:t xml:space="preserve">1. </w:t>
      </w:r>
      <w:r>
        <w:t>Объяснения сторон и третьих лиц об известных им обстоятельствах, имеющих значение для правильного рассмотрения дела, подлежат проверке и оценке наряду с другими доказательствами. В случае, если сторона, обязанная доказывать свои требования или возражения, удерживает находящиеся у нее доказательства и не представляет их суду, суд вправе обосновать свои выводы объяснениями другой стороны.</w:t>
      </w:r>
    </w:p>
    <w:p>
      <w:r>
        <w:rPr>
          <w:b/>
        </w:rPr>
        <w:t xml:space="preserve">2. </w:t>
      </w:r>
      <w:r>
        <w:t>Признание стороной обстоятельств,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заносится в протокол судебного заседания. Признание, изложенное в письменном заявлении, приобщается к материалам дела.</w:t>
      </w:r>
    </w:p>
    <w:p>
      <w:r>
        <w:rPr>
          <w:b/>
        </w:rPr>
        <w:t xml:space="preserve">3. </w:t>
      </w:r>
      <w:r>
        <w:t>В случае, если у суда имеются основания полагать, что признание совершено в целях сокрытия действительных обстоятельств дела или под влиянием обмана, насилия, угрозы, добросовестного заблуждения, суд не принимает признание, о чем судом выносится определение. В этом случае данные обстоятельства подлежат доказыванию на общих основаниях.</w:t>
      </w:r>
    </w:p>
    <w:p>
      <w:r>
        <w:rPr>
          <w:b/>
        </w:rPr>
        <w:t>Статья 69. Свидетельские показания</w:t>
      </w:r>
    </w:p>
    <w:p>
      <w:r>
        <w:rPr>
          <w:b/>
        </w:rPr>
        <w:t xml:space="preserve">1. </w:t>
      </w:r>
      <w:r>
        <w:t>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w:t>
      </w:r>
    </w:p>
    <w:p>
      <w:r>
        <w:rPr>
          <w:b/>
        </w:rPr>
        <w:t xml:space="preserve">2. </w:t>
      </w:r>
      <w:r>
        <w:t>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w:t>
      </w:r>
    </w:p>
    <w:p>
      <w:r>
        <w:rPr>
          <w:b/>
        </w:rPr>
        <w:t xml:space="preserve">3. </w:t>
      </w:r>
      <w:r>
        <w:t>Не подлежат допросу в качестве свидетелей:</w:t>
      </w:r>
    </w:p>
    <w:p>
      <w:r>
        <w:rPr>
          <w:b/>
        </w:rPr>
        <w:t xml:space="preserve">3. </w:t>
      </w:r>
      <w:r>
        <w:t>представители по гражданскому или административному делу, или защитники по уголовному делу, делу об административном правонарушении, или медиаторы, судебные примирители - об обстоятельствах, которые стали им известны в связи с исполнением обязанностей представителя, защитника или медиатора, судебного примирителя; (В редакции федеральных законов от 27.07.2010 № 194-ФЗ, от 08.03.2015 № 23-ФЗ, от 26.07.2019 № 197-ФЗ)</w:t>
      </w:r>
    </w:p>
    <w:p>
      <w:r>
        <w:rPr>
          <w:b/>
        </w:rPr>
        <w:t xml:space="preserve">3. </w:t>
      </w:r>
      <w:r>
        <w:t>судьи, присяжные или арбитражные заседатели - о вопросах, возникавших в совещательной комнате в связи с обсуждением обстоятельств дела при вынесении решения суда или приговора; (В редакции Федерального закона от 02.12.2013 № 344-ФЗ)</w:t>
      </w:r>
    </w:p>
    <w:p>
      <w:r>
        <w:rPr>
          <w:b/>
        </w:rPr>
        <w:t xml:space="preserve">3. </w:t>
      </w:r>
      <w:r>
        <w:t>священнослужители религиозных организаций, прошедших государственную регистрацию, - об обстоятельствах, которые стали им известны из исповеди;</w:t>
      </w:r>
    </w:p>
    <w:p>
      <w:r>
        <w:rPr>
          <w:b/>
        </w:rPr>
        <w:t xml:space="preserve">3. </w:t>
      </w:r>
      <w:r>
        <w:t>арбитр (третейский судья) - об обстоятельствах, ставших ему известными в ходе арбитража (третейского разбирательства). (Дополнение пунктом - Федеральный закон от 29.12.2015 № 409-ФЗ)</w:t>
      </w:r>
    </w:p>
    <w:p>
      <w:r>
        <w:rPr>
          <w:b/>
        </w:rPr>
        <w:t xml:space="preserve">4. </w:t>
      </w:r>
      <w:r>
        <w:t>Вправе отказаться от дачи свидетельских показаний:</w:t>
      </w:r>
    </w:p>
    <w:p>
      <w:r>
        <w:rPr>
          <w:b/>
        </w:rPr>
        <w:t xml:space="preserve">4. </w:t>
      </w:r>
      <w:r>
        <w:t>гражданин против самого себя;</w:t>
      </w:r>
    </w:p>
    <w:p>
      <w:r>
        <w:rPr>
          <w:b/>
        </w:rPr>
        <w:t xml:space="preserve">4. </w:t>
      </w:r>
      <w:r>
        <w:t>супруг против супруга, дети, в том числе усыновленные, против родителей, усыновителей, родители, усыновители против детей, в том числе усыновленных;</w:t>
      </w:r>
    </w:p>
    <w:p>
      <w:r>
        <w:rPr>
          <w:b/>
        </w:rPr>
        <w:t xml:space="preserve">4. </w:t>
      </w:r>
      <w:r>
        <w:t>братья, сестры друг против друга, дедушка, бабушка против внуков и внуки против дедушки, бабушки;</w:t>
      </w:r>
    </w:p>
    <w:p>
      <w:r>
        <w:rPr>
          <w:b/>
        </w:rPr>
        <w:t xml:space="preserve">4. </w:t>
      </w:r>
      <w:r>
        <w:t>депутаты законодательных органов - в отношении сведений, ставших им известными в связи с исполнением депутатских полномочий;</w:t>
      </w:r>
    </w:p>
    <w:p>
      <w:r>
        <w:rPr>
          <w:b/>
        </w:rPr>
        <w:t xml:space="preserve">4. </w:t>
      </w:r>
      <w:r>
        <w:t>Уполномоченный по правам человека в Российской Федерации, уполномоченные по правам человека в субъектах Российской Федерации - в отношении сведений, ставших им известными в связи с исполнением своих обязанностей; (В редакции Федерального закона от 24.04.2020 № 131-ФЗ)</w:t>
      </w:r>
    </w:p>
    <w:p>
      <w:r>
        <w:rPr>
          <w:b/>
        </w:rPr>
        <w:t xml:space="preserve">4. </w:t>
      </w:r>
      <w:r>
        <w:t>Уполномоченный при Президенте Российской Федерации по правам ребенка, уполномоченные по правам ребенка в субъектах Российской Федерации - в отношении сведений, ставших им известными в связи с выполнением своих обязанностей; (Дополнение пунктом - Федеральный закон от 27.12.2018 № 562-ФЗ)</w:t>
      </w:r>
    </w:p>
    <w:p>
      <w:r>
        <w:rPr>
          <w:b/>
        </w:rPr>
        <w:t xml:space="preserve">4. </w:t>
      </w:r>
      <w:r>
        <w:t>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 в отношении сведений, ставших им известными в связи с выполнением своих обязанностей. (Дополнение пунктом - Федеральный закон от 02.11.2013 № 294-ФЗ)</w:t>
      </w:r>
    </w:p>
    <w:p>
      <w:r>
        <w:rPr>
          <w:b/>
        </w:rPr>
        <w:t>Статья 70. Обязанности и права свидетеля</w:t>
      </w:r>
    </w:p>
    <w:p>
      <w:r>
        <w:rPr>
          <w:b/>
        </w:rPr>
        <w:t xml:space="preserve">1. </w:t>
      </w:r>
      <w:r>
        <w:t>Лицо, вызванное в качестве свидетеля, обязано явиться в суд в назначенное время и дать правдивые показания.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r>
        <w:rPr>
          <w:b/>
        </w:rPr>
        <w:t xml:space="preserve">2. </w:t>
      </w:r>
      <w:r>
        <w:t>За дачу заведомо ложного показания и за отказ от дачи показаний по мотивам, не предусмотренным федеральным законом, свидетель несет ответственность, предусмотренную Уголовным кодексом Российской Федерации.</w:t>
      </w:r>
    </w:p>
    <w:p>
      <w:r>
        <w:rPr>
          <w:b/>
        </w:rPr>
        <w:t xml:space="preserve">3. </w:t>
      </w:r>
      <w:r>
        <w:t>Свидетель имеет право на возмещение расходов, связанных с вызовом в суд, и на получение денежной компенсации в связи с потерей времени.</w:t>
      </w:r>
    </w:p>
    <w:p>
      <w:r>
        <w:rPr>
          <w:b/>
        </w:rPr>
        <w:t>Статья 71. Письменные доказательства</w:t>
      </w:r>
    </w:p>
    <w:p>
      <w:r>
        <w:rPr>
          <w:b/>
        </w:rPr>
        <w:t xml:space="preserve">1. </w:t>
      </w:r>
      <w:r>
        <w:t>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с использованием информационно-телекоммуникационной сети &amp;quot;Интернет&amp;quot;, документы, подписанные электронной подписью в порядке, установленном законодательством Российской Федерации, либо выполненные иным позволяющим установить достоверность документа способом. К письменным доказательствам относятся приговоры и решения суда, иные судебные 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 (В редакции Федерального закона от 23.06.2016 № 220-ФЗ)</w:t>
      </w:r>
    </w:p>
    <w:p>
      <w:r>
        <w:rPr>
          <w:b/>
        </w:rPr>
        <w:t xml:space="preserve">2. </w:t>
      </w:r>
      <w:r>
        <w:t>Письменные доказательства представляются в подлиннике или в форме надлежащим образом заверенной копии.</w:t>
        <w:br/>
        <w:t>Подлинные документы представляются тогда, когда обстоятельства дела согласно законам или иным нормативным правовым актам подлежат подтверждению только такими документами, когда дело невозможно разрешить без подлинных документов или когда представлены копии документа, различные по своему содержанию. Если копии документов представлены в суд в электронном виде, суд может потребовать представления подлинников этих документов. (В редакции Федерального закона от 23.06.2016 № 220-ФЗ)</w:t>
      </w:r>
    </w:p>
    <w:p>
      <w:r>
        <w:rPr>
          <w:b/>
        </w:rPr>
        <w:t xml:space="preserve">3. </w:t>
      </w:r>
      <w:r>
        <w:t>Копии письменных доказательств, представленных в суд лицом, участвующим в деле, или истребуемых судом, направляются другим лицам, участвующим в деле. Копии письменных доказательств, истребуемых судом, направляются другим лицам, участвующим в деле. (В редакции Федерального закона от 28.11.2018 № 451-ФЗ)</w:t>
      </w:r>
    </w:p>
    <w:p>
      <w:r>
        <w:rPr>
          <w:b/>
        </w:rPr>
        <w:t xml:space="preserve">4. </w:t>
      </w:r>
      <w:r>
        <w:t>Документ, полученный в иностранном государстве, признается письменным доказательством в суде, если не опровергается его подлинность и он легализован в установленном порядке.</w:t>
      </w:r>
    </w:p>
    <w:p>
      <w:r>
        <w:rPr>
          <w:b/>
        </w:rPr>
        <w:t xml:space="preserve">5. </w:t>
      </w:r>
      <w:r>
        <w:t>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Российской Федерации.</w:t>
      </w:r>
    </w:p>
    <w:p>
      <w:r>
        <w:rPr>
          <w:b/>
        </w:rPr>
        <w:t>Статья 72. Возвращение письменных доказательств</w:t>
      </w:r>
    </w:p>
    <w:p>
      <w:r>
        <w:rPr>
          <w:b/>
        </w:rPr>
        <w:t xml:space="preserve">1. </w:t>
      </w:r>
      <w:r>
        <w:t>Письменные доказательства, имеющиеся в деле, по просьбе лиц, представивших эти доказательства, возвращаются им после вступления решения суда в законную силу. При этом в деле оставляются засвидетельствованные судьей копии письменных доказательств.</w:t>
      </w:r>
    </w:p>
    <w:p>
      <w:r>
        <w:rPr>
          <w:b/>
        </w:rPr>
        <w:t xml:space="preserve">2. </w:t>
      </w:r>
      <w:r>
        <w:t>До вступления решения суда в законную силу письменные доказательства могут быть возвращены представившим их лицам, если суд найдет это возможным.</w:t>
      </w:r>
    </w:p>
    <w:p>
      <w:r>
        <w:rPr>
          <w:b/>
        </w:rPr>
        <w:t>Статья 73. Вещественные доказательства</w:t>
      </w:r>
    </w:p>
    <w:p>
      <w:r>
        <w:t>Вещественными доказательствами являются предметы, которые по своему внешнему виду, свойствам, месту нахождения или по иным признакам могут служить средством установления обстоятельств, имеющих значение для рассмотрения и разрешения дела.</w:t>
      </w:r>
    </w:p>
    <w:p>
      <w:r>
        <w:rPr>
          <w:b/>
        </w:rPr>
        <w:t>Статья 74. Хранение вещественных доказательств</w:t>
      </w:r>
    </w:p>
    <w:p>
      <w:r>
        <w:rPr>
          <w:b/>
        </w:rPr>
        <w:t xml:space="preserve">1. </w:t>
      </w:r>
      <w:r>
        <w:t>Вещественные доказательства хранятся в суде, за исключением случаев, установленных федеральным законом.</w:t>
      </w:r>
    </w:p>
    <w:p>
      <w:r>
        <w:rPr>
          <w:b/>
        </w:rPr>
        <w:t xml:space="preserve">2. </w:t>
      </w:r>
      <w:r>
        <w:t>Вещественные доказательства, которые не могут быть доставлены в суд, хранятся по месту их нахождения или в ином определенном судом месте. Они должны быть осмотрены судом, подробно описаны, а в случае необходимости сфотографированы и опечатаны. Суд и хранитель принимают меры по сохранению вещественных доказательств в неизменном состоянии.</w:t>
      </w:r>
    </w:p>
    <w:p>
      <w:r>
        <w:rPr>
          <w:b/>
        </w:rPr>
        <w:t xml:space="preserve">3. </w:t>
      </w:r>
      <w:r>
        <w:t>Расходы на хранение вещественных доказательств распределяются между сторонами в соответствии со статьей 98 настоящего Кодекса.</w:t>
      </w:r>
    </w:p>
    <w:p>
      <w:r>
        <w:rPr>
          <w:b/>
        </w:rPr>
        <w:t>Статья 75. Осмотр и исследование вещественных доказательств, подвергающихся быстрой порче</w:t>
      </w:r>
    </w:p>
    <w:p>
      <w:r>
        <w:rPr>
          <w:b/>
        </w:rPr>
        <w:t xml:space="preserve">1. </w:t>
      </w:r>
      <w:r>
        <w:t>Вещественные доказательства, подвергающиеся быстрой порче, немедленно осматриваются и исследуются судом по месту их нахождения или в ином определенном судом месте, после чего возвращаются лицу, представившему их для осмотра и исследования, или передаются организациям, которые могут их использовать по назначению. В последнем случае владельцу вещественных доказательств могут быть возвращены предметы того же рода и качества или их стоимость.</w:t>
      </w:r>
    </w:p>
    <w:p>
      <w:r>
        <w:rPr>
          <w:b/>
        </w:rPr>
        <w:t xml:space="preserve">2. </w:t>
      </w:r>
      <w:r>
        <w:t>О времени и месте осмотра и исследования таких вещественных доказательств извещаются лица, участвующие в деле. Неявка надлежащим образом извещенных лиц, участвующих в деле, не препятствует осмотру и исследованию вещественных доказательств.</w:t>
      </w:r>
    </w:p>
    <w:p>
      <w:r>
        <w:rPr>
          <w:b/>
        </w:rPr>
        <w:t xml:space="preserve">3. </w:t>
      </w:r>
      <w:r>
        <w:t>Данные осмотра и исследования вещественных доказательств, подвергающихся быстрой порче, заносятся в протокол по правилам, предусмотренным главой 21 настоящего Кодекса. (В редакции Федерального закона от 12.06.2024 № 135-ФЗ)</w:t>
      </w:r>
    </w:p>
    <w:p>
      <w:r>
        <w:rPr>
          <w:b/>
        </w:rPr>
        <w:t>Статья 76. Распоряжение вещественными доказательствами</w:t>
      </w:r>
    </w:p>
    <w:p>
      <w:r>
        <w:rPr>
          <w:b/>
        </w:rPr>
        <w:t xml:space="preserve">1. </w:t>
      </w:r>
      <w:r>
        <w:t>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предметы, либо реализуются в порядке, определенном судом.</w:t>
      </w:r>
    </w:p>
    <w:p>
      <w:r>
        <w:rPr>
          <w:b/>
        </w:rPr>
        <w:t xml:space="preserve">2. </w:t>
      </w:r>
      <w:r>
        <w:t>Предметы, которые согласно федеральному закону не могут находиться в собственности или во владении граждан, передаются соответствующим организациям.</w:t>
      </w:r>
    </w:p>
    <w:p>
      <w:r>
        <w:rPr>
          <w:b/>
        </w:rPr>
        <w:t xml:space="preserve">3. </w:t>
      </w:r>
      <w:r>
        <w:t>Вещественные доказательства после их осмотра и исследования судом могут быть до окончания производства по делу возвращены лицам, от которых они были получены, если последние об этом ходатайствуют и удовлетворение такого ходатайства не будет препятствовать правильному разрешению дела.</w:t>
      </w:r>
    </w:p>
    <w:p>
      <w:r>
        <w:rPr>
          <w:b/>
        </w:rPr>
        <w:t xml:space="preserve">4. </w:t>
      </w:r>
      <w:r>
        <w:t>По вопросам распоряжения вещественными доказательствами суд выносит определение, на которое может быть подана частная жалоба.</w:t>
      </w:r>
    </w:p>
    <w:p>
      <w:r>
        <w:rPr>
          <w:b/>
        </w:rPr>
        <w:t>Статья 77. Аудио- и видеозаписи</w:t>
      </w:r>
    </w:p>
    <w:p>
      <w:r>
        <w:t>Лицо, представляющее аудио- и (или) видеозаписи на электронном или ином носителе либо ходатайствующее об их истребовании, обязано указать, когда, кем и в каких условиях осуществлялись записи.</w:t>
      </w:r>
    </w:p>
    <w:p>
      <w:r>
        <w:rPr>
          <w:b/>
        </w:rPr>
        <w:t>Статья 78. Хранение и возврат носителей аудио- и видеозаписей</w:t>
      </w:r>
    </w:p>
    <w:p>
      <w:r>
        <w:rPr>
          <w:b/>
        </w:rPr>
        <w:t xml:space="preserve">1. </w:t>
      </w:r>
      <w:r>
        <w:t>Носители аудио- и видеозаписей хранятся в суде. Суд принимает меры для сохранения их в неизменном состоянии.</w:t>
      </w:r>
    </w:p>
    <w:p>
      <w:r>
        <w:rPr>
          <w:b/>
        </w:rPr>
        <w:t xml:space="preserve">2. </w:t>
      </w:r>
      <w:r>
        <w:t>В исключительных случаях после вступления решения суда в законную силу носители аудио- и видеозаписей могут быть возвращены лицу или организации, от которых они получены. По ходатайству лица, участвующего в деле, ему могут быть выданы изготовленные за его счет копии записей.</w:t>
        <w:br/>
        <w:t>По вопросу возврата носителей аудио- и видеозаписей суд выносит определение, на которое может быть подана частная жалоба.</w:t>
      </w:r>
    </w:p>
    <w:p>
      <w:r>
        <w:rPr>
          <w:b/>
        </w:rPr>
        <w:t>Статья 79. Назначение экспертизы</w:t>
      </w:r>
    </w:p>
    <w:p>
      <w:r>
        <w:rPr>
          <w:b/>
        </w:rPr>
        <w:t xml:space="preserve">1. </w:t>
      </w:r>
      <w:r>
        <w:t>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r>
        <w:rPr>
          <w:b/>
        </w:rPr>
        <w:t xml:space="preserve">2. </w:t>
      </w:r>
      <w:r>
        <w:t>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w:t>
        <w:br/>
        <w:t>Стороны, другие лица, участвующие в деле, имеют право просить суд назначить проведение экспертизы в конкретном судебно-экспертном учреждении или поручить ее конкретному эксперту; заявлять отвод эксперту; формулировать вопросы для эксперта; знакомиться с определением суда о назначении экспертизы и со сформулированными в нем вопросами; знакомиться с заключением эксперта; ходатайствовать перед судом о назначении повторной, дополнительной, комплексной или комиссионной экспертизы.</w:t>
      </w:r>
    </w:p>
    <w:p>
      <w:r>
        <w:rPr>
          <w:b/>
        </w:rPr>
        <w:t xml:space="preserve">3. </w:t>
      </w:r>
      <w:r>
        <w:t>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r>
        <w:rPr>
          <w:b/>
        </w:rPr>
        <w:t xml:space="preserve">4. </w:t>
      </w:r>
      <w:r>
        <w:t>О назначении экспертизы или об отклонении ходатайства о назначении экспертизы суд выносит определение.</w:t>
        <w:br/>
        <w:t>В случае, если ходатайство о назначении экспертизы заявлено стороной (сторонами) или другими лицами, участвующими в деле, суд выносит определение о назначении экспертизы после внесения заявившим соответствующее ходатайство лицом денежных сумм на счет, указанный в части первой статьи 96 настоящего Кодекса, за исключением случаев, предусмотренных частями второй и третьей статьи 96 настоящего Кодекса.</w:t>
        <w:br/>
        <w:t>Если в установленный судом срок на счет, указанный в части первой статьи 96 настоящего Кодекса, не были внесены денежные суммы, подлежащие выплате экспертам, суд вправе отклонить ходатайство о назначении экспертизы. В случае, если дело не может быть рассмотрено и решение принято на основании других представленных сторонами доказательств, суд вправе назначить экспертизу по своей инициативе.</w:t>
        <w:br/>
        <w:t>(Дополнение частью - Федеральный закон от 22.07.2024 № 191-ФЗ)</w:t>
      </w:r>
    </w:p>
    <w:p>
      <w:r>
        <w:rPr>
          <w:b/>
        </w:rPr>
        <w:t>Статья 80. Содержание определения суда о назначении экспертизы</w:t>
      </w:r>
    </w:p>
    <w:p>
      <w:r>
        <w:rPr>
          <w:b/>
        </w:rPr>
        <w:t xml:space="preserve">1. </w:t>
      </w:r>
      <w:r>
        <w:t>В определении о назначении экспертизы суд указывает наименование суда; дату назначения экспертизы и дату, не позднее которой заключение должно быть составлено и направлено экспертом в суд, назначивший экспертизу; наименования сторон по рассматриваемому делу; наименование экспертизы; факты, для подтверждения или опровержения которых назначается экспертиза;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представленные эксперту материалы и документы для сравнительного исследования; особые условия обращения с ними при исследовании, если они необходимы; наименование стороны, которая производит оплату экспертизы. (В редакции Федерального закона от 28.06.2009 № 124-ФЗ)</w:t>
      </w:r>
    </w:p>
    <w:p>
      <w:r>
        <w:rPr>
          <w:b/>
        </w:rPr>
        <w:t xml:space="preserve">2. </w:t>
      </w:r>
      <w:r>
        <w:t>В определении суда также указывается, что за дачу заведомо ложного заключения эксперт предупреждается судом или руководителем судебно-экспертного учреждения, если экспертиза проводится специалистом этого учреждения, об ответственности, предусмотренной Уголовным кодексом Российской Федерации.</w:t>
      </w:r>
    </w:p>
    <w:p>
      <w:r>
        <w:rPr>
          <w:b/>
        </w:rPr>
        <w:t>Статья 81. Получение образцов почерка для сравнительного исследования документа и подписи на документе</w:t>
      </w:r>
    </w:p>
    <w:p>
      <w:r>
        <w:rPr>
          <w:b/>
        </w:rPr>
        <w:t xml:space="preserve">1. </w:t>
      </w:r>
      <w:r>
        <w:t>В случае оспаривания подлинности подписи на документе или ином письменном доказательстве лицом, подпись которого имеется на нем, суд вправе получить образцы почерка для последующего сравнительного исследования. О необходимости получения образцов почерка выносится определение суда.</w:t>
      </w:r>
    </w:p>
    <w:p>
      <w:r>
        <w:rPr>
          <w:b/>
        </w:rPr>
        <w:t xml:space="preserve">2. </w:t>
      </w:r>
      <w:r>
        <w:t>Получение образцов почерка судьей или судом может быть проведено с участием специалиста.</w:t>
      </w:r>
    </w:p>
    <w:p>
      <w:r>
        <w:rPr>
          <w:b/>
        </w:rPr>
        <w:t xml:space="preserve">3. </w:t>
      </w:r>
      <w:r>
        <w:t>О получении образцов почерка составляется протокол, в котором отражаются время, место и условия получения образцов почерка. Протокол подписывается судьей, лицом, у которого были получены образцы почерка, специалистом, если он участвовал в совершении данного процессуального действия.</w:t>
      </w:r>
    </w:p>
    <w:p>
      <w:r>
        <w:rPr>
          <w:b/>
        </w:rPr>
        <w:t>Статья 82. Комплексная экспертиза</w:t>
      </w:r>
    </w:p>
    <w:p>
      <w:r>
        <w:rPr>
          <w:b/>
        </w:rPr>
        <w:t xml:space="preserve">1. </w:t>
      </w:r>
      <w:r>
        <w:t>Комплексная экспертиза назначается судом,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w:t>
      </w:r>
    </w:p>
    <w:p>
      <w:r>
        <w:rPr>
          <w:b/>
        </w:rPr>
        <w:t xml:space="preserve">2. </w:t>
      </w:r>
      <w:r>
        <w:t>Комплексная экспертиза поручается нескольким экспертам. По результатам проведенных исследований эксперты формулируют общий вывод об обстоятельствах и излагают его в заключении, которое подписывается всеми экспертами.</w:t>
        <w:br/>
        <w:t>Эксперты, которые не участвовали в формулировании общего вывода или не согласны с ним, подписывают только свою исследовательскую часть заключения.</w:t>
      </w:r>
    </w:p>
    <w:p>
      <w:r>
        <w:rPr>
          <w:b/>
        </w:rPr>
        <w:t>Статья 83. Комиссионная экспертиза</w:t>
      </w:r>
    </w:p>
    <w:p>
      <w:r>
        <w:rPr>
          <w:b/>
        </w:rPr>
        <w:t xml:space="preserve">1. </w:t>
      </w:r>
      <w:r>
        <w:t>Комиссионная экспертиза назначается судом для установления обстоятельств двумя или более экспертами в одной области знания.</w:t>
      </w:r>
    </w:p>
    <w:p>
      <w:r>
        <w:rPr>
          <w:b/>
        </w:rPr>
        <w:t xml:space="preserve">2. </w:t>
      </w:r>
      <w:r>
        <w:t>Эксперты совещаются между собой и, придя к общему выводу, формулируют его и подписывают заключение.</w:t>
        <w:br/>
        <w:t>Эксперт, не согласный с другим экспертом или другими экспертами, вправе дать отдельное заключение по всем или отдельным вопросам, вызвавшим разногласия.</w:t>
      </w:r>
    </w:p>
    <w:p>
      <w:r>
        <w:rPr>
          <w:b/>
        </w:rPr>
        <w:t>Статья 84. Порядок проведения экспертизы</w:t>
      </w:r>
    </w:p>
    <w:p>
      <w:r>
        <w:rPr>
          <w:b/>
        </w:rPr>
        <w:t xml:space="preserve">1. </w:t>
      </w:r>
      <w:r>
        <w:t>Экспертиза проводится экспертами судебно-экспертных учреждений по поручению руководителей этих учреждений или иными экспертами, которым она поручена судом.</w:t>
      </w:r>
    </w:p>
    <w:p>
      <w:r>
        <w:rPr>
          <w:b/>
        </w:rPr>
        <w:t xml:space="preserve">2. </w:t>
      </w:r>
      <w:r>
        <w:t>Экспертиза проводится в судебном заседании или вне заседания, если это необходимо по характеру исследований либо при невозможности или затруднении доставить материалы или документы для исследования в заседании.</w:t>
      </w:r>
    </w:p>
    <w:p>
      <w:r>
        <w:rPr>
          <w:b/>
        </w:rPr>
        <w:t xml:space="preserve">3. </w:t>
      </w:r>
      <w:r>
        <w:t>Лица, участвующие в деле, вправе присутствовать при проведении экспертизы, за исключением случаев, если такое присутствие может помешать исследованию, совещанию экспертов и составлению заключения.</w:t>
      </w:r>
    </w:p>
    <w:p>
      <w:r>
        <w:rPr>
          <w:b/>
        </w:rPr>
        <w:t>Статья 85. Обязанности и права эксперта</w:t>
      </w:r>
    </w:p>
    <w:p>
      <w:r>
        <w:rPr>
          <w:b/>
        </w:rPr>
        <w:t xml:space="preserve">1. </w:t>
      </w:r>
      <w:r>
        <w:t>Эксперт обязан принять к производству порученную ему судом экспертизу и провести полное исследование представленных материалов и документов; дать обоснованное и объективное заключение по поставленным перед ним вопросам и направить его в суд, назначивший экспертизу; явиться по вызову суда для личного участия в судебном заседании и ответить на вопросы, связанные с проведенным исследованием и данным им заключением.</w:t>
        <w:br/>
        <w:t>В случае, если поставленные вопросы выходят за пределы специальных знаний эксперта либо материалы и документы непригодны или недостаточны для проведения исследований и дачи заключения, эксперт обязан направить в суд, назначивший экспертизу, мотивированное сообщение в письменной форме о невозможности дать заключение.</w:t>
        <w:br/>
        <w:t>Эксперт обеспечивает сохранность представленных ему для исследования материалов и документов и возвращает их в суд вместе с заключением или сообщением о невозможности дать заключение.</w:t>
        <w:br/>
        <w:t>В случае невыполнения требования суда, назначившего экспертизу, о направлении заключения эксперта в суд в срок, установленный в определении о назначении экспертизы, при отсутствии мотивированного сообщения эксперта или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абзаце втором настоящей части, судом на руководителя судебно-экспертного учреждения или виновного в указанных нарушениях эксперта налагается судебный штраф в порядке и в размере, которые установлены главой 8 настоящего Кодекса. (Дополнение абзацем - Федеральный закон от 28.06.2009 № 124-ФЗ) (В редакции Федерального закона от 28.11.2018 № 451-ФЗ)</w:t>
      </w:r>
    </w:p>
    <w:p>
      <w:r>
        <w:rPr>
          <w:b/>
        </w:rPr>
        <w:t xml:space="preserve">2. </w:t>
      </w:r>
      <w:r>
        <w:t>Эксперт не вправе самостоятельно собирать материалы для проведения экспертизы; вступать в личные контакты с участниками процесса, если это ставит под сомнение его незаинтересованность в исходе дела; разглашать сведения, которые стали ему известны в связи с проведением экспертизы, или сообщать кому-либо о результатах экспертизы, за исключением суда, ее назначившего.</w:t>
        <w:br/>
        <w:t>Абзац. (Дополнение абзацем - Федеральный закон от 28.06.2009 № 124-ФЗ) (Утратил силу - Федеральный закон от 22.07.2024 № 191-ФЗ)</w:t>
      </w:r>
    </w:p>
    <w:p>
      <w:r>
        <w:rPr>
          <w:b/>
        </w:rPr>
        <w:t xml:space="preserve">3. </w:t>
      </w:r>
      <w:r>
        <w:t>Эксперт, поскольку это необходимо для дачи заключения, имеет право знакомиться с материалами дела, относящимися к предмету экспертизы; просить суд о предоставлении ему дополнительных материалов и документов для исследования; задавать в судебном заседании вопросы лицам, участвующим в деле, и свидетелям; ходатайствовать о привлечении к проведению экспертизы других экспертов.</w:t>
      </w:r>
    </w:p>
    <w:p>
      <w:r>
        <w:rPr>
          <w:b/>
        </w:rPr>
        <w:t>Статья 86. Заключение эксперта</w:t>
      </w:r>
    </w:p>
    <w:p>
      <w:r>
        <w:rPr>
          <w:b/>
        </w:rPr>
        <w:t xml:space="preserve">1. </w:t>
      </w:r>
      <w:r>
        <w:t>Эксперт дает заключение в письменной форме.</w:t>
      </w:r>
    </w:p>
    <w:p>
      <w:r>
        <w:rPr>
          <w:b/>
        </w:rPr>
        <w:t xml:space="preserve">2. </w:t>
      </w:r>
      <w:r>
        <w:t>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 В случае, если эксперт при проведении экспертизы установит имеющие значение для рассмотрения и разрешения дела обстоятельства, по поводу которых ему не были поставлены вопросы, он вправе включить выводы об этих обстоятельствах в свое заключение.</w:t>
      </w:r>
    </w:p>
    <w:p>
      <w:r>
        <w:rPr>
          <w:b/>
        </w:rPr>
        <w:t xml:space="preserve">3. </w:t>
      </w:r>
      <w:r>
        <w:t>Заключение эксперта для суда необязательно и оценивается судом по правилам, установленным в статье 67 настоящего Кодекса. Несогласие суда с заключением должно быть мотивировано в решении или определении суда.</w:t>
      </w:r>
    </w:p>
    <w:p>
      <w:r>
        <w:rPr>
          <w:b/>
        </w:rPr>
        <w:t xml:space="preserve">4. </w:t>
      </w:r>
      <w:r>
        <w:t>На время проведения экспертизы производство по делу может быть приостановлено.</w:t>
      </w:r>
    </w:p>
    <w:p>
      <w:r>
        <w:rPr>
          <w:b/>
        </w:rPr>
        <w:t>Статья 87. Дополнительная и повторная экспертизы</w:t>
      </w:r>
    </w:p>
    <w:p>
      <w:r>
        <w:rPr>
          <w:b/>
        </w:rPr>
        <w:t xml:space="preserve">1. </w:t>
      </w:r>
      <w:r>
        <w:t>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w:t>
      </w:r>
    </w:p>
    <w:p>
      <w:r>
        <w:rPr>
          <w:b/>
        </w:rPr>
        <w:t xml:space="preserve">2. </w:t>
      </w:r>
      <w:r>
        <w:t>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w:t>
      </w:r>
    </w:p>
    <w:p>
      <w:r>
        <w:rPr>
          <w:b/>
        </w:rPr>
        <w:t xml:space="preserve">3. </w:t>
      </w:r>
      <w:r>
        <w:t>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или экспертов.</w:t>
      </w:r>
    </w:p>
    <w:p>
      <w:pPr>
        <w:pStyle w:val="Heading3"/>
      </w:pPr>
      <w:r>
        <w:t>СУДЕБНЫЕ РАСХОДЫ</w:t>
      </w:r>
    </w:p>
    <w:p>
      <w:r>
        <w:rPr>
          <w:b/>
        </w:rPr>
        <w:t>Статья 88. Судебные расходы</w:t>
      </w:r>
    </w:p>
    <w:p>
      <w:r>
        <w:rPr>
          <w:b/>
        </w:rPr>
        <w:t xml:space="preserve">1. </w:t>
      </w:r>
      <w:r>
        <w:t>Судебные расходы состоят из государственной пошлины и издержек, связанных с рассмотрением дела.</w:t>
      </w:r>
    </w:p>
    <w:p>
      <w:r>
        <w:rPr>
          <w:b/>
        </w:rPr>
        <w:t xml:space="preserve">2. </w:t>
      </w:r>
      <w:r>
        <w:t>Размер и порядок уплаты государственной пошлины устанавливаются федеральными законами о налогах и сборах.</w:t>
      </w:r>
    </w:p>
    <w:p>
      <w:r>
        <w:rPr>
          <w:b/>
        </w:rPr>
        <w:t>Статья 89. Льготы по уплате государственной пошлины</w:t>
      </w:r>
    </w:p>
    <w:p>
      <w:r>
        <w:t>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w:t>
        <w:br/>
        <w:t>(Статья в редакции Федерального закона от 02.11.2004 № 127-ФЗ)</w:t>
      </w:r>
    </w:p>
    <w:p>
      <w:r>
        <w:rPr>
          <w:b/>
        </w:rPr>
        <w:t>Статья 90.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
        <w:t>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br/>
        <w:t>(Статья в редакции Федерального закона от 28.11.2018 № 451-ФЗ)</w:t>
      </w:r>
    </w:p>
    <w:p>
      <w:r>
        <w:rPr>
          <w:b/>
        </w:rPr>
        <w:t>Статья 91. Цена иска</w:t>
      </w:r>
    </w:p>
    <w:p>
      <w:r>
        <w:rPr>
          <w:b/>
        </w:rPr>
        <w:t xml:space="preserve">1. </w:t>
      </w:r>
      <w:r>
        <w:t>Цена иска определяется:</w:t>
      </w:r>
    </w:p>
    <w:p>
      <w:r>
        <w:rPr>
          <w:b/>
        </w:rPr>
        <w:t xml:space="preserve">1. </w:t>
      </w:r>
      <w:r>
        <w:t>по искам о взыскании денежных средств, исходя из взыскиваемой денежной суммы;</w:t>
      </w:r>
    </w:p>
    <w:p>
      <w:r>
        <w:rPr>
          <w:b/>
        </w:rPr>
        <w:t xml:space="preserve">1. </w:t>
      </w:r>
      <w:r>
        <w:t>по искам об истребовании имущества, исходя из стоимости истребуемого имущества;</w:t>
      </w:r>
    </w:p>
    <w:p>
      <w:r>
        <w:rPr>
          <w:b/>
        </w:rPr>
        <w:t xml:space="preserve">1. </w:t>
      </w:r>
      <w:r>
        <w:t>по искам о взыскании алиментов, исходя из совокупности платежей за год;</w:t>
      </w:r>
    </w:p>
    <w:p>
      <w:r>
        <w:rPr>
          <w:b/>
        </w:rPr>
        <w:t xml:space="preserve">1. </w:t>
      </w:r>
      <w:r>
        <w:t>по искам о срочных платежах и выдачах, исходя из совокупности всех платежей и выдач, но не более чем за три года;</w:t>
      </w:r>
    </w:p>
    <w:p>
      <w:r>
        <w:rPr>
          <w:b/>
        </w:rPr>
        <w:t xml:space="preserve">1. </w:t>
      </w:r>
      <w:r>
        <w:t>по искам о бессрочных или пожизненных платежах и выдачах, исходя из совокупности платежей и выдач за три года;</w:t>
      </w:r>
    </w:p>
    <w:p>
      <w:r>
        <w:rPr>
          <w:b/>
        </w:rPr>
        <w:t xml:space="preserve">1. </w:t>
      </w:r>
      <w:r>
        <w:t>по искам об уменьшении или увеличении платежей и выдач, исходя из суммы, на которую уменьшаются или увеличиваются платежи и выдачи, но не более чем за год;</w:t>
      </w:r>
    </w:p>
    <w:p>
      <w:r>
        <w:rPr>
          <w:b/>
        </w:rPr>
        <w:t xml:space="preserve">1. </w:t>
      </w:r>
      <w:r>
        <w:t>по искам о прекращении платежей и выдач, исходя из совокупности оставшихся платежей и выдач, но не более чем за год;</w:t>
      </w:r>
    </w:p>
    <w:p>
      <w:r>
        <w:rPr>
          <w:b/>
        </w:rPr>
        <w:t xml:space="preserve">1. </w:t>
      </w:r>
      <w:r>
        <w:t>по искам о досрочном расторжении договора имущественного найма, исходя из совокупности платежей за пользование имуществом в течение оставшегося срока действия договора, но не более чем за три года;</w:t>
      </w:r>
    </w:p>
    <w:p>
      <w:r>
        <w:rPr>
          <w:b/>
        </w:rPr>
        <w:t xml:space="preserve">1. </w:t>
      </w:r>
      <w:r>
        <w:t>по искам о праве собственности на объект недвижимого имущества, принадлежащий гражданину на праве собственности, исходя из стоимости объекта, но не ниже его инвентаризационной оценки или при отсутствии ее - не ниже оценки стоимости объекта по договору страхования, на объект недвижимого имущества, принадлежащего организации, - не ниже балансовой оценки объекта;</w:t>
      </w:r>
    </w:p>
    <w:p>
      <w:r>
        <w:rPr>
          <w:b/>
        </w:rPr>
        <w:t xml:space="preserve">1. </w:t>
      </w:r>
      <w:r>
        <w:t>по искам, состоящим из нескольких самостоятельных требований, исходя из каждого требования в отдельности.</w:t>
      </w:r>
    </w:p>
    <w:p>
      <w:r>
        <w:rPr>
          <w:b/>
        </w:rPr>
        <w:t xml:space="preserve">2. </w:t>
      </w:r>
      <w:r>
        <w:t>Цена иска указывается истцом. В случае явного несоответствия указанной цены действительной стоимости истребуемого имущества цену иска определяет судья при принятии искового заявления.</w:t>
      </w:r>
    </w:p>
    <w:p>
      <w:r>
        <w:rPr>
          <w:b/>
        </w:rPr>
        <w:t>Статья 92. Доплата государственной пошлины</w:t>
      </w:r>
    </w:p>
    <w:p>
      <w:r>
        <w:rPr>
          <w:b/>
        </w:rPr>
        <w:t xml:space="preserve">1. </w:t>
      </w:r>
      <w:r>
        <w:t>Основания и порядок доплаты государственной пошлины устанавливаются в соответствии с законодательством Российской Федерации о налогах и сборах.</w:t>
      </w:r>
    </w:p>
    <w:p>
      <w:r>
        <w:rPr>
          <w:b/>
        </w:rPr>
        <w:t xml:space="preserve">2. </w:t>
      </w:r>
      <w:r>
        <w:t>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 о рассрочке уплаты государственной пошлины или об освобождении от уплаты государственной пошлины, уменьшении ее размера в соответствии со статьей 90 настоящего Кодекса. (В редакции Федерального закона от 28.11.2018 № 451-ФЗ)</w:t>
        <w:br/>
        <w:t>(Статья в редакции Федерального закона от 02.11.2004 № 127-ФЗ)</w:t>
      </w:r>
    </w:p>
    <w:p>
      <w:r>
        <w:rPr>
          <w:b/>
        </w:rPr>
        <w:t>Статья 93. Основания и порядок возврата или зачета государственной пошлины</w:t>
      </w:r>
    </w:p>
    <w:p>
      <w:r>
        <w:t>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br/>
        <w:t>(Статья в редакции Федерального закона от 02.11.2004 № 127-ФЗ)</w:t>
      </w:r>
    </w:p>
    <w:p>
      <w:r>
        <w:rPr>
          <w:b/>
        </w:rPr>
        <w:t>Статья 94. Издержки, связанные с рассмотрением дела</w:t>
      </w:r>
    </w:p>
    <w:p>
      <w:r>
        <w:t>К издержкам, связанным с рассмотрением дела, относятся:</w:t>
        <w:br/>
        <w:t>суммы, подлежащие выплате свидетелям, экспертам, специалистам и переводчикам;</w:t>
        <w:br/>
        <w:t>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w:t>
        <w:br/>
        <w:t>расходы на проезд и проживание сторон и третьих лиц, понесенные ими в связи с явкой в суд;</w:t>
        <w:br/>
        <w:t>расходы на оплату услуг представителей;</w:t>
        <w:br/>
        <w:t>расходы на производство осмотра на месте;</w:t>
        <w:br/>
        <w:t>компенсация за фактическую потерю времени в соответствии со статьей 99 настоящего Кодекса;</w:t>
        <w:br/>
        <w:t>связанные с рассмотрением дела почтовые расходы, понесенные сторонами;</w:t>
        <w:br/>
        <w:t>другие признанные судом необходимыми расходы.</w:t>
      </w:r>
    </w:p>
    <w:p>
      <w:r>
        <w:rPr>
          <w:b/>
        </w:rPr>
        <w:t>Статья 95. Денежные суммы, подлежащие выплате свидетелям, экспертам, специалистам и переводчикам</w:t>
      </w:r>
    </w:p>
    <w:p>
      <w:r>
        <w:rPr>
          <w:b/>
        </w:rPr>
        <w:t xml:space="preserve">1. </w:t>
      </w:r>
      <w:r>
        <w:t>Свидетелям, экспертам, специалистам и переводчикам возмещаются понесенные ими в связи с явкой в суд расходы на проезд, расходы на наем жилого помещения и дополнительные расходы, связанные с проживанием вне места постоянного жительства (суточные). (В редакции Федерального закона от 09.03.2010 № 20-ФЗ)</w:t>
      </w:r>
    </w:p>
    <w:p>
      <w:r>
        <w:rPr>
          <w:b/>
        </w:rPr>
        <w:t xml:space="preserve">2. </w:t>
      </w:r>
      <w:r>
        <w:t>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Порядок и размеры выплаты данной компенсации устанавливаются Правительством Российской Федерации. (В редакции федеральных законов от 25.11.2008 № 223-ФЗ; от 28.12.2017 № 421-ФЗ)</w:t>
      </w:r>
    </w:p>
    <w:p>
      <w:r>
        <w:rPr>
          <w:b/>
        </w:rPr>
        <w:t xml:space="preserve">3. </w:t>
      </w:r>
      <w:r>
        <w:t>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(В редакции Федерального закона от 14.07.2022 № 318-ФЗ)</w:t>
      </w:r>
    </w:p>
    <w:p>
      <w:r>
        <w:rPr>
          <w:b/>
        </w:rPr>
        <w:t xml:space="preserve">4. </w:t>
      </w:r>
      <w:r>
        <w:t>Эксперты, специалисты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определяется судом по согласованию со сторонами и по соглашению с экспертами, специалистами. (Дополнение частью - Федеральный закон от 14.07.2022 № 318-ФЗ)</w:t>
      </w:r>
    </w:p>
    <w:p>
      <w:r>
        <w:rPr>
          <w:b/>
        </w:rPr>
        <w:t xml:space="preserve">5. </w:t>
      </w:r>
      <w:r>
        <w:t>Размер вознаграждения за проведение судебной экспертизы экспертом государственного судебно-экспертного учреждения, назначенной по ходатайству лица, участвующего в деле, определяется судом по согласованию со сторонами и по соглашению с руководителем государственного судебно-экспертного учреждения. (Дополнение частью - Федеральный закон от 14.07.2022 № 318-ФЗ)</w:t>
      </w:r>
    </w:p>
    <w:p>
      <w:r>
        <w:rPr>
          <w:b/>
        </w:rPr>
        <w:t>Статья 96. Внесение сторонами денежных сумм, подлежащих выплате свидетелям, экспертам и специалистам</w:t>
      </w:r>
    </w:p>
    <w:p>
      <w:r>
        <w:rPr>
          <w:b/>
        </w:rPr>
        <w:t xml:space="preserve">1. </w:t>
      </w:r>
      <w:r>
        <w:t>Денежные суммы, подлежащие выплате свидетелям, экспертам и специалистам, или другие связанные с рассмотрением дела расходы, признанные судом необходимыми, предварительно вносятся на счет, открытый в порядке, установленном бюджетным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в субъекте Российской Федерации, а также органу, осуществляющему организационное обеспечение деятельности мировых судей, стороной, заявившей соответствующее ходатайство. В случае, если указанное ходатайство заявлено обеими сторонами, требуемые суммы вносятся сторонами в равных частях. (В редакции федеральных законов от 28.11.2018 № 451-ФЗ, от 22.07.2024 № 191-ФЗ)</w:t>
      </w:r>
    </w:p>
    <w:p>
      <w:r>
        <w:rPr>
          <w:b/>
        </w:rPr>
        <w:t xml:space="preserve">2. </w:t>
      </w:r>
      <w:r>
        <w:t>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средств федерального бюджета.</w:t>
        <w:br/>
        <w:t>В случае, если вызов свидетелей, назначение экспертов, привлечение специалистов и другие действия, подлежащие оплате, осуществляются по инициативе мирового судьи, соответствующие расходы возмещаются за счет средств бюджета субъекта Российской Федерации, на территории которого действует мировой судья.</w:t>
      </w:r>
    </w:p>
    <w:p>
      <w:r>
        <w:rPr>
          <w:b/>
        </w:rPr>
        <w:t xml:space="preserve">3. </w:t>
      </w:r>
      <w:r>
        <w:t>Суд, а также мировой судья может освободить гражданина с учетом его имущественного положения от уплаты расходов, предусмотренных частью первой настоящей статьи, или уменьшить их размер. В этом случае расходы возмещаются за счет средств соответствующего бюджета.</w:t>
      </w:r>
    </w:p>
    <w:p>
      <w:r>
        <w:rPr>
          <w:b/>
        </w:rPr>
        <w:t xml:space="preserve">4. </w:t>
      </w:r>
      <w:r>
        <w:t>Возврат сторонам неизрасходованных денежных сумм, внесенных ими в счет предстоящих судебных расходов, производится на основании судебного постановления. Порядок возврата сторонам неизрасходованных денежных сумм устанавливается Правительством Российской Федерации. (Дополнение частью - Федеральный закон от 25.11.2008 № 223-ФЗ)</w:t>
      </w:r>
    </w:p>
    <w:p>
      <w:r>
        <w:rPr>
          <w:b/>
        </w:rPr>
        <w:t>Статья 97. Выплата денежных сумм, причитающихся свидетелям, переводчикам и экспертам</w:t>
      </w:r>
    </w:p>
    <w:p>
      <w:r>
        <w:t>(Наименование в редакции Федерального закона от 22.07.2024 № 191-ФЗ)</w:t>
      </w:r>
    </w:p>
    <w:p>
      <w:r>
        <w:rPr>
          <w:b/>
        </w:rPr>
        <w:t xml:space="preserve">1. </w:t>
      </w:r>
      <w:r>
        <w:t>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части первой статьи 96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средств соответствующего бюджета. (В редакции Федерального закона от 25.11.2008 № 223-ФЗ)</w:t>
      </w:r>
    </w:p>
    <w:p>
      <w:r>
        <w:rPr>
          <w:b/>
        </w:rPr>
        <w:t xml:space="preserve">2. </w:t>
      </w:r>
      <w:r>
        <w:t>Порядок выплаты денежных сумм, причитающихся переводчикам, и размеры этих денежных сумм устанавливаются Правительством Российской Федерации. Порядок выплаты денежных сумм, причитающихся свидетелям, устанавливается Правительством Российской Федерации. (В редакции Федерального закона от 25.11.2008 № 223-ФЗ)</w:t>
      </w:r>
    </w:p>
    <w:p>
      <w:r>
        <w:rPr>
          <w:b/>
        </w:rPr>
        <w:t xml:space="preserve">3. </w:t>
      </w:r>
      <w:r>
        <w:t>Денежные суммы, причитающиеся экспертам, выплачиваются по окончании судебного заседания, в котором исследовалось заключение эксперта, за счет средств, внесенных на счет, указанный в части первой статьи 96 настоящего Кодекса. (Дополнение частью - Федеральный закон от 22.07.2024 № 191-ФЗ)</w:t>
      </w:r>
    </w:p>
    <w:p>
      <w:r>
        <w:rPr>
          <w:b/>
        </w:rPr>
        <w:t>Статья 98. Распределение судебных расходов между сторонами</w:t>
      </w:r>
    </w:p>
    <w:p>
      <w:r>
        <w:rPr>
          <w:b/>
        </w:rPr>
        <w:t xml:space="preserve">1. </w:t>
      </w:r>
      <w:r>
        <w:t>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
        <w:rPr>
          <w:b/>
        </w:rPr>
        <w:t xml:space="preserve">2. </w:t>
      </w:r>
      <w:r>
        <w:t>Правила, изложенные в части первой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 (В редакции Федерального закона от 25.11.2008 № 223-ФЗ)</w:t>
      </w:r>
    </w:p>
    <w:p>
      <w:r>
        <w:rPr>
          <w:b/>
        </w:rPr>
        <w:t xml:space="preserve">3. </w:t>
      </w:r>
      <w:r>
        <w:t>В случае,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(В редакции Федерального закона от 28.11.2018 № 451-ФЗ)</w:t>
      </w:r>
    </w:p>
    <w:p>
      <w:r>
        <w:rPr>
          <w:b/>
        </w:rPr>
        <w:t xml:space="preserve">4. </w:t>
      </w:r>
      <w:r>
        <w:t>Судебные издержки, понесенные третьими лицами, не заявляющими самостоятельных требований относительно предмета спора,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 (Дополнение частью - Федеральный закон от 28.11.2018 № 451-ФЗ)</w:t>
      </w:r>
    </w:p>
    <w:p>
      <w:r>
        <w:rPr>
          <w:b/>
        </w:rPr>
        <w:t xml:space="preserve">5. </w:t>
      </w:r>
      <w:r>
        <w:t>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то судебные издержки, понесенные лицами, участвующими в деле, в связи с рассмотрением данной жалобы, могут быть взысканы с этого третьего лица. (Дополнение частью - Федеральный закон от 28.11.2018 № 451-ФЗ)</w:t>
      </w:r>
    </w:p>
    <w:p>
      <w:r>
        <w:rPr>
          <w:b/>
        </w:rPr>
        <w:t xml:space="preserve">6. </w:t>
      </w:r>
      <w:r>
        <w:t>В случае неисполнения стороной или сторонами обязанности, предусмотренной частью первой статьи 96 настоящего Кодекса, если в дальнейшем они не произвели оплату экспертизы или оплатили ее не полностью, денежные суммы в счет выплаты вознаграждения за проведение экспертизы, а также возмещения фактических расходов эксперта, судебно-экспертного учреждения, понесенных в связи с проведением экспертизы, явкой в суд для участия в судебном заседании, подлежат взысканию с одной стороны или с обеих сторон и распределяются между ними в порядке, установленном частью первой настоящей статьи. (Дополнение частью - Федеральный закон от 14.07.2022 № 318-ФЗ)</w:t>
      </w:r>
    </w:p>
    <w:p>
      <w:r>
        <w:rPr>
          <w:b/>
        </w:rPr>
        <w:t>Статья 99. Взыскание компенсации за потерю времени</w:t>
      </w:r>
    </w:p>
    <w:p>
      <w:r>
        <w:t>Со стороны, недобросовестно заявившей неосновательный иск или спор относительно иска либо систематически противодействовавшей правильному и своевременному рассмотрению и разрешению дела, суд может взыскать в пользу другой стороны компенсацию за фактическую потерю времени. Размер компенсации определяется судом в разумных пределах и с учетом конкретных обстоятельств.</w:t>
      </w:r>
    </w:p>
    <w:p>
      <w:r>
        <w:rPr>
          <w:b/>
        </w:rPr>
        <w:t>Статья 100. Возмещение расходов на оплату услуг представителя</w:t>
      </w:r>
    </w:p>
    <w:p>
      <w:r>
        <w:rPr>
          <w:b/>
        </w:rPr>
        <w:t xml:space="preserve">1. </w:t>
      </w:r>
      <w:r>
        <w:t>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
        <w:rPr>
          <w:b/>
        </w:rPr>
        <w:t xml:space="preserve">2. </w:t>
      </w:r>
      <w:r>
        <w:t>В случае, если в установленном порядке услуги адвоката были оказаны бесплатно стороне, в пользу которой состоялось решение суда, указанные в части первой настоящей статьи расходы на оплату услуг адвоката взыскиваются с другой стороны в пользу соответствующего адвокатского образования.</w:t>
      </w:r>
    </w:p>
    <w:p>
      <w:r>
        <w:rPr>
          <w:b/>
        </w:rPr>
        <w:t>Статья 101. Распределение судебных расходов при отказе от иска и заключении мирового соглашения</w:t>
      </w:r>
    </w:p>
    <w:p>
      <w:r>
        <w:rPr>
          <w:b/>
        </w:rPr>
        <w:t xml:space="preserve">1. </w:t>
      </w:r>
      <w:r>
        <w:t>При отказе истца от иска понесенные им судебные расходы ответчиком не возмещаются. Истец возмещает ответчику издержки, понесенные им в связи с ведением дела. В случае, если истец не поддерживает свои требования вследствие добровольного удовлетворения их ответчиком после предъявления иска, все понесенные истцом по делу судебные расходы, в том числе расходы на оплату услуг представителя, по просьбе истца взыскиваются с ответчика.</w:t>
      </w:r>
    </w:p>
    <w:p>
      <w:r>
        <w:rPr>
          <w:b/>
        </w:rPr>
        <w:t xml:space="preserve">2. </w:t>
      </w:r>
      <w:r>
        <w:t>При заключении мирового соглашения стороны должны предусмотреть порядок распределения судебных расходов, в том числе расходов на оплату услуг представителей.</w:t>
        <w:br/>
        <w:t>В случае, если стороны при заключении мирового соглашения не предусмотрели такой порядок распределения судебных расходов, суд решает этот вопрос применительно к статьям 95, 97, 99 и 100 настоящего Кодекса.</w:t>
      </w:r>
    </w:p>
    <w:p>
      <w:r>
        <w:rPr>
          <w:b/>
        </w:rPr>
        <w:t>Статья 102. Возмещение сторонам судебных расходов</w:t>
      </w:r>
    </w:p>
    <w:p>
      <w:r>
        <w:rPr>
          <w:b/>
        </w:rPr>
        <w:t xml:space="preserve">1. </w:t>
      </w:r>
      <w:r>
        <w:t>При отказе полностью или частично в иске лицу, обратившемуся в суд в предусмотренных законом случаях с заявлением в защиту прав, свобод и законных интересов истца, ответчику возмещаются за счет средств соответствующего бюджета понесенные им издержки, связанные с рассмотрением дела, полностью или пропорционально той части исковых требований, в удовлетворении которой истцу отказано.</w:t>
      </w:r>
    </w:p>
    <w:p>
      <w:r>
        <w:rPr>
          <w:b/>
        </w:rPr>
        <w:t xml:space="preserve">2. </w:t>
      </w:r>
      <w:r>
        <w:t>В случае удовлетворения иска об освобождении имущества от ареста истцу возмещаются за счет средств соответствующего бюджета понесенные им судебные расходы.</w:t>
      </w:r>
    </w:p>
    <w:p>
      <w:r>
        <w:rPr>
          <w:b/>
        </w:rPr>
        <w:t>Статья 103. Возмещение судебных расходов, понесенных судом в связи с рассмотрением дела</w:t>
      </w:r>
    </w:p>
    <w:p>
      <w:r>
        <w:rPr>
          <w:b/>
        </w:rPr>
        <w:t xml:space="preserve">1. </w:t>
      </w:r>
      <w:r>
        <w:t>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(В редакции Федерального закона от 25.11.2008 № 223-ФЗ)</w:t>
      </w:r>
    </w:p>
    <w:p>
      <w:r>
        <w:rPr>
          <w:b/>
        </w:rPr>
        <w:t xml:space="preserve">2. </w:t>
      </w:r>
      <w:r>
        <w:t>При отказе в иске издержки, понесенные судом в связи с рассмотрением дела, взыскиваются с истца, не освобожденного от уплаты судебных расходов, в доход бюджета, за счет средств которого они были возмещены. (В редакции Федерального закона от 25.11.2008 № 223-ФЗ)</w:t>
      </w:r>
    </w:p>
    <w:p>
      <w:r>
        <w:rPr>
          <w:b/>
        </w:rPr>
        <w:t xml:space="preserve">3. </w:t>
      </w:r>
      <w:r>
        <w:t>В случае, если иск удовлетворен частично, а ответчик освобожден от уплаты судебных расходов, издержки, понесенные судом в связи с рассмотрением дела, взыскиваются в доход бюджета, за счет средств которого они были возмещены, с истца, не освобожденного от уплаты судебных расходов, пропорционально той части исковых требований, в удовлетворении которой ему отказано. (В редакции Федерального закона от 25.11.2008 № 223-ФЗ)</w:t>
      </w:r>
    </w:p>
    <w:p>
      <w:r>
        <w:rPr>
          <w:b/>
        </w:rPr>
        <w:t xml:space="preserve">4. </w:t>
      </w:r>
      <w:r>
        <w:t>В случае, если обе стороны освобождены от уплаты судебных расходов, издержки, понесенные судом, а также мировым судьей в связи с рассмотрением дела, возмещаются за счет средств соответствующего бюджета. (В редакции Федерального закона от 25.11.2008 № 223-ФЗ)</w:t>
      </w:r>
    </w:p>
    <w:p>
      <w:r>
        <w:rPr>
          <w:b/>
        </w:rPr>
        <w:t xml:space="preserve">5. </w:t>
      </w:r>
      <w:r>
        <w:t>Порядок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
        <w:rPr>
          <w:b/>
        </w:rPr>
        <w:t>Статья 103.1. Разрешение вопросов о судебных расходах</w:t>
      </w:r>
    </w:p>
    <w:p>
      <w:r>
        <w:rPr>
          <w:b/>
        </w:rPr>
        <w:t xml:space="preserve">1. </w:t>
      </w:r>
      <w:r>
        <w:t>Заявление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
        <w:rPr>
          <w:b/>
        </w:rPr>
        <w:t xml:space="preserve">2. </w:t>
      </w:r>
      <w:r>
        <w:t>Пропущенный по уважительной причине срок подачи заявления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восстановлен судом.</w:t>
        <w:br/>
        <w:t>(Дополнение статьей - Федеральный закон от 28.11.2018 № 451-ФЗ)</w:t>
      </w:r>
    </w:p>
    <w:p>
      <w:r>
        <w:rPr>
          <w:b/>
        </w:rPr>
        <w:t>Статья 104. Обжалование определения суда по вопросам, связанным с судебными расходами</w:t>
      </w:r>
    </w:p>
    <w:p>
      <w:r>
        <w:t>На определение суда по вопросам, связанным с судебными расходами, может быть подана частная жалоба.</w:t>
      </w:r>
    </w:p>
    <w:p>
      <w:pPr>
        <w:pStyle w:val="Heading3"/>
      </w:pPr>
      <w:r>
        <w:t>СУДЕБНЫЕ ШТРАФЫ</w:t>
      </w:r>
    </w:p>
    <w:p>
      <w:r>
        <w:rPr>
          <w:b/>
        </w:rPr>
        <w:t>Статья 105. Наложение судебных штрафов</w:t>
      </w:r>
    </w:p>
    <w:p>
      <w:r>
        <w:rPr>
          <w:b/>
        </w:rPr>
        <w:t xml:space="preserve">1. </w:t>
      </w:r>
      <w:r>
        <w:t>Судебные штрафы налагаются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 (В редакции Федерального закона от 28.11.2018 № 451-ФЗ)</w:t>
      </w:r>
    </w:p>
    <w:p>
      <w:r>
        <w:rPr>
          <w:b/>
        </w:rPr>
        <w:t xml:space="preserve">2. </w:t>
      </w:r>
      <w:r>
        <w:t>Судебные штрафы, наложенные судом на не участвующих в рассмотрении дела должностных лиц государственных органов, органов местного самоуправления, организаций за нарушение предусмотренных федеральным законом обязанностей, взыскиваются из их личных средств.</w:t>
      </w:r>
    </w:p>
    <w:p>
      <w:r>
        <w:rPr>
          <w:b/>
        </w:rPr>
        <w:t xml:space="preserve">3. </w:t>
      </w:r>
      <w:r>
        <w:t>Копия определения суда о наложении судебного штрафа направляется лицу, на которое наложен штраф.</w:t>
      </w:r>
    </w:p>
    <w:p>
      <w:r>
        <w:rPr>
          <w:b/>
        </w:rPr>
        <w:t xml:space="preserve">4. </w:t>
      </w:r>
      <w:r>
        <w:t>Судебные штрафы взыскиваются в доход федерального бюджета. (Дополнение частью - Федеральный закон от 28.11.2018 № 451-ФЗ)</w:t>
      </w:r>
    </w:p>
    <w:p>
      <w:r>
        <w:rPr>
          <w:b/>
        </w:rPr>
        <w:t>Статья 106. Сложение или уменьшение судебного штрафа</w:t>
      </w:r>
    </w:p>
    <w:p>
      <w:r>
        <w:rPr>
          <w:b/>
        </w:rPr>
        <w:t xml:space="preserve">1. </w:t>
      </w:r>
      <w:r>
        <w:t>В течение десяти дней со дня получения копии определения суда о наложении судебного штрафа лицо, на которое наложен штраф, может обратиться в суд, наложивший штраф, с заявлением о сложении или об уменьшении штрафа. Это заявление рассматривается в судебном заседании в течение десяти дней. Лицо, на которое наложен штраф, извещается о времени и месте судебного заседания, однако его неявка не является препятствием к рассмотрению заявления.</w:t>
      </w:r>
    </w:p>
    <w:p>
      <w:r>
        <w:rPr>
          <w:b/>
        </w:rPr>
        <w:t xml:space="preserve">2. </w:t>
      </w:r>
      <w:r>
        <w:t>На определение суда об отказе сложить судебный штраф или уменьшить его может быть подана частная жалоба.</w:t>
      </w:r>
    </w:p>
    <w:p>
      <w:pPr>
        <w:pStyle w:val="Heading3"/>
      </w:pPr>
      <w:r>
        <w:t>ПРОЦЕССУАЛЬНЫЕ СРОКИ</w:t>
      </w:r>
    </w:p>
    <w:p>
      <w:r>
        <w:rPr>
          <w:b/>
        </w:rPr>
        <w:t>Статья 107. Исчисление процессуальных сроков</w:t>
      </w:r>
    </w:p>
    <w:p>
      <w:r>
        <w:rPr>
          <w:b/>
        </w:rPr>
        <w:t xml:space="preserve">1. </w:t>
      </w:r>
      <w:r>
        <w:t>Процессуальные действия совершаются в процессуальные сроки, установленные федеральным законом. В случаях, если сроки не установлены федеральным законом, они назначаются судом. Судом сроки должны устанавливаться с учетом принципа разумности.</w:t>
      </w:r>
    </w:p>
    <w:p>
      <w:r>
        <w:rPr>
          <w:b/>
        </w:rPr>
        <w:t xml:space="preserve">2. </w:t>
      </w:r>
      <w:r>
        <w:t>Процессуальные сроки определяются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w:t>
      </w:r>
    </w:p>
    <w:p>
      <w:r>
        <w:rPr>
          <w:b/>
        </w:rPr>
        <w:t xml:space="preserve">3. </w:t>
      </w:r>
      <w:r>
        <w:t>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br/>
        <w:t>В сроки, исчисляемые днями, не включаются нерабочие дни, если иное не установлено настоящим Кодексом. (Дополнение абзацем - Федеральный закон от 28.11.2018 № 451-ФЗ)</w:t>
      </w:r>
    </w:p>
    <w:p>
      <w:r>
        <w:rPr>
          <w:b/>
        </w:rPr>
        <w:t>Статья 108. Окончание процессуального срока</w:t>
      </w:r>
    </w:p>
    <w:p>
      <w:r>
        <w:rPr>
          <w:b/>
        </w:rPr>
        <w:t xml:space="preserve">1. </w:t>
      </w:r>
      <w:r>
        <w:t>Процессуальный срок, исчисляемый годами, истекает в соответствующие месяц и число последнего года срока. Срок, исчисляемый месяцами, истекает в соответствующее число последнего месяца срока. В случае, если окончание срока, исчисляемого месяцами, приходится на такой месяц, который соответствующего числа не имеет, срок истекает в последний день этого месяца.</w:t>
      </w:r>
    </w:p>
    <w:p>
      <w:r>
        <w:rPr>
          <w:b/>
        </w:rPr>
        <w:t xml:space="preserve">2. </w:t>
      </w:r>
      <w:r>
        <w:t>В случае, если последний день процессуального срока приходится на нерабочий день, днем окончания срока считается следующий за ним рабочий день.</w:t>
      </w:r>
    </w:p>
    <w:p>
      <w:r>
        <w:rPr>
          <w:b/>
        </w:rPr>
        <w:t xml:space="preserve">3. </w:t>
      </w:r>
      <w:r>
        <w:t>Процессуальное действие, для совершения которого установлен процессуальный срок, может быть совершено до двадцати четырех часов последнего дня срока. В случае, если жалоба, документы или денежные суммы были сданы в организацию почтовой связи до двадцати четырех часов последнего дня срока, срок не считается пропущенным.</w:t>
      </w:r>
    </w:p>
    <w:p>
      <w:r>
        <w:rPr>
          <w:b/>
        </w:rPr>
        <w:t xml:space="preserve">4. </w:t>
      </w:r>
      <w:r>
        <w:t>В случае, если процессуальное действие должно быть совершено непосредственно в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
        <w:rPr>
          <w:b/>
        </w:rPr>
        <w:t>Статья 109. Последствия пропуска процессуальных сроков</w:t>
      </w:r>
    </w:p>
    <w:p>
      <w:r>
        <w:rPr>
          <w:b/>
        </w:rPr>
        <w:t xml:space="preserve">1. </w:t>
      </w:r>
      <w:r>
        <w:t>Право на совершение процессуальных действий погашается с истечением установленного федеральным законом или назначенного судом процессуального срока.</w:t>
      </w:r>
    </w:p>
    <w:p>
      <w:r>
        <w:rPr>
          <w:b/>
        </w:rPr>
        <w:t xml:space="preserve">2. </w:t>
      </w:r>
      <w:r>
        <w:t>Поданные по истечении процессуальных сроков жалобы и документы, если не заявлено ходатайство о восстановлении пропущенных процессуальных сроков, не рассматриваются судом и возвращаются лицу, которым они были поданы.</w:t>
      </w:r>
    </w:p>
    <w:p>
      <w:r>
        <w:rPr>
          <w:b/>
        </w:rPr>
        <w:t>Статья 110. Приостановление процессуальных сроков</w:t>
      </w:r>
    </w:p>
    <w:p>
      <w:r>
        <w:rPr>
          <w:b/>
        </w:rPr>
        <w:t xml:space="preserve">1. </w:t>
      </w:r>
      <w:r>
        <w:t>Течение всех неистекших процессуальных сроков приостанавливается одновременно с приостановлением производства по делу.</w:t>
      </w:r>
    </w:p>
    <w:p>
      <w:r>
        <w:rPr>
          <w:b/>
        </w:rPr>
        <w:t xml:space="preserve">2. </w:t>
      </w:r>
      <w:r>
        <w:t>Со дня возобновления производства по делу течение процессуальных сроков продолжается.</w:t>
      </w:r>
    </w:p>
    <w:p>
      <w:r>
        <w:rPr>
          <w:b/>
        </w:rPr>
        <w:t>Статья 111. Продление процессуальных сроков</w:t>
      </w:r>
    </w:p>
    <w:p>
      <w:r>
        <w:t>Назначенные судом процессуальные сроки могут быть продлены судом.</w:t>
      </w:r>
    </w:p>
    <w:p>
      <w:r>
        <w:rPr>
          <w:b/>
        </w:rPr>
        <w:t>Статья 112. Восстановление процессуальных сроков</w:t>
      </w:r>
    </w:p>
    <w:p>
      <w:r>
        <w:rPr>
          <w:b/>
        </w:rPr>
        <w:t xml:space="preserve">1. </w:t>
      </w:r>
      <w:r>
        <w:t>Лицам, пропустившим установленный федеральным законом процессуальный срок по причинам, признанным судом уважительными, пропущенный срок может быть восстановлен.</w:t>
      </w:r>
    </w:p>
    <w:p>
      <w:r>
        <w:rPr>
          <w:b/>
        </w:rPr>
        <w:t xml:space="preserve">2. </w:t>
      </w:r>
      <w:r>
        <w:t>Заявление о восстановлении пропущенного процессуального срока подается в суд, в котором надлежало совершить процессуальное действие.</w:t>
      </w:r>
    </w:p>
    <w:p>
      <w:r>
        <w:rPr>
          <w:b/>
        </w:rPr>
        <w:t xml:space="preserve">3. </w:t>
      </w:r>
      <w:r>
        <w:t>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w:t>
      </w:r>
    </w:p>
    <w:p>
      <w:r>
        <w:rPr>
          <w:b/>
        </w:rPr>
        <w:t xml:space="preserve">4. </w:t>
      </w:r>
      <w:r>
        <w:t>Если иное не предусмотрено настоящим Кодексом, заявление о восстановлении пропущенного процессуального срока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поставленного перед судом вопроса.</w:t>
      </w:r>
    </w:p>
    <w:p>
      <w:r>
        <w:rPr>
          <w:b/>
        </w:rPr>
        <w:t xml:space="preserve">5. </w:t>
      </w:r>
      <w:r>
        <w:t>По результатам рассмотрения заявления о восстановлении пропущенного процессуального срока судья выносит определение о восстановлении срока или об отказе в его восстановлении, которое может быть обжаловано.</w:t>
      </w:r>
    </w:p>
    <w:p>
      <w:r>
        <w:rPr>
          <w:b/>
        </w:rPr>
        <w:t xml:space="preserve">6. </w:t>
      </w:r>
      <w:r>
        <w:t>Заявление о восстановлении пропущенного процессуального срока подачи кассационных или надзорных жалобы, представления рассматривается в порядке, предусмотренном частями второй и третьей статьи 3761, частями второй и третьей статьи 3903, частью второй статьи 3912 и частью второй статьи 39111 настоящего Кодекса.</w:t>
        <w:br/>
        <w:t>Пропущенные процессуальные сроки подачи кассационных или надзорных жалоб, представлений могут быть восстановлены только в исключительных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другое), и эти обстоятельства имели место в период не позднее одного года со дня вступления обжалуемого судебного постановления в законную силу.</w:t>
        <w:br/>
        <w:t>(Статья в редакции Федерального закона от 28.11.2018 № 451-ФЗ)</w:t>
      </w:r>
    </w:p>
    <w:p>
      <w:pPr>
        <w:pStyle w:val="Heading3"/>
      </w:pPr>
      <w:r>
        <w:t>СУДЕБНЫЕ ИЗВЕЩЕНИЯ И ВЫЗОВЫ</w:t>
      </w:r>
    </w:p>
    <w:p>
      <w:r>
        <w:rPr>
          <w:b/>
        </w:rPr>
        <w:t>Статья 113. Судебные извещения и вызовы</w:t>
      </w:r>
    </w:p>
    <w:p>
      <w:r>
        <w:rPr>
          <w:b/>
        </w:rPr>
        <w:t xml:space="preserve">1. </w:t>
      </w:r>
      <w:r>
        <w:t>Лица, участвующие в деле, а также свидетели, эксперты, специалисты и переводчики извещаются или вызываются в суд заказным письмом с уведомлением о вручении, судебной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судебного извещения или вызова и его вручение адресату.</w:t>
      </w:r>
    </w:p>
    <w:p>
      <w:r>
        <w:rPr>
          <w:b/>
        </w:rPr>
        <w:t xml:space="preserve">2. </w:t>
      </w:r>
      <w:r>
        <w:t>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Судебными повестками осуществляется также вызов в суд свидетелей, экспертов, специалистов и переводчиков. (В редакции Федерального закона от 12.06.2024 № 135-ФЗ)</w:t>
      </w:r>
    </w:p>
    <w:p>
      <w:r>
        <w:rPr>
          <w:b/>
        </w:rPr>
        <w:t xml:space="preserve">21. </w:t>
      </w:r>
      <w:r>
        <w:t>Органы государственной власти, органы местного самоуправления, иные органы и организации, являющиеся сторонами и другими участниками процесса, могут извещаться судом о времени и месте судебного заседания или совершения отдельных процессуальных действий лишь посредством размещения соответствующей информации в установленном порядке в информационно-телекоммуникационной сети &amp;quot;Интернет&amp;quot; в указанный в части третьей настоящей статьи срок, если суд располагает доказательствами того, что указанные лица надлежащим образом извещены о времени и месте первого судебного заседания. Такие лица, получившие первое судебное извещение по рассматриваемому делу, самостоятельно предпринимают меры по получению дальнейшей информации о движении дела с использованием любых источников такой информации и любых средств связи. (В редакции Федерального закона от 30.12.2021 № 440-ФЗ)</w:t>
        <w:br/>
        <w:t>Лица, указанные в абзаце первом настоящей части, несут риск наступления неблагоприятных последствий в результате непринятия ими мер по получению информации о движении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w:t>
        <w:br/>
        <w:t>При отсутствии технической возможности у органов местного самоуправления, иных органов и организаций они вправе заявить ходатайство о направлении им судебных извещений и вызовов без использования информационно-телекоммуникационной сети &amp;quot;Интернет&amp;quot;.</w:t>
        <w:br/>
        <w:t>(Дополнение частью - Федеральный закон от 23.06.2016 № 220-ФЗ)</w:t>
      </w:r>
    </w:p>
    <w:p>
      <w:r>
        <w:rPr>
          <w:b/>
        </w:rPr>
        <w:t xml:space="preserve">3. </w:t>
      </w:r>
      <w:r>
        <w:t>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делу и своевременной явки в суд.</w:t>
      </w:r>
    </w:p>
    <w:p>
      <w:r>
        <w:rPr>
          <w:b/>
        </w:rPr>
        <w:t xml:space="preserve">4. </w:t>
      </w:r>
      <w:r>
        <w:t>Судебное извещение, адресованное лицу, участвующему в деле,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извещение может быть направлено по месту его работы.</w:t>
      </w:r>
    </w:p>
    <w:p>
      <w:r>
        <w:rPr>
          <w:b/>
        </w:rPr>
        <w:t xml:space="preserve">5. </w:t>
      </w:r>
      <w:r>
        <w:t>Судебное извещение, адресованное организации, направляется по ее адресу.</w:t>
        <w:br/>
        <w:t>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br/>
        <w:t>(Часть в редакции Федерального закона от 28.11.2018 № 451-ФЗ)</w:t>
      </w:r>
    </w:p>
    <w:p>
      <w:r>
        <w:rPr>
          <w:b/>
        </w:rPr>
        <w:t xml:space="preserve">6. </w:t>
      </w:r>
      <w:r>
        <w:t>Предусмотренные настоящей статьей формы судебных извещений и вызовов применяются и по отношению к иностранным гражданам и иностранным юридическим лицам, если иной порядок не установлен международным договором Российской Федерации.</w:t>
      </w:r>
    </w:p>
    <w:p>
      <w:r>
        <w:rPr>
          <w:b/>
        </w:rPr>
        <w:t xml:space="preserve">7. </w:t>
      </w:r>
      <w:r>
        <w:t>Судебное извещение в электронном виде направляется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br/>
        <w:t>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судом в установленном порядке в информационно-телекоммуникационной сети &amp;quot;Интернет&amp;quot;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Документы, подтверждающие размещение судом в установленном порядке в информационно-телекоммуникационной сети &amp;quot;Интернет&amp;quot; указанной информации, включая дату ее размещения, приобщаются к материалам дела.</w:t>
        <w:br/>
        <w:t>(Дополнение частью - Федеральный закон от 23.06.2016 № 220-ФЗ) (В редакции Федерального закона от 30.12.2021 № 440-ФЗ)</w:t>
      </w:r>
    </w:p>
    <w:p>
      <w:r>
        <w:rPr>
          <w:b/>
        </w:rPr>
        <w:t>Статья 114. Содержание судебных повесток и иных судебных извещений</w:t>
      </w:r>
    </w:p>
    <w:p>
      <w:r>
        <w:rPr>
          <w:b/>
        </w:rPr>
        <w:t xml:space="preserve">1. </w:t>
      </w:r>
      <w:r>
        <w:t>В судебных повестках и иных судебных извещениях должны содержаться:</w:t>
      </w:r>
    </w:p>
    <w:p>
      <w:r>
        <w:rPr>
          <w:b/>
        </w:rPr>
        <w:t xml:space="preserve">1. </w:t>
      </w:r>
      <w:r>
        <w:t>наименование и адрес суда;</w:t>
      </w:r>
    </w:p>
    <w:p>
      <w:r>
        <w:rPr>
          <w:b/>
        </w:rPr>
        <w:t xml:space="preserve">1. </w:t>
      </w:r>
      <w:r>
        <w:t>указание времени и места судебного заседания;</w:t>
      </w:r>
    </w:p>
    <w:p>
      <w:r>
        <w:rPr>
          <w:b/>
        </w:rPr>
        <w:t xml:space="preserve">1. </w:t>
      </w:r>
      <w:r>
        <w:t>наименование адресата - лица, извещаемого или вызываемого в суд;</w:t>
      </w:r>
    </w:p>
    <w:p>
      <w:r>
        <w:rPr>
          <w:b/>
        </w:rPr>
        <w:t xml:space="preserve">1. </w:t>
      </w:r>
      <w:r>
        <w:t>указание, в качестве кого извещается или вызывается адресат;</w:t>
      </w:r>
    </w:p>
    <w:p>
      <w:r>
        <w:rPr>
          <w:b/>
        </w:rPr>
        <w:t xml:space="preserve">1. </w:t>
      </w:r>
      <w:r>
        <w:t>наименование дела, по которому осуществляется извещение или вызов адресата.</w:t>
      </w:r>
    </w:p>
    <w:p>
      <w:r>
        <w:rPr>
          <w:b/>
        </w:rPr>
        <w:t xml:space="preserve">2. </w:t>
      </w:r>
      <w:r>
        <w:t>В судебных повестках или иных судебных извещениях, адресованных лицам, участвующим в деле, предлагается представить в суд все имеющиеся у них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w:t>
      </w:r>
    </w:p>
    <w:p>
      <w:r>
        <w:rPr>
          <w:b/>
        </w:rPr>
        <w:t xml:space="preserve">3. </w:t>
      </w:r>
      <w:r>
        <w:t>Одновременно с судебной повесткой или иным судебным извещением, адресованными ответчику, судья направляет копию искового заявления, а с судебной повесткой или иным судебным извещением, адресованными истцу, - копию объяснений в письменной форме ответчика, если объяснения поступили в суд.</w:t>
      </w:r>
    </w:p>
    <w:p>
      <w:r>
        <w:rPr>
          <w:b/>
        </w:rPr>
        <w:t>Статья 115. Доставка судебных повесток и иных судебных извещений</w:t>
      </w:r>
    </w:p>
    <w:p>
      <w:r>
        <w:rPr>
          <w:b/>
        </w:rPr>
        <w:t xml:space="preserve">1. </w:t>
      </w:r>
      <w:r>
        <w:t>Судебные повестки и иные судебные извещения доставляются участнику процесса по почте, посредством единого портала государственных и муниципальных услуг, системы электронного документооборота участника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 (В редакции Федерального закона от 30.12.2021 № 440-ФЗ)</w:t>
      </w:r>
    </w:p>
    <w:p>
      <w:r>
        <w:rPr>
          <w:b/>
        </w:rPr>
        <w:t xml:space="preserve">2. </w:t>
      </w:r>
      <w:r>
        <w:t>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возвратить в суд корешок судебной повестки или копию иного судебного извещения с распиской адресата в их получении.</w:t>
      </w:r>
    </w:p>
    <w:p>
      <w:r>
        <w:rPr>
          <w:b/>
        </w:rPr>
        <w:t>Статья 116. Вручение судебной повестки</w:t>
      </w:r>
    </w:p>
    <w:p>
      <w:r>
        <w:rPr>
          <w:b/>
        </w:rPr>
        <w:t xml:space="preserve">1. </w:t>
      </w:r>
      <w:r>
        <w:t>Судебная повестка, адресованная гражданину, вручается ему лично под расписку на подлежащем возврату в суд корешке повестки. Повестка, адресованная организации, вручается соответствующему должностному лицу, которое расписывается в ее получении на корешке повестки.</w:t>
      </w:r>
    </w:p>
    <w:p>
      <w:r>
        <w:rPr>
          <w:b/>
        </w:rPr>
        <w:t xml:space="preserve">2. </w:t>
      </w: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br/>
        <w:t>Если гражданин вызывается в суд по делу о признании его недееспособным или ограниченно дееспособным, на судебной повестке делается отметка о необходимости вручения такой повестки адресату лично. Вручение повестки по делу о признании адресата недееспособным или ограниченно дееспособным иным гражданам не допускается. (Дополнение абзацем - Федеральный закон от 06.04.2011 № 67-ФЗ)</w:t>
      </w:r>
    </w:p>
    <w:p>
      <w:r>
        <w:rPr>
          <w:b/>
        </w:rPr>
        <w:t xml:space="preserve">3. </w:t>
      </w:r>
      <w:r>
        <w:t>При временном отсутствии адресата лицо, доставляющее судебную повестку, отмечает на корешке повестки, куда выбыл адресат и когда ожидается его возвращение.</w:t>
      </w:r>
    </w:p>
    <w:p>
      <w:r>
        <w:rPr>
          <w:b/>
        </w:rPr>
        <w:t xml:space="preserve">4. </w:t>
      </w:r>
      <w:r>
        <w:t>В случае, если неизвестно место пребывания адресата,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
        <w:rPr>
          <w:b/>
        </w:rPr>
        <w:t>Статья 117. Надлежащее извещение</w:t>
      </w:r>
    </w:p>
    <w:p>
      <w:r>
        <w:rPr>
          <w:b/>
        </w:rPr>
        <w:t xml:space="preserve">1. </w:t>
      </w:r>
      <w:r>
        <w:t>Лица, участвующие в деле, и другие участники процесса считаются извещенными надлежащим образом, если к началу судебного заседания,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 участвующими в деле, информации о начавшемся судебном процессе.</w:t>
      </w:r>
    </w:p>
    <w:p>
      <w:r>
        <w:rPr>
          <w:b/>
        </w:rPr>
        <w:t xml:space="preserve">2. </w:t>
      </w:r>
      <w:r>
        <w:t>Лица, участвующие в деле, и другие участники процесса также считаются извещенными надлежащим образом судом, если:</w:t>
      </w:r>
    </w:p>
    <w:p>
      <w:r>
        <w:rPr>
          <w:b/>
        </w:rPr>
        <w:t xml:space="preserve">2. </w:t>
      </w:r>
      <w:r>
        <w:t>адресат отказался от получения судебного извещения и этот отказ зафиксирован организацией почтовой связи или судом;</w:t>
      </w:r>
    </w:p>
    <w:p>
      <w:r>
        <w:rPr>
          <w:b/>
        </w:rPr>
        <w:t xml:space="preserve">2. </w:t>
      </w:r>
      <w:r>
        <w:t>судебное извещение вручено уполномоченному лицу филиала или представительства юридического лица;</w:t>
      </w:r>
    </w:p>
    <w:p>
      <w:r>
        <w:rPr>
          <w:b/>
        </w:rPr>
        <w:t xml:space="preserve">2. </w:t>
      </w:r>
      <w:r>
        <w:t>судебное извещение вручено представителю лица, участвующего в деле;</w:t>
      </w:r>
    </w:p>
    <w:p>
      <w:r>
        <w:rPr>
          <w:b/>
        </w:rPr>
        <w:t xml:space="preserve">2. </w:t>
      </w:r>
      <w:r>
        <w:t>имеются доказательства вручения судебного извещения в порядке, установленном статьями 113, 115 и 116 настоящего Кодекса;</w:t>
      </w:r>
    </w:p>
    <w:p>
      <w:r>
        <w:rPr>
          <w:b/>
        </w:rPr>
        <w:t xml:space="preserve">2. </w:t>
      </w:r>
      <w:r>
        <w:t>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w:t>
      </w:r>
    </w:p>
    <w:p>
      <w:r>
        <w:rPr>
          <w:b/>
        </w:rPr>
        <w:t xml:space="preserve">2. </w:t>
      </w:r>
      <w:r>
        <w:t>имеются доказательства доставки судебного извещения посредством единого портала государственных и муниципальных услуг участнику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w:t>
        <w:br/>
        <w:t>(Статья в редакции Федерального закона от 30.12.2021 № 440-ФЗ)</w:t>
      </w:r>
    </w:p>
    <w:p>
      <w:r>
        <w:rPr>
          <w:b/>
        </w:rPr>
        <w:t>Статья 118. Перемена адреса во время производства по делу</w:t>
      </w:r>
    </w:p>
    <w:p>
      <w:r>
        <w:t>Лица, участвующие в деле, обязаны сообщить суду о перемене своего адреса во время производства по делу. При отсутствии такого сообщения судебная повестка или иное судебное извещение посылаются по последнему известному суду месту жительства или адресу адресата и считаются доставленными, хотя бы адресат по этому адресу более не проживает или не находится. (В редакции Федерального закона от 28.11.2018 № 451-ФЗ)</w:t>
      </w:r>
    </w:p>
    <w:p>
      <w:r>
        <w:rPr>
          <w:b/>
        </w:rPr>
        <w:t>Статья 119. Неизвестность места пребывания ответчика</w:t>
      </w:r>
    </w:p>
    <w:p>
      <w:r>
        <w:t>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w:t>
      </w:r>
    </w:p>
    <w:p>
      <w:r>
        <w:rPr>
          <w:b/>
        </w:rPr>
        <w:t>Статья 120. Розыск ответчика и (или) ребенка</w:t>
      </w:r>
    </w:p>
    <w:p>
      <w:r>
        <w:t>(Наименование в редакции Федерального закона от 05.05.2014 № 126-ФЗ)</w:t>
      </w:r>
    </w:p>
    <w:p>
      <w:r>
        <w:rPr>
          <w:b/>
        </w:rPr>
        <w:t xml:space="preserve">1. </w:t>
      </w:r>
      <w:r>
        <w:t>При неизвестности места пребывания ответчика по требованиям, предъявляемым в защиту интересов Российской Федерации, субъектов Российской Федерации, муниципальных образований, а также по требованиям о взыскании алиментов, возмещении вреда, причиненного увечьем, иным повреждением здоровья или в результате смерти кормильца, судья обязан вынести определение об объявлении розыска ответчика. При неизвестности места пребывания ответчика и (или) ребенка по требованию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судья обязан вынести определение об объявлении розыска ответчика и (или) ребенка. (В редакции Федерального закона от 05.05.2014 № 126-ФЗ)</w:t>
      </w:r>
    </w:p>
    <w:p>
      <w:r>
        <w:rPr>
          <w:b/>
        </w:rPr>
        <w:t xml:space="preserve">2. </w:t>
      </w:r>
      <w:r>
        <w:t>Взыскание расходов на розыск ответчика и (или) ребенка производится на основании заявления территориального органа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путем выдачи судебного приказа в порядке, предусмотренном главой 11 настоящего Кодекса. (В редакции федеральных законов от 30.06.2003 № 86-ФЗ; от 03.12.2011 № 389-ФЗ; от 05.05.2014 № 126-ФЗ)</w:t>
      </w:r>
    </w:p>
    <w:p>
      <w:pPr>
        <w:pStyle w:val="Heading2"/>
      </w:pPr>
      <w:r>
        <w:t>ПРИКАЗНОЕ ПРОИЗВОДСТВО</w:t>
      </w:r>
    </w:p>
    <w:p>
      <w:pPr>
        <w:pStyle w:val="Heading3"/>
      </w:pPr>
      <w:r>
        <w:t>СУДЕБНЫЙ ПРИКАЗ</w:t>
      </w:r>
    </w:p>
    <w:p>
      <w:r>
        <w:rPr>
          <w:b/>
        </w:rPr>
        <w:t>Статья 121. Судебный приказ</w:t>
      </w:r>
    </w:p>
    <w:p>
      <w:r>
        <w:rPr>
          <w:b/>
        </w:rPr>
        <w:t xml:space="preserve">1. </w:t>
      </w:r>
      <w:r>
        <w:t>Судебный приказ - судебное постановление, вынесенное судьей единолично на основании заявления о взыскании денежных сумм или об истребовании движимого имущества от должника по требованиям, предусмотренным статьей 122 настоящего Кодекса, если размер денежных сумм, подлежащих взысканию, или стоимость движимого имущества, подлежащего истребованию, не превышает пятьсот тысяч рублей. (В редакции Федерального закона от 02.03.2016 № 45-ФЗ)</w:t>
      </w:r>
    </w:p>
    <w:p>
      <w:r>
        <w:rPr>
          <w:b/>
        </w:rPr>
        <w:t xml:space="preserve">2. </w:t>
      </w:r>
      <w:r>
        <w:t>Судебный приказ является одновременно исполнительным документом и приводится в исполнение в порядке, установленном для исполнения судебных постановлений.</w:t>
      </w:r>
    </w:p>
    <w:p>
      <w:r>
        <w:rPr>
          <w:b/>
        </w:rPr>
        <w:t>Статья 122. Требования, по которым выдается судебный приказ</w:t>
      </w:r>
    </w:p>
    <w:p>
      <w:r>
        <w:t>Судебный приказ выдается, если:</w:t>
        <w:br/>
        <w:t>требование основано на нотариально удостоверенной сделке;</w:t>
        <w:br/>
        <w:t>требование основано на сделке, совершенной в простой письменной форме;</w:t>
        <w:br/>
        <w:t>требование основано на совершенном нотариусом протесте векселя в неплатеже, неакцепте и недатировании акцепта;</w:t>
        <w:br/>
        <w:t>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других заинтересованных лиц;</w:t>
        <w:br/>
        <w:t>абзац; (Утратил силу - Федеральный закон от 08.03.2015 № 23-ФЗ)</w:t>
        <w:br/>
        <w:t>заявлено требование о взыскании начисленных, но не выплаченных работнику заработной платы, сумм оплаты отпуска, выплат при увольнении и (или) иных сумм, начисленных работнику; (В редакции Федерального закона от 23.04.2012 № 35-ФЗ)</w:t>
        <w:br/>
        <w:t>заявлено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требование о взыскании расходов, произведенных в связи с розыском ответчика, или должника, или ребенка; (В редакции федеральных законов от 30.06.2003 № 86-ФЗ; от 02.10.2007 № 225-ФЗ; от 03.12.2011 № 389-ФЗ; от 05.05.2014 № 126-ФЗ)</w:t>
        <w:br/>
        <w:t>заявлено требование о взыскании начисленной, но не выплаченной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(Дополнение абзацем - Федеральный закон от 23.04.2012 № 35-ФЗ)</w:t>
        <w:br/>
        <w:t>заявлено требование о взыскании задолженности по оплате жилого помещения, расходов на капитальный ремонт и содержание общего имущества в многоквартирном доме, коммунальных услуг, а также услуг связи; (Дополнение абзацем - Федеральный закон от 02.03.2016 № 45-ФЗ) (В редакции Федерального закона от 28.11.2018 № 451-ФЗ)</w:t>
        <w:br/>
        <w:t>заявлено требование о взыскании задолженности по обязательным платежам и взносам с членов товарищества собственников недвижимости и потребительского кооператива. (Дополнение абзацем - Федеральный закон от 02.03.2016 № 45-ФЗ) (В редакции Федерального закона от 28.11.2018 № 451-ФЗ)</w:t>
      </w:r>
    </w:p>
    <w:p>
      <w:r>
        <w:rPr>
          <w:b/>
        </w:rPr>
        <w:t>Статья 123. Подача заявления о вынесении судебного приказа</w:t>
      </w:r>
    </w:p>
    <w:p>
      <w:r>
        <w:rPr>
          <w:b/>
        </w:rPr>
        <w:t xml:space="preserve">1. </w:t>
      </w:r>
      <w:r>
        <w:t>Заявление о вынесении судебного приказа подается в суд по общим правилам подсудности, установленным в настоящем Кодексе.</w:t>
      </w:r>
    </w:p>
    <w:p>
      <w:r>
        <w:rPr>
          <w:b/>
        </w:rPr>
        <w:t xml:space="preserve">2. </w:t>
      </w:r>
      <w:r>
        <w:t>Заявление о вынесении судебного приказа оплачивается государственной пошлиной в размере, установленном федеральным законом о налогах и сборах. (В редакции Федерального закона от 28.11.2018 № 451-ФЗ)</w:t>
      </w:r>
    </w:p>
    <w:p>
      <w:r>
        <w:rPr>
          <w:b/>
        </w:rPr>
        <w:t>Статья 124. Форма и содержание заявления о вынесении судебного приказа</w:t>
      </w:r>
    </w:p>
    <w:p>
      <w:r>
        <w:rPr>
          <w:b/>
        </w:rPr>
        <w:t xml:space="preserve">1. </w:t>
      </w:r>
      <w:r>
        <w:t>Заявление о вынесении судебного приказа и прилагаемые к такому заявлению документы могут быть представлены в суд на бумажном носителе или в электронном виде, в том числе в форме электронного документа. (В редакции Федерального закона от 30.12.2021 № 440-ФЗ)</w:t>
      </w:r>
    </w:p>
    <w:p>
      <w:r>
        <w:rPr>
          <w:b/>
        </w:rPr>
        <w:t xml:space="preserve">2. </w:t>
      </w:r>
      <w:r>
        <w:t>В заявлении о вынесении судебного приказа должны быть указаны:</w:t>
      </w:r>
    </w:p>
    <w:p>
      <w:r>
        <w:rPr>
          <w:b/>
        </w:rPr>
        <w:t xml:space="preserve">2. </w:t>
      </w:r>
      <w:r>
        <w:t>наименование суда, в который подается заявление;</w:t>
      </w:r>
    </w:p>
    <w:p>
      <w:r>
        <w:rPr>
          <w:b/>
        </w:rPr>
        <w:t xml:space="preserve">2. </w:t>
      </w:r>
      <w:r>
        <w:t>сведения о взыскателе: для гражданина-взыскателя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 являющегося юридическим лицом, - наименование, адрес, идентификационный номер налогоплательщика; (В редакции Федерального закона от 21.12.2021 № 417-ФЗ)</w:t>
      </w:r>
    </w:p>
    <w:p>
      <w:r>
        <w:rPr>
          <w:b/>
        </w:rPr>
        <w:t xml:space="preserve">2. </w:t>
      </w:r>
      <w:r>
        <w:t>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а также основной государственный регистрационный номер (если он известен). В случае, если взыскателю неизвестны дата и место рождения должника, один из идентификаторов должника, об этом указывается в заявлении о вынесении судебного приказа и такая информация по запросу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случае, если взыскателю задолженности по оплате помещения, машино-места в многоквартирном доме, коммунальных услуг, взносов на капитальный ремонт общего имущества собственников помещений в многоквартирном доме, энергетических ресурсов неизвестны не только вышеуказанные сведения о должнике, но и фамилия, имя, отчество (при наличии) должника, соответствующий взыскатель в заявлении о вынесении судебного приказа вправе указать об этом и такая информация вместе с вышеуказанными сведениями о должнике, неизвестными взыскателю, предоставляется суду указанными в настоящем пункте органами, а также организацией, уполномоченной на предоставление сведений из Единого государственного реестра недвижимости, в порядке, установленном федеральным законом. В указанных случаях срок вынесения судебного приказа, предусмотренный частью первой статьи 126 настоящего Кодекса, исчисляется со дня получения судом такой информации; (В редакции федеральных законов от 21.12.2021 № 417-ФЗ, от 28.12.2022 № 569-ФЗ, от 18.03.2023 № 80-ФЗ)</w:t>
      </w:r>
    </w:p>
    <w:p>
      <w:r>
        <w:rPr>
          <w:b/>
        </w:rPr>
        <w:t xml:space="preserve">2. </w:t>
      </w:r>
      <w:r>
        <w:t>требование взыскателя и обстоятельства, на которых оно основано;</w:t>
      </w:r>
    </w:p>
    <w:p>
      <w:r>
        <w:rPr>
          <w:b/>
        </w:rPr>
        <w:t xml:space="preserve">2. </w:t>
      </w:r>
      <w:r>
        <w:t>документы, подтверждающие обоснованность требования взыскателя;</w:t>
      </w:r>
    </w:p>
    <w:p>
      <w:r>
        <w:rPr>
          <w:b/>
        </w:rPr>
        <w:t xml:space="preserve">2. </w:t>
      </w:r>
      <w:r>
        <w:t>перечень прилагаемых документов.</w:t>
        <w:br/>
        <w:t>В случае истребования движимого имущества в заявлении должна быть указана стоимость этого имущества.</w:t>
      </w:r>
    </w:p>
    <w:p>
      <w:r>
        <w:rPr>
          <w:b/>
        </w:rPr>
        <w:t xml:space="preserve">3. </w:t>
      </w:r>
      <w:r>
        <w:t>Заявление о вынесении судебного приказа подписывается взыскателем или имеющим соответствующие полномочия его представителем. К заявлению, поданному представителем, должен быть приложен документ, удостоверяющий его полномочия.</w:t>
      </w:r>
    </w:p>
    <w:p>
      <w:r>
        <w:rPr>
          <w:b/>
        </w:rPr>
        <w:t xml:space="preserve">4. </w:t>
      </w:r>
      <w:r>
        <w:t>К заявлению о вынесении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копий заявления о вынесении судебного приказа и приложенных к нему документов. (Дополнение частью - Федеральный закон от 12.06.2024 № 135-ФЗ)</w:t>
      </w:r>
    </w:p>
    <w:p>
      <w:r>
        <w:rPr>
          <w:b/>
        </w:rPr>
        <w:t>Статья 125. Основания для возвращения заявления о вынесении судебного приказа или отказа в его принятии</w:t>
      </w:r>
    </w:p>
    <w:p>
      <w:r>
        <w:rPr>
          <w:b/>
        </w:rPr>
        <w:t xml:space="preserve">1. </w:t>
      </w:r>
      <w:r>
        <w:t>Судья возвращает заявление о вынесении судебного приказа по основаниям, предусмотренным статьей 135 настоящего Кодекса, а также в случае, если:</w:t>
      </w:r>
    </w:p>
    <w:p>
      <w:r>
        <w:rPr>
          <w:b/>
        </w:rPr>
        <w:t xml:space="preserve">1. </w:t>
      </w:r>
      <w:r>
        <w:t>не представлены документы, подтверждающие заявленное требование;</w:t>
      </w:r>
    </w:p>
    <w:p>
      <w:r>
        <w:rPr>
          <w:b/>
        </w:rPr>
        <w:t xml:space="preserve">1. </w:t>
      </w:r>
      <w:r>
        <w:t>заявленное требование не оплачено государственной пошлиной;</w:t>
      </w:r>
    </w:p>
    <w:p>
      <w:r>
        <w:rPr>
          <w:b/>
        </w:rPr>
        <w:t xml:space="preserve">1. </w:t>
      </w:r>
      <w:r>
        <w:t>не соблюдены требования к форме и содержанию заявления о вынесении судебного приказа, установленные статьей 124 настоящего Кодекса.</w:t>
      </w:r>
    </w:p>
    <w:p>
      <w:r>
        <w:rPr>
          <w:b/>
        </w:rPr>
        <w:t xml:space="preserve">2. </w:t>
      </w:r>
      <w:r>
        <w:t>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
        <w:rPr>
          <w:b/>
        </w:rPr>
        <w:t xml:space="preserve">3. </w:t>
      </w:r>
      <w:r>
        <w:t>Судья отказывает в принятии заявления о вынесении судебного приказа по основаниям, предусмотренным статьей 134 настоящего Кодекса, а также в случае, если:</w:t>
      </w:r>
    </w:p>
    <w:p>
      <w:r>
        <w:rPr>
          <w:b/>
        </w:rPr>
        <w:t xml:space="preserve">3. </w:t>
      </w:r>
      <w:r>
        <w:t>заявлено требование, не предусмотренное статьей 122 настоящего Кодекса;</w:t>
      </w:r>
    </w:p>
    <w:p>
      <w:r>
        <w:rPr>
          <w:b/>
        </w:rPr>
        <w:t xml:space="preserve">3. </w:t>
      </w:r>
      <w:r>
        <w:t>место жительства или место нахождения должника находится вне пределов Российской Федерации;</w:t>
      </w:r>
    </w:p>
    <w:p>
      <w:r>
        <w:rPr>
          <w:b/>
        </w:rPr>
        <w:t xml:space="preserve">3. </w:t>
      </w:r>
      <w:r>
        <w:t>из заявления и представленных документов усматривается наличие спора о праве.</w:t>
      </w:r>
    </w:p>
    <w:p>
      <w:r>
        <w:rPr>
          <w:b/>
        </w:rPr>
        <w:t xml:space="preserve">4. </w:t>
      </w:r>
      <w:r>
        <w:t>О возвращении заявления о вынесении судебного приказа или об отказе в его принятии судья в течение трех дней со дня поступления заявления в суд выносит определение.</w:t>
        <w:br/>
        <w:t>(Статья в редакции Федерального закона от 23.06.2014 № 161-ФЗ)</w:t>
      </w:r>
    </w:p>
    <w:p>
      <w:r>
        <w:rPr>
          <w:b/>
        </w:rPr>
        <w:t>Статья 126. Порядок вынесения судебного приказа</w:t>
      </w:r>
    </w:p>
    <w:p>
      <w:r>
        <w:rPr>
          <w:b/>
        </w:rPr>
        <w:t xml:space="preserve">1. </w:t>
      </w:r>
      <w:r>
        <w:t>Судебный приказ по существу заявленного требования выносится в течение десяти дней со дня поступления заявления о вынесении судебного приказа в суд. (В редакции Федерального закона от 12.06.2024 № 135-ФЗ)</w:t>
      </w:r>
    </w:p>
    <w:p>
      <w:r>
        <w:rPr>
          <w:b/>
        </w:rPr>
        <w:t xml:space="preserve">2. </w:t>
      </w:r>
      <w:r>
        <w:t>Судебный приказ выносится без вызова взыскателя и должника и проведения судебного разбирательства.</w:t>
        <w:br/>
        <w:t>Суд исследует изложенные в направленном взыскателем заявлении о вынесении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br/>
        <w:t>(Часть в редакции Федерального закона от 28.11.2018 № 451-ФЗ)</w:t>
      </w:r>
    </w:p>
    <w:p>
      <w:r>
        <w:rPr>
          <w:b/>
        </w:rPr>
        <w:t>Статья 127. Содержание судебного приказа</w:t>
      </w:r>
    </w:p>
    <w:p>
      <w:r>
        <w:rPr>
          <w:b/>
        </w:rPr>
        <w:t xml:space="preserve">1. </w:t>
      </w:r>
      <w:r>
        <w:t>В судебном приказе указываются:</w:t>
      </w:r>
    </w:p>
    <w:p>
      <w:r>
        <w:rPr>
          <w:b/>
        </w:rPr>
        <w:t xml:space="preserve">1. </w:t>
      </w:r>
      <w:r>
        <w:t>номер дела и дата вынесения приказа; (В редакции Федерального закона от 28.11.2018 № 451-ФЗ)</w:t>
      </w:r>
    </w:p>
    <w:p>
      <w:r>
        <w:rPr>
          <w:b/>
        </w:rPr>
        <w:t xml:space="preserve">1. </w:t>
      </w:r>
      <w:r>
        <w:t>наименование суда, фамилия и инициалы судьи, вынесшего приказ;</w:t>
      </w:r>
    </w:p>
    <w:p>
      <w:r>
        <w:rPr>
          <w:b/>
        </w:rPr>
        <w:t xml:space="preserve">1. </w:t>
      </w:r>
      <w:r>
        <w:t>сведения о взыскателе: для гражданина-взыскателя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 являющегося юридическим лицом, - наименование, адрес, идентификационный номер налогоплательщика; (В редакции Федерального закона от 21.12.2021 № 417-ФЗ)</w:t>
      </w:r>
    </w:p>
    <w:p>
      <w:r>
        <w:rPr>
          <w:b/>
        </w:rPr>
        <w:t xml:space="preserve">1. </w:t>
      </w:r>
      <w:r>
        <w:t>сведения о должнике, содержащиеся в заявлении о вынесении судебного приказа: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 (В редакции Федерального закона от 21.12.2021 № 417-ФЗ)</w:t>
      </w:r>
    </w:p>
    <w:p>
      <w:r>
        <w:rPr>
          <w:b/>
        </w:rPr>
        <w:t xml:space="preserve">1. </w:t>
      </w:r>
      <w:r>
        <w:t>закон, на основании которого удовлетворено требование;</w:t>
      </w:r>
    </w:p>
    <w:p>
      <w:r>
        <w:rPr>
          <w:b/>
        </w:rPr>
        <w:t xml:space="preserve">1. </w:t>
      </w:r>
      <w:r>
        <w:t>размер денежных сумм, подлежащих взысканию, или обозначение движимого имущества, подлежащего истребованию, с указанием его стоимости;</w:t>
      </w:r>
    </w:p>
    <w:p>
      <w:r>
        <w:rPr>
          <w:b/>
        </w:rPr>
        <w:t xml:space="preserve">1. </w:t>
      </w:r>
      <w:r>
        <w:t>размер неустойки, если ее взыскание предусмотрено федеральным законом или договором, а также размер пеней, если таковые причитаются;</w:t>
      </w:r>
    </w:p>
    <w:p>
      <w:r>
        <w:rPr>
          <w:b/>
        </w:rPr>
        <w:t xml:space="preserve">1. </w:t>
      </w:r>
      <w:r>
        <w:t>сумма государственной пошлины, подлежащая взысканию с должника в пользу взыскателя или в доход соответствующего бюджета;</w:t>
      </w:r>
    </w:p>
    <w:p>
      <w:r>
        <w:rPr>
          <w:b/>
        </w:rPr>
        <w:t xml:space="preserve">1. </w:t>
      </w:r>
      <w:r>
        <w:t>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 (Дополнение пунктом - Федеральный закон от 27.12.2005 № 197-ФЗ)</w:t>
      </w:r>
    </w:p>
    <w:p>
      <w:r>
        <w:rPr>
          <w:b/>
        </w:rPr>
        <w:t xml:space="preserve">1. </w:t>
      </w:r>
      <w:r>
        <w:t>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 (Дополнение пунктом - Федеральный закон от 23.06.2014 № 161-ФЗ)</w:t>
      </w:r>
    </w:p>
    <w:p>
      <w:r>
        <w:rPr>
          <w:b/>
        </w:rPr>
        <w:t xml:space="preserve">2. </w:t>
      </w:r>
      <w:r>
        <w:t>В судебном приказе о взыскании алиментов на несовершеннолетних детей кроме сведений, предусмотренных пунктами 1 - 5 части первой настоящей статьи, указываются место работы должника, имя и дата рождения каждого ребенка, на содержание которых присуждены алименты, размер платежей, взыскиваемых ежемесячно с должника, и срок их взыскания. (В редакции Федерального закона от 21.12.2021 № 417-ФЗ)</w:t>
      </w:r>
    </w:p>
    <w:p>
      <w:r>
        <w:rPr>
          <w:b/>
        </w:rPr>
        <w:t xml:space="preserve">3. </w:t>
      </w:r>
      <w:r>
        <w:t>Судебный приказ составляется на специальном бланке в двух экземплярах, которые подписываются судьей. Один экземпляр судебного приказа остается в производстве суда. Для должника изготавливается копия судебного приказа.</w:t>
        <w:br/>
        <w:t>Судебный приказ может быть выполнен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 (Дополнение абзацем - Федеральный закон от 30.12.2021 № 440-ФЗ)</w:t>
      </w:r>
    </w:p>
    <w:p>
      <w:r>
        <w:rPr>
          <w:b/>
        </w:rPr>
        <w:t>Статья 128. Извещение должника о вынесении судебного приказа</w:t>
      </w:r>
    </w:p>
    <w:p>
      <w:r>
        <w:t>Судья в пятидневный срок со дня вынесения судебного приказа высылает копию судебного приказа должнику, который в течение десяти дней со дня получения приказа имеет право представить возражения относительно его исполнения. (В редакции Федерального закона от 28.11.2018 № 451-ФЗ)</w:t>
      </w:r>
    </w:p>
    <w:p>
      <w:r>
        <w:rPr>
          <w:b/>
        </w:rPr>
        <w:t>Статья 129. Отмена судебного приказа</w:t>
      </w:r>
    </w:p>
    <w:p>
      <w:r>
        <w:rPr>
          <w:b/>
        </w:rPr>
        <w:t xml:space="preserve">1. </w:t>
      </w:r>
      <w:r>
        <w:t>При поступлении в установленный срок возражений должника относительно исполнения судебного приказа судья отменяет судебный приказ. В определении об отмене судебного приказа судья разъясняет взыскателю, что заявленное им требование может быть предъявлено в порядке искового производства. Копии определения суда об отмене судебного приказа направляются сторонам не позднее трех дней после дня его вынесения.</w:t>
      </w:r>
    </w:p>
    <w:p>
      <w:r>
        <w:rPr>
          <w:b/>
        </w:rPr>
        <w:t xml:space="preserve">2. </w:t>
      </w:r>
      <w:r>
        <w:t>Возражения должника, поступившие в суд по истечении установленного статьей 128 настоящего Кодекса срока, не рассматриваются судом и возвращаются лицу, которым они были поданы, за исключением случая, если это лицо обосновало невозможность представления возражений в установленный срок по независящим от него причинам, на что должно быть указано в определении об отмене судебного приказа. На это определение может быть подана частная жалоба по мотиву отсутствия уважительных причин представления должником возражений по истечении установленного срока.</w:t>
      </w:r>
    </w:p>
    <w:p>
      <w:r>
        <w:rPr>
          <w:b/>
        </w:rPr>
        <w:t xml:space="preserve">3. </w:t>
      </w:r>
      <w:r>
        <w:t>В случае отмены судебного приказа о взыскании алиментов на несовершеннолетних детей и удовлетворения требований взыскателя в порядке искового производства такие требования удовлетворяются за период, в течение которого алименты подлежали взысканию согласно судебному приказу. При этом за период, предшествующий подаче заявления о вынесении судебного приказа, алименты могут быть присуждены в соответствии с пунктом 2 статьи 107 Семейного кодекса Российской Федерации.</w:t>
        <w:br/>
        <w:t>(Статья в редакции Федерального закона от 26.10.2024 № 356-ФЗ)</w:t>
      </w:r>
    </w:p>
    <w:p>
      <w:r>
        <w:rPr>
          <w:b/>
        </w:rPr>
        <w:t>Статья 130. Выдача судебного приказа взыскателю</w:t>
      </w:r>
    </w:p>
    <w:p>
      <w:r>
        <w:rPr>
          <w:b/>
        </w:rPr>
        <w:t xml:space="preserve">1. </w:t>
      </w:r>
      <w:r>
        <w:t>В случае, если в установленный срок от должника не поступят в суд возражения, судья выдает взыскателю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(В редакции Федерального закона от 08.03.2015 № 41-ФЗ)</w:t>
      </w:r>
    </w:p>
    <w:p>
      <w:r>
        <w:rPr>
          <w:b/>
        </w:rPr>
        <w:t xml:space="preserve">2. </w:t>
      </w:r>
      <w:r>
        <w:t>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(В редакции Федерального закона от 08.03.2015 № 41-ФЗ)</w:t>
      </w:r>
    </w:p>
    <w:p>
      <w:r>
        <w:rPr>
          <w:b/>
        </w:rPr>
        <w:t xml:space="preserve">3. </w:t>
      </w:r>
      <w:r>
        <w:t>Требования к форматам судебных приказов, направляемых для исполнения в форме электронного документа, устанавливаются Правительством Российской Федерации. (Дополнение частью - Федеральный закон от 08.03.2015 № 41-ФЗ)</w:t>
      </w:r>
    </w:p>
    <w:p>
      <w:pPr>
        <w:pStyle w:val="Heading2"/>
      </w:pPr>
      <w:r>
        <w:t>ИСКОВОЕ ПРОИЗВОДСТВО</w:t>
      </w:r>
    </w:p>
    <w:p>
      <w:pPr>
        <w:pStyle w:val="Heading3"/>
      </w:pPr>
      <w:r>
        <w:t>ПРЕДЪЯВЛЕНИЕ ИСКА</w:t>
      </w:r>
    </w:p>
    <w:p>
      <w:r>
        <w:rPr>
          <w:b/>
        </w:rPr>
        <w:t>Статья 131. Форма и содержание искового заявления</w:t>
      </w:r>
    </w:p>
    <w:p>
      <w:r>
        <w:rPr>
          <w:b/>
        </w:rPr>
        <w:t xml:space="preserve">1. </w:t>
      </w:r>
      <w:r>
        <w:t>Исковое заявление подается в суд на бумажном носителе или в электронном виде, в том числе в форме электронного документа. (В редакции Федерального закона от 30.12.2021 № 440-ФЗ)</w:t>
      </w:r>
    </w:p>
    <w:p>
      <w:r>
        <w:rPr>
          <w:b/>
        </w:rPr>
        <w:t xml:space="preserve">2. </w:t>
      </w:r>
      <w:r>
        <w:t>В исковом заявлении должны быть указаны:</w:t>
      </w:r>
    </w:p>
    <w:p>
      <w:r>
        <w:rPr>
          <w:b/>
        </w:rPr>
        <w:t xml:space="preserve">2. </w:t>
      </w:r>
      <w:r>
        <w:t>наименование суда, в который подается заявление;</w:t>
      </w:r>
    </w:p>
    <w:p>
      <w:r>
        <w:rPr>
          <w:b/>
        </w:rPr>
        <w:t xml:space="preserve">2. </w:t>
      </w:r>
      <w:r>
        <w:t>сведения об истце: для гражданина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 - наименование, адрес, идентификационный номер налогоплательщика; если заявление подается представителем, - также фамилия, имя, отчество (при наличии) или наименование представителя, адрес для направления судебных повесток и иных судебных извещений, один из идентификаторов представителя (для гражданина); (В редакции Федерального закона от 21.12.2021 № 417-ФЗ)</w:t>
      </w:r>
    </w:p>
    <w:p>
      <w:r>
        <w:rPr>
          <w:b/>
        </w:rPr>
        <w:t xml:space="preserve">2. </w:t>
      </w:r>
      <w:r>
        <w:t>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истцу неизвестны дата и место рождения ответчика, один из идентификаторов ответчика,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случае, если истцу по иску о взыскании задолженности по оплате помещения, машино-места в многоквартирном доме, коммунальных услуг, взносов на капитальный ремонт общего имущества собственников помещений в многоквартирном доме, энергетических ресурсов неизвестны не только вышеуказанные сведения об ответчике, но и фамилия, имя, отчество (при наличии) ответчика, соответствующий истец в исковом заявлении вправе указать об этом и такая информация вместе с вышеуказанными сведениями об ответчике, неизвестными истцу, предоставляется суду указанными в настоящем пункте органами, а также организацией, уполномоченной на предоставление сведений из Единого государственного реестра недвижимости, в порядке, установленном федеральным законом. В указанных случаях срок принятия искового заявления к производству суда, предусмотренный частью первой статьи 133 настоящего Кодекса, исчисляется со дня получения судом такой информации; (В редакции федеральных законов от 21.12.2021 № 417-ФЗ, от 28.12.2022 № 569-ФЗ, от 18.03.2023 № 80-ФЗ)</w:t>
      </w:r>
    </w:p>
    <w:p>
      <w:r>
        <w:rPr>
          <w:b/>
        </w:rPr>
        <w:t xml:space="preserve">2. </w:t>
      </w:r>
      <w:r>
        <w:t>в чем заключается нарушение либо угроза нарушения прав, свобод или законных интересов истца и его требования;</w:t>
      </w:r>
    </w:p>
    <w:p>
      <w:r>
        <w:rPr>
          <w:b/>
        </w:rPr>
        <w:t xml:space="preserve">2. </w:t>
      </w:r>
      <w:r>
        <w:t>обстоятельства, на которых истец основывает свои требования, и доказательства, подтверждающие эти обстоятельства;</w:t>
      </w:r>
    </w:p>
    <w:p>
      <w:r>
        <w:rPr>
          <w:b/>
        </w:rPr>
        <w:t xml:space="preserve">2. </w:t>
      </w:r>
      <w:r>
        <w:t>цена иска, если он подлежит оценке, а также расчет взыскиваемых или оспариваемых денежных сумм;</w:t>
      </w:r>
    </w:p>
    <w:p>
      <w:r>
        <w:rPr>
          <w:b/>
        </w:rPr>
        <w:t xml:space="preserve">2. </w:t>
      </w:r>
      <w:r>
        <w:t>сведения о соблюдении досудебного порядка обращения к ответчику, если это установлено федеральным законом; (В редакции Федерального закона от 28.11.2018 № 451-ФЗ)</w:t>
      </w:r>
    </w:p>
    <w:p>
      <w:r>
        <w:rPr>
          <w:b/>
        </w:rPr>
        <w:t xml:space="preserve">2. </w:t>
      </w:r>
      <w:r>
        <w:t>сведения о предпринятых стороной (сторонами) действиях, направленных на примирение, если такие действия предпринимались; (Дополнение пунктом - Федеральный закон от 26.07.2019 № 197-ФЗ)</w:t>
      </w:r>
    </w:p>
    <w:p>
      <w:r>
        <w:rPr>
          <w:b/>
        </w:rPr>
        <w:t xml:space="preserve">2. </w:t>
      </w:r>
      <w:r>
        <w:t>перечень прилагаемых к заявлению документов.</w:t>
        <w:br/>
        <w:t>В заявлении могут быть указаны номера телефонов, факсов, адреса электронной почты истца, его представителя, ответчика, иные сведения, имеющие значение для рассмотрения и разрешения дела, а также изложены ходатайства истца.</w:t>
      </w:r>
    </w:p>
    <w:p>
      <w:r>
        <w:rPr>
          <w:b/>
        </w:rPr>
        <w:t xml:space="preserve">3. </w:t>
      </w:r>
      <w:r>
        <w:t>В исковом заявлении, предъявляемом прокурором в защиту интересов Российской Федерации, субъектов Российской Федерации, муниципальных образований или в защиту прав, свобод и законных интересов неопределенного круга лиц, должно быть указано, в чем конкретно заключаются их интересы, какое право нарушено, а также должна содержаться ссылка на закон или иной нормативный правовой акт, предусматривающие способы защиты этих интересов.</w:t>
        <w:br/>
        <w:t>В случае обращения прокурора в защиту законных интересов гражданина в заявлении должно содержаться обоснование невозможности предъявления иска самим гражданином либо указание на обращение гражданина к прокурору. (В редакции Федерального закона от 05.04.2009 № 43-ФЗ)</w:t>
      </w:r>
    </w:p>
    <w:p>
      <w:r>
        <w:rPr>
          <w:b/>
        </w:rPr>
        <w:t xml:space="preserve">4. </w:t>
      </w:r>
      <w:r>
        <w:t>Исковое заявление подписывается истцом или его представителем при наличии у него полномочий на подписание заявления и предъявление его в суд.</w:t>
        <w:b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 (Дополнение абзацем - Федеральный закон от 23.06.2016 № 220-ФЗ) (В редакции Федерального закона от 30.12.2021 № 440-ФЗ)</w:t>
      </w:r>
    </w:p>
    <w:p>
      <w:r>
        <w:rPr>
          <w:b/>
        </w:rPr>
        <w:t>Статья 132. Документы, прилагаемые к исковому заявлению</w:t>
      </w:r>
    </w:p>
    <w:p>
      <w:r>
        <w:t>К исковому заявлению прилагаются:</w:t>
      </w:r>
    </w:p>
    <w:p>
      <w:r>
        <w:t>документ, подтверждающий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r>
        <w:t>доверенность или иной документ, удостоверяющие полномочия представителя истца;</w:t>
      </w:r>
    </w:p>
    <w:p>
      <w:r>
        <w:t>документы, подтверждающие выполнение обязательного досудебного порядка урегулирования спора, если такой порядок установлен федеральным законом;</w:t>
      </w:r>
    </w:p>
    <w:p>
      <w:r>
        <w:t>документы, подтверждающие обстоятельства, на которых истец основывает свои требования; (В редакции Федерального закона от 02.12.2019 № 406-ФЗ)</w:t>
      </w:r>
    </w:p>
    <w:p>
      <w:r>
        <w:t>расчет взыскиваемой или оспариваемой денежной суммы, подписанный истцом, его представителем, с копиями в соответствии с количеством ответчиков и третьих лиц;</w:t>
      </w:r>
    </w:p>
    <w:p>
      <w:r>
        <w:t>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 (В редакции Федерального закона от 30.12.2021 № 440-ФЗ)</w:t>
      </w:r>
    </w:p>
    <w:p>
      <w:r>
        <w:t>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(Дополнение пунктом - Федеральный закон от 26.07.2019 № 197-ФЗ)</w:t>
        <w:br/>
        <w:t>(Статья в редакции Федерального закона от 28.11.2018 № 451-ФЗ)</w:t>
      </w:r>
    </w:p>
    <w:p>
      <w:r>
        <w:rPr>
          <w:b/>
        </w:rPr>
        <w:t>Статья 133. Принятие искового заявления</w:t>
      </w:r>
    </w:p>
    <w:p>
      <w:r>
        <w:rPr>
          <w:b/>
        </w:rPr>
        <w:t xml:space="preserve">1. </w:t>
      </w:r>
      <w:r>
        <w:t>Судья в течение пяти дней со дня поступления искового заявления в суд обязан рассмотреть вопрос о его принятии к производству суда. О принятии заявления к производству суда судья выносит определение, на основании которого возбуждается гражданское дело в суде первой инстанции.</w:t>
      </w:r>
    </w:p>
    <w:p>
      <w:r>
        <w:rPr>
          <w:b/>
        </w:rPr>
        <w:t xml:space="preserve">2. </w:t>
      </w:r>
      <w:r>
        <w:t>В определении о принятии искового заявления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номера телефонов и факсов суда, его почтовый адрес, адрес официального сайта в информационно-телекоммуникационной сети &amp;quot;Интернет&amp;quot;, на котором размещается информация о деятельности суда, адрес электронной почты суда, по которым лица, участвующие в деле, могут направлять и получать информацию о рассматриваемом деле и иные сведения, предусмотренные настоящим Кодексом. (В редакции Федерального закона от 30.12.2021 № 440-ФЗ)</w:t>
      </w:r>
    </w:p>
    <w:p>
      <w:r>
        <w:rPr>
          <w:b/>
        </w:rPr>
        <w:t xml:space="preserve">3. </w:t>
      </w:r>
      <w:r>
        <w:t>Копии определения о принятии искового заявления к производству суда направляются лицам, участвующим в деле, не позднее следующего рабочего дня после дня его вынесения.</w:t>
        <w:br/>
        <w:t>(Статья в редакции Федерального закона от 26.07.2019 № 197-ФЗ)</w:t>
      </w:r>
    </w:p>
    <w:p>
      <w:r>
        <w:rPr>
          <w:b/>
        </w:rPr>
        <w:t>Статья 134. Отказ в принятии искового заявления</w:t>
      </w:r>
    </w:p>
    <w:p>
      <w:r>
        <w:rPr>
          <w:b/>
        </w:rPr>
        <w:t xml:space="preserve">1. </w:t>
      </w:r>
      <w:r>
        <w:t>Судья отказывает в принятии искового заявления в случае, если:</w:t>
      </w:r>
    </w:p>
    <w:p>
      <w:r>
        <w:rPr>
          <w:b/>
        </w:rPr>
        <w:t xml:space="preserve">1. </w:t>
      </w:r>
      <w:r>
        <w:t>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заявление предъявлено в защиту прав, свобод или законных интересов другого лица государственным органом, органом местного самоуправления, организацией или гражданином, которым настоящим Кодексом или другими федеральными законами не предоставлено такое право; в заявлении, поданном от своего имени, оспариваются акты, которые не затрагивают права, свободы или законные интересы заявителя; (В редакции Федерального закона от 28.11.2018 № 451-ФЗ)</w:t>
      </w:r>
    </w:p>
    <w:p>
      <w:r>
        <w:rPr>
          <w:b/>
        </w:rPr>
        <w:t xml:space="preserve">1. </w:t>
      </w:r>
      <w:r>
        <w:t>имеется вступившее в законную силу решение суда по спору между теми же сторонами, о том же предмете и по тем же основаниям или определение суда о прекращении производства по делу в связи с принятием отказа истца от иска или утверждением мирового соглашения сторон;</w:t>
      </w:r>
    </w:p>
    <w:p>
      <w:r>
        <w:rPr>
          <w:b/>
        </w:rPr>
        <w:t xml:space="preserve">1. </w:t>
      </w:r>
      <w:r>
        <w:t>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суд отказал в выдаче исполнительного листа на принудительное исполнение решения третейского суда.</w:t>
      </w:r>
    </w:p>
    <w:p>
      <w:r>
        <w:rPr>
          <w:b/>
        </w:rPr>
        <w:t xml:space="preserve">2. </w:t>
      </w:r>
      <w:r>
        <w:t>Об отказе в принятии искового заявления судья выносит мотивированное определение, которое должно быть в течение пяти дней со дня поступления заявления в суд вручено или направлено заявителю вместе с заявлением и всеми приложенными к нему документами.</w:t>
      </w:r>
    </w:p>
    <w:p>
      <w:r>
        <w:rPr>
          <w:b/>
        </w:rPr>
        <w:t xml:space="preserve">3. </w:t>
      </w:r>
      <w:r>
        <w:t>Отказ в принятии искового заявления препятствует повторному обращению заявителя в суд с иском к тому же ответчику, о том же предмете и по тем же основаниям. На определение судьи об отказе в принятии заявления может быть подана частная жалоба.</w:t>
      </w:r>
    </w:p>
    <w:p>
      <w:r>
        <w:rPr>
          <w:b/>
        </w:rPr>
        <w:t>Статья 135. Возвращение искового заявления</w:t>
      </w:r>
    </w:p>
    <w:p>
      <w:r>
        <w:rPr>
          <w:b/>
        </w:rPr>
        <w:t xml:space="preserve">1. </w:t>
      </w:r>
      <w:r>
        <w:t>Судья возвращает исковое заявление в случае, если:</w:t>
      </w:r>
    </w:p>
    <w:p>
      <w:r>
        <w:rPr>
          <w:b/>
        </w:rPr>
        <w:t xml:space="preserve">1. </w:t>
      </w:r>
      <w:r>
        <w:t>истцом не соблюден установленный федеральным законом для данной категории дел досудебный порядок урегулирования спора либо истец не представил документы, подтверждающие соблюдение досудебного порядка урегулирования спора с ответчиком, если это предусмотрено федеральным законом для данной категории споров; (В редакции Федерального закона от 28.11.2018 № 451-ФЗ)</w:t>
      </w:r>
    </w:p>
    <w:p>
      <w:r>
        <w:rPr>
          <w:b/>
        </w:rPr>
        <w:t xml:space="preserve">1. </w:t>
      </w:r>
      <w:r>
        <w:t>заявленные требования подлежат рассмотрению в порядке приказного производства; (Дополнение пунктом - Федеральный закон от 02.03.2016 № 45-ФЗ)</w:t>
      </w:r>
    </w:p>
    <w:p>
      <w:r>
        <w:rPr>
          <w:b/>
        </w:rPr>
        <w:t xml:space="preserve">1. </w:t>
      </w:r>
      <w:r>
        <w:t>дело неподсудно данному суду общей юрисдикции или подсудно арбитражному суду; (В редакции Федерального закона от 28.11.2018 № 451-ФЗ)</w:t>
      </w:r>
    </w:p>
    <w:p>
      <w:r>
        <w:rPr>
          <w:b/>
        </w:rPr>
        <w:t xml:space="preserve">1. </w:t>
      </w:r>
      <w:r>
        <w:t>исковое заявление подано недееспособным лицом;</w:t>
      </w:r>
    </w:p>
    <w:p>
      <w:r>
        <w:rPr>
          <w:b/>
        </w:rPr>
        <w:t xml:space="preserve">1. </w:t>
      </w:r>
      <w:r>
        <w:t>исковое заявление не подписано или исковое заявление подписано и подано лицом, не имеющим полномочий на его подписание и предъявление в суд;</w:t>
      </w:r>
    </w:p>
    <w:p>
      <w:r>
        <w:rPr>
          <w:b/>
        </w:rPr>
        <w:t xml:space="preserve">1. </w:t>
      </w:r>
      <w:r>
        <w:t>в производстве этого или другого суда либо третейского суда имеется дело по спору между теми же сторонами, о том же предмете и по тем же основаниям;</w:t>
      </w:r>
    </w:p>
    <w:p>
      <w:r>
        <w:rPr>
          <w:b/>
        </w:rPr>
        <w:t xml:space="preserve">1. </w:t>
      </w:r>
      <w:r>
        <w:t>до вынесения определения суда о принятии искового заявления к производству суда от истца поступило заявление о возвращении искового заявления;</w:t>
      </w:r>
    </w:p>
    <w:p>
      <w:r>
        <w:rPr>
          <w:b/>
        </w:rPr>
        <w:t xml:space="preserve">1. </w:t>
      </w:r>
      <w:r>
        <w:t>не устранены обстоятельства, послужившие основаниями для оставления искового заявления без движения, в срок, установленный в определении суда. (Дополнение пунктом - Федеральный закон от 28.11.2018 № 451-ФЗ)</w:t>
      </w:r>
    </w:p>
    <w:p>
      <w:r>
        <w:rPr>
          <w:b/>
        </w:rPr>
        <w:t xml:space="preserve">2. </w:t>
      </w:r>
      <w:r>
        <w:t>О возвращении искового заявления судья выносит мотивированное определение, в котором указывает, в какой суд следует обратиться заявителю, если дело неподсудно данному суду, или как устранить обстоятельства, препятствующие возбуждению дела. Определение суда должно быть вынесено в течение пяти дней со дня поступления заявления в суд и вручено или направлено заявителю вместе с заявлением и всеми приложенными к нему документами.</w:t>
      </w:r>
    </w:p>
    <w:p>
      <w:r>
        <w:rPr>
          <w:b/>
        </w:rPr>
        <w:t xml:space="preserve">3. </w:t>
      </w:r>
      <w:r>
        <w:t>Возвращение искового заявления не препятствует повторному обращению истца в суд с иском к тому же ответчику, о том же предмете и по тем же основаниям, если истцом будет устранено допущенное нарушение. На определение судьи о возвращении заявления может быть подана частная жалоба.</w:t>
      </w:r>
    </w:p>
    <w:p>
      <w:r>
        <w:rPr>
          <w:b/>
        </w:rPr>
        <w:t>Статья 136. Оставление искового заявления без движения</w:t>
      </w:r>
    </w:p>
    <w:p>
      <w:r>
        <w:rPr>
          <w:b/>
        </w:rPr>
        <w:t xml:space="preserve">1. </w:t>
      </w:r>
      <w:r>
        <w:t>Судья, установив, что исковое заявление подано в суд без соблюдения требований, установленных статьями 131 и 132 настоящего Кодекса, выносит определение об оставлении заявления без движения.</w:t>
        <w:br/>
        <w:t>В определении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br/>
        <w:t>Копия определения об оставлении искового заявления без движения направляется истцу не позднее следующего дня после дня его вынесения.</w:t>
      </w:r>
    </w:p>
    <w:p>
      <w:r>
        <w:rPr>
          <w:b/>
        </w:rPr>
        <w:t xml:space="preserve">2. </w:t>
      </w:r>
      <w:r>
        <w:t>В случае, если заявитель в установленный срок выполнит указания судьи, перечисленные в определении об оставлении заявления без движения, заявление считается поданным в день первоначального представления его в суд.</w:t>
      </w:r>
    </w:p>
    <w:p>
      <w:r>
        <w:rPr>
          <w:b/>
        </w:rPr>
        <w:t xml:space="preserve">3. </w:t>
      </w:r>
      <w:r>
        <w:t>Если указанные в части первой настоящей статьи обстоятельства не будут устранены в срок, установленный в определении об оставлении заявления без движения, суд возвращает исковое заявление и прилагаемые к нему документы в порядке, установленном статьей 135 настоящего Кодекса.</w:t>
        <w:br/>
        <w:t>(Статья в редакции Федерального закона от 28.11.2018 № 451-ФЗ)</w:t>
      </w:r>
    </w:p>
    <w:p>
      <w:r>
        <w:rPr>
          <w:b/>
        </w:rPr>
        <w:t>Статья 137. Предъявление встречного иска</w:t>
      </w:r>
    </w:p>
    <w:p>
      <w:r>
        <w:t>Ответчик вправе до принятия судом решения предъявить к истцу встречный иск для совместного рассмотрения с первоначальным иском. Предъявление встречного иска осуществляется по общим правилам предъявления иска.</w:t>
      </w:r>
    </w:p>
    <w:p>
      <w:r>
        <w:rPr>
          <w:b/>
        </w:rPr>
        <w:t>Статья 138. Условия принятия встречного иска</w:t>
      </w:r>
    </w:p>
    <w:p>
      <w:r>
        <w:t>Судья принимает встречный иск в случае, если:</w:t>
        <w:br/>
        <w:t>встречное требование направлено к зачету первоначального требования;</w:t>
        <w:br/>
        <w:t>удовлетворение встречного иска исключает полностью или в части удовлетворение первоначального иска;</w:t>
        <w:br/>
        <w:t>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pPr>
        <w:pStyle w:val="Heading3"/>
      </w:pPr>
      <w:r>
        <w:t>ОБЕСПЕЧЕНИЕ ИСКА</w:t>
      </w:r>
    </w:p>
    <w:p>
      <w:r>
        <w:rPr>
          <w:b/>
        </w:rPr>
        <w:t>Статья 139. Основания для обеспечения иска</w:t>
      </w:r>
    </w:p>
    <w:p>
      <w:r>
        <w:rPr>
          <w:b/>
        </w:rPr>
        <w:t xml:space="preserve">1. </w:t>
      </w:r>
      <w:r>
        <w:t>По заявлению лиц, участвующих в деле, судья или суд может принять меры по обеспечению иска.</w:t>
        <w:br/>
        <w:t>Заявление об обеспечении иска, подаваемое в электронном виде, должно быть подписано усиленной квалифицированной электронной подписью. (Дополнение абзацем - Федеральный закон от 23.06.2016 № 220-ФЗ) (В редакции Федерального закона от 30.12.2021 № 440-ФЗ)</w:t>
      </w:r>
    </w:p>
    <w:p>
      <w:r>
        <w:rPr>
          <w:b/>
        </w:rPr>
        <w:t xml:space="preserve">2. </w:t>
      </w:r>
      <w:r>
        <w:t>Обеспечение иска допускается во всяком положении дела, если непринятие мер по обеспечению иска может затруднить или сделать невозможным исполнение решения суда.</w:t>
      </w:r>
    </w:p>
    <w:p>
      <w:r>
        <w:rPr>
          <w:b/>
        </w:rPr>
        <w:t xml:space="preserve">3. </w:t>
      </w:r>
      <w:r>
        <w:t>По основаниям, предусмотренным частью второй настоящей статьи, и по правилам настоящей главы меры по обеспечению иска могут быть приняты судьей или судом по заявлению стороны третейского разбирательства по месту нахождения третейского суда, либо по адресу или месту жительства должника, либо по месту нахождения имущества должника. (В редакции Федерального закона от 28.11.2018 № 451-ФЗ)</w:t>
        <w:br/>
        <w:t>(Статья в редакции Федерального закона от 29.12.2015 № 409-ФЗ)</w:t>
      </w:r>
    </w:p>
    <w:p>
      <w:r>
        <w:rPr>
          <w:b/>
        </w:rPr>
        <w:t>Статья 140. Меры по обеспечению иска</w:t>
      </w:r>
    </w:p>
    <w:p>
      <w:r>
        <w:rPr>
          <w:b/>
        </w:rPr>
        <w:t xml:space="preserve">1. </w:t>
      </w:r>
      <w:r>
        <w:t>Мерами по обеспечению иска могут быть:</w:t>
      </w:r>
    </w:p>
    <w:p>
      <w:r>
        <w:rPr>
          <w:b/>
        </w:rPr>
        <w:t xml:space="preserve">1. </w:t>
      </w:r>
      <w:r>
        <w:t>наложение ареста на имущество, принадлежащее ответчику и находящееся у него или других лиц;</w:t>
      </w:r>
    </w:p>
    <w:p>
      <w:r>
        <w:rPr>
          <w:b/>
        </w:rPr>
        <w:t xml:space="preserve">1. </w:t>
      </w:r>
      <w:r>
        <w:t>запрещение ответчику совершать определенные действия;</w:t>
      </w:r>
    </w:p>
    <w:p>
      <w:r>
        <w:rPr>
          <w:b/>
        </w:rPr>
        <w:t xml:space="preserve">1. </w:t>
      </w:r>
      <w:r>
        <w:t>запрещение другим лицам совершать определенные действия, касающиеся предмета спора, в том числе передавать имущество ответчику или выполнять по отношению к нему иные обязательства;</w:t>
      </w:r>
    </w:p>
    <w:p>
      <w:r>
        <w:rPr>
          <w:b/>
        </w:rPr>
        <w:t xml:space="preserve">1. </w:t>
      </w:r>
      <w:r>
        <w:t>возложение на ответчика и других лиц обязанности совершить определенные действия, касающиеся предмета спора о нарушении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(Дополнение пунктом - Федеральный закон от 02.07.2013 № 187-ФЗ) (В редакции Федерального закона от 24.11.2014 № 364-ФЗ)</w:t>
      </w:r>
    </w:p>
    <w:p>
      <w:r>
        <w:rPr>
          <w:b/>
        </w:rPr>
        <w:t xml:space="preserve">1. </w:t>
      </w:r>
      <w:r>
        <w:t>приостановление реализации имущества в случае предъявления иска об освобождении имущества от ареста (исключении из описи);</w:t>
      </w:r>
    </w:p>
    <w:p>
      <w:r>
        <w:rPr>
          <w:b/>
        </w:rPr>
        <w:t xml:space="preserve">1. </w:t>
      </w:r>
      <w:r>
        <w:t>приостановление взыскания по исполнительному документу, оспариваемому должником в судебном порядке.</w:t>
        <w:br/>
        <w:t>В необходимых случаях судья или суд может принять иные меры по обеспечению иска, которые отвечают целям, указанным в статье 139 настоящего Кодекса. Судьей или судом может быть допущено несколько мер по обеспечению иска.</w:t>
      </w:r>
    </w:p>
    <w:p>
      <w:r>
        <w:rPr>
          <w:b/>
        </w:rPr>
        <w:t xml:space="preserve">2. </w:t>
      </w:r>
      <w:r>
        <w:t>При нарушении запрещений, указанных в пунктах 2 и 3 части первой настоящей статьи, виновные лица подвергаются судебному штрафу в порядке и в размере, которые установлены главой 8 настоящего Кодекса. Кроме того, истец вправе в судебном порядке требовать от этих лиц возмещения убытков, причиненных неисполнением определения суда об обеспечении иска. (В редакции федеральных законов от 11.06.2008 № 85-ФЗ, от 28.11.2018 № 451-ФЗ)</w:t>
      </w:r>
    </w:p>
    <w:p>
      <w:r>
        <w:rPr>
          <w:b/>
        </w:rPr>
        <w:t xml:space="preserve">3. </w:t>
      </w:r>
      <w:r>
        <w:t>Меры по обеспечению иска должны быть соразмерны заявленному истцом требованию.</w:t>
      </w:r>
    </w:p>
    <w:p>
      <w:r>
        <w:rPr>
          <w:b/>
        </w:rPr>
        <w:t xml:space="preserve">4. </w:t>
      </w:r>
      <w:r>
        <w:t>О принятых мерах по обеспечению иска судья или суд незамедлительно сообщает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w:t>
      </w:r>
    </w:p>
    <w:p>
      <w:r>
        <w:rPr>
          <w:b/>
        </w:rPr>
        <w:t>Статья 141. Рассмотрение заявления об обеспечении иска</w:t>
      </w:r>
    </w:p>
    <w:p>
      <w:r>
        <w:t>Заявление об обеспечении иска рассматривается в день его поступления в суд без извещения ответчика, других лиц, участвующих в деле. О принятии мер по обеспечению иска судья или суд выносит определение.</w:t>
      </w:r>
    </w:p>
    <w:p>
      <w:r>
        <w:rPr>
          <w:b/>
        </w:rPr>
        <w:t>Статья 142. Исполнение определения суда об обеспечении иска</w:t>
      </w:r>
    </w:p>
    <w:p>
      <w:r>
        <w:rPr>
          <w:b/>
        </w:rPr>
        <w:t xml:space="preserve">1. </w:t>
      </w:r>
      <w:r>
        <w:t>Определение суда об обеспечении иска приводится в исполнение немедленно в порядке, установленном для исполнения судебных постановлений.</w:t>
      </w:r>
    </w:p>
    <w:p>
      <w:r>
        <w:rPr>
          <w:b/>
        </w:rPr>
        <w:t xml:space="preserve">2. </w:t>
      </w:r>
      <w:r>
        <w:t>На основании определения суда об обеспечении иска судья или суд выдает истцу исполнительный лист и направляет ответчику копию определения суда.</w:t>
      </w:r>
    </w:p>
    <w:p>
      <w:r>
        <w:rPr>
          <w:b/>
        </w:rPr>
        <w:t>Статья 143. Замена одних мер по обеспечению иска другими мерами по обеспечению иска</w:t>
      </w:r>
    </w:p>
    <w:p>
      <w:r>
        <w:rPr>
          <w:b/>
        </w:rPr>
        <w:t xml:space="preserve">1. </w:t>
      </w:r>
      <w:r>
        <w:t>По заявлению лица, участвующего в деле, допускается замена одних мер по обеспечению иска другими мерами по обеспечению иска в порядке, установленном статьей 141 настоящего Кодекса.</w:t>
      </w:r>
    </w:p>
    <w:p>
      <w:r>
        <w:rPr>
          <w:b/>
        </w:rPr>
        <w:t xml:space="preserve">2. </w:t>
      </w:r>
      <w:r>
        <w:t>При обеспечении иска о взыскании денежной суммы ответчик взамен принятых судом мер по обеспечению иска вправе внести на счет суда истребуемую истцом сумму.</w:t>
      </w:r>
    </w:p>
    <w:p>
      <w:r>
        <w:rPr>
          <w:b/>
        </w:rPr>
        <w:t>Статья 144. Отмена обеспечения иска</w:t>
      </w:r>
    </w:p>
    <w:p>
      <w:r>
        <w:rPr>
          <w:b/>
        </w:rPr>
        <w:t xml:space="preserve">1. </w:t>
      </w:r>
      <w:r>
        <w:t>Обеспечение иска может быть отменено тем же судьей или судом по заявлению лиц, участвующих в деле, либо по инициативе судьи или суда. (В редакции Федерального закона от 05.04.2009 № 44-ФЗ)</w:t>
      </w:r>
    </w:p>
    <w:p>
      <w:r>
        <w:rPr>
          <w:b/>
        </w:rPr>
        <w:t xml:space="preserve">2. </w:t>
      </w:r>
      <w:r>
        <w:t>Вопрос об отмене обеспечения иска разрешается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вопроса об отмене обеспечения иска.</w:t>
      </w:r>
    </w:p>
    <w:p>
      <w:r>
        <w:rPr>
          <w:b/>
        </w:rPr>
        <w:t xml:space="preserve">3. </w:t>
      </w:r>
      <w:r>
        <w:t>В случае отказа в иске принятые меры по обеспечению иска сохраняются до вступления в законную силу решения суда. Однако судья или суд одновременно с принятием решения суда или после его принятия может вынести определение суда об отмене мер по обеспечению иска. При удовлетворении иска принятые меры по его обеспечению сохраняют свое действие до исполнения решения суда.</w:t>
      </w:r>
    </w:p>
    <w:p>
      <w:r>
        <w:rPr>
          <w:b/>
        </w:rPr>
        <w:t xml:space="preserve">4. </w:t>
      </w:r>
      <w:r>
        <w:t>Об отмене мер по обеспечению иска судья или суд незамедлительно сообщает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w:t>
      </w:r>
    </w:p>
    <w:p>
      <w:r>
        <w:rPr>
          <w:b/>
        </w:rPr>
        <w:t>Статья 144.1. Предварительные обеспечительные меры защиты авторских и (или) смежных прав в информационно-телекоммуникационных сетях, в том числе в сети &amp;quot;Интернет&amp;quot;</w:t>
      </w:r>
    </w:p>
    <w:p>
      <w:r>
        <w:t>(Наименование в редакции Федерального закона от 24.11.2014 № 364-ФЗ)</w:t>
      </w:r>
    </w:p>
    <w:p>
      <w:r>
        <w:rPr>
          <w:b/>
        </w:rPr>
        <w:t xml:space="preserve">1. </w:t>
      </w:r>
      <w:r>
        <w:t>Суд по письменному заявлению организации или гражданина вправе принять предварительные обеспечительные меры, направленные на обеспечение защиты авторских и (или) смежных прав, кроме прав на фотографические произведения и произведения, полученные способами, аналогичными фотографии, заявителя в информационно-телекоммуникационных сетях, в том числе в сети &amp;quot;Интернет&amp;quot;, до предъявления иска. Такое заявление, подаваемое в электронном виде, должно быть подписано усиленной квалифицированной электронной подписью. (В редакции федеральных законов от 24.11.2014 № 364-ФЗ, от 30.12.2021 № 440-ФЗ)</w:t>
      </w:r>
    </w:p>
    <w:p>
      <w:r>
        <w:rPr>
          <w:b/>
        </w:rPr>
        <w:t xml:space="preserve">2. </w:t>
      </w:r>
      <w:r>
        <w:t>Предварительные обеспечительные меры, предусмотренные настоящей статьей, принимаются судом по правилам, предусмотренным настоящей главой, с особенностями, установленными настоящей статьей.</w:t>
      </w:r>
    </w:p>
    <w:p>
      <w:r>
        <w:rPr>
          <w:b/>
        </w:rPr>
        <w:t xml:space="preserve">3. </w:t>
      </w:r>
      <w:r>
        <w:t>Заявление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подается в Московский городской суд. (В редакции Федерального закона от 24.11.2014 № 364-ФЗ)</w:t>
      </w:r>
    </w:p>
    <w:p>
      <w:r>
        <w:rPr>
          <w:b/>
        </w:rPr>
        <w:t xml:space="preserve">4. </w:t>
      </w:r>
      <w:r>
        <w:t>При подаче заявления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заявитель представляет в суд документы, подтверждающие факт использования в информационно-телекоммуникационных сетях, в том числе в сети &amp;quot;Интернет&amp;quot;, объектов исключительных прав и права заявителя на данные объекты. Непредставление указанных документов в суд является основанием для вынесения определения об отказе в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в котором суд разъясняет право на повторную подачу указанного заявления с выполнением требований настоящей части, а также право на подачу иска в общем порядке. При подаче заявления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в соответствии с настоящей статьей в электронном виде документы, подтверждающие факт использования в информационно-телекоммуникационных сетях, в том числе в сети &amp;quot;Интернет&amp;quot;, объектов исключительных прав и права заявителя на указанные объекты, могут быть представлены в электронном виде. (В редакции федеральных законов от 24.11.2014 № 364-ФЗ, от 30.12.2021 № 440-ФЗ)</w:t>
      </w:r>
    </w:p>
    <w:p>
      <w:r>
        <w:rPr>
          <w:b/>
        </w:rPr>
        <w:t xml:space="preserve">5. </w:t>
      </w:r>
      <w:r>
        <w:t>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суд выносит определение. (В редакции Федерального закона от 24.11.2014 № 364-ФЗ)</w:t>
        <w:br/>
        <w:t>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 Указанное определение размещается в установленном порядке в информационно-телекоммуникационной сети &amp;quot;Интернет&amp;quot; не позднее следующего дня после дня вынесения указанного определения. (В редакции Федерального закона от 30.12.2021 № 440-ФЗ)</w:t>
      </w:r>
    </w:p>
    <w:p>
      <w:r>
        <w:rPr>
          <w:b/>
        </w:rPr>
        <w:t xml:space="preserve">6. </w:t>
      </w:r>
      <w:r>
        <w:t>В случае принятия судом предварительных обеспечительных мер, предусмотренных настоящей статьей, исковое заявление о защите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подается заявителем в указанный суд. (В редакции Федерального закона от 24.11.2014 № 364-ФЗ)</w:t>
      </w:r>
    </w:p>
    <w:p>
      <w:r>
        <w:rPr>
          <w:b/>
        </w:rPr>
        <w:t xml:space="preserve">7. </w:t>
      </w:r>
      <w:r>
        <w:t>Если заявителем не было подано исковое заявление в срок, установленный определением суда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предварительное обеспечение отменяется тем же судом. Об отмене предварительного обеспечения выносится определение. (В редакции Федерального закона от 24.11.2014 № 364-ФЗ)</w:t>
        <w:br/>
        <w:t>Определение об отмене предварительного обеспечения размещается в установленном порядке в информационно-телекоммуникационной сети &amp;quot;Интернет&amp;quot; не позднее следующего дня после дня вынесения указанного определения. (В редакции Федерального закона от 30.12.2021 № 440-ФЗ)</w:t>
        <w:br/>
        <w:t>Копии определения направляются заявителю,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 иным заинтересованным лицам не позднее следующего дня после дня вынесения определения.</w:t>
      </w:r>
    </w:p>
    <w:p>
      <w:r>
        <w:rPr>
          <w:b/>
        </w:rPr>
        <w:t xml:space="preserve">8. </w:t>
      </w:r>
      <w:r>
        <w:t>В случае подачи заявителем искового заявления по требованию, в связи с которым судом приняты меры по предварительному обеспечению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эти меры действуют как меры по обеспечению иска. (В редакции Федерального закона от 24.11.2014 № 364-ФЗ)</w:t>
      </w:r>
    </w:p>
    <w:p>
      <w:r>
        <w:rPr>
          <w:b/>
        </w:rPr>
        <w:t xml:space="preserve">9. </w:t>
      </w:r>
      <w:r>
        <w:t>Организация или гражданин, права и (или) законные интересы которых нарушены принятием мер по предварительному обеспечению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&amp;quot;Интернет&amp;quot;, до предъявления иска вправе требовать по своему выбору от заявителя возмещения убытков в порядке, установленном статьей 146 настоящего Кодекса, если заявителем в установленный судом срок не было подано исковое заявление по требованию, в связи с которым судом были приняты указанные предварительные обеспечительные меры, или если вступившим в законную силу судебным актом в иске отказано. (В редакции Федерального закона от 24.11.2014 № 364-ФЗ)</w:t>
        <w:br/>
        <w:t>(Дополнение статьей - Федеральный закон от 02.07.2013 № 187-ФЗ)</w:t>
      </w:r>
    </w:p>
    <w:p>
      <w:r>
        <w:rPr>
          <w:b/>
        </w:rPr>
        <w:t>Статья 145. Обжалование определений суда об обеспечении иска</w:t>
      </w:r>
    </w:p>
    <w:p>
      <w:r>
        <w:rPr>
          <w:b/>
        </w:rPr>
        <w:t xml:space="preserve">1. </w:t>
      </w:r>
      <w:r>
        <w:t>На все определения суда об обеспечении иска может быть подана частная жалоба.</w:t>
      </w:r>
    </w:p>
    <w:p>
      <w:r>
        <w:rPr>
          <w:b/>
        </w:rPr>
        <w:t xml:space="preserve">2. </w:t>
      </w:r>
      <w:r>
        <w:t>В случае, если определение суда об обеспечении иска было вынесено без извещения лица, подавшего жалобу, срок подачи жалобы исчисляется со дня, когда такому лицу стало известно это определение.</w:t>
      </w:r>
    </w:p>
    <w:p>
      <w:r>
        <w:rPr>
          <w:b/>
        </w:rPr>
        <w:t xml:space="preserve">3. </w:t>
      </w:r>
      <w:r>
        <w:t>Подача частной жалобы на определение суда об обеспечении иска не приостанавливает исполнение этого определения. Подача частной жалобы на определение суда об отмене обеспечения иска или о замене одних мер по обеспечению иска другими мерами по обеспечению иска приостанавливает исполнение определения суда.</w:t>
      </w:r>
    </w:p>
    <w:p>
      <w:r>
        <w:rPr>
          <w:b/>
        </w:rPr>
        <w:t>Статья 146. Возмещение ответчику убытков, причиненных обеспечением иска</w:t>
      </w:r>
    </w:p>
    <w:p>
      <w:r>
        <w:t>Судья или суд, допуская обеспечение иска, может потребовать от истца предоставления обеспечения возможных для ответчика убытков. Ответчик после вступления в законную силу решения суда, которым в иске отказано, вправе предъявить к истцу иск о возмещении убытков, причиненных ему мерами по обеспечению иска, принятыми по просьбе истца.</w:t>
      </w:r>
    </w:p>
    <w:p>
      <w:pPr>
        <w:pStyle w:val="Heading3"/>
      </w:pPr>
      <w:r>
        <w:t>ПОДГОТОВКА ДЕЛА К СУДЕБНОМУ РАЗБИРАТЕЛЬСТВУ</w:t>
      </w:r>
    </w:p>
    <w:p>
      <w:r>
        <w:rPr>
          <w:b/>
        </w:rPr>
        <w:t>Статья 147. Определение суда о подготовке дела к судебному разбирательству</w:t>
      </w:r>
    </w:p>
    <w:p>
      <w:r>
        <w:rPr>
          <w:b/>
        </w:rPr>
        <w:t xml:space="preserve">1. </w:t>
      </w:r>
      <w:r>
        <w:t>После принятия заявления судья выносит определение о подготовке дела к судебному разбирательству и указывает сторонам на возможность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следует совершить сторонам, другим лицам, участвующим в деле, и сроки совершения этих действий для обеспечения правильного и своевременного рассмотрения и разрешения дела. (В редакции Федерального закона от 26.07.2019 № 197-ФЗ)</w:t>
      </w:r>
    </w:p>
    <w:p>
      <w:r>
        <w:rPr>
          <w:b/>
        </w:rPr>
        <w:t xml:space="preserve">2. </w:t>
      </w:r>
      <w:r>
        <w:t>Подготовка к судебному разбирательству является обязательной по каждому гражданскому делу и проводится судьей с участием сторон, других лиц, участвующих в деле, их представителей.</w:t>
      </w:r>
    </w:p>
    <w:p>
      <w:r>
        <w:rPr>
          <w:b/>
        </w:rPr>
        <w:t>Статья 148. Задачи подготовки дела к судебному разбирательству</w:t>
      </w:r>
    </w:p>
    <w:p>
      <w:r>
        <w:t>Задачами подготовки дела к судебному разбирательству являются:</w:t>
        <w:br/>
        <w:t>уточнение фактических обстоятельств, имеющих значение для правильного разрешения дела;</w:t>
        <w:br/>
        <w:t>определение закона, которым следует руководствоваться при разрешении дела, и установление правоотношений сторон;</w:t>
        <w:br/>
        <w:t>разрешение вопроса о составе лиц, участвующих в деле, и других участников процесса;</w:t>
        <w:br/>
        <w:t>представление необходимых доказательств сторонами, другими лицами, участвующими в деле;</w:t>
        <w:br/>
        <w:t>примирение сторон.</w:t>
      </w:r>
    </w:p>
    <w:p>
      <w:r>
        <w:rPr>
          <w:b/>
        </w:rPr>
        <w:t>Статья 149. Действия сторон при подготовке дела к судебному разбирательству</w:t>
      </w:r>
    </w:p>
    <w:p>
      <w:r>
        <w:rPr>
          <w:b/>
        </w:rPr>
        <w:t xml:space="preserve">1. </w:t>
      </w:r>
      <w:r>
        <w:t>При подготовке дела к судебному разбирательству истец или его представитель:</w:t>
      </w:r>
    </w:p>
    <w:p>
      <w:r>
        <w:rPr>
          <w:b/>
        </w:rPr>
        <w:t xml:space="preserve">1. </w:t>
      </w:r>
      <w:r>
        <w:t>передает ответчику копии доказательств, обосновывающих фактические основания иска;</w:t>
      </w:r>
    </w:p>
    <w:p>
      <w:r>
        <w:rPr>
          <w:b/>
        </w:rPr>
        <w:t xml:space="preserve">1. </w:t>
      </w:r>
      <w:r>
        <w:t>заявляет перед судьей ходатайства об истребовании доказательств, которые он не может получить самостоятельно без помощи суда.</w:t>
      </w:r>
    </w:p>
    <w:p>
      <w:r>
        <w:rPr>
          <w:b/>
        </w:rPr>
        <w:t xml:space="preserve">2. </w:t>
      </w:r>
      <w:r>
        <w:t>Ответчик или его представитель:</w:t>
      </w:r>
    </w:p>
    <w:p>
      <w:r>
        <w:rPr>
          <w:b/>
        </w:rPr>
        <w:t xml:space="preserve">2. </w:t>
      </w:r>
      <w:r>
        <w:t>уточняет исковые требования истца и фактические основания этих требований;</w:t>
      </w:r>
    </w:p>
    <w:p>
      <w:r>
        <w:rPr>
          <w:b/>
        </w:rPr>
        <w:t xml:space="preserve">2. </w:t>
      </w:r>
      <w:r>
        <w:t>представляет истцу или его представителю и суду возражения в письменной форме относительно исковых требований;</w:t>
      </w:r>
    </w:p>
    <w:p>
      <w:r>
        <w:rPr>
          <w:b/>
        </w:rPr>
        <w:t xml:space="preserve">2. </w:t>
      </w:r>
      <w:r>
        <w:t>передает истцу или его представителю и судье доказательства, обосновывающие возражения относительно иска;</w:t>
      </w:r>
    </w:p>
    <w:p>
      <w:r>
        <w:rPr>
          <w:b/>
        </w:rPr>
        <w:t xml:space="preserve">2. </w:t>
      </w:r>
      <w:r>
        <w:t>заявляет перед судьей ходатайства об истребовании доказательств, которые он не может получить самостоятельно без помощи суда.</w:t>
      </w:r>
    </w:p>
    <w:p>
      <w:r>
        <w:rPr>
          <w:b/>
        </w:rPr>
        <w:t>Статья 150. Действия судьи при подготовке дела к судебному разбирательству</w:t>
      </w:r>
    </w:p>
    <w:p>
      <w:r>
        <w:rPr>
          <w:b/>
        </w:rPr>
        <w:t xml:space="preserve">1. </w:t>
      </w:r>
      <w:r>
        <w:t>При подготовке дела к судебному разбирательству судья:</w:t>
      </w:r>
    </w:p>
    <w:p>
      <w:r>
        <w:rPr>
          <w:b/>
        </w:rPr>
        <w:t xml:space="preserve">1. </w:t>
      </w:r>
      <w:r>
        <w:t>разъясняет сторонам их процессуальные права и обязанности;</w:t>
      </w:r>
    </w:p>
    <w:p>
      <w:r>
        <w:rPr>
          <w:b/>
        </w:rPr>
        <w:t xml:space="preserve">1. </w:t>
      </w:r>
      <w:r>
        <w:t>опрашивает истца или его представителя по существу заявленных требований и предлагает, если это необходимо, представить дополнительные доказательства в определенный срок;</w:t>
      </w:r>
    </w:p>
    <w:p>
      <w:r>
        <w:rPr>
          <w:b/>
        </w:rPr>
        <w:t xml:space="preserve">1. </w:t>
      </w:r>
      <w:r>
        <w:t>опрашивает ответчика по обстоятельствам дела, выясняет, какие имеются возражения относительно иска и какими доказательствами эти возражения могут быть подтверждены;</w:t>
      </w:r>
    </w:p>
    <w:p>
      <w:r>
        <w:rPr>
          <w:b/>
        </w:rPr>
        <w:t xml:space="preserve">1. </w:t>
      </w:r>
      <w:r>
        <w:t>разрешает вопрос о вступлении в дело соистцов, соответчиков и третьих лиц без самостоятельных требований относительно предмета спора, а также разрешает вопросы о замене ненадлежащего ответчика, соединении и разъединении исковых требований;</w:t>
      </w:r>
    </w:p>
    <w:p>
      <w:r>
        <w:rPr>
          <w:b/>
        </w:rPr>
        <w:t xml:space="preserve">1. </w:t>
      </w:r>
      <w:r>
        <w:t>содействует примирению сторон, принимает меры по заключению сторонами мирового соглашения, в том числе по результатам проведения в порядке, установленном федеральным законом, процедуры медиации, которую стороны вправе проводить на любой стадии гражданского процесса, разъясняет условия и порядок реализации данного права, существо и преимущества примирительных процедур, а также разъясняет сторонам их право обратиться за разрешением спора в третейский суд и последствия таких действий. При выявлении намерения сторон обратиться к судебному примирителю суд утверждает его кандидатуру, выбранную сторонами, в порядке, предусмотренном настоящим Кодексом; (В редакции Федерального закона от 26.07.2019 № 197-ФЗ)</w:t>
      </w:r>
    </w:p>
    <w:p>
      <w:r>
        <w:rPr>
          <w:b/>
        </w:rPr>
        <w:t xml:space="preserve">1. </w:t>
      </w:r>
      <w:r>
        <w:t>разрешает вопрос о переходе к рассмотрению дела в порядке упрощенного производства; (Дополнение пунктом - Федеральный закон от 02.03.2016 № 45-ФЗ)</w:t>
      </w:r>
    </w:p>
    <w:p>
      <w:r>
        <w:rPr>
          <w:b/>
        </w:rPr>
        <w:t xml:space="preserve">1. </w:t>
      </w:r>
      <w:r>
        <w:t>извещает о времени и месте разбирательства дела заинтересованных в его исходе граждан или организации;</w:t>
      </w:r>
    </w:p>
    <w:p>
      <w:r>
        <w:rPr>
          <w:b/>
        </w:rPr>
        <w:t xml:space="preserve">1. </w:t>
      </w:r>
      <w:r>
        <w:t>разрешает вопрос о вызове свидетелей;</w:t>
      </w:r>
    </w:p>
    <w:p>
      <w:r>
        <w:rPr>
          <w:b/>
        </w:rPr>
        <w:t xml:space="preserve">1. </w:t>
      </w:r>
      <w:r>
        <w:t>назначает экспертизу и эксперта для ее проведения, а также разрешает вопрос о привлечении к участию в процессе специалиста, переводчика;</w:t>
      </w:r>
    </w:p>
    <w:p>
      <w:r>
        <w:rPr>
          <w:b/>
        </w:rPr>
        <w:t xml:space="preserve">1. </w:t>
      </w:r>
      <w:r>
        <w:t>по ходатайству сторон, других лиц, участвующих в деле, их представителей истребует от организаций или граждан доказательства, которые стороны или их представители не могут получить самостоятельно;</w:t>
      </w:r>
    </w:p>
    <w:p>
      <w:r>
        <w:rPr>
          <w:b/>
        </w:rPr>
        <w:t xml:space="preserve">1. </w:t>
      </w:r>
      <w:r>
        <w:t>в случаях, не терпящих отлагательства, проводит с извещением лиц, участвующих в деле, осмотр на месте письменных и вещественных доказательств;</w:t>
      </w:r>
    </w:p>
    <w:p>
      <w:r>
        <w:rPr>
          <w:b/>
        </w:rPr>
        <w:t xml:space="preserve">1. </w:t>
      </w:r>
      <w:r>
        <w:t>направляет судебные поручения;</w:t>
      </w:r>
    </w:p>
    <w:p>
      <w:r>
        <w:rPr>
          <w:b/>
        </w:rPr>
        <w:t xml:space="preserve">1. </w:t>
      </w:r>
      <w:r>
        <w:t>принимает меры по обеспечению иска;</w:t>
      </w:r>
    </w:p>
    <w:p>
      <w:r>
        <w:rPr>
          <w:b/>
        </w:rPr>
        <w:t xml:space="preserve">1. </w:t>
      </w:r>
      <w:r>
        <w:t>в случаях, предусмотренных статьей 152 настоящего Кодекса, разрешает вопрос о проведении предварительного судебного заседания, его времени и месте;</w:t>
      </w:r>
    </w:p>
    <w:p>
      <w:r>
        <w:rPr>
          <w:b/>
        </w:rPr>
        <w:t xml:space="preserve">1. </w:t>
      </w:r>
      <w:r>
        <w:t>совершает иные необходимые процессуальные действия.</w:t>
      </w:r>
    </w:p>
    <w:p>
      <w:r>
        <w:rPr>
          <w:b/>
        </w:rPr>
        <w:t xml:space="preserve">2. </w:t>
      </w:r>
      <w:r>
        <w:t>Судья устанавливает срок, в течение которого ответчик вправе представить доказательства в обоснование своих возражений. Судья разъясняет,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 (В редакции Федерального закона от 02.12.2019 № 406-ФЗ)</w:t>
      </w:r>
    </w:p>
    <w:p>
      <w:r>
        <w:rPr>
          <w:b/>
        </w:rPr>
        <w:t xml:space="preserve">3. </w:t>
      </w:r>
      <w:r>
        <w:t>В случае систематического противодействия стороны своевременной подготовке дела к судебному разбирательству судья может взыскать в пользу другой стороны компенсацию за фактическую потерю времени по правилам, установленным статьей 99 настоящего Кодекса.</w:t>
      </w:r>
    </w:p>
    <w:p>
      <w:r>
        <w:rPr>
          <w:b/>
        </w:rPr>
        <w:t>Статья 151. Соединение и разъединение нескольких исковых требований</w:t>
      </w:r>
    </w:p>
    <w:p>
      <w:r>
        <w:rPr>
          <w:b/>
        </w:rPr>
        <w:t xml:space="preserve">1. </w:t>
      </w:r>
      <w:r>
        <w:t>Истец вправе соединить в одном заявлении несколько исковых требований, связанных между собой, за исключением случаев, установленных настоящим Кодексом. (В редакции Федерального закона от 05.05.2014 № 126-ФЗ)</w:t>
      </w:r>
    </w:p>
    <w:p>
      <w:r>
        <w:rPr>
          <w:b/>
        </w:rPr>
        <w:t xml:space="preserve">2. </w:t>
      </w:r>
      <w:r>
        <w:t>Судья выделяет одно или несколько соединенных исковых требований в отдельное производство, если признает, что раздельное рассмотрение требований будет целесообразно.</w:t>
      </w:r>
    </w:p>
    <w:p>
      <w:r>
        <w:rPr>
          <w:b/>
        </w:rPr>
        <w:t xml:space="preserve">3. </w:t>
      </w:r>
      <w:r>
        <w:t>При предъявлении исковых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что раздельное рассмотрение требований будет способствовать правильному и своевременному рассмотрению и разрешению дела.</w:t>
      </w:r>
    </w:p>
    <w:p>
      <w:r>
        <w:rPr>
          <w:b/>
        </w:rPr>
        <w:t xml:space="preserve">4. </w:t>
      </w:r>
      <w:r>
        <w:t>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ответчику, с учетом мнения сторон вправе объединить эти дела в одно производство для совместного рассмотрения и разрешения, если признает, что такое объединение будет способствовать правильному и своевременному рассмотрению и разрешению дела.</w:t>
      </w:r>
    </w:p>
    <w:p>
      <w:r>
        <w:rPr>
          <w:b/>
        </w:rPr>
        <w:t>Статья 152. Предварительное судебное заседание</w:t>
      </w:r>
    </w:p>
    <w:p>
      <w:r>
        <w:rPr>
          <w:b/>
        </w:rPr>
        <w:t xml:space="preserve">1. </w:t>
      </w:r>
      <w:r>
        <w:t>Предварительное судебное заседание имеет своей целью процессуальное закрепление распорядительных действий сторон, совершенных при подготовке дела к судебному разбирательству, определение обстоятельств, имеющих значение для правильного рассмотрения и разрешения дела, определение достаточности доказательств по делу, исследование фактов пропуска сроков обращения в суд и сроков исковой давности.</w:t>
      </w:r>
    </w:p>
    <w:p>
      <w:r>
        <w:rPr>
          <w:b/>
        </w:rPr>
        <w:t xml:space="preserve">2. </w:t>
      </w:r>
      <w:r>
        <w:t>Предварительное судебное заседание проводится судьей единолично. Стороны извещаются о времени и месте предварительного судебного заседания. Стороны в предварительном судебном заседании имеют право представлять доказательства, приводить доводы, заявлять ходатайства. Участие сторон в предварительном судебном заседании допускается путем использования систем видеоконференц-связи в порядке, установленном статьей 1551 настоящего Кодекса, либо путем использования системы веб-конференции в порядке, установленном статьей 1552 настоящего Кодекса. (В редакции федеральных законов от 26.04.2013 № 66-ФЗ, от 30.12.2021 № 440-ФЗ)</w:t>
        <w:br/>
        <w:t>В предварительном судебном заседании судья выясняет мнение сторон о возможности урегулировать спор, предлагает сторонам использовать примирительные процедуры. (Дополнение абзацем - Федеральный закон от 26.07.2019 № 197-ФЗ)</w:t>
      </w:r>
    </w:p>
    <w:p>
      <w:r>
        <w:rPr>
          <w:b/>
        </w:rPr>
        <w:t xml:space="preserve">3. </w:t>
      </w:r>
      <w:r>
        <w:t>По сложным делам с учетом мнения сторон судья может назначить срок проведения предварительного судебного заседания, выходящий за пределы установленных настоящим Кодексом сроков рассмотрения и разрешения дел.</w:t>
      </w:r>
    </w:p>
    <w:p>
      <w:r>
        <w:rPr>
          <w:b/>
        </w:rPr>
        <w:t xml:space="preserve">4. </w:t>
      </w:r>
      <w:r>
        <w:t>При наличии обстоятельств, предусмотренных статьями 215, 216, 220, абзацами вторым - шестым статьи 222 настоящего Кодекса, производство по делу в предварительном судебном заседании может быть приостановлено или прекращено, заявление оставлено без рассмотрения.</w:t>
      </w:r>
    </w:p>
    <w:p>
      <w:r>
        <w:rPr>
          <w:b/>
        </w:rPr>
        <w:t xml:space="preserve">41. </w:t>
      </w:r>
      <w:r>
        <w:t>В предварительном судебном заседании может быть разрешен вопрос о передаче дела, принятого судом к своему производству, в другой суд общей юрисдикции, арбитражный суд. (Дополнение частью - Федеральный закон от 28.11.2018 № 451-ФЗ)</w:t>
      </w:r>
    </w:p>
    <w:p>
      <w:r>
        <w:rPr>
          <w:b/>
        </w:rPr>
        <w:t xml:space="preserve">5. </w:t>
      </w:r>
      <w:r>
        <w:t>О приостановлении, прекращении производства по делу, об оставлении заявления без рассмотрения выносится определение суда. На определение суда может быть подана частная жалоба.</w:t>
      </w:r>
    </w:p>
    <w:p>
      <w:r>
        <w:rPr>
          <w:b/>
        </w:rPr>
        <w:t xml:space="preserve">6. </w:t>
      </w:r>
      <w:r>
        <w:t>В предварительном судебном заседании может рассматриваться возражение ответчика относительно пропуска истцом без уважительных причин срока исковой давности для защиты права и установленного федеральным законом срока обращения в суд.</w:t>
        <w:br/>
        <w:t>При установлении факта пропуска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Решение суда может быть обжаловано в апелляционном порядке. (В редакции Федерального закона от 09.12.2010 № 353-ФЗ)</w:t>
      </w:r>
    </w:p>
    <w:p>
      <w:r>
        <w:rPr>
          <w:b/>
        </w:rPr>
        <w:t xml:space="preserve">61. </w:t>
      </w:r>
      <w:r>
        <w:t>При рассмотрении споров о детях по требованию родителей (одного из родителей) в предварительном судебном заседании суд с обязательным участием органа опеки и попечительства вправе определить место жительства детей и (или) порядок осуществления родительских прав на период до вступления в законную силу судебного решения. По данным вопросам выносится определение при наличии положительного заключения органа опеки и попечительства и с обязательным учетом мнения детей. При наличии обстоятельств, свидетельствующих,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 (Дополнение частью - Федеральный закон от 04.05.2011 № 98-ФЗ)</w:t>
      </w:r>
    </w:p>
    <w:p>
      <w:r>
        <w:rPr>
          <w:b/>
        </w:rPr>
        <w:t xml:space="preserve">7. </w:t>
      </w:r>
      <w:r>
        <w:t>О проведенном предварительном судебном заседании составляется протокол в соответствии со статьями 229 и 230 настоящего Кодекса.</w:t>
      </w:r>
    </w:p>
    <w:p>
      <w:r>
        <w:rPr>
          <w:b/>
        </w:rPr>
        <w:t>Статья 153. Назначение дела к судебному разбирательству</w:t>
      </w:r>
    </w:p>
    <w:p>
      <w:r>
        <w:rPr>
          <w:b/>
        </w:rPr>
        <w:t xml:space="preserve">1. </w:t>
      </w:r>
      <w:r>
        <w:t>Судья, признав дело подготовленным, выносит определение о назначении его к разбирательству в судебном заседании, извещает стороны, других лиц, участвующих в деле, о времени и месте рассмотрения дела, вызывает других участников процесса. (В редакции Федерального закона от 29.07.2018 № 265-ФЗ)</w:t>
      </w:r>
    </w:p>
    <w:p>
      <w:r>
        <w:rPr>
          <w:b/>
        </w:rPr>
        <w:t xml:space="preserve">2. </w:t>
      </w:r>
      <w:r>
        <w:t>Судья, признав дело подготовленным, вправе завершить предварительное судебное заседание и при согласии сторон открыть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дело по существу в их отсутствие, за исключением случая, если в соответствии с настоящим Кодексом требуется коллегиальное рассмотрение дела. (Дополнение частью - Федеральный закон от 29.07.2018 № 265-ФЗ)</w:t>
        <w:br/>
        <w:t>(Дополнение главой - Федеральный закон от 26.07.2019 № 197-ФЗ)</w:t>
      </w:r>
    </w:p>
    <w:p>
      <w:pPr>
        <w:pStyle w:val="Heading3"/>
      </w:pPr>
      <w:r>
        <w:t>Примирительные процедуры. Мировое соглашение</w:t>
      </w:r>
    </w:p>
    <w:p>
      <w:r>
        <w:rPr>
          <w:b/>
        </w:rPr>
        <w:t>Статья 153.1. Примирение сторон</w:t>
      </w:r>
    </w:p>
    <w:p>
      <w:r>
        <w:rPr>
          <w:b/>
        </w:rPr>
        <w:t xml:space="preserve">1. </w:t>
      </w:r>
      <w:r>
        <w:t>Суд принимает меры для примирения сторон, содействует им в урегулировании спора, руководствуясь при этом интересами сторон и задачами судопроизводства.</w:t>
      </w:r>
    </w:p>
    <w:p>
      <w:r>
        <w:rPr>
          <w:b/>
        </w:rPr>
        <w:t xml:space="preserve">2. </w:t>
      </w:r>
      <w:r>
        <w:t>Примирение сторон осуществляется на основе принципов добровольности, сотрудничества, равноправия и конфиденциальности.</w:t>
      </w:r>
    </w:p>
    <w:p>
      <w:r>
        <w:rPr>
          <w:b/>
        </w:rPr>
        <w:t xml:space="preserve">3. </w:t>
      </w:r>
      <w:r>
        <w:t>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
        <w:rPr>
          <w:b/>
        </w:rPr>
        <w:t xml:space="preserve">4. </w:t>
      </w:r>
      <w:r>
        <w:t>Примирение сторон возможно на любой стадии гражданского процесса и при исполнении судебного акта, если иное не предусмотрено настоящим Кодексом и не противоречит федеральному закону.</w:t>
      </w:r>
    </w:p>
    <w:p>
      <w:r>
        <w:rPr>
          <w:b/>
        </w:rPr>
        <w:t>Статья 153.2. Порядок и сроки проведения примирительной процедуры</w:t>
      </w:r>
    </w:p>
    <w:p>
      <w:r>
        <w:rPr>
          <w:b/>
        </w:rPr>
        <w:t xml:space="preserve">1. </w:t>
      </w:r>
      <w:r>
        <w:t>Примирительная процедура может быть проведена по ходатайству сторон или по предложению суда.</w:t>
        <w:br/>
        <w:t>Предложение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br/>
        <w:t>Для рассмотрения сторонами возможности использования примирительной процедуры суд может объявить перерыв в судебном заседании.</w:t>
      </w:r>
    </w:p>
    <w:p>
      <w:r>
        <w:rPr>
          <w:b/>
        </w:rPr>
        <w:t xml:space="preserve">2. </w:t>
      </w:r>
      <w:r>
        <w:t>При согласии сторон с предложением суда о проведении примирительной процедуры, в случае удовлетворения ходатайства о ее проведении суд выносит определение о проведении примирительной процедуры и при необходимости об отложении судебного разбирательства.</w:t>
        <w:br/>
        <w:t>В определении о проведении примирительной процедуры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br/>
        <w:t>В определении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
        <w:rPr>
          <w:b/>
        </w:rPr>
        <w:t xml:space="preserve">4. </w:t>
      </w:r>
      <w:r>
        <w:t>В ходе использования примирительной процедуры стороны могут достичь результатов примирения, установленных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суд возобновляет судебное разбирательство в порядке, предусмотренном частью третьей статьи 169 настоящего Кодекса.</w:t>
      </w:r>
    </w:p>
    <w:p>
      <w:r>
        <w:rPr>
          <w:b/>
        </w:rPr>
        <w:t>Статья 153.3. Виды примирительных процедур</w:t>
      </w:r>
    </w:p>
    <w:p>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
        <w:rPr>
          <w:b/>
        </w:rPr>
        <w:t>Статья 153.4.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или договором, переговоры проводятся в обязательном порядке.</w:t>
      </w:r>
    </w:p>
    <w:p>
      <w:r>
        <w:rPr>
          <w:b/>
        </w:rPr>
        <w:t>Статья 153.5. Медиация</w:t>
      </w:r>
    </w:p>
    <w:p>
      <w:r>
        <w:rPr>
          <w:b/>
        </w:rPr>
        <w:t xml:space="preserve">1. </w:t>
      </w:r>
      <w:r>
        <w:t>Стороны вправе урегулировать спор путем проведения процедуры медиации в порядке, установленном настоящим Кодексом и федеральным законом.</w:t>
      </w:r>
    </w:p>
    <w:p>
      <w:r>
        <w:rPr>
          <w:b/>
        </w:rPr>
        <w:t xml:space="preserve">2. </w:t>
      </w:r>
      <w:r>
        <w:t>В случае заявления сторонами соответствующего ходатайства суд откладывает судебное разбирательство на основании части первой статьи 169 настоящего Кодекса.</w:t>
      </w:r>
    </w:p>
    <w:p>
      <w:r>
        <w:rPr>
          <w:b/>
        </w:rPr>
        <w:t>Статья 153.6.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w:t>
        <w:br/>
        <w:t>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w:t>
        <w:br/>
        <w:t>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w:t>
        <w:br/>
        <w:t>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в том числе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b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процесса.</w:t>
        <w:br/>
        <w:t>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
        <w:rPr>
          <w:b/>
        </w:rPr>
        <w:t>Статья 153.7.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1. </w:t>
      </w:r>
      <w:r>
        <w:t>мировое соглашение в отношении всех или части заявленных требований;</w:t>
      </w:r>
    </w:p>
    <w:p>
      <w:r>
        <w:rPr>
          <w:b/>
        </w:rPr>
        <w:t xml:space="preserve">1. </w:t>
      </w:r>
      <w:r>
        <w:t>частичный или полный отказ от иска;</w:t>
      </w:r>
    </w:p>
    <w:p>
      <w:r>
        <w:rPr>
          <w:b/>
        </w:rPr>
        <w:t xml:space="preserve">1. </w:t>
      </w:r>
      <w:r>
        <w:t>частичное или полное признание иска;</w:t>
      </w:r>
    </w:p>
    <w:p>
      <w:r>
        <w:rPr>
          <w:b/>
        </w:rPr>
        <w:t xml:space="preserve">1. </w:t>
      </w:r>
      <w:r>
        <w:t>полный или частичный отказ от апелляционной, кассационной жалобы,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 xml:space="preserve">2. </w:t>
      </w:r>
      <w:r>
        <w:t>Признание обстоятельств, признание иска (требований), отказ от иска (требований) полностью или в части принимаются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w:t>
      </w:r>
    </w:p>
    <w:p>
      <w:r>
        <w:rPr>
          <w:b/>
        </w:rPr>
        <w:t>Статья 153.8. Заключение мирового соглашения</w:t>
      </w:r>
    </w:p>
    <w:p>
      <w:r>
        <w:rPr>
          <w:b/>
        </w:rPr>
        <w:t xml:space="preserve">1. </w:t>
      </w:r>
      <w:r>
        <w:t>Мировое соглашение может быть заключено сторонами на любой стадии гражданского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
        <w:rPr>
          <w:b/>
        </w:rPr>
        <w:t xml:space="preserve">2. </w:t>
      </w:r>
      <w:r>
        <w:t>Мировое соглашение не может нарушать права и законные интересы других лиц и противоречить закону.</w:t>
      </w:r>
    </w:p>
    <w:p>
      <w:r>
        <w:rPr>
          <w:b/>
        </w:rPr>
        <w:t xml:space="preserve">3. </w:t>
      </w:r>
      <w:r>
        <w:t>Мировое соглашение утверждается судом.</w:t>
      </w:r>
    </w:p>
    <w:p>
      <w:r>
        <w:rPr>
          <w:b/>
        </w:rPr>
        <w:t>Статья 153.9. Форма и содержание мирового соглашения</w:t>
      </w:r>
    </w:p>
    <w:p>
      <w:r>
        <w:rPr>
          <w:b/>
        </w:rPr>
        <w:t xml:space="preserve">1. </w:t>
      </w:r>
      <w:r>
        <w:t>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подтверждающем полномочия представителя.</w:t>
      </w:r>
    </w:p>
    <w:p>
      <w:r>
        <w:rPr>
          <w:b/>
        </w:rPr>
        <w:t xml:space="preserve">2. </w:t>
      </w:r>
      <w:r>
        <w:t>Мировое соглашение должно содержать согласованные сторонами сведения об условиях, о размере и сроках исполнения обязательств друг перед другом или одной стороной перед другой.</w:t>
        <w:b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санкции за неисполнение или ненадлежащее исполнение обязательств и иные условия, не противоречащие федеральному закону.</w:t>
      </w:r>
    </w:p>
    <w:p>
      <w:r>
        <w:rPr>
          <w:b/>
        </w:rPr>
        <w:t xml:space="preserve">3. </w:t>
      </w:r>
      <w:r>
        <w:t>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
        <w:rPr>
          <w:b/>
        </w:rPr>
        <w:t xml:space="preserve">4. </w:t>
      </w:r>
      <w:r>
        <w:t>Мировое соглашение может быть заключено по вопросу распределения судебных расходов.</w:t>
      </w:r>
    </w:p>
    <w:p>
      <w:r>
        <w:rPr>
          <w:b/>
        </w:rPr>
        <w:t xml:space="preserve">5. </w:t>
      </w:r>
      <w:r>
        <w:t>Если в мировом соглашении отсутствует условие о распределении судебных расходов, суд разрешает этот вопрос при утверждении мирового соглашения в общем порядке, установленном настоящим Кодексом.</w:t>
      </w:r>
    </w:p>
    <w:p>
      <w:r>
        <w:rPr>
          <w:b/>
        </w:rPr>
        <w:t xml:space="preserve">6. </w:t>
      </w:r>
      <w:r>
        <w:t>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судом, утвердившим мировое соглашение, к материалам дела.</w:t>
      </w:r>
    </w:p>
    <w:p>
      <w:r>
        <w:rPr>
          <w:b/>
        </w:rPr>
        <w:t>Статья 153.10. Утверждение судом мирового соглашения</w:t>
      </w:r>
    </w:p>
    <w:p>
      <w:r>
        <w:rPr>
          <w:b/>
        </w:rPr>
        <w:t xml:space="preserve">1. </w:t>
      </w:r>
      <w:r>
        <w:t>Мировое соглашение утверждается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суда, рассмотревшего дело в качестве суда первой инстанции.</w:t>
      </w:r>
    </w:p>
    <w:p>
      <w:r>
        <w:rPr>
          <w:b/>
        </w:rPr>
        <w:t xml:space="preserve">2. </w:t>
      </w:r>
      <w:r>
        <w:t>Вопрос об утверждении мирового соглашения рассматривается судом в судебном заседании. Лица, участвующие в деле, извещаются о времени и месте судебного заседания.</w:t>
      </w:r>
    </w:p>
    <w:p>
      <w:r>
        <w:rPr>
          <w:b/>
        </w:rPr>
        <w:t xml:space="preserve">3. </w:t>
      </w:r>
      <w:r>
        <w:t>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p>
      <w:r>
        <w:rPr>
          <w:b/>
        </w:rPr>
        <w:t xml:space="preserve">4. </w:t>
      </w:r>
      <w:r>
        <w:t>Вопрос об утверждении мирового соглашения,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
        <w:rPr>
          <w:b/>
        </w:rPr>
        <w:t xml:space="preserve">5. </w:t>
      </w:r>
      <w:r>
        <w:t>По результатам рассмотрения вопроса об утверждении мирового соглашения суд выносит определение.</w:t>
      </w:r>
    </w:p>
    <w:p>
      <w:r>
        <w:rPr>
          <w:b/>
        </w:rPr>
        <w:t xml:space="preserve">6. </w:t>
      </w:r>
      <w:r>
        <w:t>Суд не утверждает мировое соглашение, если оно противоречит закону или нарушает права и законные интересы других лиц.</w:t>
      </w:r>
    </w:p>
    <w:p>
      <w:r>
        <w:rPr>
          <w:b/>
        </w:rPr>
        <w:t xml:space="preserve">7. </w:t>
      </w:r>
      <w:r>
        <w:t>При рассмотрении вопроса об утверждении мирового соглашения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b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
        <w:rPr>
          <w:b/>
        </w:rPr>
        <w:t xml:space="preserve">8. </w:t>
      </w:r>
      <w:r>
        <w:t>Суд не вправе утверждать мировое соглашение в части, изменять или исключать из него какие-либо условия, согласованные сторонами.</w:t>
        <w:br/>
        <w:t>При рассмотрении вопроса об утверждении мирового соглашения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
        <w:rPr>
          <w:b/>
        </w:rPr>
        <w:t xml:space="preserve">9. </w:t>
      </w:r>
      <w:r>
        <w:t>В определении суда об утверждении мирового соглашения указываются:</w:t>
      </w:r>
    </w:p>
    <w:p>
      <w:r>
        <w:rPr>
          <w:b/>
        </w:rPr>
        <w:t xml:space="preserve">9. </w:t>
      </w:r>
      <w:r>
        <w:t>утверждение мирового соглашения или отказ в утверждении мирового соглашения;</w:t>
      </w:r>
    </w:p>
    <w:p>
      <w:r>
        <w:rPr>
          <w:b/>
        </w:rPr>
        <w:t xml:space="preserve">9. </w:t>
      </w:r>
      <w:r>
        <w:t>условия мирового соглашения;</w:t>
      </w:r>
    </w:p>
    <w:p>
      <w:r>
        <w:rPr>
          <w:b/>
        </w:rPr>
        <w:t xml:space="preserve">9. </w:t>
      </w:r>
      <w:r>
        <w:t>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r>
    </w:p>
    <w:p>
      <w:r>
        <w:rPr>
          <w:b/>
        </w:rPr>
        <w:t xml:space="preserve">10. </w:t>
      </w:r>
      <w:r>
        <w:t>В определении об утверждении мирового соглашения, заключенного в процессе исполнения судебного акта, должно быть также указано, что этот судебный акт не подлежит исполнению.</w:t>
      </w:r>
    </w:p>
    <w:p>
      <w:r>
        <w:rPr>
          <w:b/>
        </w:rPr>
        <w:t xml:space="preserve">11. </w:t>
      </w:r>
      <w:r>
        <w:t>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
        <w:rPr>
          <w:b/>
        </w:rPr>
        <w:t xml:space="preserve">12. </w:t>
      </w:r>
      <w:r>
        <w:t>Определение об отказе в утверждении мирового соглашения может быть обжаловано.</w:t>
      </w:r>
    </w:p>
    <w:p>
      <w:r>
        <w:rPr>
          <w:b/>
        </w:rPr>
        <w:t xml:space="preserve">13. </w:t>
      </w:r>
      <w:r>
        <w:t>Утверждение мирового соглашения в суде первой инстанции влечет за собой прекращение производства по делу полностью или в части.</w:t>
        <w:b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b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br/>
        <w:t>Утверждение мирового соглашения, заключенного при рассмотрении заявления по вопросу распределения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
        <w:rPr>
          <w:b/>
        </w:rPr>
        <w:t>Статья 153.11. Исполнение мирового соглашения</w:t>
      </w:r>
    </w:p>
    <w:p>
      <w:r>
        <w:rPr>
          <w:b/>
        </w:rPr>
        <w:t xml:space="preserve">1. </w:t>
      </w:r>
      <w:r>
        <w:t>Мировое соглашение исполняется лицами, его заключившими, добровольно в порядке и в сроки, которые предусмотрены этим мировым соглашением.</w:t>
      </w:r>
    </w:p>
    <w:p>
      <w:r>
        <w:rPr>
          <w:b/>
        </w:rPr>
        <w:t xml:space="preserve">2. </w:t>
      </w:r>
      <w:r>
        <w:t>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судом по ходатайству лица, заключившего мировое соглашение.</w:t>
      </w:r>
    </w:p>
    <w:p>
      <w:pPr>
        <w:pStyle w:val="Heading3"/>
      </w:pPr>
      <w:r>
        <w:t>СУДЕБНОЕ РАЗБИРАТЕЛЬСТВО</w:t>
      </w:r>
    </w:p>
    <w:p>
      <w:r>
        <w:rPr>
          <w:b/>
        </w:rPr>
        <w:t>Статья 154. Сроки рассмотрения и разрешения гражданских дел</w:t>
      </w:r>
    </w:p>
    <w:p>
      <w:r>
        <w:rPr>
          <w:b/>
        </w:rPr>
        <w:t xml:space="preserve">1. </w:t>
      </w:r>
      <w:r>
        <w:t>Гражданские дела рассматриваются и разрешаются судом до истечения двух месяцев со дня поступления заявления в суд, если иные сроки рассмотрения и разрешения дел не установлены настоящим Кодексом, а мировым судьей до истечения месяца со дня принятия заявления к производству. (В редакции Федерального закона от 28.06.2009 № 128-ФЗ)</w:t>
      </w:r>
    </w:p>
    <w:p>
      <w:r>
        <w:rPr>
          <w:b/>
        </w:rPr>
        <w:t xml:space="preserve">2. </w:t>
      </w:r>
      <w:r>
        <w:t>Дела о восстановлении на работе, взыскании алиментов,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государственных органов или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об изъятии земельных участков из земель сельскохозяйственного назначения рассматриваются и разрешаются до истечения месяца. (В редакции федеральных законов от 03.08.2018 № 340-ФЗ, от 05.12.2022 № 507-ФЗ)</w:t>
      </w:r>
    </w:p>
    <w:p>
      <w:r>
        <w:rPr>
          <w:b/>
        </w:rPr>
        <w:t xml:space="preserve">3. </w:t>
      </w:r>
      <w:r>
        <w:t>Федеральными законами могут устанавливаться сокращенные сроки рассмотрения и разрешения отдельных категорий гражданских дел.</w:t>
      </w:r>
    </w:p>
    <w:p>
      <w:r>
        <w:rPr>
          <w:b/>
        </w:rPr>
        <w:t xml:space="preserve">4. </w:t>
      </w:r>
      <w:r>
        <w:t>В случае перехода к рассмотрению дела по правилам гражданского судопроизводства в порядке, установленном статьей 331 настоящего Кодекса, изменения основания или предмета иска в случаях, предусмотренных статьей 39 настоящего Кодекса, а также в случае перехода суда апелляционной инстанции к рассмотрению дела по правилам производства в суде первой инстанции в соответствии с требованиями части пятой статьи 330 настоящего Кодекса течение срока рассмотрения и разрешения дела начинается сначала. (Дополнение частью - Федеральный закон от 28.11.2018 № 451-ФЗ) (В редакции Федерального закона от 12.06.2024 № 135-ФЗ)</w:t>
      </w:r>
    </w:p>
    <w:p>
      <w:r>
        <w:rPr>
          <w:b/>
        </w:rPr>
        <w:t xml:space="preserve">41. </w:t>
      </w:r>
      <w:r>
        <w:t>Срок, на который судебное разбирательство было отложено в целях примирения сторон, не включается в сроки рассмотрения дел, установленные настоящей статьей, но учитывается при определении разумного срока судопроизводства. (Дополнение частью - Федеральный закон от 26.07.2019 № 197-ФЗ)</w:t>
      </w:r>
    </w:p>
    <w:p>
      <w:r>
        <w:rPr>
          <w:b/>
        </w:rPr>
        <w:t xml:space="preserve">5. </w:t>
      </w:r>
      <w:r>
        <w:t>Срок, на который исковое заявление было оставлено без движения в случаях, предусмотренных настоящим Кодексом, не включается в срок рассмотрения дела, установленный частью первой настоящей статьи, но учитывается при определении разумного срока судопроизводства. (Дополнение частью - Федеральный закон от 28.11.2018 № 451-ФЗ)</w:t>
      </w:r>
    </w:p>
    <w:p>
      <w:r>
        <w:rPr>
          <w:b/>
        </w:rPr>
        <w:t xml:space="preserve">6. </w:t>
      </w:r>
      <w:r>
        <w:t>В зависимости от сложности дела срок его рассмотрения может быть продлен председателем суда, заместителем председателя суда, председателем судебного состава не более чем на один месяц. (Дополнение частью - Федеральный закон от 28.11.2018 № 451-ФЗ)</w:t>
      </w:r>
    </w:p>
    <w:p>
      <w:r>
        <w:rPr>
          <w:b/>
        </w:rPr>
        <w:t>Статья 155. Судебное заседание</w:t>
      </w:r>
    </w:p>
    <w:p>
      <w:r>
        <w:t>Разбирательство гражданского дела происходит в судебном заседании с обязательным извещением лиц, участвующих в деле, о времени и месте заседания, если иное не установлено настоящим Кодексом. (В редакции Федерального закона от 28.11.2018 № 451-ФЗ)</w:t>
      </w:r>
    </w:p>
    <w:p>
      <w:r>
        <w:rPr>
          <w:b/>
        </w:rPr>
        <w:t>Статья 155.1. Участие в судебном заседании путем использования систем видеоконференц-связи</w:t>
      </w:r>
    </w:p>
    <w:p>
      <w:r>
        <w:rPr>
          <w:b/>
        </w:rPr>
        <w:t xml:space="preserve">1. </w:t>
      </w:r>
      <w:r>
        <w:t>При наличии в судах технической возможности осуществления видеоконференц-связи лица, участвующие в деле, их представители, а также свидетели, эксперты, специалисты, переводчики могут участвовать в судебном заседании путем использования систем видеоконференц-связи при условии заявления ими ходатайства об этом или по инициативе суда. Об участии указанных лиц в судебном заседании путем использования систем видеоконференц-связи суд выносит определение.</w:t>
        <w:br/>
        <w:t>В случае, если судом, при содействии которого указанные лица могут участвовать в судебном заседании путем использования систем видеоконференц-связи, является арбитражный суд, суд общей юрисдикции, рассматривающий дело, выносит определение о проведении такого судебного заседания в соответствии со статьями 224 и 225 настоящего Кодекса. Копия определения суда общей юрисдикции направляется в арбитражный суд, который обеспечивает проведение судебного заседания путем использования систем видеоконференц-связи в соответствии со статьей 1531 Арбитражного процессуального кодекса Российской Федерации. (Дополнение абзацем - Федеральный закон от 30.12.2021 № 440-ФЗ)</w:t>
      </w:r>
    </w:p>
    <w:p>
      <w:r>
        <w:rPr>
          <w:b/>
        </w:rPr>
        <w:t xml:space="preserve">2. </w:t>
      </w:r>
      <w:r>
        <w:t>Для обеспечения участия в судебном заседании лиц, участвующих в деле, их представителей, а также свидетелей, экспертов, специалистов, переводчиков путем использования систем видеоконференц-связи используются системы видеоконференц-связи соответствующих судов, в том числе арбитражных судов, по месту жительства, месту пребывания или месту нахождения указанных лиц. Для обеспечения участия в деле лиц, находящихся в местах содержания под стражей или в местах отбывания лишения свободы, могут использоваться системы видеоконференц-связи данных учреждений. (В редакции Федерального закона от 30.12.2021 № 440-ФЗ)</w:t>
      </w:r>
    </w:p>
    <w:p>
      <w:r>
        <w:rPr>
          <w:b/>
        </w:rPr>
        <w:t xml:space="preserve">3. </w:t>
      </w:r>
      <w:r>
        <w:t>Суд, обеспечивающий участие в судебном заседании лиц, участвующих в деле, их представителей, а также свидетелей, экспертов, специалистов, переводчиков путем использования систем видеоконференц-связи, проверяет явку и устанавливает личность явившихся лиц, берет подписку у свидетелей, экспертов, переводчиков о разъяснении им судом, рассматривающим дело, прав и обязанностей и предупреждении об ответственности за их нарушение. Указанная подписка не позднее следующего дня после дня ее получения направляется в суд, рассматривающий дело, для приобщения к протоколу судебного заседания.</w:t>
      </w:r>
    </w:p>
    <w:p>
      <w:r>
        <w:rPr>
          <w:b/>
        </w:rPr>
        <w:t xml:space="preserve">4. </w:t>
      </w:r>
      <w:r>
        <w:t>В случае, если для обеспечения участия в деле лиц, находящихся в местах содержания под стражей или в местах отбывания лишения свободы, используются системы видеоконференц-связи этих учреждений, получение подписки у данных лиц о разъяснении им судом, рассматривающим дело, прав и обязанностей и предупреждении об ответственности за их нарушение осуществляется при техническом содействии администрации этих учреждений.</w:t>
        <w:br/>
        <w:t>(Дополнение статьей - Федеральный закон от 26.04.2013 № 66-ФЗ)</w:t>
      </w:r>
    </w:p>
    <w:p>
      <w:r>
        <w:rPr>
          <w:b/>
        </w:rPr>
        <w:t>Статья 155.2. Участие в судебном заседании путем использования системы веб-конференции</w:t>
      </w:r>
    </w:p>
    <w:p>
      <w:r>
        <w:rPr>
          <w:b/>
        </w:rPr>
        <w:t xml:space="preserve">1. </w:t>
      </w:r>
      <w:r>
        <w:t>Лица, участвующие в деле, и другие участники процесса могут участвовать в судебном заседании путем использования системы веб-конференции при условии заявления ими ходатайства об этом и при наличии в суде технической возможности осуществления веб-конференции.</w:t>
        <w:b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государственной информационной системы &amp;quot;Единая система идентификации и аутентификации физических лиц с использованием биометрических персональных данных&amp;quot; (далее - единая биометрическая система). (В редакции Федерального закона от 28.12.2024 № 521-ФЗ)</w:t>
        <w:br/>
        <w:t>Об участии указанных лиц в судебном заседании путем использования системы веб-конференции суд выносит определение, в котором указывается время проведения судебного заседания.</w:t>
        <w:br/>
        <w:t>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
        <w:rPr>
          <w:b/>
        </w:rPr>
        <w:t xml:space="preserve">2. </w:t>
      </w:r>
      <w:r>
        <w:t>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2. </w:t>
      </w:r>
      <w:r>
        <w:t>отсутствует техническая возможность для участия в судебном заседании с использованием системы веб-конференции;</w:t>
      </w:r>
    </w:p>
    <w:p>
      <w:r>
        <w:rPr>
          <w:b/>
        </w:rPr>
        <w:t xml:space="preserve">2. </w:t>
      </w:r>
      <w:r>
        <w:t>разбирательство дела осуществляется в закрытом судебном заседании.</w:t>
      </w:r>
    </w:p>
    <w:p>
      <w:r>
        <w:rPr>
          <w:b/>
        </w:rPr>
        <w:t xml:space="preserve">3. </w:t>
      </w:r>
      <w:r>
        <w:t>Лица, участвующие в деле, и другие участники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
        <w:rPr>
          <w:b/>
        </w:rPr>
        <w:t xml:space="preserve">4. </w:t>
      </w:r>
      <w:r>
        <w:t>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w:t>
        <w:br/>
        <w:t>(Дополнение статьей - Федеральный закон от 30.12.2021 № 440-ФЗ)</w:t>
      </w:r>
    </w:p>
    <w:p>
      <w:r>
        <w:rPr>
          <w:b/>
        </w:rPr>
        <w:t>Статья 156. Председательствующий в судебном заседании</w:t>
      </w:r>
    </w:p>
    <w:p>
      <w:r>
        <w:rPr>
          <w:b/>
        </w:rPr>
        <w:t xml:space="preserve">1. </w:t>
      </w:r>
      <w:r>
        <w:t>Судья, рассматривающий дело единолично, выполняет обязанности председательствующего. При коллегиальном рассмотрении дела в районном суде председательствует судья или председатель этого суда, в заседаниях других судов - судья, председатель или заместитель председателя соответствующего суда.</w:t>
      </w:r>
    </w:p>
    <w:p>
      <w:r>
        <w:rPr>
          <w:b/>
        </w:rPr>
        <w:t xml:space="preserve">2. </w:t>
      </w:r>
      <w:r>
        <w:t>Председательствующий руководит судебным заседанием, создает условия для всестороннего и полного исследования доказательств и обстоятельств дела, устраняет из судебного разбирательства все, что не имеет отношения к рассматриваемому делу. В случае возражений кого-либо из участников процесса относительно действий председательствующего эти возражения заносятся в протокол судебного заседания. Председательствующий дает разъяснения относительно своих действий, а при коллегиальном рассмотрении дела разъяснения даются всем составом суда.</w:t>
      </w:r>
    </w:p>
    <w:p>
      <w:r>
        <w:rPr>
          <w:b/>
        </w:rPr>
        <w:t xml:space="preserve">3. </w:t>
      </w:r>
      <w:r>
        <w:t>Председательствующий принимает необходимые меры по обеспечению надлежащего порядка в судебном заседании. Распоряжения председательствующего обязательны для всех участников процесса, а также для граждан, присутствующих в зале заседания суда.</w:t>
      </w:r>
    </w:p>
    <w:p>
      <w:r>
        <w:rPr>
          <w:b/>
        </w:rPr>
        <w:t>Статья 157. Непосредственность и устность судебного разбирательства</w:t>
      </w:r>
    </w:p>
    <w:p>
      <w:r>
        <w:t>(Наименование в редакции Федерального закона от 29.07.2017 № 260-ФЗ)</w:t>
      </w:r>
    </w:p>
    <w:p>
      <w:r>
        <w:rPr>
          <w:b/>
        </w:rPr>
        <w:t xml:space="preserve">1. </w:t>
      </w:r>
      <w:r>
        <w:t>Суд при рассмотрении дела обязан непосредственно исследовать доказательства по делу: заслушать объяснения сторон и третьих лиц, показания свидетелей, заключения экспертов, консультации и пояснения специалистов, ознакомиться с письменными доказательствами, осмотреть вещественные доказательства, прослушать аудиозаписи и просмотреть видеозаписи.</w:t>
      </w:r>
    </w:p>
    <w:p>
      <w:r>
        <w:rPr>
          <w:b/>
        </w:rPr>
        <w:t xml:space="preserve">2. </w:t>
      </w:r>
      <w:r>
        <w:t>Судебное разбирательство дела происходит устно. (В редакции Федерального закона от 11.06.2022 № 179-ФЗ)</w:t>
      </w:r>
    </w:p>
    <w:p>
      <w:r>
        <w:rPr>
          <w:b/>
        </w:rPr>
        <w:t xml:space="preserve">3. </w:t>
      </w:r>
      <w:r>
        <w:t>Во время перерыва, объявленного в судебном заседании по начатому делу, суд вправе рассматривать другие гражданские, уголовные, административные дела, а также дела об административных правонарушениях.</w:t>
        <w:br/>
        <w:t>После окончания перерыва судебное заседание продолжается, о чем объявляет председательствующий. Повторное рассмотрение исследованных до перерыва доказательств не производится.</w:t>
        <w:br/>
        <w:t>(Часть в редакции Федерального закона от 29.07.2017 № 260-ФЗ)</w:t>
      </w:r>
    </w:p>
    <w:p>
      <w:r>
        <w:rPr>
          <w:b/>
        </w:rPr>
        <w:t>Статья 158. Порядок в судебном заседании</w:t>
      </w:r>
    </w:p>
    <w:p>
      <w:r>
        <w:rPr>
          <w:b/>
        </w:rPr>
        <w:t xml:space="preserve">1. </w:t>
      </w:r>
      <w:r>
        <w:t>При входе судей в зал судебного заседания все присутствующие в зале встают. Объявление решения суда, а также объявление определения суда, которым заканчивается дело без принятия решения, все присутствующие в зале заседания выслушивают стоя.</w:t>
      </w:r>
    </w:p>
    <w:p>
      <w:r>
        <w:rPr>
          <w:b/>
        </w:rPr>
        <w:t xml:space="preserve">2. </w:t>
      </w:r>
      <w:r>
        <w:t>Участники процесса обращаются к судьям со словами: &amp;quot;Уважаемый суд!&amp;quot;, и свои показания и объяснения они дают стоя. Отступление от этого правила может быть допущено с разрешения председательствующего.</w:t>
      </w:r>
    </w:p>
    <w:p>
      <w:r>
        <w:rPr>
          <w:b/>
        </w:rPr>
        <w:t xml:space="preserve">3. </w:t>
      </w:r>
      <w:r>
        <w:t>Судебное разбирательство происходит в условиях, обеспечивающих надлежащий порядок в судебном заседании и безопасность участников процесса.</w:t>
      </w:r>
    </w:p>
    <w:p>
      <w:r>
        <w:rPr>
          <w:b/>
        </w:rPr>
        <w:t xml:space="preserve">4. </w:t>
      </w:r>
      <w:r>
        <w:t>Надлежащему порядку в судебном заседании не должны мешать действия граждан, присутствующих в зале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&amp;quot;Интернет&amp;quot;.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 (В редакции Федерального закона от 29.07.2017 № 223-ФЗ)</w:t>
      </w:r>
    </w:p>
    <w:p>
      <w:r>
        <w:rPr>
          <w:b/>
        </w:rPr>
        <w:t xml:space="preserve">5. </w:t>
      </w:r>
      <w:r>
        <w:t>Участники процесса и все присутствующие в зале судебного заседания граждане обязаны соблюдать установленный порядок в судебном заседании.</w:t>
      </w:r>
    </w:p>
    <w:p>
      <w:r>
        <w:rPr>
          <w:b/>
        </w:rPr>
        <w:t>Статья 159. Меры, применяемые к нарушителям порядка в судебном заседании</w:t>
      </w:r>
    </w:p>
    <w:p>
      <w:r>
        <w:rPr>
          <w:b/>
        </w:rPr>
        <w:t xml:space="preserve">1. </w:t>
      </w:r>
      <w:r>
        <w:t>Председательствующий в судебном заседании вправе ограничить от имени суда выступление участника судебного разбирательства, который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 (В редакции Федерального закона от 28.11.2018 № 451-ФЗ)</w:t>
      </w:r>
    </w:p>
    <w:p>
      <w:r>
        <w:rPr>
          <w:b/>
        </w:rPr>
        <w:t xml:space="preserve">11. </w:t>
      </w:r>
      <w:r>
        <w:t>Решение об ограничении времени выступления участника судебного разбирательства заносится в протокол судебного заседания. Возражения лица, в отношении которого приняты такие меры, также заносятся в протокол судебного заседания. (Дополнение частью - Федеральный закон от 28.11.2018 № 451-ФЗ)</w:t>
      </w:r>
    </w:p>
    <w:p>
      <w:r>
        <w:rPr>
          <w:b/>
        </w:rPr>
        <w:t xml:space="preserve">2. </w:t>
      </w:r>
      <w:r>
        <w:t>Лица, нарушающие порядок в судебном заседании или не подчиняющиеся законным распоряжениям председательствующего, после предупреждения могут быть удалены из зала судебного заседания или отключены от видеоконференц-связи либо веб-конференции на все время судебного заседания либо на его часть.</w:t>
        <w:br/>
        <w:t>За повторное нарушение порядка в судебном заседании лица, присутствующие в судебном заседании, удаляются из зала заседания суда или отключаются от видеоконференц-связи либо веб-конференции на все время судебного заседания.</w:t>
        <w:br/>
        <w:t>(Часть в редакции Федерального закона от 30.12.2021 № 440-ФЗ)</w:t>
      </w:r>
    </w:p>
    <w:p>
      <w:r>
        <w:rPr>
          <w:b/>
        </w:rPr>
        <w:t xml:space="preserve">3. </w:t>
      </w:r>
      <w:r>
        <w:t>Суд вправе наложить судебный штраф на лиц, участвующих в деле, и иных присутствующих в зале судебного заседания лиц за проявленное ими неуважение к суду.</w:t>
        <w:br/>
        <w:t>Судебный штраф за неуважение к суду налагается в порядке и в размере, которые установлены главой 8 настоящего Кодекса, если совершенные действия не влекут за собой уголовную ответственность.</w:t>
        <w:br/>
        <w:t>(Часть в редакции Федерального закона от 28.11.2018 № 451-ФЗ)</w:t>
      </w:r>
    </w:p>
    <w:p>
      <w:r>
        <w:rPr>
          <w:b/>
        </w:rPr>
        <w:t xml:space="preserve">4. </w:t>
      </w:r>
      <w:r>
        <w:t>В случае, если в действиях лица, нарушающего порядок в судебном заседании, имеются признаки преступления, судья направляет соответствующие материалы в органы дознания или предварительного следствия для возбуждения уголовного дела в отношении нарушителя. (В редакции Федерального закона от 24.07.2007 № 214-ФЗ)</w:t>
      </w:r>
    </w:p>
    <w:p>
      <w:r>
        <w:rPr>
          <w:b/>
        </w:rPr>
        <w:t xml:space="preserve">5. </w:t>
      </w:r>
      <w:r>
        <w:t>В случае массового нарушения порядка гражданами, присутствующими в судебном заседании, суд может удалить из зала заседания суда граждан, не являющихся участниками процесса, и рассмотреть дело в закрытом судебном заседании или отложить разбирательство дела.</w:t>
      </w:r>
    </w:p>
    <w:p>
      <w:r>
        <w:rPr>
          <w:b/>
        </w:rPr>
        <w:t>Статья 160. Открытие судебного заседания</w:t>
      </w:r>
    </w:p>
    <w:p>
      <w:r>
        <w:t>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r>
        <w:rPr>
          <w:b/>
        </w:rPr>
        <w:t>Статья 161. Проверка явки участников процесса</w:t>
      </w:r>
    </w:p>
    <w:p>
      <w:r>
        <w:rPr>
          <w:b/>
        </w:rPr>
        <w:t xml:space="preserve">1. </w:t>
      </w:r>
      <w:r>
        <w:t>Секретарь судебного заседания или помощник судьи докладывает суду, кто из вызванных по гражданскому делу лиц явился, извещены ли неявившиеся лица и какие имеются сведения о причинах их отсутствия. (В редакции Федерального закона от 29.07.2018 № 265-ФЗ)</w:t>
      </w:r>
    </w:p>
    <w:p>
      <w:r>
        <w:rPr>
          <w:b/>
        </w:rPr>
        <w:t xml:space="preserve">2. </w:t>
      </w:r>
      <w:r>
        <w:t>Председательствующий устанавливает личность явившихся участников процесса, проверяет полномочия должностных лиц, их представителей.</w:t>
      </w:r>
    </w:p>
    <w:p>
      <w:r>
        <w:rPr>
          <w:b/>
        </w:rPr>
        <w:t>Статья 162. Разъяснение переводчику его прав и обязанностей</w:t>
      </w:r>
    </w:p>
    <w:p>
      <w:r>
        <w:rPr>
          <w:b/>
        </w:rPr>
        <w:t xml:space="preserve">1. </w:t>
      </w:r>
      <w:r>
        <w:t>Лица, участвующие в деле, вправе предложить суду кандидатуру переводчика.</w:t>
      </w:r>
    </w:p>
    <w:p>
      <w:r>
        <w:rPr>
          <w:b/>
        </w:rPr>
        <w:t xml:space="preserve">2. </w:t>
      </w:r>
      <w:r>
        <w:t>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лицам, не владеющим языком, на котором ведется судопроизводство, содержание имеющихся в деле объяснений, показаний, заявлений лиц, участвующих в деле, свидетелей и оглашаемых документов, аудиозаписей, заключений экспертов, консультаций и пояснений специалистов, распоряжений председательствующего, определения или решения суда.</w:t>
      </w:r>
    </w:p>
    <w:p>
      <w:r>
        <w:rPr>
          <w:b/>
        </w:rPr>
        <w:t xml:space="preserve">3. </w:t>
      </w:r>
      <w:r>
        <w:t>Переводчик вправе задавать присутствующим при переводе участникам процесса вопросы для уточнения перевода, знакомиться с протоколом судебного заседания или отдельного процессуального действия и делать замечания по поводу записи перевода. (В редакции Федерального закона от 12.06.2024 № 135-ФЗ)</w:t>
      </w:r>
    </w:p>
    <w:p>
      <w:r>
        <w:rPr>
          <w:b/>
        </w:rPr>
        <w:t xml:space="preserve">4. </w:t>
      </w:r>
      <w:r>
        <w:t>Председательствующий предупреждает переводчика об ответственности, предусмотренной Уголовным кодексом Российской Федерации, за заведомо неправильный перевод и приобщает его подписку об этом к протоколу судебного заседания.</w:t>
        <w:br/>
        <w:t>В случае уклонения переводчика от явки в суд или от надлежащего исполнения своих обязанностей он может быть подвергнут судебному штрафу в порядке и в размере, которые установлены главой 8 настоящего Кодекса. (В редакции федеральных законов от 11.06.2008 № 85-ФЗ, от 28.11.2018 № 451-ФЗ)</w:t>
      </w:r>
    </w:p>
    <w:p>
      <w:r>
        <w:rPr>
          <w:b/>
        </w:rPr>
        <w:t xml:space="preserve">5. </w:t>
      </w:r>
      <w:r>
        <w:t>Правила настоящей статьи распространяются на лицо, владеющее навыками сурдоперевода.</w:t>
      </w:r>
    </w:p>
    <w:p>
      <w:r>
        <w:rPr>
          <w:b/>
        </w:rPr>
        <w:t>Статья 163. Удаление свидетелей из зала судебного заседания</w:t>
      </w:r>
    </w:p>
    <w:p>
      <w:r>
        <w:t>Явившиеся свидетели удаляются из зала судебного заседания. Председательствующий принимает меры для того, чтобы допрошенные свидетели не общались с недопрошенными свидетелями.</w:t>
      </w:r>
    </w:p>
    <w:p>
      <w:r>
        <w:rPr>
          <w:b/>
        </w:rPr>
        <w:t>Статья 164. Объявление состава суда и разъяснение права самоотвода и отвода</w:t>
      </w:r>
    </w:p>
    <w:p>
      <w:r>
        <w:rPr>
          <w:b/>
        </w:rPr>
        <w:t xml:space="preserve">1. </w:t>
      </w:r>
      <w:r>
        <w:t>Председательствующий объявляет состав суда, сообщает, кто участвует в судебном заседании в качестве прокурора, помощника судьи, секретаря судебного заседания, представителей сторон и третьих лиц, а также в качестве эксперта, специалиста, переводчика, и разъясняет лицам, участвующим в деле, их право заявлять самоотводы и отводы. (В редакции Федерального закона от 29.07.2018 № 265-ФЗ)</w:t>
      </w:r>
    </w:p>
    <w:p>
      <w:r>
        <w:rPr>
          <w:b/>
        </w:rPr>
        <w:t xml:space="preserve">2. </w:t>
      </w:r>
      <w:r>
        <w:t>Основания для самоотводов и отводов, порядок их разрешения и последствия удовлетворения заявлений о самоотводах и об отводах определяются статьями 16 - 21 настоящего Кодекса.</w:t>
      </w:r>
    </w:p>
    <w:p>
      <w:r>
        <w:rPr>
          <w:b/>
        </w:rPr>
        <w:t>Статья 165. Разъяснение лицам, участвующим в деле, их процессуальных прав и обязанностей</w:t>
      </w:r>
    </w:p>
    <w:p>
      <w:r>
        <w:t>Председательствующий разъясняет лицам, участвующим в деле, их процессуальные права и обязанности, а сторонам также их права, предусмотренные статьей 39 настоящего Кодекса.</w:t>
      </w:r>
    </w:p>
    <w:p>
      <w:r>
        <w:rPr>
          <w:b/>
        </w:rPr>
        <w:t>Статья 166. Разрешение судом ходатайств лиц, участвующих в деле</w:t>
      </w:r>
    </w:p>
    <w:p>
      <w:r>
        <w:t>Ходатайства лиц, участвующих в деле, по вопросам, связанным с разбирательством дела, разрешаются на основании определений суда после заслушивания мнений других лиц, участвующих в деле.</w:t>
      </w:r>
    </w:p>
    <w:p>
      <w:r>
        <w:rPr>
          <w:b/>
        </w:rPr>
        <w:t>Статья 167. Последствия неявки в судебное заседание лиц, участвующих в деле, их представителей</w:t>
      </w:r>
    </w:p>
    <w:p>
      <w:r>
        <w:rPr>
          <w:b/>
        </w:rPr>
        <w:t xml:space="preserve">1. </w:t>
      </w:r>
      <w:r>
        <w:t>Лица, участвующие в деле, обязаны известить суд о причинах неявки и представить доказательства уважительности этих причин.</w:t>
      </w:r>
    </w:p>
    <w:p>
      <w:r>
        <w:rPr>
          <w:b/>
        </w:rPr>
        <w:t xml:space="preserve">2. </w:t>
      </w:r>
      <w:r>
        <w:t>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br/>
        <w:t>В случае, если лица, участвующие в деле, извещены о времени и месте судебного заседания, суд откладывает разбирательство дела в случае признания причин их неявки уважительными.</w:t>
      </w:r>
    </w:p>
    <w:p>
      <w:r>
        <w:rPr>
          <w:b/>
        </w:rPr>
        <w:t xml:space="preserve">3. </w:t>
      </w:r>
      <w:r>
        <w:t>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w:t>
        <w:br/>
        <w:t>В случае, если гражданин, в отношении которого подано заявление о признании его недееспособным, надлежащим образом извещен о времени и месте судебного разбирательства, рассмотрение дела в его отсутствие допускается при условии признания судом причин его неявки неуважительными. (Дополнение абзацем - Федеральный закон от 06.04.2011 № 67-ФЗ)</w:t>
      </w:r>
    </w:p>
    <w:p>
      <w:r>
        <w:rPr>
          <w:b/>
        </w:rPr>
        <w:t xml:space="preserve">4. </w:t>
      </w:r>
      <w:r>
        <w:t>Суд вправе рассмотреть дело в отсутствие ответчика, извещенного о времени и месте судебного заседания, если он не сообщил суду об уважительных причинах неявки и не просил рассмотреть дело в его отсутствие.</w:t>
      </w:r>
    </w:p>
    <w:p>
      <w:r>
        <w:rPr>
          <w:b/>
        </w:rPr>
        <w:t xml:space="preserve">5. </w:t>
      </w:r>
      <w:r>
        <w:t>Стороны вправе просить суд о рассмотрении дела в их отсутствие и направлении им копий решения суда.</w:t>
      </w:r>
    </w:p>
    <w:p>
      <w:r>
        <w:rPr>
          <w:b/>
        </w:rPr>
        <w:t xml:space="preserve">6. </w:t>
      </w:r>
      <w:r>
        <w:t>Суд может отложить разбирательство дела по ходатайству лица, участвующего в деле, в связи с неявкой его представителя по уважительной причине.</w:t>
      </w:r>
    </w:p>
    <w:p>
      <w:r>
        <w:rPr>
          <w:b/>
        </w:rPr>
        <w:t>Статья 168. Последствия неявки в судебное заседание свидетелей, экспертов, специалистов, переводчиков</w:t>
      </w:r>
    </w:p>
    <w:p>
      <w:r>
        <w:rPr>
          <w:b/>
        </w:rPr>
        <w:t xml:space="preserve">1. </w:t>
      </w:r>
      <w:r>
        <w:t>В случае неявки в судебное заседание свидетелей, экспертов, специалистов, переводчиков суд выслушивает мнение лиц, участвующих в деле, о возможности рассмотрения дела в отсутствие свидетелей, экспертов, специалистов, переводчиков и выносит определение о продолжении судебного разбирательства или о его отложении.</w:t>
      </w:r>
    </w:p>
    <w:p>
      <w:r>
        <w:rPr>
          <w:b/>
        </w:rPr>
        <w:t xml:space="preserve">2. </w:t>
      </w:r>
      <w:r>
        <w:t>В случае, если вызванный свидетель, эксперт, специалист, переводчик не явился в судебное заседание по причинам, признанным судом неуважительными, он может быть подвергнут судебному штрафу в порядке и в размере, которые установлены главой 8 настоящего Кодекса. Свидетель при неявке в судебное заседание без уважительных причин по вторичному вызову может быть подвергнут принудительному приводу. (В редакции федеральных законов от 11.06.2008 № 85-ФЗ, от 28.11.2018 № 451-ФЗ)</w:t>
      </w:r>
    </w:p>
    <w:p>
      <w:r>
        <w:rPr>
          <w:b/>
        </w:rPr>
        <w:t>Статья 169. Отложение разбирательства дела</w:t>
      </w:r>
    </w:p>
    <w:p>
      <w:r>
        <w:rPr>
          <w:b/>
        </w:rPr>
        <w:t xml:space="preserve">1. </w:t>
      </w:r>
      <w:r>
        <w:t>Отложение разбирательства дела допускается в случаях, предусмотренных настоящим Кодексом, а также в случае, если суд признает невозможным рассмотрение дела в этом судебном заседании вследствие неявки кого-либо из участников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предъявления встречного иска, необходимости представления или истребования дополнительных доказательств, привлечения к участию в деле других лиц, совершения иных процессуальных действий,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Суд может отложить разбирательство дела на срок, не превышающий двух месяцев,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суда использовать примирительную процедуру. (В редакции федеральных законов от 27.07.2010 № 194-ФЗ, от 26.04.2013 № 66-ФЗ, от 26.07.2019 № 197-ФЗ, от 30.12.2021 № 440-ФЗ)</w:t>
      </w:r>
    </w:p>
    <w:p>
      <w:r>
        <w:rPr>
          <w:b/>
        </w:rPr>
        <w:t xml:space="preserve">11. </w:t>
      </w:r>
      <w:r>
        <w:t>Суд обязан отложить на тридцать дней разбирательство дела, связанного со спором о ребенке, в случае поступления письменного уведомления от центрального органа, назначенного в Российской Федерации в целях обеспечения исполнения обязательств по международному договору Российской Федерации,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 если ребенок не достиг возраста, по достижении которого указанный международный договор не подлежит применению в отношении этого ребенка. (Дополнение частью - Федеральный закон от 05.05.2014 № 126-ФЗ)</w:t>
      </w:r>
    </w:p>
    <w:p>
      <w:r>
        <w:rPr>
          <w:b/>
        </w:rPr>
        <w:t xml:space="preserve">2. </w:t>
      </w:r>
      <w:r>
        <w:t>При отложении разбирательства дела назначается дата нового судебного заседания с учетом времени, необходимого для вызова участников процесса или истребования доказательств, о чем явившимся лицам объявляется под расписку. Неявившиеся лица и вновь привлекаемые к участию в процессе лица извещаются о времени и месте нового судебного заседания.</w:t>
      </w:r>
    </w:p>
    <w:p>
      <w:r>
        <w:rPr>
          <w:b/>
        </w:rPr>
        <w:t xml:space="preserve">3. </w:t>
      </w:r>
      <w:r>
        <w:t>Разбирательство дела после его отложения возобновляется с того момента, с которого оно было отложено. Повторное рассмотрение доказательств, исследованных до отложения разбирательства дела, не производится. (В редакции Федерального закона от 29.07.2017 № 260-ФЗ)</w:t>
      </w:r>
    </w:p>
    <w:p>
      <w:r>
        <w:rPr>
          <w:b/>
        </w:rPr>
        <w:t xml:space="preserve">4. </w:t>
      </w:r>
      <w:r>
        <w:t>(Часть утратила силу - Федеральный закон от 29.07.2017 № 260-ФЗ)</w:t>
      </w:r>
    </w:p>
    <w:p>
      <w:r>
        <w:rPr>
          <w:b/>
        </w:rPr>
        <w:t>Статья 170. Допрос свидетелей при отложении разбирательства дела</w:t>
      </w:r>
    </w:p>
    <w:p>
      <w:r>
        <w:t>При отложении разбирательства дела суд вправе допросить явившихся свидетелей, если в судебном заседании присутствуют стороны. Вторичный вызов этих свидетелей в новое судебное заседание допускается только в случае необходимости.</w:t>
      </w:r>
    </w:p>
    <w:p>
      <w:r>
        <w:rPr>
          <w:b/>
        </w:rPr>
        <w:t>Статья 171. Разъяснение эксперту и специалисту их прав и обязанностей</w:t>
      </w:r>
    </w:p>
    <w:p>
      <w:r>
        <w:t>Председательствующий разъясняет эксперту и специалисту их права и обязанности, а также предупреждает эксперта об уголовной ответственности за дачу заведомо ложного заключения, о чем у него берется подписка, которая приобщается к протоколу судебного заседания.</w:t>
      </w:r>
    </w:p>
    <w:p>
      <w:r>
        <w:rPr>
          <w:b/>
        </w:rPr>
        <w:t>Статья 172. Начало рассмотрения дела по существу</w:t>
      </w:r>
    </w:p>
    <w:p>
      <w:r>
        <w:t>Рассмотрение дела по существу начинается докладом председательствующего или кого-либо из судей. Затем председательствующий выясняет, поддерживает ли истец свои требования, признает ли ответчик требования истца и не желают ли стороны закончить дело заключением мирового соглашения или проведением других примирительных процедур, в том числе процедуры медиации. (В редакции федеральных законов от 27.07.2010 № 194-ФЗ, от 26.07.2019 № 197-ФЗ, от 30.12.2021 № 440-ФЗ)</w:t>
      </w:r>
    </w:p>
    <w:p>
      <w:r>
        <w:rPr>
          <w:b/>
        </w:rPr>
        <w:t>Статья 173. Отказ истца от иска, признание иска ответчиком и мировое соглашение сторон</w:t>
      </w:r>
    </w:p>
    <w:p>
      <w:r>
        <w:rPr>
          <w:b/>
        </w:rPr>
        <w:t xml:space="preserve">1. </w:t>
      </w:r>
      <w:r>
        <w:t>Заявление истца об отказе от иска, признание иска ответчиком и условия мирового соглашения сторон заносятся в протокол судебного заседания и подписываются истцом, ответчиком или обеими сторонами. В случае, если отказ от иска, признание иска или мировое соглашение сторон выражены в адресованных суду заявлениях в письменной форме, эти заявления приобщаются к делу, на что указывается в протоколе судебного заседания.</w:t>
      </w:r>
    </w:p>
    <w:p>
      <w:r>
        <w:rPr>
          <w:b/>
        </w:rPr>
        <w:t xml:space="preserve">2. </w:t>
      </w:r>
      <w:r>
        <w:t>Суд разъясняет истцу, ответчику или сторонам последствия отказа от иска, признания иска или заключения мирового соглашения сторон.</w:t>
      </w:r>
    </w:p>
    <w:p>
      <w:r>
        <w:rPr>
          <w:b/>
        </w:rPr>
        <w:t xml:space="preserve">3. </w:t>
      </w:r>
      <w:r>
        <w:t>При отказе истца от иска и принятии его судом или утверждении мирового соглашения сторон суд выносит определение, которым одновременно прекращается производство по делу. Определение суда об утверждении мирового соглашения сторон выносится по правилам, установленным главой 141 настоящего Кодекса. При признании ответчиком иска и принятии его судом принимается решение об удовлетворении заявленных истцом требований. (В редакции Федерального закона от 28.11.2018 № 451-ФЗ)</w:t>
      </w:r>
    </w:p>
    <w:p>
      <w:r>
        <w:rPr>
          <w:b/>
        </w:rPr>
        <w:t xml:space="preserve">4. </w:t>
      </w:r>
      <w:r>
        <w:t>В случае непринятия судом отказа истца от иска, признания иска ответчиком или неутверждения мирового соглашения сторон суд выносит об этом определение и продолжает рассмотрение дела по существу.</w:t>
      </w:r>
    </w:p>
    <w:p>
      <w:r>
        <w:rPr>
          <w:b/>
        </w:rPr>
        <w:t>Статья 174. Объяснения лиц, участвующих в деле</w:t>
      </w:r>
    </w:p>
    <w:p>
      <w:r>
        <w:rPr>
          <w:b/>
        </w:rPr>
        <w:t xml:space="preserve">1. </w:t>
      </w:r>
      <w:r>
        <w:t>После доклада дела суд заслушивает объяснения истца и участвующего на его стороне третьего лица, ответчика и участвующего на его стороне третьего лица, а затем других лиц, участвующих в деле. Прокурор, представители государственных органов, органов местного самоуправления, организаций, граждане, обратившиеся в суд за защитой прав и законных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дачи ими объяснений.</w:t>
      </w:r>
    </w:p>
    <w:p>
      <w:r>
        <w:rPr>
          <w:b/>
        </w:rPr>
        <w:t xml:space="preserve">2. </w:t>
      </w:r>
      <w:r>
        <w:t>Объяснения в письменной форме лиц, участвующих в деле, в случае их неявки, а также в случаях, предусмотренных статьями 62 и 64 настоящего Кодекса, оглашаются председательствующим.</w:t>
      </w:r>
    </w:p>
    <w:p>
      <w:r>
        <w:rPr>
          <w:b/>
        </w:rPr>
        <w:t>Статья 175. Установление последовательности исследования доказательств</w:t>
      </w:r>
    </w:p>
    <w:p>
      <w:r>
        <w:t>Суд, заслушав объяснения лиц, участвующих в деле, и учитывая их мнения, устанавливает последовательность исследования доказательств.</w:t>
      </w:r>
    </w:p>
    <w:p>
      <w:r>
        <w:rPr>
          <w:b/>
        </w:rPr>
        <w:t>Статья 176. Предупреждение свидетеля об ответственности за отказ от дачи показаний и за дачу заведомо ложных показаний</w:t>
      </w:r>
    </w:p>
    <w:p>
      <w:r>
        <w:rPr>
          <w:b/>
        </w:rPr>
        <w:t xml:space="preserve">1. </w:t>
      </w:r>
      <w:r>
        <w:t>До допроса свидетеля председательствующий устанавливает его личность, разъясняет ему права и обязанности свидетеля и предупреждает об уголовной ответственности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
        <w:rPr>
          <w:b/>
        </w:rPr>
        <w:t xml:space="preserve">2. </w:t>
      </w:r>
      <w:r>
        <w:t>Свидетелю, не достигшему возраста шестнадцати лет, председательствующий разъясняет обязанность правдиво рассказать все известное ему по делу, но он не предупреждается об ответственности за неправомерный отказ от дачи показаний и за дачу заведомо ложных показаний.</w:t>
      </w:r>
    </w:p>
    <w:p>
      <w:r>
        <w:rPr>
          <w:b/>
        </w:rPr>
        <w:t>Статья 177. Порядок допроса свидетеля</w:t>
      </w:r>
    </w:p>
    <w:p>
      <w:r>
        <w:rPr>
          <w:b/>
        </w:rPr>
        <w:t xml:space="preserve">1. </w:t>
      </w:r>
      <w:r>
        <w:t>Каждый свидетель допрашивается отдельно. Свидетель может быть допрошен путем использования систем видеоконференц-связи либо системы веб-конференции. Допрос свидетеля путем использования систем видеоконференц-связи проводится судом, рассматривающим гражданское дело по существу, по общим правилам, установленным настоящим Кодексом, с учетом особенностей, предусмотренных статьей 1551 настоящего Кодекса. (В редакции Федерального закона от 30.12.2021 № 440-ФЗ)</w:t>
        <w:br/>
        <w:t>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Подписка, которая берется у свидетеля о том, что ему разъяснены его обязанности и ответственность, подписывается усиленной квалифицированной электронной подписью. Допрос свидетеля проводится судом, рассматривающим гражданское дело по существу, по общим правилам, установленным настоящим Кодексом, с учетом особенностей, предусмотренных статьей 1552 настоящего Кодекса. (Дополнение абзацем - Федеральный закон от 30.12.2021 № 440-ФЗ)</w:t>
        <w:br/>
        <w:t>(Часть в редакции Федерального закона от 26.04.2013 № 66-ФЗ)</w:t>
      </w:r>
    </w:p>
    <w:p>
      <w:r>
        <w:rPr>
          <w:b/>
        </w:rPr>
        <w:t xml:space="preserve">2. </w:t>
      </w:r>
      <w:r>
        <w:t>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r>
        <w:rPr>
          <w:b/>
        </w:rPr>
        <w:t xml:space="preserve">3. </w:t>
      </w:r>
      <w:r>
        <w:t>После этого свидетелю могут быть заданы вопросы. Первым задает вопросы лицо, по заявлению которого вызван свидетель, представитель этого лица, а затем другие лица, участвующие в деле, их представители. Судьи вправе задавать вопросы свидетелю в любой момент его допроса.</w:t>
      </w:r>
    </w:p>
    <w:p>
      <w:r>
        <w:rPr>
          <w:b/>
        </w:rPr>
        <w:t xml:space="preserve">4. </w:t>
      </w:r>
      <w:r>
        <w:t>В случае необходимости суд повторно может допросить свидетеля в том же или в следующем судебном заседании, а также повторно допросить свидетелей для выяснения противоречий в их показаниях.</w:t>
      </w:r>
    </w:p>
    <w:p>
      <w:r>
        <w:rPr>
          <w:b/>
        </w:rPr>
        <w:t xml:space="preserve">5. </w:t>
      </w:r>
      <w:r>
        <w:t>Допрошенный свидетель остается в зале судебного заседания до окончания разбирательства дела, если суд не разрешит ему удалиться раньше.</w:t>
      </w:r>
    </w:p>
    <w:p>
      <w:r>
        <w:rPr>
          <w:b/>
        </w:rPr>
        <w:t>Статья 178. Использование свидетелем письменных материалов</w:t>
      </w:r>
    </w:p>
    <w:p>
      <w:r>
        <w:t>Свидетель при даче показаний может пользоваться письменными материалами в случаях, если показания связаны с какими-либо цифровыми или другими данными, которые трудно удержать в памяти. Эти материалы предъявляются суду, лицам, участвующим в деле, и могут быть приобщены к делу на основании определения суда.</w:t>
      </w:r>
    </w:p>
    <w:p>
      <w:r>
        <w:rPr>
          <w:b/>
        </w:rPr>
        <w:t>Статья 179. Допрос несовершеннолетнего свидетеля</w:t>
      </w:r>
    </w:p>
    <w:p>
      <w:r>
        <w:rPr>
          <w:b/>
        </w:rPr>
        <w:t xml:space="preserve">1. </w:t>
      </w:r>
      <w:r>
        <w:t>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r>
        <w:rPr>
          <w:b/>
        </w:rPr>
        <w:t xml:space="preserve">2. </w:t>
      </w:r>
      <w:r>
        <w:t>В исключительных случаях, если это необходимо для установления обстоятельств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или может быть удален кто-либо из граждан, присутствующих в зале судебного заседания. Лицу, участвующему в деле,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
        <w:rPr>
          <w:b/>
        </w:rPr>
        <w:t xml:space="preserve">3. </w:t>
      </w:r>
      <w:r>
        <w:t>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
        <w:rPr>
          <w:b/>
        </w:rPr>
        <w:t>Статья 180. Оглашение показаний свидетелей</w:t>
      </w:r>
    </w:p>
    <w:p>
      <w:r>
        <w:t>Показания свидетелей, полученные в случаях, предусмотренных статьями 62, 64, частью первой статьи 70 и статьей 170 настоящего Кодекса, оглашаются в судебном заседании, после чего лица, участвующие в деле, вправе дать по ним объяснения.</w:t>
      </w:r>
    </w:p>
    <w:p>
      <w:r>
        <w:rPr>
          <w:b/>
        </w:rPr>
        <w:t>Статья 181. Исследование письменных доказательств</w:t>
      </w:r>
    </w:p>
    <w:p>
      <w:r>
        <w:t>Письменные доказательства или протоколы их осмотра, составленные в случаях, предусмотренных статьями 62, 64, пунктом 10 части первой статьи 150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 После этого лица, участвующие в деле, могут дать объяснения.</w:t>
      </w:r>
    </w:p>
    <w:p>
      <w:r>
        <w:rPr>
          <w:b/>
        </w:rPr>
        <w:t>Статья 182. Оглашение и исследование переписки и телеграфных сообщений граждан</w:t>
      </w:r>
    </w:p>
    <w:p>
      <w:r>
        <w:t>В целях охраны тайны переписки и телеграфных сообщений переписка и телеграфные сообщения граждан могут быть оглашены и исследованы судом в открытом судебном заседании только с согласия лиц, между которыми эти переписка и телеграфные сообщения происходили. Без согласия этих лиц их переписка и телеграфные сообщения оглашаются и исследуются в закрытом судебном заседании.</w:t>
      </w:r>
    </w:p>
    <w:p>
      <w:r>
        <w:rPr>
          <w:b/>
        </w:rPr>
        <w:t>Статья 183. Исследование вещественных доказательств</w:t>
      </w:r>
    </w:p>
    <w:p>
      <w:r>
        <w:rPr>
          <w:b/>
        </w:rPr>
        <w:t xml:space="preserve">1. </w:t>
      </w:r>
      <w:r>
        <w:t>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r>
        <w:rPr>
          <w:b/>
        </w:rPr>
        <w:t xml:space="preserve">2. </w:t>
      </w:r>
      <w:r>
        <w:t>Протоколы осмотра на месте вещественных доказательств оглашаются в судебном заседании, после чего лица, участвующие в деле, могут дать объяснения.</w:t>
      </w:r>
    </w:p>
    <w:p>
      <w:r>
        <w:rPr>
          <w:b/>
        </w:rPr>
        <w:t>Статья 184. Осмотр на месте</w:t>
      </w:r>
    </w:p>
    <w:p>
      <w:r>
        <w:rPr>
          <w:b/>
        </w:rPr>
        <w:t xml:space="preserve">1. </w:t>
      </w:r>
      <w:r>
        <w:t>Письменные и вещественные доказательства, которые невозможно или затруднительно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w:t>
      </w:r>
    </w:p>
    <w:p>
      <w:r>
        <w:rPr>
          <w:b/>
        </w:rPr>
        <w:t xml:space="preserve">2. </w:t>
      </w:r>
      <w:r>
        <w:t>О времени и месте осмотра извещаются лица, участвующие в деле, их представители, однако их неявка не препятствует проведению осмотра. В необходимых случаях также вызываются свидетели, эксперты, специалисты.</w:t>
      </w:r>
    </w:p>
    <w:p>
      <w:r>
        <w:rPr>
          <w:b/>
        </w:rPr>
        <w:t xml:space="preserve">3. </w:t>
      </w:r>
      <w:r>
        <w:t>Результаты осмотра на месте заносятся в протокол судебного заседания. К протоколу прилагаются составленные или проверенные при осмотре планы, схемы, чертежи, расчеты, копии документов, сделанные во время осмотра видеозаписи, фотоснимки письменных и вещественных доказательств, а также заключение эксперта и консультация специалиста в письменной форме.</w:t>
      </w:r>
    </w:p>
    <w:p>
      <w:r>
        <w:rPr>
          <w:b/>
        </w:rPr>
        <w:t>Статья 185. Воспроизведение аудио- или видеозаписи и ее исследование</w:t>
      </w:r>
    </w:p>
    <w:p>
      <w:r>
        <w:rPr>
          <w:b/>
        </w:rPr>
        <w:t xml:space="preserve">1. </w:t>
      </w:r>
      <w:r>
        <w:t>При воспроизведении аудио- или видеозаписи, содержащей сведения личного характера, а также при ее исследовании применяются правила, предусмотренные статьей 182 настоящего Кодекса.</w:t>
      </w:r>
    </w:p>
    <w:p>
      <w:r>
        <w:rPr>
          <w:b/>
        </w:rPr>
        <w:t xml:space="preserve">2. </w:t>
      </w:r>
      <w:r>
        <w:t>Воспроизведение аудио- или видеозаписи осуществляется в зале заседания или ином специально оборудованном для этой цели помещении с указанием в протоколе судебного заседания признаков воспроизводящих источников доказательств и времени воспроизведения. После этого суд заслушивает объяснения лиц, участвующих в деле. При необходимости воспроизведение аудио- или видеозаписи может быть повторено полностью либо в какой-либо части.</w:t>
      </w:r>
    </w:p>
    <w:p>
      <w:r>
        <w:rPr>
          <w:b/>
        </w:rPr>
        <w:t xml:space="preserve">3. </w:t>
      </w:r>
      <w:r>
        <w:t>В целях выяснения содержащихся в аудио- или видеозаписи сведений судом может быть привлечен специалист. В необходимых случаях суд может назначить экспертизу.</w:t>
      </w:r>
    </w:p>
    <w:p>
      <w:r>
        <w:rPr>
          <w:b/>
        </w:rPr>
        <w:t>Статья 186. Заявление о подложности доказательства</w:t>
      </w:r>
    </w:p>
    <w:p>
      <w:r>
        <w:t>В случае заявления о том, что имеющееся в деле доказательство является подложным, суд может для проверки этого заявления назначить экспертизу или предложить сторонам представить иные доказательства.</w:t>
      </w:r>
    </w:p>
    <w:p>
      <w:r>
        <w:rPr>
          <w:b/>
        </w:rPr>
        <w:t>Статья 187. Исследование заключения эксперта. Назначение дополнительной или повторной экспертизы</w:t>
      </w:r>
    </w:p>
    <w:p>
      <w:r>
        <w:rPr>
          <w:b/>
        </w:rPr>
        <w:t xml:space="preserve">1. </w:t>
      </w:r>
      <w:r>
        <w:t>Заключение эксперта оглашается в судебном заседании. В целях разъяснения и дополнения заключения эксперту могут быть заданы вопросы. Первым задает вопросы лицо, по заявлению которого назначена экспертиза, его представитель, а затем задают вопросы другие лица, участвующие в деле, их представители. В случае, если экспертиза назначена по инициативе суда, первым задает вопросы эксперту истец, его представитель. Судьи вправе задавать вопросы эксперту в любой момент его допроса. Суд может провести допрос эксперта путем использования систем видеоконференц-связи в порядке, установленном статьей 1551 настоящего Кодекса, либо путем использования системы веб-конференции в порядке, установленном статьей 1552 настоящего Кодекса. (В редакции федеральных законов от 26.04.2013 № 66-ФЗ, от 30.12.2021 № 440-ФЗ)</w:t>
      </w:r>
    </w:p>
    <w:p>
      <w:r>
        <w:rPr>
          <w:b/>
        </w:rPr>
        <w:t xml:space="preserve">2. </w:t>
      </w:r>
      <w:r>
        <w:t>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делу либо в определении суда о назначении дополнительной или повторной экспертизы, проводимой в случаях и в порядке, которые предусмотрены статьей 87 настоящего Кодекса.</w:t>
      </w:r>
    </w:p>
    <w:p>
      <w:r>
        <w:rPr>
          <w:b/>
        </w:rPr>
        <w:t>Статья 188. Консультация специалиста</w:t>
      </w:r>
    </w:p>
    <w:p>
      <w:r>
        <w:rPr>
          <w:b/>
        </w:rPr>
        <w:t xml:space="preserve">1. </w:t>
      </w:r>
      <w:r>
        <w:t>В необходимых случаях при осмотре письменных или вещественных доказательств, воспроизведении аудио- или видеозаписи,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w:t>
      </w:r>
    </w:p>
    <w:p>
      <w:r>
        <w:rPr>
          <w:b/>
        </w:rPr>
        <w:t xml:space="preserve">2. </w:t>
      </w:r>
      <w:r>
        <w:t>Лицо, вызванное в качестве специалиста, обязано явиться в суд, отвечать на поставленные судом вопросы, давать в устной или письменной форме консультации и пояснения, при необходимости оказывать суду техническую помощь. Консультации и пояснения специалиста могут быть получены путем использования систем видеоконференц-связи в порядке, установленном статьей 1551 настоящего Кодекса, либо путем использования системы веб-конференции в порядке, установленном статьей 1552 настоящего Кодекса. (В редакции федеральных законов от 26.04.2013 № 66-ФЗ, от 30.12.2021 № 440-ФЗ)</w:t>
      </w:r>
    </w:p>
    <w:p>
      <w:r>
        <w:rPr>
          <w:b/>
        </w:rPr>
        <w:t xml:space="preserve">3. </w:t>
      </w:r>
      <w:r>
        <w:t>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br/>
        <w:t>Консультация специалиста, данная в письменной форме, оглашается в судебном заседании и приобщается к делу. Консультации и пояснения специалиста, данные в устной форме, заносятся в протокол судебного заседания.</w:t>
      </w:r>
    </w:p>
    <w:p>
      <w:r>
        <w:rPr>
          <w:b/>
        </w:rPr>
        <w:t xml:space="preserve">4. </w:t>
      </w:r>
      <w:r>
        <w:t>В целях разъяснения и дополнения консультации специалисту могут быть заданы вопросы. Первым задает вопросы лицо, по заявлению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первым задает вопросы истец, его представитель. Судьи вправе задавать вопросы специалисту в любой момент его допроса.</w:t>
      </w:r>
    </w:p>
    <w:p>
      <w:r>
        <w:rPr>
          <w:b/>
        </w:rPr>
        <w:t>Статья 189. Окончание рассмотрения дела по существу</w:t>
      </w:r>
    </w:p>
    <w:p>
      <w:r>
        <w:t>После исследования всех доказательств председательствующий предоставляет слово для заключения по делу прокурору, представителю государственного органа или представителю органа местного самоуправления, участвующим в процессе в соответствии с частью третьей статьи 45 и со статьей 47 настоящего Кодекса, выясняет у других лиц, участвующих в деле, их представителей, не желают ли они выступить с дополнительными объяснениями. При отсутствии таких заявлений председательствующий объявляет рассмотрение дела по существу законченным и суд переходит к судебным прениям.</w:t>
      </w:r>
    </w:p>
    <w:p>
      <w:r>
        <w:rPr>
          <w:b/>
        </w:rPr>
        <w:t>Статья 190. Судебные прения</w:t>
      </w:r>
    </w:p>
    <w:p>
      <w:r>
        <w:rPr>
          <w:b/>
        </w:rPr>
        <w:t xml:space="preserve">1. </w:t>
      </w:r>
      <w:r>
        <w:t>Судебные прения состоят из речей лиц, участвующих в деле, их представителей. В судебных прениях первым выступает истец, его представитель, затем - ответчик, его представитель.</w:t>
      </w:r>
    </w:p>
    <w:p>
      <w:r>
        <w:rPr>
          <w:b/>
        </w:rPr>
        <w:t xml:space="preserve">2. </w:t>
      </w:r>
      <w:r>
        <w:t>Третье лицо, заявившее самостоятельное требование относительно предмета спора в начатом процессе, и его представитель в судебных прениях выступают после сторон, их представителей. Третье лицо, не заявившее самостоятельных требований относительно предмета спора, и его представитель в судебных прениях выступают после истца или ответчика, на стороне одного из которых третье лицо участвует в деле.</w:t>
      </w:r>
    </w:p>
    <w:p>
      <w:r>
        <w:rPr>
          <w:b/>
        </w:rPr>
        <w:t xml:space="preserve">3. </w:t>
      </w:r>
      <w:r>
        <w:t>Прокурор, представители государственных органов, органов местного самоуправления, организаций и граждане, обратившиеся в суд за защитой прав и законных интересов других лиц, выступают в судебных прениях первыми.</w:t>
      </w:r>
    </w:p>
    <w:p>
      <w:r>
        <w:rPr>
          <w:b/>
        </w:rPr>
        <w:t xml:space="preserve">4. </w:t>
      </w:r>
      <w:r>
        <w:t>После произнесения речей всеми лицами, участвующими в деле, их представителями они могут выступить с репликами в связи со сказанным. Право последней реплики всегда принадлежит ответчику, его представителю.</w:t>
      </w:r>
    </w:p>
    <w:p>
      <w:r>
        <w:rPr>
          <w:b/>
        </w:rPr>
        <w:t>Статья 191. Возобновление рассмотрения дела по существу</w:t>
      </w:r>
    </w:p>
    <w:p>
      <w:r>
        <w:rPr>
          <w:b/>
        </w:rPr>
        <w:t xml:space="preserve">1. </w:t>
      </w:r>
      <w:r>
        <w:t>Лица, участвующие в деле, их представители в своих выступлениях после окончания рассмотрения дела по существу не вправе ссылаться на обстоятельства, которые судом не выяснялись, а также на доказательства, которые не исследовались в судебном заседании.</w:t>
      </w:r>
    </w:p>
    <w:p>
      <w:r>
        <w:rPr>
          <w:b/>
        </w:rPr>
        <w:t xml:space="preserve">2. </w:t>
      </w:r>
      <w:r>
        <w:t>В случае, если суд во время или после судебных прений признает необходимым выяснить новые обстоятельства, имеющие значение для рассмотрения дела, или исследовать новые доказательства, он выносит определение о возобновлении рассмотрения дела по существу. После окончания рассмотрения дела по существу судебные прения происходят в общем порядке.</w:t>
      </w:r>
    </w:p>
    <w:p>
      <w:r>
        <w:rPr>
          <w:b/>
        </w:rPr>
        <w:t>Статья 192. Удаление суда для принятия решения</w:t>
      </w:r>
    </w:p>
    <w:p>
      <w:r>
        <w:t>После судебных прений суд удаляется в совещательную комнату для принятия решения, о чем председательствующий объявляет присутствующим в зале судебного заседания.</w:t>
      </w:r>
    </w:p>
    <w:p>
      <w:r>
        <w:rPr>
          <w:b/>
        </w:rPr>
        <w:t>Статья 193. Объявление решения суда</w:t>
      </w:r>
    </w:p>
    <w:p>
      <w:r>
        <w:rPr>
          <w:b/>
        </w:rPr>
        <w:t xml:space="preserve">1. </w:t>
      </w:r>
      <w:r>
        <w:t>После принятия и подписания решения суд возвращается в зал заседания, где председательствующий или один из судей объявляет решение суда. Затем председательствующий устно разъясняет содержание решения суда, порядок и срок его обжалования, а также объявляет о наличии особого мнения судьи и разъясняет лицам, участвующим в деле, право и срок ознакомления с особым мнением судьи. (В редакции Федерального закона от 21.10.2013 № 272-ФЗ)</w:t>
      </w:r>
    </w:p>
    <w:p>
      <w:r>
        <w:rPr>
          <w:b/>
        </w:rPr>
        <w:t xml:space="preserve">2. </w:t>
      </w:r>
      <w:r>
        <w:t>При объявлении только резолютивной части решения суда председательствующий обязан разъяснить, когда лица, участвующие в деле, их представители могут ознакомиться с мотивированным решением суда.</w:t>
      </w:r>
    </w:p>
    <w:p>
      <w:r>
        <w:rPr>
          <w:b/>
        </w:rPr>
        <w:t xml:space="preserve">3. </w:t>
      </w:r>
      <w:r>
        <w:t>Мировой судья при объявлении резолютивной части решения суда разъясняет право лиц, участвующих в деле, их представителей подать заявление о составлении мотивированного решения суда. В случае подачи такого заявления мировой судья разъясняет, когда лица, участвующие в деле, их представители могут ознакомиться с мотивированным решением суда. (Дополнение частью - Федеральный закон от 04.03.2013 № 20-ФЗ)</w:t>
      </w:r>
    </w:p>
    <w:p>
      <w:pPr>
        <w:pStyle w:val="Heading3"/>
      </w:pPr>
      <w:r>
        <w:t>РЕШЕНИЕ СУДА</w:t>
      </w:r>
    </w:p>
    <w:p>
      <w:r>
        <w:rPr>
          <w:b/>
        </w:rPr>
        <w:t>Статья 194. Принятие решения суда</w:t>
      </w:r>
    </w:p>
    <w:p>
      <w:r>
        <w:rPr>
          <w:b/>
        </w:rPr>
        <w:t xml:space="preserve">1. </w:t>
      </w:r>
      <w:r>
        <w:t>Постановление суда первой инстанции, которым дело разрешается по существу, принимается именем Российской Федерации в форме решения суда.</w:t>
      </w:r>
    </w:p>
    <w:p>
      <w:r>
        <w:rPr>
          <w:b/>
        </w:rPr>
        <w:t xml:space="preserve">2. </w:t>
      </w:r>
      <w:r>
        <w:t>Решение суда принимается в совещательной комнате, где могут находиться только судья, рассматривающий дело, или судьи, входящие в состав суда по делу. Присутствие иных лиц в совещательной комнате не допускается.</w:t>
      </w:r>
    </w:p>
    <w:p>
      <w:r>
        <w:rPr>
          <w:b/>
        </w:rPr>
        <w:t xml:space="preserve">3. </w:t>
      </w:r>
      <w:r>
        <w:t>Совещание судей происходит в порядке, предусмотренном статьей 15 настоящего Кодекса. Судьи не могут разглашать суждения, высказывавшиеся во время совещания.</w:t>
      </w:r>
    </w:p>
    <w:p>
      <w:r>
        <w:rPr>
          <w:b/>
        </w:rPr>
        <w:t xml:space="preserve">4. </w:t>
      </w:r>
      <w:r>
        <w:t>Судья, оставшийся при особом мнении по принятому решению, в срок не более чем пять дней со дня принятия решения судом вправе письменно изложить особое мнение. При изложении своего особого мнения судья не вправе указывать в нем сведения о суждениях, имевших место при обсуждении и принятии решения, о позиции отдельных судей, входивших в состав суда, или иным способом раскрывать тайну совещания судей. Особое мнение судьи приобщается к принятому решению. (Дополнение частью - Федеральный закон от 21.10.2013 № 272-ФЗ)</w:t>
      </w:r>
    </w:p>
    <w:p>
      <w:r>
        <w:rPr>
          <w:b/>
        </w:rPr>
        <w:t>Статья 195. Законность и обоснованность решения суда</w:t>
      </w:r>
    </w:p>
    <w:p>
      <w:r>
        <w:rPr>
          <w:b/>
        </w:rPr>
        <w:t xml:space="preserve">1. </w:t>
      </w:r>
      <w:r>
        <w:t>Решение суда должно быть законным и обоснованным.</w:t>
      </w:r>
    </w:p>
    <w:p>
      <w:r>
        <w:rPr>
          <w:b/>
        </w:rPr>
        <w:t xml:space="preserve">2. </w:t>
      </w:r>
      <w:r>
        <w:t>Суд основывает решение только на тех доказательствах, которые были исследованы в судебном заседании.</w:t>
      </w:r>
    </w:p>
    <w:p>
      <w:r>
        <w:rPr>
          <w:b/>
        </w:rPr>
        <w:t>Статья 196. Вопросы, разрешаемые при принятии решения суда</w:t>
      </w:r>
    </w:p>
    <w:p>
      <w:r>
        <w:rPr>
          <w:b/>
        </w:rPr>
        <w:t xml:space="preserve">1. </w:t>
      </w:r>
      <w:r>
        <w:t>При принятии решения суд оценивает доказательства, определяет,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w:t>
      </w:r>
    </w:p>
    <w:p>
      <w:r>
        <w:rPr>
          <w:b/>
        </w:rPr>
        <w:t xml:space="preserve">2. </w:t>
      </w:r>
      <w:r>
        <w:t>Суд, признав необходимым выяснить новые обстоятельства, имеющие значение для рассмотрения дела, или исследовать новые доказательства, выносит определение о возобновлении судебного разбирательства. После окончания рассмотрения дела по существу суд вновь заслушивает судебные прения.</w:t>
      </w:r>
    </w:p>
    <w:p>
      <w:r>
        <w:rPr>
          <w:b/>
        </w:rPr>
        <w:t xml:space="preserve">3. </w:t>
      </w:r>
      <w:r>
        <w:t>Суд принимает решение по заявленным истцом требованиям. Однако суд может выйти за пределы заявленных требований в случаях, предусмотренных федеральным законом.</w:t>
      </w:r>
    </w:p>
    <w:p>
      <w:r>
        <w:rPr>
          <w:b/>
        </w:rPr>
        <w:t>Статья 197. Изложение решения суда</w:t>
      </w:r>
    </w:p>
    <w:p>
      <w:r>
        <w:rPr>
          <w:b/>
        </w:rPr>
        <w:t xml:space="preserve">1. </w:t>
      </w:r>
      <w:r>
        <w:t>Решение суда излагается в письменной форме председательствующим или одним из судей.</w:t>
        <w:br/>
        <w:t>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 (Дополнение абзацем - Федеральный закон от 23.06.2016 № 220-ФЗ)</w:t>
      </w:r>
    </w:p>
    <w:p>
      <w:r>
        <w:rPr>
          <w:b/>
        </w:rPr>
        <w:t xml:space="preserve">2. </w:t>
      </w:r>
      <w:r>
        <w:t>Решение суда подписывается судьей при единоличном рассмотрении им дела или всеми судьями при коллегиальном рассмотрении дела, в том числе судьей, оставшимся при особом мнении. Исправления, внесенные в решение суда, должны быть удостоверены подписями судей.</w:t>
      </w:r>
    </w:p>
    <w:p>
      <w:r>
        <w:rPr>
          <w:b/>
        </w:rPr>
        <w:t>Статья 198. Содержание решения суда</w:t>
      </w:r>
    </w:p>
    <w:p>
      <w:r>
        <w:rPr>
          <w:b/>
        </w:rPr>
        <w:t xml:space="preserve">1. </w:t>
      </w:r>
      <w:r>
        <w:t>Решение суда состоит из вводной, описательной, мотивировочной и резолютивной частей.</w:t>
      </w:r>
    </w:p>
    <w:p>
      <w:r>
        <w:rPr>
          <w:b/>
        </w:rPr>
        <w:t xml:space="preserve">2. </w:t>
      </w:r>
      <w:r>
        <w:t>В вводной части решения суда указываются номер дела, дата и место принятия решения суда, наименование суда, принявшего решение, состав суда, помощник судьи, секретарь судебного заседания, стороны, другие лица, участвующие в деле, их представители, предмет спора или заявленное требование. (В редакции федеральных законов от 29.07.2018 № 265-ФЗ, от 28.11.2018 № 451-ФЗ)</w:t>
      </w:r>
    </w:p>
    <w:p>
      <w:r>
        <w:rPr>
          <w:b/>
        </w:rPr>
        <w:t xml:space="preserve">3. </w:t>
      </w:r>
      <w:r>
        <w:t>Описательная часть решения суда должна содержать указание на требование истца, возражения ответчика и объяснения других лиц, участвующих в деле.</w:t>
      </w:r>
    </w:p>
    <w:p>
      <w:r>
        <w:rPr>
          <w:b/>
        </w:rPr>
        <w:t xml:space="preserve">4. </w:t>
      </w:r>
      <w:r>
        <w:t>В мотивировочной части решения суда должны быть указаны:</w:t>
      </w:r>
    </w:p>
    <w:p>
      <w:r>
        <w:rPr>
          <w:b/>
        </w:rPr>
        <w:t xml:space="preserve">4. </w:t>
      </w:r>
      <w:r>
        <w:t>фактические и иные обстоятельства дела, установленные судом;</w:t>
      </w:r>
    </w:p>
    <w:p>
      <w:r>
        <w:rPr>
          <w:b/>
        </w:rPr>
        <w:t xml:space="preserve">4. </w:t>
      </w:r>
      <w:r>
        <w:t>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
        <w:rPr>
          <w:b/>
        </w:rPr>
        <w:t xml:space="preserve">4. </w:t>
      </w:r>
      <w:r>
        <w:t>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br/>
        <w:t>(Часть в редакции Федерального закона от 28.11.2018 № 451-ФЗ)</w:t>
      </w:r>
    </w:p>
    <w:p>
      <w:r>
        <w:rPr>
          <w:b/>
        </w:rPr>
        <w:t xml:space="preserve">41. </w:t>
      </w:r>
      <w:r>
        <w:t>В случае признания иска ответчиком в мотивировочной части решения суда может быть указано только на признание иска и принятие его судом.</w:t>
        <w:br/>
        <w:t>В случае отказа в иске в связи с истечением срока исковой давности или признанием неуважительными причин пропуска срока обращения в суд в мотивировочной части решения суда указывается только на установление судом данных обстоятельств.</w:t>
        <w:br/>
        <w:t>В мотивировочной части решения суда могут содержаться ссылки на постановления Пленума Верховного Суда Российской Федерации по вопросам судебной практики, постановления Президиума Верховного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br/>
        <w:t>(Дополнение частью - Федеральный закон от 28.11.2018 № 451-ФЗ)</w:t>
      </w:r>
    </w:p>
    <w:p>
      <w:r>
        <w:rPr>
          <w:b/>
        </w:rPr>
        <w:t xml:space="preserve">5. </w:t>
      </w:r>
      <w:r>
        <w:t>Резолютивная часть решения суда должна содержать выводы суда об удовлетворении иска либо об отказе в удовлетворении иска полностью или в части,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судебных расходов, срок и порядок обжалования решения суда. Резолютивная часть решения суда, принятого мировым судьей, также должна содержать указание на срок и порядок подачи заявления о составлении мотивированного решения суда. (В редакции Федерального закона от 21.12.2021 № 417-ФЗ)</w:t>
      </w:r>
    </w:p>
    <w:p>
      <w:r>
        <w:rPr>
          <w:b/>
        </w:rPr>
        <w:t>Статья 199. Составление решения суда</w:t>
      </w:r>
    </w:p>
    <w:p>
      <w:r>
        <w:rPr>
          <w:b/>
        </w:rPr>
        <w:t xml:space="preserve">1. </w:t>
      </w:r>
      <w:r>
        <w:t>Решение суда принимается немедленно после разбирательства дела. Резолютивную часть решения суд должен объявить в том же судебном заседании, в котором закончилось разбирательство дела. Объявленная резолютивная часть решения суда должна быть подписана всеми судьями и приобщена к делу. 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 (В редакции Федерального закона от 23.06.2016 № 220-ФЗ)</w:t>
      </w:r>
    </w:p>
    <w:p>
      <w:r>
        <w:rPr>
          <w:b/>
        </w:rPr>
        <w:t xml:space="preserve">2. </w:t>
      </w:r>
      <w:r>
        <w:t>Составление мотивированного решения суда может быть отложено на срок не более чем десять дней со дня окончания разбирательства дела.</w:t>
        <w:br/>
        <w:t>В мотивированном решении суда должна быть указана дата его изготовления.</w:t>
        <w:br/>
        <w:t>(Часть в редакции Федерального закона от 12.06.2024 № 135-ФЗ)</w:t>
      </w:r>
    </w:p>
    <w:p>
      <w:r>
        <w:rPr>
          <w:b/>
        </w:rPr>
        <w:t xml:space="preserve">3. </w:t>
      </w:r>
      <w:r>
        <w:t>Мировой судья может не составлять мотивированное решение суда по рассмотренному им делу.</w:t>
      </w:r>
    </w:p>
    <w:p>
      <w:r>
        <w:rPr>
          <w:b/>
        </w:rPr>
        <w:t xml:space="preserve">4. </w:t>
      </w:r>
      <w:r>
        <w:t>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w:t>
      </w:r>
    </w:p>
    <w:p>
      <w:r>
        <w:rPr>
          <w:b/>
        </w:rPr>
        <w:t xml:space="preserve">4. </w:t>
      </w:r>
      <w:r>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
        <w:rPr>
          <w:b/>
        </w:rPr>
        <w:t xml:space="preserve">4. </w:t>
      </w:r>
      <w:r>
        <w:t>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
        <w:rPr>
          <w:b/>
        </w:rPr>
        <w:t xml:space="preserve">5. </w:t>
      </w:r>
      <w:r>
        <w:t>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 (В редакции Федерального закона от 12.06.2024 № 135-ФЗ)</w:t>
      </w:r>
    </w:p>
    <w:p>
      <w:r>
        <w:rPr>
          <w:b/>
        </w:rPr>
        <w:t xml:space="preserve">6. </w:t>
      </w:r>
      <w:r>
        <w:t>Решение суда по делу, рассмотренному в порядке упрощенного производства, составляется с учетом особенностей, предусмотренных статьей 2324 настоящего Кодекса. (Дополнение частью - Федеральный закон от 02.03.2016 № 45-ФЗ)</w:t>
        <w:br/>
        <w:t>(Статья в редакции Федерального закона от 04.03.2013 № 20-ФЗ)</w:t>
      </w:r>
    </w:p>
    <w:p>
      <w:r>
        <w:rPr>
          <w:b/>
        </w:rPr>
        <w:t>Статья 200. Исправление описок и явных арифметических ошибок в решении суда</w:t>
      </w:r>
    </w:p>
    <w:p>
      <w:r>
        <w:rPr>
          <w:b/>
        </w:rPr>
        <w:t xml:space="preserve">1. </w:t>
      </w:r>
      <w:r>
        <w:t>После объявления решения суд, принявший решение по делу, не вправе отменить или изменить его.</w:t>
      </w:r>
    </w:p>
    <w:p>
      <w:r>
        <w:rPr>
          <w:b/>
        </w:rPr>
        <w:t xml:space="preserve">2. </w:t>
      </w:r>
      <w:r>
        <w:t>Суд может по своей инициативе или по заявлению лиц, участвующих в деле, исправить допущенные в решении суда описки или явные арифметические ошибки. (В редакции Федерального закона от 28.11.2018 № 451-ФЗ)</w:t>
      </w:r>
    </w:p>
    <w:p>
      <w:r>
        <w:rPr>
          <w:b/>
        </w:rPr>
        <w:t xml:space="preserve">3. </w:t>
      </w:r>
      <w:r>
        <w:t>(Часть утратила силу - Федеральный закон от 28.11.2018 № 451-ФЗ)</w:t>
      </w:r>
    </w:p>
    <w:p>
      <w:r>
        <w:rPr>
          <w:b/>
        </w:rPr>
        <w:t>Статья 201. Дополнительное решение суда</w:t>
      </w:r>
    </w:p>
    <w:p>
      <w:r>
        <w:rPr>
          <w:b/>
        </w:rPr>
        <w:t xml:space="preserve">1. </w:t>
      </w:r>
      <w:r>
        <w:t>Суд, принявший решение по делу, может по своей инициативе или по заявлению лиц, участвующих в деле, принять дополнительное решение суда в случае, если:</w:t>
      </w:r>
    </w:p>
    <w:p>
      <w:r>
        <w:rPr>
          <w:b/>
        </w:rPr>
        <w:t xml:space="preserve">1. </w:t>
      </w:r>
      <w:r>
        <w:t>по какому-либо требованию, по которому лица, участвующие в деле, представляли доказательства и давали объяснения, не было принято решение суда;</w:t>
      </w:r>
    </w:p>
    <w:p>
      <w:r>
        <w:rPr>
          <w:b/>
        </w:rPr>
        <w:t xml:space="preserve">1. </w:t>
      </w:r>
      <w:r>
        <w:t>суд, разрешив вопрос о праве, не указал размер присужденной суммы, имущество, подлежащее передаче, или действия, которые обязан совершить ответчик;</w:t>
      </w:r>
    </w:p>
    <w:p>
      <w:r>
        <w:rPr>
          <w:b/>
        </w:rPr>
        <w:t xml:space="preserve">1. </w:t>
      </w:r>
      <w:r>
        <w:t>судом не разрешен вопрос о судебных расходах.</w:t>
      </w:r>
    </w:p>
    <w:p>
      <w:r>
        <w:rPr>
          <w:b/>
        </w:rPr>
        <w:t xml:space="preserve">2. </w:t>
      </w:r>
      <w:r>
        <w:t>Вопрос о принятии дополнительного решения суда может быть поставлен до вступления в законную силу решения суда. Дополнительное решение принимается судом после рассмотрения указанного вопроса в судебном заседании и может быть обжаловано. Лица, участвующие в деле, извещаются о времени и месте судебного заседания, однако их неявка не является препятствием к рассмотрению и разрешению вопроса о принятии дополнительного решения суда.</w:t>
      </w:r>
    </w:p>
    <w:p>
      <w:r>
        <w:rPr>
          <w:b/>
        </w:rPr>
        <w:t xml:space="preserve">3. </w:t>
      </w:r>
      <w:r>
        <w:t>На определение суда об отказе в принятии дополнительного решения суда может быть подана частная жалоба.</w:t>
      </w:r>
    </w:p>
    <w:p>
      <w:r>
        <w:rPr>
          <w:b/>
        </w:rPr>
        <w:t>Статья 202. Разъяснение решения суда</w:t>
      </w:r>
    </w:p>
    <w:p>
      <w:r>
        <w:t>В случае неясности решения суда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br/>
        <w:t>(Статья в редакции Федерального закона от 28.11.2018 № 451-ФЗ)</w:t>
      </w:r>
    </w:p>
    <w:p>
      <w:r>
        <w:rPr>
          <w:b/>
        </w:rPr>
        <w:t>Статья 203. Отсрочка или рассрочка исполнения решения суда, изменение способа и порядка исполнения решения суда</w:t>
      </w:r>
    </w:p>
    <w:p>
      <w:r>
        <w:t>Суд, рассмотревший дело, по заявлениям лиц, участвующих в деле, судебного пристава-исполнителя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br/>
        <w:t>(Статья в редакции Федерального закона от 28.11.2018 № 451-ФЗ)</w:t>
      </w:r>
    </w:p>
    <w:p>
      <w:r>
        <w:rPr>
          <w:b/>
        </w:rPr>
        <w:t>Статья 203.1. Порядок рассмотрения вопросов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w:t>
      </w:r>
    </w:p>
    <w:p>
      <w:r>
        <w:rPr>
          <w:b/>
        </w:rPr>
        <w:t xml:space="preserve">1. </w:t>
      </w:r>
      <w:r>
        <w:t>Вопросы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рассматриваются судом в десятидневный срок со дня поступления заявления в суд без проведения судебного заседания и без извещения лиц, участвующих в деле.</w:t>
        <w:br/>
        <w:t>В случае необходимости суд может вызвать лиц, участвующих в деле, в судебное заседание, известив их о времени и месте его проведения.</w:t>
      </w:r>
    </w:p>
    <w:p>
      <w:r>
        <w:rPr>
          <w:b/>
        </w:rPr>
        <w:t xml:space="preserve">2. </w:t>
      </w:r>
      <w:r>
        <w:t>По результатам рассмотрения суд выносит определение, которое высылается лицам, участвующим в деле, в течение трех дней со дня его вынесения.</w:t>
        <w:br/>
        <w:t>На определение суда может быть подана частная жалоба.</w:t>
        <w:br/>
        <w:t>(Дополнение статьей - Федеральный закон от 28.11.2018 № 451-ФЗ)</w:t>
      </w:r>
    </w:p>
    <w:p>
      <w:r>
        <w:rPr>
          <w:b/>
        </w:rPr>
        <w:t>Статья 204. Определение порядка и срока исполнения решения суда, обеспечения его исполнения</w:t>
      </w:r>
    </w:p>
    <w:p>
      <w:r>
        <w:t>В случае, если суд устанавливает определенные порядок и срок исполнения решения суда, обращает решение суда к немедленному исполнению или принимает меры по обеспечению его исполнения, на это указывается в резолютивной части решения суда.</w:t>
      </w:r>
    </w:p>
    <w:p>
      <w:r>
        <w:rPr>
          <w:b/>
        </w:rPr>
        <w:t>Статья 205. Решение суда о присуждении имущества или его стоимости</w:t>
      </w:r>
    </w:p>
    <w:p>
      <w:r>
        <w:t>При присуждении имущества в натуре суд указывает в решении суда стоимость этого имущества, которая должна быть взыскана с ответчика в случае, если при исполнении решения суда присужденное имущество не окажется в наличии.</w:t>
      </w:r>
    </w:p>
    <w:p>
      <w:r>
        <w:rPr>
          <w:b/>
        </w:rPr>
        <w:t>Статья 206. Решение суда, обязывающее ответчика совершить определенные действия</w:t>
      </w:r>
    </w:p>
    <w:p>
      <w:r>
        <w:rPr>
          <w:b/>
        </w:rPr>
        <w:t xml:space="preserve">1. </w:t>
      </w:r>
      <w:r>
        <w:t>При принятии решения суда,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истец вправе совершить эти действия за счет ответчика с взысканием с него необходимых расходов.</w:t>
      </w:r>
    </w:p>
    <w:p>
      <w:r>
        <w:rPr>
          <w:b/>
        </w:rPr>
        <w:t xml:space="preserve">2. </w:t>
      </w:r>
      <w:r>
        <w:t>В случае, если указанные действия могут быть совершены только ответчиком, суд устанавливает в решении срок, в течение которого решение суда должно быть исполнено. Решение суда, обязывающее организацию или коллегиальный орган совершить определенные действия (исполнить решение суда), не связанные с передачей имущества или денежных сумм, исполняется их руководителем в установленный срок. В случае неисполнения решения без уважительных причин суд, принявший решение, либо судебный пристав-исполнитель применяет в отношении руководителя организации или руководителя коллегиального органа меры, предусмотренные федеральным законом.</w:t>
      </w:r>
    </w:p>
    <w:p>
      <w:r>
        <w:rPr>
          <w:b/>
        </w:rPr>
        <w:t xml:space="preserve">3. </w:t>
      </w:r>
      <w:r>
        <w:t>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(Дополнение частью - Федеральный закон от 03.08.2018 № 340-ФЗ)</w:t>
      </w:r>
    </w:p>
    <w:p>
      <w:r>
        <w:rPr>
          <w:b/>
        </w:rPr>
        <w:t>Статья 207. Решение суда в пользу нескольких истцов или против нескольких ответчиков</w:t>
      </w:r>
    </w:p>
    <w:p>
      <w:r>
        <w:rPr>
          <w:b/>
        </w:rPr>
        <w:t xml:space="preserve">1. </w:t>
      </w:r>
      <w:r>
        <w:t>При принятии решения суда в пользу нескольких истцов суд указывает, в какой доле оно относится к каждому из них, или указывает, что право взыскания является солидарным.</w:t>
      </w:r>
    </w:p>
    <w:p>
      <w:r>
        <w:rPr>
          <w:b/>
        </w:rPr>
        <w:t xml:space="preserve">2. </w:t>
      </w:r>
      <w:r>
        <w:t>При принятии решения суда против нескольких ответчиков суд указывает, в какой доле каждый из ответчиков должен исполнить решение суда, или указывает, что их ответственность является солидарной.</w:t>
      </w:r>
    </w:p>
    <w:p>
      <w:r>
        <w:rPr>
          <w:b/>
        </w:rPr>
        <w:t>Статья 208. Индексация присужденных денежных сумм</w:t>
      </w:r>
    </w:p>
    <w:p>
      <w:r>
        <w:rPr>
          <w:b/>
        </w:rPr>
        <w:t xml:space="preserve">1. </w:t>
      </w:r>
      <w:r>
        <w:t>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w:t>
        <w:br/>
        <w:t>Заявление об индексации присужденных судом денежных сумм может быть подано в срок, не превышающий одного года со дня исполнения должником судебного акта. При наличии уважительных причин указанный срок может быть восстановлен судом в порядке, предусмотренном статьей 112 настоящего Кодекса. (Дополнение абзацем - Федеральный закон от 01.04.2025 № 54-ФЗ)</w:t>
      </w:r>
    </w:p>
    <w:p>
      <w:r>
        <w:rPr>
          <w:b/>
        </w:rPr>
        <w:t xml:space="preserve">2. </w:t>
      </w:r>
      <w:r>
        <w:t>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r>
        <w:rPr>
          <w:b/>
        </w:rPr>
        <w:t xml:space="preserve">3. </w:t>
      </w:r>
      <w:r>
        <w:t>Если иное не предусмотрено федеральным законом или договором,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&amp;quot;Интернет&amp;quot;.</w:t>
      </w:r>
    </w:p>
    <w:p>
      <w:r>
        <w:rPr>
          <w:b/>
        </w:rPr>
        <w:t xml:space="preserve">4. </w:t>
      </w:r>
      <w:r>
        <w:t>По судебным решениям об обращении взыскания на средства бюджетов бюджетной системы Российской Федерации, средства участников казначейского сопровождения, подлежащие казначейскому сопровождению в соответствии с бюджетным законодательством Российской Федерации,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 предусмотренных законодательством Российской Федерации. В случае возврата исполнительных документов без исполнения взыскателю или суду по основаниям, предусмотренным законодательством Российской Федерации,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 за исключением возврата исполнительных документов, ошибочно направленных судом по просьбе взыскателя для взыскания не в тот орган, в который они должны быть направлены в соответствии с законодательством Российской Федерации.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 в который указанные исполнительные документы были ошибочно направлены. (Дополнение частью - Федеральный закон от 08.08.2024 № 255-ФЗ)</w:t>
        <w:br/>
        <w:t>(Статья в редакции Федерального закона от 16.04.2022 № 98-ФЗ)</w:t>
      </w:r>
    </w:p>
    <w:p>
      <w:r>
        <w:rPr>
          <w:b/>
        </w:rPr>
        <w:t>Статья 209. Вступление в законную силу решений суда</w:t>
      </w:r>
    </w:p>
    <w:p>
      <w:r>
        <w:rPr>
          <w:b/>
        </w:rPr>
        <w:t xml:space="preserve">1. </w:t>
      </w:r>
      <w:r>
        <w:t>Решения суда вступают в законную силу по истечении срока на апелляционное обжалование, если они не были обжалованы.</w:t>
        <w:br/>
        <w:t>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Если определением суда апелляционной инстанции отменено или изменено решение суда первой инстанции и принято новое решение, оно вступает в законную силу немедленно.</w:t>
        <w:br/>
        <w:t>(Часть в редакции Федерального закона от 09.12.2010 № 353-ФЗ)</w:t>
      </w:r>
    </w:p>
    <w:p>
      <w:r>
        <w:rPr>
          <w:b/>
        </w:rPr>
        <w:t xml:space="preserve">2. </w:t>
      </w:r>
      <w:r>
        <w:t>После вступления в законную силу решения суда стороны, другие лица, участвующие в деле, их правопреемники не могут вновь заявлять в суде те же исковые требования, на том же основании, а также оспаривать в другом гражданском процессе установленные судом факты и правоотношения.</w:t>
      </w:r>
    </w:p>
    <w:p>
      <w:r>
        <w:rPr>
          <w:b/>
        </w:rPr>
        <w:t xml:space="preserve">3. </w:t>
      </w:r>
      <w:r>
        <w:t>В случае, если после вступления в законную силу решения суда, на основании которого с ответчика взыскиваются периодические платежи, изменяются обстоятельства, влияющие на определение размера платежей или их продолжительность, каждая сторона путем предъявления нового иска вправе требовать изменения размера и сроков платежей.</w:t>
      </w:r>
    </w:p>
    <w:p>
      <w:r>
        <w:rPr>
          <w:b/>
        </w:rPr>
        <w:t>Статья 210. Исполнение решения суда</w:t>
      </w:r>
    </w:p>
    <w:p>
      <w: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w:t>
      </w:r>
    </w:p>
    <w:p>
      <w:r>
        <w:rPr>
          <w:b/>
        </w:rPr>
        <w:t>Статья 211. Решения суда, подлежащие немедленному исполнению</w:t>
      </w:r>
    </w:p>
    <w:p>
      <w:r>
        <w:t>Немедленному исполнению подлежит судебный приказ или решение суда о:</w:t>
        <w:br/>
        <w:t>взыскании алиментов;</w:t>
        <w:br/>
        <w:t>выплате работнику заработной платы в течение трех месяцев;</w:t>
        <w:br/>
        <w:t>восстановлении на работе;</w:t>
        <w:br/>
        <w:t>абзац. (Утратил силу - Федеральный закон от 17.02.2023 № 34-ФЗ)</w:t>
      </w:r>
    </w:p>
    <w:p>
      <w:r>
        <w:rPr>
          <w:b/>
        </w:rPr>
        <w:t>Статья 212. Право суда обратить решение к немедленному исполнению</w:t>
      </w:r>
    </w:p>
    <w:p>
      <w:r>
        <w:rPr>
          <w:b/>
        </w:rPr>
        <w:t xml:space="preserve">1. </w:t>
      </w:r>
      <w:r>
        <w:t>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w:t>
      </w:r>
    </w:p>
    <w:p>
      <w:r>
        <w:rPr>
          <w:b/>
        </w:rPr>
        <w:t xml:space="preserve">11. </w:t>
      </w:r>
      <w:r>
        <w:t>В деле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суд по просьбе истца может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 (Дополнение частью - Федеральный закон от 03.08.2018 № 340-ФЗ)</w:t>
      </w:r>
    </w:p>
    <w:p>
      <w:r>
        <w:rPr>
          <w:b/>
        </w:rPr>
        <w:t xml:space="preserve">2. </w:t>
      </w:r>
      <w:r>
        <w:t>Вопрос о допущении немедленного исполнения решения суда разрешается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вопроса о немедленном исполнении решения суда.</w:t>
      </w:r>
    </w:p>
    <w:p>
      <w:r>
        <w:rPr>
          <w:b/>
        </w:rPr>
        <w:t xml:space="preserve">3. </w:t>
      </w:r>
      <w:r>
        <w:t>На определение суда о немедленном исполнении решения суда может быть подана частная жалоба. Подача частной жалобы на определение о немедленном исполнении решения суда не приостанавливает исполнение этого определения.</w:t>
      </w:r>
    </w:p>
    <w:p>
      <w:r>
        <w:rPr>
          <w:b/>
        </w:rPr>
        <w:t>Статья 213. Обеспечение исполнения решения суда</w:t>
      </w:r>
    </w:p>
    <w:p>
      <w:r>
        <w:t>Суд может обеспечить исполнение решения суда, не обращенного к немедленному исполнению, по правилам, установленным главой 13 настоящего Кодекса.</w:t>
      </w:r>
    </w:p>
    <w:p>
      <w:r>
        <w:rPr>
          <w:b/>
        </w:rPr>
        <w:t>Статья 214. Выдача и направление копий решения суда</w:t>
      </w:r>
    </w:p>
    <w:p>
      <w:r>
        <w:rPr>
          <w:b/>
        </w:rPr>
        <w:t xml:space="preserve">1. </w:t>
      </w:r>
      <w:r>
        <w:t>Копии решения суда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w:t>
      </w:r>
    </w:p>
    <w:p>
      <w:r>
        <w:rPr>
          <w:b/>
        </w:rPr>
        <w:t xml:space="preserve">2. </w:t>
      </w:r>
      <w:r>
        <w:t>Решение суда, выполненное в форме электронного документа, с согласия лиц, участвующих в деле, их представителей направляется им посредством его размещения в установленном порядке в информационно-телекоммуникационной сети &amp;quot;Интернет&amp;quot; в режиме ограниченного доступа не позднее следующего дня после дня составления мотивированного решения.</w:t>
        <w:br/>
        <w:t>Решение суда или копия решения суда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br/>
        <w:t>В случае, если решение суда выполнено только на бумажном носителе, суд направляет копии решения суда лицам, участвующим в деле, их представителям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 им под расписку.</w:t>
        <w:br/>
        <w:t>(Часть в редакции Федерального закона от 30.12.2021 № 440-ФЗ)</w:t>
      </w:r>
    </w:p>
    <w:p>
      <w:r>
        <w:rPr>
          <w:b/>
        </w:rPr>
        <w:t xml:space="preserve">3. </w:t>
      </w:r>
      <w:r>
        <w:t>В случаях, предусмотренных федеральным законом, копии решения суда после вступления его в законную силу направляются иным лицам на бумажном носителе либо в форме электронного документа.</w:t>
        <w:br/>
        <w:t>(Статья в редакции Федерального закона от 28.11.2018 № 451-ФЗ)</w:t>
      </w:r>
    </w:p>
    <w:p>
      <w:pPr>
        <w:pStyle w:val="Heading3"/>
      </w:pPr>
      <w:r>
        <w:t>ПРИОСТАНОВЛЕНИЕ ПРОИЗВОДСТВА ПО ДЕЛУ</w:t>
      </w:r>
    </w:p>
    <w:p>
      <w:r>
        <w:rPr>
          <w:b/>
        </w:rPr>
        <w:t>Статья 215. Обязанность суда приостановить производство по делу</w:t>
      </w:r>
    </w:p>
    <w:p>
      <w:r>
        <w:t>Суд обязан приостановить производство по делу в случае:</w:t>
        <w:br/>
        <w:t>смерти гражданина, являющегося стороной в деле или третьим лицом с самостоятельными требованиями, если спорное правоотношение допускает правопреемство; (В редакции Федерального закона от 22.04.2013 № 61-ФЗ)</w:t>
        <w:br/>
        <w:t>признания стороны недееспособной или отсутствия законного представителя у лица, признанного недееспособным;</w:t>
        <w:br/>
        <w:t>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 (В редакции федеральных законов от 29.12.2022 № 603-ФЗ, от 25.12.2023 № 639-ФЗ)</w:t>
        <w:br/>
        <w:t>невозможности рассмотрения данного дела до разрешения другого дела, рассматриваемого в гражданском, административном или уголовном производстве, а также дела об административном правонарушении; (В редакции Федерального закона от 08.03.2015 № 23-ФЗ)</w:t>
        <w:br/>
        <w:t>обращения суда в Конституционный Суд Российской Федерации с запросом о соответствии закона, подлежащего применению, Конституции Российской Федерации;</w:t>
        <w:br/>
        <w:t>поступления по делу, связанному со спором о ребенке, копии определения суда о принятии к производству поданного на основании международного договора Российской Федерации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если ребенок не достиг возраста, по достижении которого указанный международный договор не подлежит применению в отношении этого ребенка; (Дополнение абзацем - Федеральный закон от 05.05.2014 № 126-ФЗ)</w:t>
        <w:br/>
        <w:t>абзац. (Дополнение абзацем - Федеральный закон от 28.11.2018 № 451-ФЗ) (Утратил силу - Федеральный закон от 02.12.2019 № 406-ФЗ)</w:t>
      </w:r>
    </w:p>
    <w:p>
      <w:r>
        <w:rPr>
          <w:b/>
        </w:rPr>
        <w:t>Статья 216. Право суда приостановить производство по делу</w:t>
      </w:r>
    </w:p>
    <w:p>
      <w:r>
        <w:t>Суд может по заявлению лиц, участвующих в деле, или по своей инициативе приостановить производство по делу в случае:</w:t>
        <w:br/>
        <w:t>нахождения стороны в лечебном учреждении;</w:t>
        <w:br/>
        <w:t>розыска ответчика и (или) ребенка; (В редакции Федерального закона от 05.05.2014 № 126-ФЗ)</w:t>
        <w:br/>
        <w:t>назначения судом экспертизы;</w:t>
        <w:br/>
        <w:t>назначения органом опеки и попечительства обследования условий жизни усыновителей по делу об усыновлении (удочерении) и другим делам, затрагивающим права и законные интересы детей;</w:t>
        <w:br/>
        <w:t>направления судом судебного поручения в соответствии со статьей 62 настоящего Кодекса;</w:t>
        <w:br/>
        <w:t>реорганизации юридического лица, являющегося стороной в деле или третьим лицом с самостоятельными требованиями; (Дополнение абзацем - Федеральный закон от 22.04.2013 № 61-ФЗ)</w:t>
        <w:br/>
        <w:t>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 (Дополнение абзацем - Федеральный закон от 29.12.2022 № 603-ФЗ) (В редакции Федерального закона от 25.12.2023 № 639-ФЗ)</w:t>
      </w:r>
    </w:p>
    <w:p>
      <w:r>
        <w:rPr>
          <w:b/>
        </w:rPr>
        <w:t>Статья 217. Сроки приостановления производства по делу</w:t>
      </w:r>
    </w:p>
    <w:p>
      <w:r>
        <w:t>Производство по делу приостанавливается в случаях, предусмотренных:</w:t>
        <w:br/>
        <w:t>абзацами вторым и третьим статьи 215 настоящего Кодекса, - до определения правопреемника лица, участвующего в деле, или назначения недееспособному лицу законного представителя;</w:t>
        <w:br/>
        <w:t>абзацем четвертым статьи 215 и абзацем восьмым статьи 216 настоящего Кодекса, - до устранения обстоятельств, послуживших основанием для приостановления производства по делу; (В редакции Федерального закона от 29.12.2022 № 603-ФЗ)</w:t>
        <w:br/>
        <w:t>абзацем пятым статьи 215 настоящего Кодекса, - до вступления в законную силу судебного постановления, решения суда, приговора, определения суда или до принятия постановления по делу об административном правонарушении; (В редакции Федерального закона от 08.03.2015 № 23-ФЗ)</w:t>
        <w:br/>
        <w:t>абзацем шестым статьи 215 настоящего Кодекса, - до принятия Конституционным Судом Российской Федерации соответствующего постановления;</w:t>
        <w:br/>
        <w:t>абзацем седьмым статьи 215 настоящего Кодекса, - до вступления в законную силу решения суда по делу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или определения о прекращении производства по этому делу, или определения об оставлении судом заявления, указанного в абзаце седьмом статьи 215 настоящего Кодекса, без рассмотрения; (Дополнение абзацем - Федеральный закон от 05.05.2014 № 126-ФЗ)</w:t>
        <w:br/>
        <w:t>абзацем седьмым статьи 216 настоящего Кодекса, - до определения правопреемника лица, участвующего в деле. (Дополнение абзацем - Федеральный закон от 22.04.2013 № 61-ФЗ)</w:t>
      </w:r>
    </w:p>
    <w:p>
      <w:r>
        <w:rPr>
          <w:b/>
        </w:rPr>
        <w:t>Статья 218. Обжалование определения суда о приостановлении производства по делу</w:t>
      </w:r>
    </w:p>
    <w:p>
      <w:r>
        <w:t>На определение суда о приостановлении производства по делу может быть подана частная жалоба.</w:t>
      </w:r>
    </w:p>
    <w:p>
      <w:r>
        <w:rPr>
          <w:b/>
        </w:rPr>
        <w:t>Статья 219. Возобновление производства по делу</w:t>
      </w:r>
    </w:p>
    <w:p>
      <w:r>
        <w:t>Производство по делу возобновляется после устранения обстоятельств, вызвавших его приостановление, на основании заявления лиц, участвующих в деле, или по инициативе суда. При возобновлении производства суд извещает об этом лиц, участвующих в деле.</w:t>
      </w:r>
    </w:p>
    <w:p>
      <w:pPr>
        <w:pStyle w:val="Heading3"/>
      </w:pPr>
      <w:r>
        <w:t>ПРЕКРАЩЕНИЕ ПРОИЗВОДСТВА ПО ДЕЛУ</w:t>
      </w:r>
    </w:p>
    <w:p>
      <w:r>
        <w:rPr>
          <w:b/>
        </w:rPr>
        <w:t>Статья 220. Основания прекращения производства по делу</w:t>
      </w:r>
    </w:p>
    <w:p>
      <w:r>
        <w:t>Суд прекращает производство по делу в случае, если:</w:t>
        <w:br/>
        <w:t>имеются основания, предусмотренные пунктом 1 части первой статьи 134 настоящего Кодекса; (В редакции Федерального закона от 28.11.2018 № 451-ФЗ)</w:t>
        <w:br/>
        <w:t>имеется вступившее в законную силу и принятое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w:t>
        <w:br/>
        <w:t>истец отказался от иска и отказ принят судом;</w:t>
        <w:br/>
        <w:t>стороны заключили мировое соглашение и оно утверждено судом;</w:t>
        <w:br/>
        <w:t>имеется ставшее обязательным для сторон, принятое по спору между теми же сторонами, о том же предмете и по тем же основаниям решение третейского суда, за исключением случаев, если суд отказал в выдаче исполнительного листа на принудительное исполнение решения третейского суда либо если суд отменил указанное решение; (В редакции Федерального закона от 29.12.2015 № 409-ФЗ)</w:t>
        <w:br/>
        <w:t>после смерти гражданина, являвшегося одной из сторон по делу, спорное правоотношение не допускает правопреемство или ликвидация организации, являвшейся одной из сторон по делу, завершена.</w:t>
      </w:r>
    </w:p>
    <w:p>
      <w:r>
        <w:rPr>
          <w:b/>
        </w:rPr>
        <w:t>Статья 221. Порядок и последствия прекращения производства по делу</w:t>
      </w:r>
    </w:p>
    <w:p>
      <w:r>
        <w:rPr>
          <w:b/>
        </w:rPr>
        <w:t xml:space="preserve">1. </w:t>
      </w:r>
      <w:r>
        <w:t>Споры, возникающие из гражданско-правовых отношений, а также индивидуальные трудовые споры спортсменов, тренеров в профессиональном спорте и спорте высших достижений могут быть переданы сторонами на рассмотрение третейского суда при наличии между сторонами спора действующего арбитражного соглашения, если иное не предусмотрено федеральным законом. (В редакции федеральных законов от 28.11.2018 № 451-ФЗ, от 31.07.2020 № 245-ФЗ)</w:t>
      </w:r>
    </w:p>
    <w:p>
      <w:r>
        <w:rPr>
          <w:b/>
        </w:rPr>
        <w:t xml:space="preserve">2. </w:t>
      </w:r>
      <w:r>
        <w:t>Не могут быть переданы на рассмотрение третейского суда: (В редакции Федерального закона от 28.11.2018 № 451-ФЗ)</w:t>
      </w:r>
    </w:p>
    <w:p>
      <w:r>
        <w:rPr>
          <w:b/>
        </w:rPr>
        <w:t xml:space="preserve">2. </w:t>
      </w:r>
      <w:r>
        <w:t>споры, предусмотренные пунктом 4 части первой статьи 22 настоящего Кодекса;</w:t>
      </w:r>
    </w:p>
    <w:p>
      <w:r>
        <w:rPr>
          <w:b/>
        </w:rPr>
        <w:t xml:space="preserve">2. </w:t>
      </w:r>
      <w:r>
        <w:t>споры, возникающие из семейных отношений, в том числе споры, возникающие из отношений по распоряжению опекунами и попечителями имуществом подопечного, за исключением дел о разделе между супругами совместно нажитого имущества;</w:t>
      </w:r>
    </w:p>
    <w:p>
      <w:r>
        <w:rPr>
          <w:b/>
        </w:rPr>
        <w:t xml:space="preserve">2. </w:t>
      </w:r>
      <w:r>
        <w:t>споры, возникающие из трудовых отношений, за исключением индивидуальных трудовых споров спортсменов, тренеров в профессиональном спорте и спорте высших достижений, переданных на рассмотрение третейского суда в рамках арбитража (третейского разбирательства), администрируемого постоянно действующим арбитражным учреждением, образованным с учетом требований законодательства о физической культуре и спорте; (В редакции Федерального закона от 31.07.2020 № 245-ФЗ)</w:t>
      </w:r>
    </w:p>
    <w:p>
      <w:r>
        <w:rPr>
          <w:b/>
        </w:rPr>
        <w:t xml:space="preserve">2. </w:t>
      </w:r>
      <w:r>
        <w:t>споры, возникающие из наследственных отношений;</w:t>
      </w:r>
    </w:p>
    <w:p>
      <w:r>
        <w:rPr>
          <w:b/>
        </w:rPr>
        <w:t xml:space="preserve">2. </w:t>
      </w:r>
      <w:r>
        <w:t>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
        <w:rPr>
          <w:b/>
        </w:rPr>
        <w:t xml:space="preserve">2. </w:t>
      </w:r>
      <w:r>
        <w:t>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споры о возмещении вреда, причиненного жизни и здоровью;</w:t>
      </w:r>
    </w:p>
    <w:p>
      <w:r>
        <w:rPr>
          <w:b/>
        </w:rPr>
        <w:t xml:space="preserve">2. </w:t>
      </w:r>
      <w:r>
        <w:t>споры о выселении граждан из жилых помещений;</w:t>
      </w:r>
    </w:p>
    <w:p>
      <w:r>
        <w:rPr>
          <w:b/>
        </w:rPr>
        <w:t xml:space="preserve">2. </w:t>
      </w:r>
      <w:r>
        <w:t>споры, возникающие из отношений, связанных с возмещением вреда, причиненного окружающей среде;</w:t>
      </w:r>
    </w:p>
    <w:p>
      <w:r>
        <w:rPr>
          <w:b/>
        </w:rPr>
        <w:t xml:space="preserve">2. </w:t>
      </w:r>
      <w:r>
        <w:t>иные споры в случаях, прямо предусмотренных федеральным законом.</w:t>
      </w:r>
    </w:p>
    <w:p>
      <w:r>
        <w:rPr>
          <w:b/>
        </w:rPr>
        <w:t xml:space="preserve">3. </w:t>
      </w:r>
      <w:r>
        <w:t>Споры между участником юридического лица и самим юридическим лицом и споры по искам участников юридического лица в связи с правоотношениями юридического лица с третьим лицом, если у участников юридического лица есть право на подачу такого иска в соответствии с федеральным законом, могут быть переданы на рассмотрение третейского суда в соответствии с частью четвертой настоящей статьи только в случае, если это юридическое лицо, все его участники, а также иные лица, которые являются истцом или ответчиком в указанных спорах, заключили арбитражное соглашение о передаче в третейский суд указанных споров.</w:t>
      </w:r>
    </w:p>
    <w:p>
      <w:r>
        <w:rPr>
          <w:b/>
        </w:rPr>
        <w:t xml:space="preserve">4. </w:t>
      </w:r>
      <w:r>
        <w:t>Указанные в части третьей настоящей статьи споры могут рассматриваться третейским судом только при передаче указанных споров на рассмотрение третейского суда с местом арбитража на территории Российской Федерации, администрируемого постоянно действующим арбитражным учреждением, утвердившим и опубликовавшим специальные правила разбирательства корпоративных споров в порядке, предусмотренном федеральным законом.</w:t>
        <w:br/>
        <w:t>(Дополнение статьей - Федеральный закон от 29.12.2015 № 409-ФЗ)</w:t>
      </w:r>
    </w:p>
    <w:p>
      <w:r>
        <w:t>Производство по делу прекращается определением суда, в котором указывается, что повторное обращение в суд по спору между теми же сторонами,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частью седьмой статьи 24424 настоящего Кодекса. (В редакции Федерального закона от 18.07.2019 № 191-ФЗ)</w:t>
      </w:r>
    </w:p>
    <w:p>
      <w:pPr>
        <w:pStyle w:val="Heading3"/>
      </w:pPr>
      <w:r>
        <w:t>ОСТАВЛЕНИЕ ЗАЯВЛЕНИЯ БЕЗ РАССМОТРЕНИЯ</w:t>
      </w:r>
    </w:p>
    <w:p>
      <w:r>
        <w:rPr>
          <w:b/>
        </w:rPr>
        <w:t>Статья 222. Основания для оставления заявления без рассмотрения</w:t>
      </w:r>
    </w:p>
    <w:p>
      <w:r>
        <w:t>Суд оставляет заявление без рассмотрения в случае, если:</w:t>
        <w:br/>
        <w:t>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(В редакции Федерального закона от 28.11.2018 № 451-ФЗ)</w:t>
        <w:br/>
        <w:t>заявление подано недееспособным лицом, за исключением заявления этого лица о признании его дееспособным, ходатайства о восстановлении пропущенных процессуальных сроков по делу о признании этого лица недееспособным; (В редакции Федерального закона от 06.04.2011 № 67-ФЗ)</w:t>
        <w:br/>
        <w:t>заявление подписано или подано лицом, не имеющим полномочий на его подписание или предъявление иска;</w:t>
        <w:br/>
        <w:t>в производстве этого или другого суда, арбитражного суда имеется возбужденное ранее дело по спору между теми же сторонами, о том же предмете и по тем же основаниям;</w:t>
        <w:br/>
        <w:t>имеется соглашение сторон о рассмотрении указанного спора третейским судом при условии, что любая из сторон не позднее дня представления своего первого заявления по существу спора в суде первой инстанции заявит по этому основанию возражение в отношении рассмотрения дела в суде, а также если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при условии, что любая из сторон заявит по этому основанию возражение в отношении рассмотрения дела в суде. Это основание для оставления заявления без рассмотрения не применяется, если суд установит, что соглашение сторон о рассмотрении указанного спора третейским судом недействительно, утратило силу или не может быть исполнено; (В редакции Федерального закона от 29.12.2015 № 409-ФЗ)</w:t>
        <w:br/>
        <w:t>стороны, не просившие о разбирательстве дела в их отсутствие, не явились в суд по вторичному вызову;</w:t>
        <w:br/>
        <w:t>истец, не просивший о разбирательстве дела в его отсутствие, не явился в суд по вторичному вызову, а ответчик не требует рассмотрения дела по существу.</w:t>
      </w:r>
    </w:p>
    <w:p>
      <w:r>
        <w:rPr>
          <w:b/>
        </w:rPr>
        <w:t>Статья 223. Порядок и последствия оставления заявления без рассмотрения</w:t>
      </w:r>
    </w:p>
    <w:p>
      <w:r>
        <w:rPr>
          <w:b/>
        </w:rPr>
        <w:t xml:space="preserve">1. </w:t>
      </w:r>
      <w:r>
        <w:t>Производство по делу в случае оставления заявления без рассмотрения заканчивается определением суда. В этом определении суд обязан указать, как устранить указанные в статье 222 настоящего Кодекса обстоятельства, препятствующие рассмотрению дела.</w:t>
      </w:r>
    </w:p>
    <w:p>
      <w:r>
        <w:rPr>
          <w:b/>
        </w:rPr>
        <w:t xml:space="preserve">2. </w:t>
      </w:r>
      <w:r>
        <w:t>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r>
        <w:rPr>
          <w:b/>
        </w:rPr>
        <w:t xml:space="preserve">3. </w:t>
      </w:r>
      <w:r>
        <w:t>Суд по ходатайству истца или ответчика отменяет свое определение об оставлении заявления без рассмотрения по основаниям, указанным в абзацах седьмом и восьмом статьи 222 настоящего Кодекса, если истец или ответчик представит доказательства, подтверждающие уважительность причин неявки в судебное заседание и невозможности сообщения о них суду. На определение суда об отказе в удовлетворении такого ходатайства может быть подана частная жалоба.</w:t>
      </w:r>
    </w:p>
    <w:p>
      <w:pPr>
        <w:pStyle w:val="Heading3"/>
      </w:pPr>
      <w:r>
        <w:t>ОПРЕДЕЛЕНИЕ СУДА</w:t>
      </w:r>
    </w:p>
    <w:p>
      <w:r>
        <w:rPr>
          <w:b/>
        </w:rPr>
        <w:t>Статья 224. Порядок вынесения определений суда</w:t>
      </w:r>
    </w:p>
    <w:p>
      <w:r>
        <w:rPr>
          <w:b/>
        </w:rPr>
        <w:t xml:space="preserve">1. </w:t>
      </w:r>
      <w:r>
        <w:t>Судебные постановления суда первой инстанции, которыми дело не разрешается по существу, выносятся в форме определений суда. Определения суда выносятся в совещательной комнате в порядке, предусмотренном частью первой статьи 15 настоящего Кодекса.</w:t>
      </w:r>
    </w:p>
    <w:p>
      <w:r>
        <w:rPr>
          <w:b/>
        </w:rPr>
        <w:t xml:space="preserve">2. </w:t>
      </w:r>
      <w:r>
        <w:t>При разрешении несложных вопросов суд или судья может выносить определения, не удаляясь в совещательную комнату. Такие определения заносятся в протокол судебного заседания.</w:t>
      </w:r>
    </w:p>
    <w:p>
      <w:r>
        <w:rPr>
          <w:b/>
        </w:rPr>
        <w:t xml:space="preserve">3. </w:t>
      </w:r>
      <w:r>
        <w:t>Определения суда оглашаются немедленно после их вынесения.</w:t>
      </w:r>
    </w:p>
    <w:p>
      <w:r>
        <w:rPr>
          <w:b/>
        </w:rPr>
        <w:t xml:space="preserve">4. </w:t>
      </w:r>
      <w:r>
        <w:t>Определение суда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 (Дополнение частью - Федеральный закон от 23.06.2016 № 220-ФЗ)</w:t>
      </w:r>
    </w:p>
    <w:p>
      <w:r>
        <w:rPr>
          <w:b/>
        </w:rPr>
        <w:t>Статья 225. Содержание определения суда</w:t>
      </w:r>
    </w:p>
    <w:p>
      <w:r>
        <w:rPr>
          <w:b/>
        </w:rPr>
        <w:t xml:space="preserve">1. </w:t>
      </w:r>
      <w:r>
        <w:t>В определении суда должны быть указаны:</w:t>
      </w:r>
    </w:p>
    <w:p>
      <w:r>
        <w:rPr>
          <w:b/>
        </w:rPr>
        <w:t xml:space="preserve">1. </w:t>
      </w:r>
      <w:r>
        <w:t>номер дела, присвоенный судом первой инстанции, дата и место вынесения определения; (В редакции Федерального закона от 28.11.2018 № 451-ФЗ)</w:t>
      </w:r>
    </w:p>
    <w:p>
      <w:r>
        <w:rPr>
          <w:b/>
        </w:rPr>
        <w:t xml:space="preserve">1. </w:t>
      </w:r>
      <w:r>
        <w:t>наименование суда, вынесшего определение, состав суда, секретарь судебного заседания, помощник судьи; (В редакции Федерального закона от 29.07.2018 № 265-ФЗ)</w:t>
      </w:r>
    </w:p>
    <w:p>
      <w:r>
        <w:rPr>
          <w:b/>
        </w:rPr>
        <w:t xml:space="preserve">1. </w:t>
      </w:r>
      <w:r>
        <w:t>лица, участвующие в деле, предмет спора или заявленное требование;</w:t>
      </w:r>
    </w:p>
    <w:p>
      <w:r>
        <w:rPr>
          <w:b/>
        </w:rPr>
        <w:t xml:space="preserve">1. </w:t>
      </w:r>
      <w:r>
        <w:t>вопрос, о котором выносится определение;</w:t>
      </w:r>
    </w:p>
    <w:p>
      <w:r>
        <w:rPr>
          <w:b/>
        </w:rPr>
        <w:t xml:space="preserve">1. </w:t>
      </w:r>
      <w:r>
        <w:t>мотивы, по которым суд пришел к своим выводам, и ссылка на законы, которыми суд руководствовался;</w:t>
      </w:r>
    </w:p>
    <w:p>
      <w:r>
        <w:rPr>
          <w:b/>
        </w:rPr>
        <w:t xml:space="preserve">1. </w:t>
      </w:r>
      <w:r>
        <w:t>судебное постановление;</w:t>
      </w:r>
    </w:p>
    <w:p>
      <w:r>
        <w:rPr>
          <w:b/>
        </w:rPr>
        <w:t xml:space="preserve">1. </w:t>
      </w:r>
      <w:r>
        <w:t>порядок и срок обжалования определения суда, если оно подлежит обжалованию.</w:t>
      </w:r>
    </w:p>
    <w:p>
      <w:r>
        <w:rPr>
          <w:b/>
        </w:rPr>
        <w:t xml:space="preserve">2. </w:t>
      </w:r>
      <w:r>
        <w:t>Определение, которое выносится судом без удаления в совещательную комнату, должно содержать сведения, указанные в пунктах 4 - 6 части первой настоящей статьи.</w:t>
      </w:r>
    </w:p>
    <w:p>
      <w:r>
        <w:rPr>
          <w:b/>
        </w:rPr>
        <w:t>Статья 226. Частные определения суда</w:t>
      </w:r>
    </w:p>
    <w:p>
      <w:r>
        <w:rPr>
          <w:b/>
        </w:rPr>
        <w:t xml:space="preserve">1. </w:t>
      </w:r>
      <w:r>
        <w:t>При выявлении случаев нарушения законности суд вправе вынести частное определение и направить его в соответствующие организации или соответствующим должностным лицам, которые обязаны в течение месяца сообщить о принятых ими мерах.</w:t>
      </w:r>
    </w:p>
    <w:p>
      <w:r>
        <w:rPr>
          <w:b/>
        </w:rPr>
        <w:t xml:space="preserve">2. </w:t>
      </w:r>
      <w:r>
        <w:t>В случае несообщения о принятых мерах виновные должностные лица могут быть подвергнуты судебному штрафу в порядке и в размере, которые установлены главой 8 настоящего Кодекса. Наложение штрафа не освобождает соответствующих должностных лиц от обязанности сообщить о мерах, принятых по частному определению суда. (В редакции федеральных законов от 11.06.2008 № 85-ФЗ, от 28.11.2018 № 451-ФЗ)</w:t>
      </w:r>
    </w:p>
    <w:p>
      <w:r>
        <w:rPr>
          <w:b/>
        </w:rPr>
        <w:t xml:space="preserve">3. </w:t>
      </w:r>
      <w:r>
        <w:t>В случае, если при рассмотрении дела суд обнаружит в действиях стороны, других участников процесса, должностного или иного лица признаки преступления, суд сообщает об этом в органы дознания или предварительного следствия. (В редакции Федерального закона от 24.07.2007 № 214-ФЗ)</w:t>
      </w:r>
    </w:p>
    <w:p>
      <w:r>
        <w:rPr>
          <w:b/>
        </w:rPr>
        <w:t>Статья 227. Высылка лицам, участвующим в деле, копий определения суда</w:t>
      </w:r>
    </w:p>
    <w:p>
      <w:r>
        <w:rPr>
          <w:b/>
        </w:rPr>
        <w:t xml:space="preserve">1. </w:t>
      </w:r>
      <w:r>
        <w:t>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посредством их размещения в установленном порядке в информационно-телекоммуникационной сети &amp;quot;Интернет&amp;quot; в режиме ограниченного доступа. (В редакции Федерального закона от 30.12.2021 № 440-ФЗ)</w:t>
      </w:r>
    </w:p>
    <w:p>
      <w:r>
        <w:rPr>
          <w:b/>
        </w:rPr>
        <w:t xml:space="preserve">2. </w:t>
      </w:r>
      <w:r>
        <w:t>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указанного в части первой настоящей статьи определения суда высылаются посредством их размещения в установленном порядке в информационно-телекоммуникационной сети &amp;quot;Интернет&amp;quot; в режиме ограниченного доступа.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 (В редакции Федерального закона от 30.12.2021 № 440-ФЗ)</w:t>
      </w:r>
    </w:p>
    <w:p>
      <w:r>
        <w:rPr>
          <w:b/>
        </w:rPr>
        <w:t xml:space="preserve">3. </w:t>
      </w:r>
      <w:r>
        <w:t>Определения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(Дополнение частью - Федеральный закон от 30.12.2021 № 440-ФЗ)</w:t>
        <w:br/>
        <w:t>(Статья в редакции Федерального закона от 23.06.2016 № 220-ФЗ)</w:t>
      </w:r>
    </w:p>
    <w:p>
      <w:pPr>
        <w:pStyle w:val="Heading3"/>
      </w:pPr>
      <w:r>
        <w:t>ПРОТОКОЛЫ</w:t>
      </w:r>
    </w:p>
    <w:p>
      <w:r>
        <w:rPr>
          <w:b/>
        </w:rPr>
        <w:t>Статья 228. Обязательность ведения протокола</w:t>
      </w:r>
    </w:p>
    <w:p>
      <w:r>
        <w:rPr>
          <w:b/>
        </w:rPr>
        <w:t xml:space="preserve">1. </w:t>
      </w:r>
      <w:r>
        <w:t>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протоколирование с использованием средств аудиозаписи (аудиопротоколирование) и составляется протокол в письменной форме (далее также - протокол).</w:t>
      </w:r>
    </w:p>
    <w:p>
      <w:r>
        <w:rPr>
          <w:b/>
        </w:rPr>
        <w:t xml:space="preserve">2. </w:t>
      </w:r>
      <w:r>
        <w:t>Аудиопротоколирование не ведется при рассмотрении дела в закрытом судебном заседании,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w:t>
        <w:br/>
        <w:t>(Статья в редакции Федерального закона от 12.06.2024 № 135-ФЗ)</w:t>
      </w:r>
    </w:p>
    <w:p>
      <w:r>
        <w:rPr>
          <w:b/>
        </w:rPr>
        <w:t>Статья 229. Содержание протокола</w:t>
      </w:r>
    </w:p>
    <w:p>
      <w:r>
        <w:rPr>
          <w:b/>
        </w:rPr>
        <w:t xml:space="preserve">1. </w:t>
      </w:r>
      <w:r>
        <w:t>Протокол в письменной форме является дополнительным средством фиксирования данных о ходе судебного заседания. В протоколе указываются:</w:t>
      </w:r>
    </w:p>
    <w:p>
      <w:r>
        <w:rPr>
          <w:b/>
        </w:rPr>
        <w:t xml:space="preserve">1. </w:t>
      </w:r>
      <w:r>
        <w:t>дата и место судебного заседания;</w:t>
      </w:r>
    </w:p>
    <w:p>
      <w:r>
        <w:rPr>
          <w:b/>
        </w:rPr>
        <w:t xml:space="preserve">1. </w:t>
      </w:r>
      <w:r>
        <w:t>время начала и окончания судебного заседания;</w:t>
      </w:r>
    </w:p>
    <w:p>
      <w:r>
        <w:rPr>
          <w:b/>
        </w:rPr>
        <w:t xml:space="preserve">1. </w:t>
      </w:r>
      <w:r>
        <w:t>наименование суда, рассматривающего дело, состав суда, помощник судьи и секретарь судебного заседания;</w:t>
      </w:r>
    </w:p>
    <w:p>
      <w:r>
        <w:rPr>
          <w:b/>
        </w:rPr>
        <w:t xml:space="preserve">1. </w:t>
      </w:r>
      <w:r>
        <w:t>наименование и номер дела, присвоенный судом первой инстанции;</w:t>
      </w:r>
    </w:p>
    <w:p>
      <w:r>
        <w:rPr>
          <w:b/>
        </w:rPr>
        <w:t xml:space="preserve">1. </w:t>
      </w:r>
      <w:r>
        <w:t>сведения о явке лиц, участвующих в деле, их представителей, свидетелей, экспертов, специалистов, переводчиков;</w:t>
      </w:r>
    </w:p>
    <w:p>
      <w:r>
        <w:rPr>
          <w:b/>
        </w:rPr>
        <w:t xml:space="preserve">1. </w:t>
      </w:r>
      <w:r>
        <w:t>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
        <w:rPr>
          <w:b/>
        </w:rPr>
        <w:t xml:space="preserve">1. </w:t>
      </w:r>
      <w:r>
        <w:t>распоряжения председательствующего и вынесенные судом в зале судебного заседания определения;</w:t>
      </w:r>
    </w:p>
    <w:p>
      <w:r>
        <w:rPr>
          <w:b/>
        </w:rPr>
        <w:t xml:space="preserve">1. </w:t>
      </w:r>
      <w:r>
        <w:t>устные заявления и ходатайства лиц, участвующих в деле, консультации специалистов;</w:t>
      </w:r>
    </w:p>
    <w:p>
      <w:r>
        <w:rPr>
          <w:b/>
        </w:rPr>
        <w:t xml:space="preserve">1. </w:t>
      </w:r>
      <w:r>
        <w:t>соглашения сторон по фактическим обстоятельствам дела и заявленным требованиям и возражениям;</w:t>
      </w:r>
    </w:p>
    <w:p>
      <w:r>
        <w:rPr>
          <w:b/>
        </w:rPr>
        <w:t xml:space="preserve">1. </w:t>
      </w:r>
      <w:r>
        <w:t>сведения об использовании средств аудио-, видеозаписи, систем видеоконференц-связи, системы веб-конференции и (или) иных технических средств, а также о проведении кино- и фотосъемки, видеозаписи, трансляции судебного заседания по радио, телевидению и в информационно-телекоммуникационной сети &amp;quot;Интернет&amp;quot;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&amp;quot;Интернет&amp;quot;, посредством которых осуществлялась трансляция;</w:t>
      </w:r>
    </w:p>
    <w:p>
      <w:r>
        <w:rPr>
          <w:b/>
        </w:rPr>
        <w:t xml:space="preserve">1. </w:t>
      </w:r>
      <w:r>
        <w:t>дата составления протокола.</w:t>
      </w:r>
    </w:p>
    <w:p>
      <w:r>
        <w:rPr>
          <w:b/>
        </w:rPr>
        <w:t xml:space="preserve">2. </w:t>
      </w:r>
      <w:r>
        <w:t>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
        <w:rPr>
          <w:b/>
        </w:rPr>
        <w:t xml:space="preserve">3. </w:t>
      </w:r>
      <w:r>
        <w:t>В протоколе судебного заседания по делу, рассмотренному мировым судьей, дополнительно указываются сведения о разъяснении лицам, участвующим в деле, их представителям права подать заявление о составлении мотивированного решения суда.</w:t>
      </w:r>
    </w:p>
    <w:p>
      <w:r>
        <w:rPr>
          <w:b/>
        </w:rPr>
        <w:t xml:space="preserve">4. </w:t>
      </w:r>
      <w:r>
        <w:t>В протоколе судебного заседания по делу, рассмотренному в закрытом судебном заседании, дополнительно указываются объяснения лиц, участвующих в деле, их представителей; показания свидетелей, разъяснения экспертами своих заключений; сведения об оглашении письменных доказательств, данные осмотра вещественных доказательств, прослушивания аудиозаписей, просмотра видеозаписей; содержание судебных прений, заключений прокурора и представителей государственных органов, органов местного самоуправления.</w:t>
        <w:br/>
        <w:t>(Статья в редакции Федерального закона от 12.06.2024 № 135-ФЗ)</w:t>
      </w:r>
    </w:p>
    <w:p>
      <w:r>
        <w:rPr>
          <w:b/>
        </w:rPr>
        <w:t>Статья 230. Составление протокола</w:t>
      </w:r>
    </w:p>
    <w:p>
      <w:r>
        <w:rPr>
          <w:b/>
        </w:rPr>
        <w:t xml:space="preserve">1. </w:t>
      </w:r>
      <w:r>
        <w:t>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
        <w:rPr>
          <w:b/>
        </w:rPr>
        <w:t xml:space="preserve">2. </w:t>
      </w:r>
      <w:r>
        <w:t>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чем через три дня после окончания судебного заседания, протокол отдельного процессуального действия - не позднее чем на следующий день после дня его совершения.</w:t>
      </w:r>
    </w:p>
    <w:p>
      <w:r>
        <w:rPr>
          <w:b/>
        </w:rPr>
        <w:t xml:space="preserve">3. </w:t>
      </w:r>
      <w:r>
        <w:t>Протоколирование судебного заседания с использованием средств аудиозаписи ведется непрерывно в ходе судебного заседания, за исключением периода, на который суд удалялся в совещательную комнату. Материальный носитель аудиозаписи приобщается к протоколу.</w:t>
        <w:br/>
        <w:t>В случае, если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пунктами 6, 7, 8 и 10 части первой статьи 229 настоящего Кодекса. Материальный носитель видеозаписи приобщается к протоколу.</w:t>
      </w:r>
    </w:p>
    <w:p>
      <w:r>
        <w:rPr>
          <w:b/>
        </w:rPr>
        <w:t xml:space="preserve">4. </w:t>
      </w:r>
      <w:r>
        <w:t>По изложенным в письменной форме ходатайствам лиц, участвующих в деле, их представителей и за счет лиц, участвующих в деле, их представителей могут быть изготовлены копия протокола и (или) копия аудиозаписи судебного заседания.</w:t>
        <w:br/>
        <w:t>(Статья в редакции Федерального закона от 12.06.2024 № 135-ФЗ)</w:t>
      </w:r>
    </w:p>
    <w:p>
      <w:r>
        <w:rPr>
          <w:b/>
        </w:rPr>
        <w:t>Статья 231. Замечания на протокол</w:t>
      </w:r>
    </w:p>
    <w:p>
      <w:r>
        <w:rPr>
          <w:b/>
        </w:rPr>
        <w:t xml:space="preserve">1. </w:t>
      </w:r>
      <w:r>
        <w:t>Лица, участвующие в деле, их представители вправе ознакомиться с аудиозаписью судебного заседания, протоколом судебного заседания и протоколами о совершении отдельных процессуальных действий, в том числе путем получения их копий в электронном виде, и подать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
        <w:rPr>
          <w:b/>
        </w:rPr>
        <w:t xml:space="preserve">2. </w:t>
      </w:r>
      <w:r>
        <w:t>Замечания на протокол, представленные в суд по истечении пятидневного срока без заявления ходатайства, предусмотренного частью второй статьи 109 настоящего Кодекса, судом не рассматриваются и возвращаются лицу, представившему эти замечания.</w:t>
        <w:br/>
        <w:t>(Статья в редакции Федерального закона от 12.06.2024 № 135-ФЗ)</w:t>
      </w:r>
    </w:p>
    <w:p>
      <w:r>
        <w:rPr>
          <w:b/>
        </w:rPr>
        <w:t>Статья 232. Рассмотрение замечаний на протокол</w:t>
      </w:r>
    </w:p>
    <w:p>
      <w:r>
        <w:rPr>
          <w:b/>
        </w:rPr>
        <w:t xml:space="preserve">1. </w:t>
      </w:r>
      <w:r>
        <w:t>Замечания на протокол и аудиозапись судебного заседания или отдельного процессуального действия рассматривает подписавший протокол судья - председательствующий в судебном заседании,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Замечания приобщаются к делу во всяком случае. (В редакции Федерального закона от 29.07.2018 № 265-ФЗ)</w:t>
      </w:r>
    </w:p>
    <w:p>
      <w:r>
        <w:rPr>
          <w:b/>
        </w:rPr>
        <w:t xml:space="preserve">2. </w:t>
      </w:r>
      <w:r>
        <w:t>Замечания на протокол и аудиозапись судебного заседания или отдельного процессуального действия должны быть рассмотрены в течение пяти дней со дня их подачи. (В редакции Федерального закона от 29.07.2018 № 265-ФЗ)</w:t>
        <w:br/>
        <w:t>(Дополнение главой - Федеральный закон от 02.03.2016 № 45-ФЗ)</w:t>
      </w:r>
    </w:p>
    <w:p>
      <w:pPr>
        <w:pStyle w:val="Heading3"/>
      </w:pPr>
      <w:r>
        <w:t>УПРОЩЕННОЕ ПРОИЗВОДСТВО</w:t>
      </w:r>
    </w:p>
    <w:p>
      <w:r>
        <w:rPr>
          <w:b/>
        </w:rPr>
        <w:t>Статья 232.1. Порядок упрощенного производства</w:t>
      </w:r>
    </w:p>
    <w:p>
      <w:r>
        <w:rPr>
          <w:b/>
        </w:rPr>
        <w:t xml:space="preserve">1. </w:t>
      </w:r>
      <w:r>
        <w:t>Дела в порядке упрощенного производства рассматриваются судом по общим правилам искового производства, предусмотренным настоящим Кодексом, с особенностями, установленными настоящей главой.</w:t>
      </w:r>
    </w:p>
    <w:p>
      <w:r>
        <w:rPr>
          <w:b/>
        </w:rPr>
        <w:t xml:space="preserve">2. </w:t>
      </w:r>
      <w:r>
        <w:t>При рассмотрении в порядке упрощенного производства дел с участием иностранных лиц применяются также особенности, установленные разделом V настоящего Кодекса, если иное не предусмотрено настоящей главой.</w:t>
      </w:r>
    </w:p>
    <w:p>
      <w:r>
        <w:rPr>
          <w:b/>
        </w:rPr>
        <w:t xml:space="preserve">3. </w:t>
      </w:r>
      <w:r>
        <w:t>Гражданские дела в порядке упрощенного производства рассматриваются и разрешаются судом до истечения двух месяцев со дня поступления заявления в суд. (Дополнение частью - Федеральный закон от 28.11.2018 № 451-ФЗ)</w:t>
      </w:r>
    </w:p>
    <w:p>
      <w:r>
        <w:rPr>
          <w:b/>
        </w:rPr>
        <w:t>Статья 232.2. Дела, рассматриваемые в порядке упрощенного производства</w:t>
      </w:r>
    </w:p>
    <w:p>
      <w:r>
        <w:rPr>
          <w:b/>
        </w:rPr>
        <w:t xml:space="preserve">1. </w:t>
      </w:r>
      <w:r>
        <w:t>В порядке упрощенного производства подлежат рассмотрению дела:</w:t>
      </w:r>
    </w:p>
    <w:p>
      <w:r>
        <w:rPr>
          <w:b/>
        </w:rPr>
        <w:t xml:space="preserve">1. </w:t>
      </w:r>
      <w:r>
        <w:t>по исковым заявлениям о взыскании денежных средств или об истребовании имущества, если цена иска не превышает двести пятьдесят тысяч рублей, кроме дел, рассматриваемых в порядке приказного производства (статья 122 и часть третья статьи 125 настоящего Кодекса); (В редакции Федерального закона от 12.06.2024 № 135-ФЗ)</w:t>
      </w:r>
    </w:p>
    <w:p>
      <w:r>
        <w:rPr>
          <w:b/>
        </w:rPr>
        <w:t xml:space="preserve">1. </w:t>
      </w:r>
      <w:r>
        <w:t>по исковым заявлениям о признании права собственности, если цена иска не превышает двести пятьдесят тысяч рублей; (В редакции Федерального закона от 12.06.2024 № 135-ФЗ)</w:t>
      </w:r>
    </w:p>
    <w:p>
      <w:r>
        <w:rPr>
          <w:b/>
        </w:rPr>
        <w:t xml:space="preserve">1. </w:t>
      </w:r>
      <w:r>
        <w:t>по исковым заявлениям,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кроме дел, рассматриваемых в порядке приказного производства.</w:t>
      </w:r>
    </w:p>
    <w:p>
      <w:r>
        <w:rPr>
          <w:b/>
        </w:rPr>
        <w:t xml:space="preserve">2. </w:t>
      </w:r>
      <w:r>
        <w:t>По ходатайству стороны при согласии другой стороны или по инициативе суда при согласии сторон судья при подготовке дела к рассмотрению может вынести определение о рассмотрении в порядке упрощенного производства иных дел, если не имеется обстоятельств, указанных в части четвертой настоящей статьи.</w:t>
      </w:r>
    </w:p>
    <w:p>
      <w:r>
        <w:rPr>
          <w:b/>
        </w:rPr>
        <w:t xml:space="preserve">3. </w:t>
      </w:r>
      <w:r>
        <w:t>Не подлежат рассмотрению в порядке упрощенного производства дела:</w:t>
      </w:r>
    </w:p>
    <w:p>
      <w:r>
        <w:rPr>
          <w:b/>
        </w:rPr>
        <w:t xml:space="preserve">3. </w:t>
      </w:r>
      <w:r>
        <w:t>связанные с государственной тайной;</w:t>
      </w:r>
    </w:p>
    <w:p>
      <w:r>
        <w:rPr>
          <w:b/>
        </w:rPr>
        <w:t xml:space="preserve">3. </w:t>
      </w:r>
      <w:r>
        <w:t>по спорам, затрагивающим права детей, за исключением споров о взыскании алиментов;</w:t>
      </w:r>
    </w:p>
    <w:p>
      <w:r>
        <w:rPr>
          <w:b/>
        </w:rPr>
        <w:t xml:space="preserve">3. </w:t>
      </w:r>
      <w:r>
        <w:t>о возмещении вреда, причиненного жизни или здоровью;</w:t>
      </w:r>
    </w:p>
    <w:p>
      <w:r>
        <w:rPr>
          <w:b/>
        </w:rPr>
        <w:t xml:space="preserve">3. </w:t>
      </w:r>
      <w:r>
        <w:t>по корпоративным спорам;</w:t>
      </w:r>
    </w:p>
    <w:p>
      <w:r>
        <w:rPr>
          <w:b/>
        </w:rPr>
        <w:t xml:space="preserve">3. </w:t>
      </w:r>
      <w:r>
        <w:t>связанные с обращением взыскания на средства бюджетов бюджетной системы Российской Федерации.</w:t>
      </w:r>
    </w:p>
    <w:p>
      <w:r>
        <w:rPr>
          <w:b/>
        </w:rPr>
        <w:t xml:space="preserve">4. </w:t>
      </w:r>
      <w:r>
        <w:t>Суд выносит определение о рассмотрении дела по общим правилам искового производства, если в ходе рассмотрения дела в порядке упрощенного производства установлено, что дело не подлежит рассмотрению в порядке упрощенного производства, удовлетворено ходатайство третьего лица с самостоятельными требованиями о вступлении в дело, принят встречный иск, который не может быть рассмотрен по правилам, установленным настоящей главой, либо суд, в том числе по ходатайству одной из сторон, пришел к выводу о том, что:</w:t>
      </w:r>
    </w:p>
    <w:p>
      <w:r>
        <w:rPr>
          <w:b/>
        </w:rPr>
        <w:t xml:space="preserve">4. </w:t>
      </w:r>
      <w:r>
        <w:t>необходимо выяснить дополнительные обстоятельства или исследовать дополнительные доказательства, а также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4.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
        <w:rPr>
          <w:b/>
        </w:rPr>
        <w:t xml:space="preserve">5. </w:t>
      </w:r>
      <w:r>
        <w:t>В определении о рассмотрении дела по общим правилам искового 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вызван необходимостью произвести осмотр и исследование доказательств по месту их нахождения, назначить экспертизу или заслушать свидетельские показания.</w:t>
      </w:r>
    </w:p>
    <w:p>
      <w:r>
        <w:rPr>
          <w:b/>
        </w:rPr>
        <w:t xml:space="preserve">6. </w:t>
      </w:r>
      <w:r>
        <w:t>В случае, если заявлено несколько требований, одно из которых носит имущественный характер и относится к требованиям, указанным в части первой настоящей статьи, а другие требования носят неимущественный характер и суд не выделит эти требования в отдельное производство на основании части второй статьи 151 настоящего Кодекса, такие требования рассматриваются в порядке упрощенного производства.</w:t>
        <w:br/>
        <w:t>(Статья в редакции Федерального закона от 28.11.2018 № 451-ФЗ)</w:t>
      </w:r>
    </w:p>
    <w:p>
      <w:r>
        <w:rPr>
          <w:b/>
        </w:rPr>
        <w:t>Статья 232.3. Особенности рассмотрения дел в порядке упрощенного производства</w:t>
      </w:r>
    </w:p>
    <w:p>
      <w:r>
        <w:rPr>
          <w:b/>
        </w:rPr>
        <w:t xml:space="preserve">1. </w:t>
      </w:r>
      <w:r>
        <w:t>Исковое заявление по делу, указанному в части первой статьи 2322 настоящего Кодекса, и прилагаемые к такому заявлению документы подаются в суд по общим правилам подсудности, установленным настоящим Кодексом.</w:t>
      </w:r>
    </w:p>
    <w:p>
      <w:r>
        <w:rPr>
          <w:b/>
        </w:rPr>
        <w:t xml:space="preserve">2. </w:t>
      </w:r>
      <w:r>
        <w:t>Суд выносит определение о принятии искового заявления к производству, в котором указывает на рассмотрение дела в порядке упрощенного производства, или определение о переходе к рассмотрению дела в порядке упрощенного производства и устанавливает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определениях суд может предложить сторонам урегулировать спор самостоятельно, указав на возможность примирения.</w:t>
      </w:r>
    </w:p>
    <w:p>
      <w:r>
        <w:rPr>
          <w:b/>
        </w:rPr>
        <w:t xml:space="preserve">3. </w:t>
      </w:r>
      <w:r>
        <w:t>В определениях, указанных в части второй настоящей статьи, суд устанавливает срок, в течение которого стороны вправе представить в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документы не должны содержать ссылки на доказательства, которые не были представлены в срок, указанный в части второй настоящей статьи.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
        <w:rPr>
          <w:b/>
        </w:rPr>
        <w:t xml:space="preserve">4. </w:t>
      </w:r>
      <w:r>
        <w:t>Если доказательства и иные документы поступили в суд до принятия решения по делу, но по истечении установленных судом сроков, суд принимает эти доказательства и иные документы при условии, что сроки их представления пропущены по уважительным причинам.</w:t>
      </w:r>
    </w:p>
    <w:p>
      <w:r>
        <w:rPr>
          <w:b/>
        </w:rPr>
        <w:t xml:space="preserve">5. </w:t>
      </w:r>
      <w:r>
        <w:t>Суд рассматривает дело в порядке упрощенного производства без вызова сторон после истечения сроков, установленных судом в соответствии с частью третьей настоящей статьи.</w:t>
        <w:b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
        <w:rPr>
          <w:b/>
        </w:rPr>
        <w:t xml:space="preserve">6. </w:t>
      </w:r>
      <w:r>
        <w:t>При рассмотрении дела в порядке упрощенного производства не применяются правила о ведении протокола и об отложении разбирательства дела. Предварительное судебное заседание по делам, рассматриваемым в порядке упрощенного производства, не проводится.</w:t>
      </w:r>
    </w:p>
    <w:p>
      <w:r>
        <w:rPr>
          <w:b/>
        </w:rPr>
        <w:t>Статья 232.4. Решение суда по делу, рассматриваемому в порядке упрощенного производства</w:t>
      </w:r>
    </w:p>
    <w:p>
      <w:r>
        <w:rPr>
          <w:b/>
        </w:rPr>
        <w:t xml:space="preserve">1. </w:t>
      </w:r>
      <w:r>
        <w:t>Решение по делу, рассматриваемому в порядке упрощенного производства, принимается путем вынесения судом резолютивной части решения, копия которого высылается лицам, участвующим в деле, не позднее следующего дня после дня его принятия и которое размещается в установленном порядке в информационно-телекоммуникационной сети &amp;quot;Интернет&amp;quot;. (В редакции Федерального закона от 30.12.2021 № 440-ФЗ)</w:t>
      </w:r>
    </w:p>
    <w:p>
      <w:r>
        <w:rPr>
          <w:b/>
        </w:rPr>
        <w:t xml:space="preserve">2. </w:t>
      </w:r>
      <w:r>
        <w:t>По заявлению лиц, участвующих в деле, их представителей или в случае подачи апелляционных жалобы, представления по делу, рассматриваемому в порядке упрощенного производства, суд составляет мотивированное решение.</w:t>
      </w:r>
    </w:p>
    <w:p>
      <w:r>
        <w:rPr>
          <w:b/>
        </w:rPr>
        <w:t xml:space="preserve">3. </w:t>
      </w:r>
      <w: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 В этом случае решение принимается по правилам, установленным главой 16 настоящего Кодекса, если иное не вытекает из особенностей, установленных настоящей главой.</w:t>
      </w:r>
    </w:p>
    <w:p>
      <w:r>
        <w:rPr>
          <w:b/>
        </w:rPr>
        <w:t xml:space="preserve">4. </w:t>
      </w:r>
      <w:r>
        <w:t>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 (В редакции Федерального закона от 28.11.2018 № 451-ФЗ)</w:t>
      </w:r>
    </w:p>
    <w:p>
      <w:r>
        <w:rPr>
          <w:b/>
        </w:rPr>
        <w:t xml:space="preserve">5. </w:t>
      </w:r>
      <w:r>
        <w:t>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w:t>
      </w:r>
    </w:p>
    <w:p>
      <w:r>
        <w:rPr>
          <w:b/>
        </w:rPr>
        <w:t xml:space="preserve">6. </w:t>
      </w:r>
      <w:r>
        <w:t>В случае составления мотивированного решения суда такое решение вступает в законную силу по истечении срока, установленного для подачи апелляционной жалобы частью восьмой настоящей статьи.</w:t>
      </w:r>
    </w:p>
    <w:p>
      <w:r>
        <w:rPr>
          <w:b/>
        </w:rPr>
        <w:t xml:space="preserve">7. </w:t>
      </w:r>
      <w:r>
        <w:t>В случае подачи апелляционной жалобы решение, если оно не отменено или не изменено, вступает в законную силу со дня принятия определения судом апелляционной инстанции.</w:t>
      </w:r>
    </w:p>
    <w:p>
      <w:r>
        <w:rPr>
          <w:b/>
        </w:rPr>
        <w:t xml:space="preserve">8. </w:t>
      </w: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pPr>
        <w:pStyle w:val="Heading3"/>
      </w:pPr>
      <w:r>
        <w:t>ЗАОЧНОЕ ПРОИЗВОДСТВО</w:t>
      </w:r>
    </w:p>
    <w:p>
      <w:r>
        <w:rPr>
          <w:b/>
        </w:rPr>
        <w:t>Статья 233. Основания для заочного производства</w:t>
      </w:r>
    </w:p>
    <w:p>
      <w:r>
        <w:rPr>
          <w:b/>
        </w:rPr>
        <w:t xml:space="preserve">1. </w:t>
      </w:r>
      <w:r>
        <w:t>В случае неявки в судебное заседание ответчика, извещенного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О рассмотрении дела в таком порядке суд выносит определение.</w:t>
      </w:r>
    </w:p>
    <w:p>
      <w:r>
        <w:rPr>
          <w:b/>
        </w:rPr>
        <w:t xml:space="preserve">2. </w:t>
      </w:r>
      <w:r>
        <w:t>При участии в деле нескольких ответчиков рассмотрение дела в порядке заочного производства возможно в случае неявки в судебное заседание всех ответчиков.</w:t>
      </w:r>
    </w:p>
    <w:p>
      <w:r>
        <w:rPr>
          <w:b/>
        </w:rPr>
        <w:t xml:space="preserve">3. </w:t>
      </w:r>
      <w:r>
        <w:t>В случае, если явившийся в судебное заседание истец не согласен на рассмотрение дела в порядке заочного производства в отсутствие ответчика, суд откладывает рассмотрение дела и направляет ответчику извещение о времени и месте нового судебного заседания.</w:t>
      </w:r>
    </w:p>
    <w:p>
      <w:r>
        <w:rPr>
          <w:b/>
        </w:rPr>
        <w:t xml:space="preserve">4. </w:t>
      </w:r>
      <w:r>
        <w:t>При изменении истцом предмета или основания иска, увеличении размера исковых требований суд не вправе рассмотреть дело в порядке заочного производства в данном судебном заседании.</w:t>
      </w:r>
    </w:p>
    <w:p>
      <w:r>
        <w:rPr>
          <w:b/>
        </w:rPr>
        <w:t>Статья 234. Порядок заочного производства</w:t>
      </w:r>
    </w:p>
    <w:p>
      <w:r>
        <w:t>При рассмотрении дела в порядке заочного производства суд проводит судебное заседание в общем порядке, исследует доказательства, представленные лицами, участвующими в деле, учитывает их доводы и принимает решение, которое именуется заочным.</w:t>
      </w:r>
    </w:p>
    <w:p>
      <w:r>
        <w:rPr>
          <w:b/>
        </w:rPr>
        <w:t>Статья 235. Содержание заочного решения суда</w:t>
      </w:r>
    </w:p>
    <w:p>
      <w:r>
        <w:rPr>
          <w:b/>
        </w:rPr>
        <w:t xml:space="preserve">1. </w:t>
      </w:r>
      <w:r>
        <w:t>Содержание и порядок составления заочного решения суда определяются правилами, установленными статьями 198 и 199 настоящего Кодекса. (В редакции Федерального закона от 28.11.2018 № 451-ФЗ)</w:t>
      </w:r>
    </w:p>
    <w:p>
      <w:r>
        <w:rPr>
          <w:b/>
        </w:rPr>
        <w:t xml:space="preserve">2. </w:t>
      </w:r>
      <w:r>
        <w:t>В резолютивной части заочного решения суда должны быть указаны срок и порядок подачи заявления об отмене этого решения суда.</w:t>
      </w:r>
    </w:p>
    <w:p>
      <w:r>
        <w:rPr>
          <w:b/>
        </w:rPr>
        <w:t>Статья 236. Высылка копии заочного решения суда</w:t>
      </w:r>
    </w:p>
    <w:p>
      <w:r>
        <w:rPr>
          <w:b/>
        </w:rPr>
        <w:t xml:space="preserve">1. </w:t>
      </w:r>
      <w:r>
        <w:t>Копия заочного решения суда высылается ответчику не позднее чем в течение трех дней со дня его принятия с уведомлением о вручении.</w:t>
      </w:r>
    </w:p>
    <w:p>
      <w:r>
        <w:rPr>
          <w:b/>
        </w:rPr>
        <w:t xml:space="preserve">2. </w:t>
      </w:r>
      <w:r>
        <w:t>Истцу, не присутствовавшему в судебном заседании и просившему суд рассмотреть дело в его отсутствие, копия заочного решения суда высылается не позднее чем в течение трех дней со дня его принятия с уведомлением о вручении.</w:t>
      </w:r>
    </w:p>
    <w:p>
      <w:r>
        <w:rPr>
          <w:b/>
        </w:rPr>
        <w:t>Статья 237. Обжалование заочного решения суда</w:t>
      </w:r>
    </w:p>
    <w:p>
      <w:r>
        <w:rPr>
          <w:b/>
        </w:rPr>
        <w:t xml:space="preserve">1. </w:t>
      </w:r>
      <w:r>
        <w:t>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p>
    <w:p>
      <w:r>
        <w:rPr>
          <w:b/>
        </w:rPr>
        <w:t xml:space="preserve">2. </w:t>
      </w: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w:t>
        <w:b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br/>
        <w:t>(Статья в редакции Федерального закона от 28.11.2018 № 451-ФЗ)</w:t>
      </w:r>
    </w:p>
    <w:p>
      <w:r>
        <w:rPr>
          <w:b/>
        </w:rPr>
        <w:t>Статья 238. Содержание заявления об отмене заочного решения суда</w:t>
      </w:r>
    </w:p>
    <w:p>
      <w:r>
        <w:rPr>
          <w:b/>
        </w:rPr>
        <w:t xml:space="preserve">1. </w:t>
      </w:r>
      <w:r>
        <w:t>Заявление об отмене заочного решения суда должно содержать:</w:t>
      </w:r>
    </w:p>
    <w:p>
      <w:r>
        <w:rPr>
          <w:b/>
        </w:rPr>
        <w:t xml:space="preserve">1. </w:t>
      </w:r>
      <w:r>
        <w:t>наименование суда, принявшего заочное решение;</w:t>
      </w:r>
    </w:p>
    <w:p>
      <w:r>
        <w:rPr>
          <w:b/>
        </w:rPr>
        <w:t xml:space="preserve">1. </w:t>
      </w:r>
      <w:r>
        <w:t>наименование лица, подающего заявление;</w:t>
      </w:r>
    </w:p>
    <w:p>
      <w:r>
        <w:rPr>
          <w:b/>
        </w:rPr>
        <w:t xml:space="preserve">1. </w:t>
      </w:r>
      <w:r>
        <w:t>обстоятельства, свидетельствующие об уважительности причин неявки ответчика в судебное заседание, о которых он не имел возможности своевременно сообщить суду, и доказательства, подтверждающие эти обстоятельства, а также обстоятельства и доказательства, которые могут повлиять на содержание решения суда;</w:t>
      </w:r>
    </w:p>
    <w:p>
      <w:r>
        <w:rPr>
          <w:b/>
        </w:rPr>
        <w:t xml:space="preserve">1. </w:t>
      </w:r>
      <w:r>
        <w:t>просьбу лица, подающего заявление;</w:t>
      </w:r>
    </w:p>
    <w:p>
      <w:r>
        <w:rPr>
          <w:b/>
        </w:rPr>
        <w:t xml:space="preserve">1. </w:t>
      </w:r>
      <w:r>
        <w:t>перечень прилагаемых к заявлению материалов.</w:t>
      </w:r>
    </w:p>
    <w:p>
      <w:r>
        <w:rPr>
          <w:b/>
        </w:rPr>
        <w:t xml:space="preserve">2. </w:t>
      </w:r>
      <w:r>
        <w:t>Заявление об отмене заочного решения суда подписывается ответчиком или при наличии полномочия его представителем и представляется в суд с копиями, число которых соответствует числу лиц, участвующих в деле.</w:t>
      </w:r>
    </w:p>
    <w:p>
      <w:r>
        <w:rPr>
          <w:b/>
        </w:rPr>
        <w:t xml:space="preserve">3. </w:t>
      </w:r>
      <w:r>
        <w:t>Заявление об отмене заочного решения суда не подлежит оплате государственной пошлиной.</w:t>
      </w:r>
    </w:p>
    <w:p>
      <w:r>
        <w:rPr>
          <w:b/>
        </w:rPr>
        <w:t>Статья 239. Действия суда после принятия заявления об отмене заочного решения суда</w:t>
      </w:r>
    </w:p>
    <w:p>
      <w:r>
        <w:t>Суд извещает лиц, участвующих в деле, о времени и месте рассмотрения заявления об отмене заочного решения суда, направляет им копии заявления и прилагаемых к нему материалов.</w:t>
      </w:r>
    </w:p>
    <w:p>
      <w:r>
        <w:rPr>
          <w:b/>
        </w:rPr>
        <w:t>Статья 240. Рассмотрение заявления об отмене заочного решения суда</w:t>
      </w:r>
    </w:p>
    <w:p>
      <w:r>
        <w:t>Заявление об отмене заочного решения суда рассматривается судом в судебном заседании в течение десяти дней со дня его поступления в суд. Неявка лиц, участвующих в деле и извещенных о времени и месте судебного заседания, не препятствует рассмотрению заявления.</w:t>
      </w:r>
    </w:p>
    <w:p>
      <w:r>
        <w:rPr>
          <w:b/>
        </w:rPr>
        <w:t>Статья 241. Полномочия суда</w:t>
      </w:r>
    </w:p>
    <w:p>
      <w:r>
        <w:t>Суд, рассмотрев заявление об отмене заочного решения суда, выносит определение об отказе в удовлетворении заявления или об отмене заочного решения суда и о возобновлении рассмотрения дела по существу в том же или ином составе судей.</w:t>
      </w:r>
    </w:p>
    <w:p>
      <w:r>
        <w:rPr>
          <w:b/>
        </w:rPr>
        <w:t>Статья 242. Основания для отмены заочного решения суда</w:t>
      </w:r>
    </w:p>
    <w:p>
      <w:r>
        <w:t>Заочное решение суда подлежит отмене,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при этом ответчик ссылается на обстоятельства и представляет доказательства, которые могут повлиять на содержание решения суда.</w:t>
      </w:r>
    </w:p>
    <w:p>
      <w:r>
        <w:rPr>
          <w:b/>
        </w:rPr>
        <w:t>Статья 243. Возобновление рассмотрения дела</w:t>
      </w:r>
    </w:p>
    <w:p>
      <w:r>
        <w:t>При отмене заочного решения суд возобновляет рассмотрение дела по существу. В случае неявки ответчика, извещенного надлежащим образом о времени и месте судебного заседания, принятое при новом рассмотрении дела решение суда не будет заочным. Ответчик не вправе повторно подать заявление о пересмотре этого решения в порядке заочного производства.</w:t>
      </w:r>
    </w:p>
    <w:p>
      <w:r>
        <w:rPr>
          <w:b/>
        </w:rPr>
        <w:t>Статья 244. Законная сила заочного решения суда</w:t>
      </w:r>
    </w:p>
    <w:p>
      <w:r>
        <w:rPr>
          <w:b/>
        </w:rPr>
        <w:t xml:space="preserve">1. </w:t>
      </w:r>
      <w:r>
        <w:t>Заочное решение суда вступает в законную силу по истечении предусмотренного частью второй статьи 237 настоящего Кодекса срока на его обжалование, если оно не было обжаловано.</w:t>
        <w:br/>
        <w:t>В случае подачи ответчиком заявления об отмене заочного решения суда в порядке, установленном частью первой статьи 237 настоящего Кодекса, и отказа в удовлетворении этого заявления заочное решение, если оно не было обжаловано в апелляционном порядке, вступает в законную силу по истечении срока на его апелляционное обжалование, а в случае обжалования в апелляционном порядке заочное решение суда вступает в законную силу после рассмотрения жалобы судом апелляционной инстанции, если оно не было отменено.</w:t>
      </w:r>
    </w:p>
    <w:p>
      <w:r>
        <w:rPr>
          <w:b/>
        </w:rPr>
        <w:t xml:space="preserve">2. </w:t>
      </w:r>
      <w:r>
        <w:t>Если на момент подачи ответчиком заявления об отмене заочного решения суда заочное решение исполняется, исполнение данного решения суда может быть приостановлено судом, его принявшим, в порядке, установленном статьей 3262 настоящего Кодекса, до рассмотрения заявления об отмене заочного решения суда.</w:t>
        <w:br/>
        <w:t>(Статья в редакции Федерального закона от 28.11.2018 № 451-ФЗ)</w:t>
        <w:br/>
        <w:t>(Дополнение главой - Федеральный закон от 30.04.2010 № 69-ФЗ) (Утратила силу - Федеральный закон от 08.03.2015 № 23-ФЗ)</w:t>
        <w:br/>
        <w:t>(Дополнение главой - Федеральный закон от 05.05.2014 № 126-ФЗ)</w:t>
      </w:r>
    </w:p>
    <w:p>
      <w:pPr>
        <w:pStyle w:val="Heading3"/>
      </w:pPr>
      <w:r>
        <w:t>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w:t>
      </w:r>
    </w:p>
    <w:p>
      <w:r>
        <w:rPr>
          <w:b/>
        </w:rPr>
        <w:t>Статья 244.11. Подача заявления о возвращении ребенка или об осуществлении в отношении ребенка прав доступа на основании международного договора Российской Федерации</w:t>
      </w:r>
    </w:p>
    <w:p>
      <w:r>
        <w:rPr>
          <w:b/>
        </w:rPr>
        <w:t xml:space="preserve">1. </w:t>
      </w:r>
      <w:r>
        <w:t>Заявление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(далее - заявление о возвращении ребенка или об осуществлении прав доступа) подается в суд родителем или иным лицом, полагающим, что ответчиком нарушены его права опеки или права доступа, либо подается в суд прокурором.</w:t>
      </w:r>
    </w:p>
    <w:p>
      <w:r>
        <w:rPr>
          <w:b/>
        </w:rPr>
        <w:t xml:space="preserve">2. </w:t>
      </w:r>
      <w:r>
        <w:t>Заявление о возвращении ребенка или об осуществлении прав доступа подается в Тверской районный суд города Москвы при пребывании ребенка в пределах Центрального федерального округа, в Дзержинский районный суд города Санкт-Петербурга при пребывании ребенка в пределах Северо-Западного федерального округа, в Первомайский районный суд города Ростова-на-Дону при пребывании ребенка в пределах Южного федерального округа, в Пятигорский городской суд при пребывании ребенка в пределах Северо-Кавказского федерального округа, в Канавинский районный суд города Нижнего Новгорода при пребывании ребенка в пределах Приволжского федерального округа, в Железнодорожный районный суд города Екатеринбурга при пребывании ребенка в пределах Уральского федерального округа, в Центральный районный суд города Новосибирска при пребывании ребенка в пределах Сибирского федерального округа, в Центральный районный суд города Хабаровска при пребывании ребенка в пределах Дальневосточного федерального округа. (В редакции федеральных законов от 23.06.2014 № 154-ФЗ; от 19.12.2016 № 438-ФЗ)</w:t>
      </w:r>
    </w:p>
    <w:p>
      <w:r>
        <w:rPr>
          <w:b/>
        </w:rPr>
        <w:t xml:space="preserve">3. </w:t>
      </w:r>
      <w:r>
        <w:t>Если место пребывания ребенка на территории Российской Федерации неизвестно, заявление о возвращении ребенка или об осуществлении прав доступа подается в суд, предусмотренный частью второй настоящей статьи, по последнему известному месту пребывания ребенка в Российской Федерации или по последнему известному месту жительства ответчика в Российской Федерации.</w:t>
      </w:r>
    </w:p>
    <w:p>
      <w:r>
        <w:rPr>
          <w:b/>
        </w:rPr>
        <w:t xml:space="preserve">4. </w:t>
      </w:r>
      <w:r>
        <w:t>В случае изменения места пребывания ребенка заявление о возвращении ребенка или об осуществлении прав доступа подлежит рассмотрению судом, который принял заявление к своему производству с соблюдением установленных настоящей статьей правил подсудности.</w:t>
      </w:r>
    </w:p>
    <w:p>
      <w:r>
        <w:rPr>
          <w:b/>
        </w:rPr>
        <w:t xml:space="preserve">5. </w:t>
      </w:r>
      <w:r>
        <w:t>В заявлении о возвращении ребенка или об осуществлении прав доступа должно быть указано, что соответствующее требование предъявляется на основании международного договора Российской Федерации.</w:t>
      </w:r>
    </w:p>
    <w:p>
      <w:r>
        <w:rPr>
          <w:b/>
        </w:rPr>
        <w:t>Статья 244.12. Порядок рассмотрения заявлений о возвращении ребенка или об осуществлении прав доступа</w:t>
      </w:r>
    </w:p>
    <w:p>
      <w:r>
        <w:t>Дела по заявлениям о возвращении ребенка или об осуществлении прав доступа на основании международного договора Российской Федерации (далее - дело о возвращении ребенка или об осуществлении прав доступа) рассматриваются и разрешаются по общим правилам искового производства с особенностями, установленными международным договором Российской Федерации и настоящей главой.</w:t>
      </w:r>
    </w:p>
    <w:p>
      <w:r>
        <w:rPr>
          <w:b/>
        </w:rPr>
        <w:t>Статья 244.13. Обеспечение иска</w:t>
      </w:r>
    </w:p>
    <w:p>
      <w:r>
        <w:t>В необходимых случаях наряду с другими мерами по обеспечению иска в соответствии с главой 13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из Российской Федерации.</w:t>
      </w:r>
    </w:p>
    <w:p>
      <w:r>
        <w:rPr>
          <w:b/>
        </w:rPr>
        <w:t>Статья 244.14. Недопустимость соединения исковых требований и предъявления встречного иска</w:t>
      </w:r>
    </w:p>
    <w:p>
      <w:r>
        <w:t>Соединение нескольких исковых требований, за исключением случая объединения истцом требований о возвращении двух и более детей, незаконно перемещенных в Российскую Федерацию или удерживаемых в Российской Федерации, или об осуществлении в отношении двух и более детей прав доступа на основании международного договора Российской Федерации, и предъявление встречного иска по делу о возвращении ребенка или об осуществлении прав доступа не допускаются.</w:t>
      </w:r>
    </w:p>
    <w:p>
      <w:r>
        <w:rPr>
          <w:b/>
        </w:rPr>
        <w:t>Статья 244.15. Рассмотрение заявления о возвращении ребенка или об осуществлении прав доступа</w:t>
      </w:r>
    </w:p>
    <w:p>
      <w:r>
        <w:rPr>
          <w:b/>
        </w:rPr>
        <w:t xml:space="preserve">1. </w:t>
      </w:r>
      <w:r>
        <w:t>Заявление о возвращении ребенка или об осуществлении прав доступа рассматривается с обязательным участием прокурора и органа опеки и попечительства.</w:t>
      </w:r>
    </w:p>
    <w:p>
      <w:r>
        <w:rPr>
          <w:b/>
        </w:rPr>
        <w:t xml:space="preserve">2. </w:t>
      </w:r>
      <w:r>
        <w:t>Заявление о возвращении ребенка или об осуществлении прав доступа рассматривается судом в срок, не превышающий сорока двух дней со дня принятия заявления судом, включая срок на подготовку дела к судебному разбирательству и составление мотивированного решения.</w:t>
      </w:r>
    </w:p>
    <w:p>
      <w:r>
        <w:rPr>
          <w:b/>
        </w:rPr>
        <w:t>Статья 244.16. Решение суда по делу о возвращении ребенка или об осуществлении прав доступа</w:t>
      </w:r>
    </w:p>
    <w:p>
      <w:r>
        <w:rPr>
          <w:b/>
        </w:rPr>
        <w:t xml:space="preserve">1. </w:t>
      </w:r>
      <w:r>
        <w:t>Решение суда по делу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должно соответствовать установленным главой 16 настоящего Кодекса требованиям и содержать обоснование необходимости возвращения ребенка в государство постоянного проживания в соответствии с международным договором Российской Федерации, порядок возвращения ребенка, указание на распределение судебных расходов и расходов, связанных с возвращением ребенка, или обоснование отказа в возвращении ребенка в государство постоянного проживания в соответствии с международным договором Российской Федерации и указание на распределение судебных расходов.</w:t>
      </w:r>
    </w:p>
    <w:p>
      <w:r>
        <w:rPr>
          <w:b/>
        </w:rPr>
        <w:t xml:space="preserve">2. </w:t>
      </w:r>
      <w:r>
        <w:t>Решение суда по делу об осуществлении в отношении ребенка, незаконно перемещенного в Российскую Федерацию или удерживаемого в Российской Федерации, прав доступа на основании международного договора Российской Федерации должно соответствовать установленным главой 16 настоящего Кодекса требованиям и содержать обоснование осуществления истцом прав доступа в соответствии с международным договором Российской Федерации, меры по обеспечению осуществления истцом прав доступа, указание на распределение судебных расходов или обоснование отказа в осуществлении прав доступа в соответствии с международным договором Российской Федерации и указание на распределение судебных расходов.</w:t>
      </w:r>
    </w:p>
    <w:p>
      <w:r>
        <w:rPr>
          <w:b/>
        </w:rPr>
        <w:t>Статья 244.17. Срок подачи апелляционных жалобы, представления на решение суда по делу о возвращении ребенка или об осуществлении прав доступа и срок рассмотрения дела в суде апелляционной инстанции</w:t>
      </w:r>
    </w:p>
    <w:p>
      <w:r>
        <w:rPr>
          <w:b/>
        </w:rPr>
        <w:t xml:space="preserve">1. </w:t>
      </w:r>
      <w:r>
        <w:t>Апелляционные жалоба, представление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 установленными главой 39 настоящего Кодекса.</w:t>
      </w:r>
    </w:p>
    <w:p>
      <w:r>
        <w:rPr>
          <w:b/>
        </w:rPr>
        <w:t xml:space="preserve">2. </w:t>
      </w:r>
      <w:r>
        <w:t>Поступившее по апелляционным жалобе, представлению дело о возвращении ребенка или об осуществлении прав доступа рассматривается в срок, не превышающий одного месяца со дня его поступления в суд апелляционной инстанции в соответствии с правилами, установленными главой 39 настоящего Кодекса.</w:t>
      </w:r>
    </w:p>
    <w:p>
      <w:r>
        <w:rPr>
          <w:b/>
        </w:rPr>
        <w:t>Статья 244.18. Срок подачи и рассмотрения частной жалобы, представления прокурора на определение суда первой инстанции по заявлению о возвращении ребенка или об осуществлении прав доступа</w:t>
      </w:r>
    </w:p>
    <w:p>
      <w:r>
        <w:rPr>
          <w:b/>
        </w:rPr>
        <w:t xml:space="preserve">1. </w:t>
      </w:r>
      <w:r>
        <w:t>На определение суда первой инстанции по заявлению о возвращении ребенка или об осуществлении прав доступа может быть подана сторонами и другими лицами, участвующими в деле, частная жалоба, а прокурором может быть принесено представление в течение десяти дней со дня вынесения определения судом первой инстанции в соответствии с правилами, установленными главой 39 настоящего Кодекса.</w:t>
      </w:r>
    </w:p>
    <w:p>
      <w:r>
        <w:rPr>
          <w:b/>
        </w:rPr>
        <w:t xml:space="preserve">2. </w:t>
      </w:r>
      <w:r>
        <w:t>Частная жалоба, представление, указанные в части первой настоящей статьи, рассматриваются не позднее десяти дней со дня передачи дела в апелляционную инстанцию в соответствии с правилами, предусмотренными статьей 333 настоящего Кодекса.</w:t>
      </w:r>
    </w:p>
    <w:p>
      <w:r>
        <w:rPr>
          <w:b/>
        </w:rPr>
        <w:t>Статья 244.19. Высылка копий судебных постановлений</w:t>
      </w:r>
    </w:p>
    <w:p>
      <w:r>
        <w:rPr>
          <w:b/>
        </w:rPr>
        <w:t xml:space="preserve">1. </w:t>
      </w:r>
      <w:r>
        <w:t>Копии определений суда об отказе в принятии, о возвращении, об оставлении без движения заявления о возвращении ребенка или об осуществлении прав доступа,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 о возвращении ребенка или об осуществлении прав доступа, копия определения, вынесенного судом апелляционной инстанции по частной жалобе или представлению на указанные определения суда первой инстанции, направляются не позднее дня, следующего за днем вынесения соответствующего определения,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(далее в настоящей статье - центральный орган), а также в суд, в производстве которого находится дело, связанное со спором об этом ребенке, если о таком деле известно суду, вынесшему определение.</w:t>
      </w:r>
    </w:p>
    <w:p>
      <w:r>
        <w:rPr>
          <w:b/>
        </w:rPr>
        <w:t xml:space="preserve">2. </w:t>
      </w:r>
      <w:r>
        <w:t>Копии определений суда, предусмотренных частью второй статьи 134, частью второй статьи 135, частью первой статьи 136 настоящего Кодекса, 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p>
      <w:r>
        <w:rPr>
          <w:b/>
        </w:rPr>
        <w:t xml:space="preserve">3. </w:t>
      </w:r>
      <w:r>
        <w:t>Копии определений суда, предусмотренных статьей 227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p>
      <w:r>
        <w:rPr>
          <w:b/>
        </w:rPr>
        <w:t xml:space="preserve">4. </w:t>
      </w:r>
      <w:r>
        <w:t>Копии 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 форме. В случае, если по указанному делу в соответствии со статьей 201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решения.</w:t>
      </w:r>
    </w:p>
    <w:p>
      <w:r>
        <w:rPr>
          <w:b/>
        </w:rPr>
        <w:t xml:space="preserve">5. </w:t>
      </w:r>
      <w:r>
        <w:t>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приостановивший производство по делу, связанному со спором об этом ребенке, если о таком деле известно суду, принявшему решение.</w:t>
      </w:r>
    </w:p>
    <w:p>
      <w:r>
        <w:rPr>
          <w:b/>
        </w:rPr>
        <w:t xml:space="preserve">6. </w:t>
      </w:r>
      <w:r>
        <w:t>Копия апелляционного определения по делу о возвращении ребенка или об осуществлении прав доступа в трехдневный срок со дня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p>
      <w:r>
        <w:rPr>
          <w:b/>
        </w:rPr>
        <w:t xml:space="preserve">7. </w:t>
      </w:r>
      <w:r>
        <w:t>Копия определения суда о разъяснении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определения.</w:t>
        <w:br/>
        <w:t>(Дополнение главой - Федеральный закон от 18.07.2019 № 191-ФЗ)</w:t>
      </w:r>
    </w:p>
    <w:p>
      <w:pPr>
        <w:pStyle w:val="Heading3"/>
      </w:pPr>
      <w:r>
        <w:t>Рассмотрение дел о защите прав и законных интересов группы лиц</w:t>
      </w:r>
    </w:p>
    <w:p>
      <w:r>
        <w:rPr>
          <w:b/>
        </w:rPr>
        <w:t>Статья 244.20. Право на обращение в суд в защиту прав и законных интересов группы лиц</w:t>
      </w:r>
    </w:p>
    <w:p>
      <w:r>
        <w:rPr>
          <w:b/>
        </w:rPr>
        <w:t xml:space="preserve">1. </w:t>
      </w:r>
      <w:r>
        <w:t>Гражданин или организация вправе обратиться в суд в защиту прав и законных интересов группы лиц при наличии совокупности следующих условий:</w:t>
      </w:r>
    </w:p>
    <w:p>
      <w:r>
        <w:rPr>
          <w:b/>
        </w:rPr>
        <w:t xml:space="preserve">1. </w:t>
      </w:r>
      <w:r>
        <w:t>имеется общий по отношению к каждому члену группы лиц ответчик;</w:t>
      </w:r>
    </w:p>
    <w:p>
      <w:r>
        <w:rPr>
          <w:b/>
        </w:rPr>
        <w:t xml:space="preserve">1. </w:t>
      </w:r>
      <w:r>
        <w:t>предметом спора являются общие либо однородные права и законные интересы членов группы лиц;</w:t>
      </w:r>
    </w:p>
    <w:p>
      <w:r>
        <w:rPr>
          <w:b/>
        </w:rPr>
        <w:t xml:space="preserve">1. </w:t>
      </w:r>
      <w:r>
        <w:t>в основании прав членов группы лиц и обязанностей ответчика лежат схожие фактические обстоятельства;</w:t>
      </w:r>
    </w:p>
    <w:p>
      <w:r>
        <w:rPr>
          <w:b/>
        </w:rPr>
        <w:t xml:space="preserve">1. </w:t>
      </w:r>
      <w:r>
        <w:t>использование всеми членами группы лиц одинакового способа защиты своих прав.</w:t>
      </w:r>
    </w:p>
    <w:p>
      <w:r>
        <w:rPr>
          <w:b/>
        </w:rPr>
        <w:t xml:space="preserve">2. </w:t>
      </w:r>
      <w:r>
        <w:t>Под членами группы лиц в настоящей главе понимаются граждане и организации, отвечающие совокупности условий, указанных в части первой настоящей статьи, независимо от присоединения их к требованию о защите прав и законных интересов группы лиц.</w:t>
      </w:r>
    </w:p>
    <w:p>
      <w:r>
        <w:rPr>
          <w:b/>
        </w:rPr>
        <w:t xml:space="preserve">3. </w:t>
      </w:r>
      <w:r>
        <w:t>В защиту прав и законных интересов группы лиц могут обратиться гражданин и организация, являющиеся членами этой группы лиц.</w:t>
      </w:r>
    </w:p>
    <w:p>
      <w:r>
        <w:rPr>
          <w:b/>
        </w:rPr>
        <w:t xml:space="preserve">4. </w:t>
      </w:r>
      <w:r>
        <w:t>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
        <w:rPr>
          <w:b/>
        </w:rPr>
        <w:t xml:space="preserve">5. </w:t>
      </w:r>
      <w:r>
        <w:t>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суд лиц, указанных в частях третьей и четвертой настоящей статьи, к требованию о защите прав и законных интересов этой группы лиц присоединились не менее двадцати лиц - членов группы лиц.</w:t>
      </w:r>
    </w:p>
    <w:p>
      <w:r>
        <w:rPr>
          <w:b/>
        </w:rPr>
        <w:t xml:space="preserve">6. </w:t>
      </w:r>
      <w:r>
        <w:t>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части третьей или четвертой настоящей статьи, либо непосредственно в суд, если член группы лиц присоединяется к требованию после принятия искового заявления в защиту прав и законных интересов группы лиц к производству суда. Присоединение к требованию о защите прав и законных интересов группы лиц возможно до перехода суда к судебным прениям. Такое заявление и прилагаемые к нему документы могут быть представлены в суд в электронном виде, в том числе в форме электронного документа. (В редакции Федерального закона от 30.12.2021 № 440-ФЗ)</w:t>
      </w:r>
    </w:p>
    <w:p>
      <w:r>
        <w:rPr>
          <w:b/>
        </w:rPr>
        <w:t>Статья 244.21. Требования к исковому заявлению, подаваемому в защиту прав и законных интересов группы лиц</w:t>
      </w:r>
    </w:p>
    <w:p>
      <w:r>
        <w:rPr>
          <w:b/>
        </w:rPr>
        <w:t xml:space="preserve">1. </w:t>
      </w:r>
      <w:r>
        <w:t>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r>
        <w:rPr>
          <w:b/>
        </w:rPr>
        <w:t xml:space="preserve">1. </w:t>
      </w:r>
      <w:r>
        <w:t>права и законные интересы группы лиц, в защиту которых предъявлено требование о защите прав и законных интересов группы лиц;</w:t>
      </w:r>
    </w:p>
    <w:p>
      <w:r>
        <w:rPr>
          <w:b/>
        </w:rPr>
        <w:t xml:space="preserve">1. </w:t>
      </w:r>
      <w:r>
        <w:t>круг лиц, являющихся членами группы лиц, основания такого членства;</w:t>
      </w:r>
    </w:p>
    <w:p>
      <w:r>
        <w:rPr>
          <w:b/>
        </w:rPr>
        <w:t xml:space="preserve">1. </w:t>
      </w:r>
      <w:r>
        <w:t>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r>
        <w:rPr>
          <w:b/>
        </w:rPr>
        <w:t xml:space="preserve">2. </w:t>
      </w:r>
      <w:r>
        <w:t>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r>
        <w:rPr>
          <w:b/>
        </w:rPr>
        <w:t xml:space="preserve">3. </w:t>
      </w:r>
      <w:r>
        <w:t>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
        <w:rPr>
          <w:b/>
        </w:rPr>
        <w:t>Статья 244.22. Ведение дел о защите прав и законных интересов группы лиц</w:t>
      </w:r>
    </w:p>
    <w:p>
      <w:r>
        <w:rPr>
          <w:b/>
        </w:rPr>
        <w:t xml:space="preserve">1. </w:t>
      </w:r>
      <w:r>
        <w:t>В исковом заявлении, поданном в защиту прав и законных интересов группы лиц, должно быть указано лицо, которому поручено ведение соответствующего гражданского дела в интересах группы лиц (далее в настоящей главе - лицо, которое ведет дело в интересах группы лиц).</w:t>
        <w:br/>
        <w:t>Лицо, которое ведет дело в интересах группы лиц, должно быть членом данной группы лиц, за исключением случаев, предусмотренных частью четвертой статьи 24420 настоящего Кодекса.</w:t>
        <w:br/>
        <w:t>Лицо, которое ведет дело в интересах группы лиц, действует от имени группы лиц без доверенности на основании указанного в части шестой статьи 24420 настоящего Кодекса заявления о присоединении к требованию о защите прав и законных интересов группы лиц.</w:t>
      </w:r>
    </w:p>
    <w:p>
      <w:r>
        <w:rPr>
          <w:b/>
        </w:rPr>
        <w:t xml:space="preserve">2. </w:t>
      </w:r>
      <w:r>
        <w:t>Если иное не предусмотрено соглашением о порядке осуществления прав и обязанностей группы лиц (статья 24427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
        <w:rPr>
          <w:b/>
        </w:rPr>
        <w:t xml:space="preserve">3. </w:t>
      </w:r>
      <w:r>
        <w:t>Суд вправе наложить судебный штраф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независимо от поручения ведения дела представителю. Штраф может быть наложен в порядке и в размере, которые установлены главой 8 настоящего Кодекса.</w:t>
      </w:r>
    </w:p>
    <w:p>
      <w:r>
        <w:rPr>
          <w:b/>
        </w:rPr>
        <w:t xml:space="preserve">4. </w:t>
      </w:r>
      <w:r>
        <w:t>Полномочия лица, которое ведет дело в интересах группы лиц, прекращаются судом:</w:t>
      </w:r>
    </w:p>
    <w:p>
      <w:r>
        <w:rPr>
          <w:b/>
        </w:rPr>
        <w:t xml:space="preserve">4. </w:t>
      </w:r>
      <w:r>
        <w:t>в случае отказа лица, которое ведет дело в интересах группы лиц, от иска;</w:t>
      </w:r>
    </w:p>
    <w:p>
      <w:r>
        <w:rPr>
          <w:b/>
        </w:rPr>
        <w:t xml:space="preserve">4. </w:t>
      </w:r>
      <w:r>
        <w:t>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
        <w:rPr>
          <w:b/>
        </w:rPr>
        <w:t>Статья 244.23. Права лица, присоединившегося к требованию о защите прав и законных интересов группы лиц</w:t>
      </w:r>
    </w:p>
    <w:p>
      <w:r>
        <w:rPr>
          <w:b/>
        </w:rPr>
        <w:t xml:space="preserve">1. </w:t>
      </w:r>
      <w:r>
        <w:t>Лицо, присоединившееся к требованию о защите прав и законных интересов группы лиц, имеет право:</w:t>
      </w:r>
    </w:p>
    <w:p>
      <w:r>
        <w:rPr>
          <w:b/>
        </w:rPr>
        <w:t xml:space="preserve">1. </w:t>
      </w:r>
      <w:r>
        <w:t>знакомиться с материалами дела, делать выписки из них, снимать копии;</w:t>
      </w:r>
    </w:p>
    <w:p>
      <w:r>
        <w:rPr>
          <w:b/>
        </w:rPr>
        <w:t xml:space="preserve">1. </w:t>
      </w:r>
      <w:r>
        <w:t>ходатайствовать в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
        <w:rPr>
          <w:b/>
        </w:rPr>
        <w:t xml:space="preserve">1. </w:t>
      </w:r>
      <w:r>
        <w:t>присутствовать в судебном заседании, в том числе если оно объявлено закрытым;</w:t>
      </w:r>
    </w:p>
    <w:p>
      <w:r>
        <w:rPr>
          <w:b/>
        </w:rPr>
        <w:t xml:space="preserve">1. </w:t>
      </w:r>
      <w:r>
        <w:t>отказаться от поданного им заявления о присоединении к требованию о защите прав и законных интересов группы лиц.</w:t>
      </w:r>
    </w:p>
    <w:p>
      <w:r>
        <w:rPr>
          <w:b/>
        </w:rPr>
        <w:t xml:space="preserve">2. </w:t>
      </w:r>
      <w:r>
        <w:t>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
        <w:rPr>
          <w:b/>
        </w:rPr>
        <w:t>Статья 244.24. Замена лица, которое ведет дело в интересах группы лиц</w:t>
      </w:r>
    </w:p>
    <w:p>
      <w:r>
        <w:rPr>
          <w:b/>
        </w:rPr>
        <w:t xml:space="preserve">1. </w:t>
      </w:r>
      <w:r>
        <w:t>Замена лица, которое ведет дело в интересах группы лиц, допускается в случае прекращения его полномочий по основаниям, предусмотренным частью четвертой статьи 24422 настоящего Кодекса.</w:t>
      </w:r>
    </w:p>
    <w:p>
      <w:r>
        <w:rPr>
          <w:b/>
        </w:rPr>
        <w:t xml:space="preserve">2. </w:t>
      </w:r>
      <w:r>
        <w:t>В случае поступления в суд заявления лица, которое ведет дело в интересах группы лиц, об отказе от иска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
        <w:rPr>
          <w:b/>
        </w:rPr>
        <w:t xml:space="preserve">3. </w:t>
      </w:r>
      <w:r>
        <w:t>В определении об отложении судебного разбирательства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статьей 24426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частью седьмой настоящей статьи. Доказательства уведомления об отказе от иска направляются лицом, которое ведет дело в интересах группы лиц, в суд.</w:t>
      </w:r>
    </w:p>
    <w:p>
      <w:r>
        <w:rPr>
          <w:b/>
        </w:rPr>
        <w:t xml:space="preserve">4. </w:t>
      </w:r>
      <w:r>
        <w:t>В суд в течение срока, установленного в определении суда, должны быть представлены доказательства, подтверждающие произведенную замену лица, которое ведет дело в интересах группы лиц.</w:t>
      </w:r>
    </w:p>
    <w:p>
      <w:r>
        <w:rPr>
          <w:b/>
        </w:rPr>
        <w:t xml:space="preserve">5. </w:t>
      </w:r>
      <w:r>
        <w:t>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
        <w:rPr>
          <w:b/>
        </w:rPr>
        <w:t xml:space="preserve">6. </w:t>
      </w:r>
      <w:r>
        <w:t>О прекращении производства по делу в отношении лица, которое ведет дело в интересах группы лиц, и о замене его другим лицом суд выносит определение.</w:t>
      </w:r>
    </w:p>
    <w:p>
      <w:r>
        <w:rPr>
          <w:b/>
        </w:rPr>
        <w:t xml:space="preserve">7. </w:t>
      </w:r>
      <w:r>
        <w:t>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судом срока не произведут замену такого лица другим лицом, суд принимает отказ от иска и прекращает производство по делу о защите прав и законных интересов группы лиц в порядке, установленном статьей 221 настоящего Кодекса. Прекращение производства по делу о защите прав и законных интересов группы лиц не лишает лиц из этой группы права обратиться в суд за защитой своих нарушенных или оспариваемых прав и законных интересов в порядке, установленном настоящим Кодексом.</w:t>
      </w:r>
    </w:p>
    <w:p>
      <w:r>
        <w:rPr>
          <w:b/>
        </w:rPr>
        <w:t xml:space="preserve">8. </w:t>
      </w:r>
      <w:r>
        <w:t>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пунктом 2 части четвертой статьи 24422 настоящего Кодекса, в таком обращении должна быть указана кандидатура другого лица. В случае удовлетворения данного ходатайства суд заменяет лицо, которое ведет дело в интересах группы лиц, и выносит соответствующее определение.</w:t>
      </w:r>
    </w:p>
    <w:p>
      <w:r>
        <w:rPr>
          <w:b/>
        </w:rPr>
        <w:t>Статья 244.25. Порядок рассмотрения дел о защите прав и законных интересов группы лиц</w:t>
      </w:r>
    </w:p>
    <w:p>
      <w:r>
        <w:rPr>
          <w:b/>
        </w:rPr>
        <w:t xml:space="preserve">1. </w:t>
      </w:r>
      <w:r>
        <w:t>Дела о защите прав и законных интересов группы лиц рассматриваются судами по правилам, установленным настоящим Кодексом, с особенностями, предусмотренными настоящей главой.</w:t>
      </w:r>
    </w:p>
    <w:p>
      <w:r>
        <w:rPr>
          <w:b/>
        </w:rPr>
        <w:t xml:space="preserve">2. </w:t>
      </w:r>
      <w:r>
        <w:t>Дело о защите прав и законных интересов группы лиц рассматривается судом в срок, не превышающий восьми месяцев со дня вынесения определения о принятии искового заявления к производству суда, включая срок на подготовку дела к судебному разбирательству и принятие решения по делу.</w:t>
      </w:r>
    </w:p>
    <w:p>
      <w:r>
        <w:rPr>
          <w:b/>
        </w:rPr>
        <w:t xml:space="preserve">3. </w:t>
      </w:r>
      <w:r>
        <w:t>В случае обращения в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части - лицо, обратившееся с самостоятельным иском) к тому же ответчику, о том же предмете суд разъясняет ему право присоединиться к требованию о защите прав и законных интересов группы лиц в порядке, установленном статьей 24420 настоящего Кодекса.</w:t>
      </w:r>
    </w:p>
    <w:p>
      <w:r>
        <w:rPr>
          <w:b/>
        </w:rPr>
        <w:t xml:space="preserve">4. </w:t>
      </w:r>
      <w:r>
        <w:t>Если лицо, обратившееся с самостоятельным иском, присоединяется к требованию о защите прав и законных интересов группы лиц, суд выносит определение о присоединении данного лица к указанному требованию группы лиц. При этом суд, в который обратилось указанное лицо, выносит определение о передаче материалов дела в суд, который рассматривает дело о защите прав и законных интересов группы лиц. Ответчик по делу о защите прав и законных интересов группы лиц обязан сообщить суду о наличии или об отсутствии в других судах дел по искам о том же предмете к этому ответчику и стадии их рассмотрения.</w:t>
      </w:r>
    </w:p>
    <w:p>
      <w:r>
        <w:rPr>
          <w:b/>
        </w:rPr>
        <w:t xml:space="preserve">5. </w:t>
      </w:r>
      <w:r>
        <w:t>Если лицо, обратившееся с самостоятельным иском, не воспользуется правом присоединиться к требованию о защите прав и законных интересов группы лиц,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
        <w:rPr>
          <w:b/>
        </w:rPr>
        <w:t xml:space="preserve">6. </w:t>
      </w:r>
      <w:r>
        <w:t>Производство по делу лица, обратившегося с самостоятельным иском, приостанавливается в том числе в случае, если исковое заявление, поданное в защиту прав и законных интересов группы лиц, предъявлено позднее обращения в суд указанного лица.</w:t>
      </w:r>
    </w:p>
    <w:p>
      <w:r>
        <w:rPr>
          <w:b/>
        </w:rPr>
        <w:t>Статья 244.26. Подготовка дела о защите прав и законных интересов группы лиц к судебному разбирательству</w:t>
      </w:r>
    </w:p>
    <w:p>
      <w:r>
        <w:rPr>
          <w:b/>
        </w:rPr>
        <w:t xml:space="preserve">1. </w:t>
      </w:r>
      <w:r>
        <w:t>При подготовке дела о защите прав и законных интересов группы лиц к судебному разбирательству судья:</w:t>
      </w:r>
    </w:p>
    <w:p>
      <w:r>
        <w:rPr>
          <w:b/>
        </w:rPr>
        <w:t xml:space="preserve">1. </w:t>
      </w:r>
      <w:r>
        <w:t>определяет характер спорного правоотношения и подлежащее применению законодательство;</w:t>
      </w:r>
    </w:p>
    <w:p>
      <w:r>
        <w:rPr>
          <w:b/>
        </w:rPr>
        <w:t xml:space="preserve">1. </w:t>
      </w:r>
      <w:r>
        <w:t>уточняет требования в защиту прав и законных интересов группы лиц и основания этих требований;</w:t>
      </w:r>
    </w:p>
    <w:p>
      <w:r>
        <w:rPr>
          <w:b/>
        </w:rPr>
        <w:t xml:space="preserve">1. </w:t>
      </w:r>
      <w:r>
        <w:t>решает вопрос о составе группы лиц и о возможности установления иных лиц, являющихся участниками спорных правоотношений;</w:t>
      </w:r>
    </w:p>
    <w:p>
      <w:r>
        <w:rPr>
          <w:b/>
        </w:rPr>
        <w:t xml:space="preserve">1. </w:t>
      </w:r>
      <w:r>
        <w:t>предлагает представить доказательства, подтверждающие принадлежность конкретного лица к группе лиц;</w:t>
      </w:r>
    </w:p>
    <w:p>
      <w:r>
        <w:rPr>
          <w:b/>
        </w:rPr>
        <w:t xml:space="preserve">1. </w:t>
      </w:r>
      <w:r>
        <w:t>предлагает лицам, присоединившимся к требованию о защите прав и законных интересов группы лиц, заключить соглашение группы лиц (статья 24427 настоящего Кодекса) или присоединиться к ранее заключенному такому соглашению;</w:t>
      </w:r>
    </w:p>
    <w:p>
      <w:r>
        <w:rPr>
          <w:b/>
        </w:rPr>
        <w:t xml:space="preserve">1. </w:t>
      </w:r>
      <w:r>
        <w:t>совершает иные предусмотренные статьей 150 настоящего Кодекса действия.</w:t>
      </w:r>
    </w:p>
    <w:p>
      <w:r>
        <w:rPr>
          <w:b/>
        </w:rPr>
        <w:t xml:space="preserve">2. </w:t>
      </w:r>
      <w:r>
        <w:t>В определении о подготовке дела к судебному разбирательству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
        <w:rPr>
          <w:b/>
        </w:rPr>
        <w:t xml:space="preserve">3. </w:t>
      </w:r>
      <w:r>
        <w:t>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в информационно-телекоммуникационной сети &amp;quot;Интернет&amp;quot;, на котором размещается информация о деятельности суда. (В редакции Федерального закона от 30.12.2021 № 440-ФЗ)</w:t>
      </w:r>
    </w:p>
    <w:p>
      <w:r>
        <w:rPr>
          <w:b/>
        </w:rPr>
        <w:t xml:space="preserve">4. </w:t>
      </w:r>
      <w:r>
        <w:t>По ходатайству лица, которое ведет дело в интересах группы лиц,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
        <w:rPr>
          <w:b/>
        </w:rPr>
        <w:t xml:space="preserve">5. </w:t>
      </w:r>
      <w:r>
        <w:t>Предложение о присоединении к требованию о защите прав и законных интересов группы лиц должно содержать:</w:t>
      </w:r>
    </w:p>
    <w:p>
      <w:r>
        <w:rPr>
          <w:b/>
        </w:rPr>
        <w:t xml:space="preserve">5. </w:t>
      </w:r>
      <w:r>
        <w:t>наименование ответчика и его адрес;</w:t>
      </w:r>
    </w:p>
    <w:p>
      <w:r>
        <w:rPr>
          <w:b/>
        </w:rPr>
        <w:t xml:space="preserve">5. </w:t>
      </w:r>
      <w:r>
        <w:t>фамилию, имя и отчество или наименование лица, обратившегося в защиту прав и законных интересов группы лиц, и (или) лица, которое ведет дело в интересах группы лиц;</w:t>
      </w:r>
    </w:p>
    <w:p>
      <w:r>
        <w:rPr>
          <w:b/>
        </w:rPr>
        <w:t xml:space="preserve">5. </w:t>
      </w:r>
      <w:r>
        <w:t>требование группы лиц;</w:t>
      </w:r>
    </w:p>
    <w:p>
      <w:r>
        <w:rPr>
          <w:b/>
        </w:rPr>
        <w:t xml:space="preserve">5. </w:t>
      </w:r>
      <w:r>
        <w:t>наименование суда, в производстве которого находится дело, номер данного дела;</w:t>
      </w:r>
    </w:p>
    <w:p>
      <w:r>
        <w:rPr>
          <w:b/>
        </w:rPr>
        <w:t xml:space="preserve">5. </w:t>
      </w:r>
      <w:r>
        <w:t>срок, который установлен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судом, путем направления заявления о присоединении к данному требованию лицу, которое ведет дело в интересах группы лиц, и (или) в суд;</w:t>
      </w:r>
    </w:p>
    <w:p>
      <w:r>
        <w:rPr>
          <w:b/>
        </w:rPr>
        <w:t xml:space="preserve">5. </w:t>
      </w:r>
      <w:r>
        <w:t>иную определяемую судом информацию.</w:t>
      </w:r>
    </w:p>
    <w:p>
      <w:r>
        <w:rPr>
          <w:b/>
        </w:rPr>
        <w:t xml:space="preserve">6. </w:t>
      </w:r>
      <w:r>
        <w:t>Лицо, которое ведет дело в интересах группы лиц, до окончания подготовки дела к судебному разбирательству сообщает суду предусмотренные пунктом 3 части первой статьи 24421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
        <w:rPr>
          <w:b/>
        </w:rPr>
        <w:t xml:space="preserve">7. </w:t>
      </w:r>
      <w:r>
        <w:t>Если в срок, установленный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частью третьей настоящей статьи, суд оставляет исковое заявление без рассмотрения.</w:t>
      </w:r>
    </w:p>
    <w:p>
      <w:r>
        <w:rPr>
          <w:b/>
        </w:rPr>
        <w:t xml:space="preserve">8. </w:t>
      </w:r>
      <w:r>
        <w:t>Проведение предварительного судебного заседания по делам о защите прав и законных интересов группы лиц обязательно. В предварительном судебном заседании, проводимом в порядке, предусмотренном статьей 152 настоящего Кодекса, судья решает вопрос о соответствии группы лиц условиям, указанным в части первой статьи 24420 настоящего Кодекса. Лицам, присоединившимся к требованию о защите прав и законных интересов группы лиц, разъясняется право на обращение в суд с самостоятельными исками в случае, если группа лиц не соответствует указанным условиям.</w:t>
      </w:r>
    </w:p>
    <w:p>
      <w:r>
        <w:rPr>
          <w:b/>
        </w:rPr>
        <w:t>Статья 244.27. Порядок несения судебных расходов по делу о защите прав и законных интересов группы лиц</w:t>
      </w:r>
    </w:p>
    <w:p>
      <w:r>
        <w:rPr>
          <w:b/>
        </w:rPr>
        <w:t xml:space="preserve">1. </w:t>
      </w:r>
      <w:r>
        <w:t>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
        <w:rPr>
          <w:b/>
        </w:rPr>
        <w:t xml:space="preserve">2. </w:t>
      </w:r>
      <w:r>
        <w:t>В случае заключения группой лиц соглашения, указанного в части первой настоящей статьи, суд после распределения судебных расходов по правилам, установленным главой 7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в случае,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
        <w:rPr>
          <w:b/>
        </w:rPr>
        <w:t>Статья 244.28. Решение суда по делу о защите прав и законных интересов группы лиц</w:t>
      </w:r>
    </w:p>
    <w:p>
      <w:r>
        <w:rPr>
          <w:b/>
        </w:rPr>
        <w:t xml:space="preserve">1. </w:t>
      </w:r>
      <w:r>
        <w:t>Решение по делу о защите прав и законных интересов группы лиц принимается по правилам, установленным главой 16 настоящего Кодекса.</w:t>
      </w:r>
    </w:p>
    <w:p>
      <w:r>
        <w:rPr>
          <w:b/>
        </w:rPr>
        <w:t xml:space="preserve">2. </w:t>
      </w:r>
      <w:r>
        <w:t>Обстоятельства, установленные вступившим в законную силу решением суда по ранее рассмотренному делу о защите прав и законных интересов группы лиц, не доказываются вновь при рассмотрении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о том же предмете, за исключением случаев, если указанные обстоятельства оспариваются этим членом группы лиц.</w:t>
      </w:r>
    </w:p>
    <w:p>
      <w:r>
        <w:rPr>
          <w:b/>
        </w:rPr>
        <w:t xml:space="preserve">3. </w:t>
      </w:r>
      <w:r>
        <w:t>В решении по делу о защите прав и законных интересов группы лиц, состоявшемся в пользу группы лиц, суд может указать на обязанность ответчика довести информацию о принятом решении до сведения всех членов группы лиц в установленный судом срок через средства массовой информации или иным способом.</w:t>
      </w:r>
    </w:p>
    <w:p>
      <w:r>
        <w:rPr>
          <w:b/>
        </w:rPr>
        <w:t xml:space="preserve">4. </w:t>
      </w:r>
      <w:r>
        <w:t>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br/>
        <w:t>(Подраздел утратил силу - Федеральный закон от 08.03.2015 № 23-ФЗ)</w:t>
      </w:r>
    </w:p>
    <w:p>
      <w:pPr>
        <w:pStyle w:val="Heading2"/>
      </w:pPr>
      <w:r>
        <w:t>ОСОБОЕ ПРОИЗВОДСТВО</w:t>
      </w:r>
    </w:p>
    <w:p>
      <w:pPr>
        <w:pStyle w:val="Heading3"/>
      </w:pPr>
      <w:r>
        <w:t>ОБЩИЕ ПОЛОЖЕНИЯ</w:t>
      </w:r>
    </w:p>
    <w:p>
      <w:r>
        <w:rPr>
          <w:b/>
        </w:rPr>
        <w:t>Статья 262. Дела, рассматриваемые судом в порядке особого производства</w:t>
      </w:r>
    </w:p>
    <w:p>
      <w:r>
        <w:rPr>
          <w:b/>
        </w:rPr>
        <w:t xml:space="preserve">1. </w:t>
      </w:r>
      <w:r>
        <w:t>В порядке особого производства суд рассматривает дела:</w:t>
      </w:r>
    </w:p>
    <w:p>
      <w:r>
        <w:rPr>
          <w:b/>
        </w:rPr>
        <w:t xml:space="preserve">1. </w:t>
      </w:r>
      <w:r>
        <w:t>об установлении фактов, имеющих юридическое значение;</w:t>
      </w:r>
    </w:p>
    <w:p>
      <w:r>
        <w:rPr>
          <w:b/>
        </w:rPr>
        <w:t xml:space="preserve">1. </w:t>
      </w:r>
      <w:r>
        <w:t>об усыновлении (удочерении) ребенка;</w:t>
      </w:r>
    </w:p>
    <w:p>
      <w:r>
        <w:rPr>
          <w:b/>
        </w:rPr>
        <w:t xml:space="preserve">1. </w:t>
      </w:r>
      <w:r>
        <w:t>о признании гражданина безвестно отсутствующим или об объявлении гражданина умершим;</w:t>
      </w:r>
    </w:p>
    <w:p>
      <w:r>
        <w:rPr>
          <w:b/>
        </w:rPr>
        <w:t xml:space="preserve">1. </w:t>
      </w:r>
      <w:r>
        <w:t>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w:t>
      </w:r>
    </w:p>
    <w:p>
      <w:r>
        <w:rPr>
          <w:b/>
        </w:rPr>
        <w:t xml:space="preserve">1. </w:t>
      </w:r>
      <w:r>
        <w:t>об объявлении несовершеннолетнего полностью дееспособным (эмансипации);</w:t>
      </w:r>
    </w:p>
    <w:p>
      <w:r>
        <w:rPr>
          <w:b/>
        </w:rPr>
        <w:t xml:space="preserve">1. </w:t>
      </w:r>
      <w:r>
        <w:t>о признании движимой вещи бесхозяйной и признании права муниципальной собственности на бесхозяйную недвижимую вещь;</w:t>
      </w:r>
    </w:p>
    <w:p>
      <w:r>
        <w:rPr>
          <w:b/>
        </w:rPr>
        <w:t xml:space="preserve">1. </w:t>
      </w:r>
      <w:r>
        <w:t>о восстановлении прав по утраченным ценным бумагам на предъявителя или ордерным ценным бумагам (вызывное производство);</w:t>
      </w:r>
    </w:p>
    <w:p>
      <w:r>
        <w:rPr>
          <w:b/>
        </w:rPr>
        <w:t xml:space="preserve">1. </w:t>
      </w:r>
      <w:r>
        <w:t>(Пункт утратил силу - Федеральный закон от 08.03.2015 № 23-ФЗ)</w:t>
      </w:r>
    </w:p>
    <w:p>
      <w:r>
        <w:rPr>
          <w:b/>
        </w:rPr>
        <w:t xml:space="preserve">1. </w:t>
      </w:r>
      <w:r>
        <w:t>о внесении исправлений или изменений в записи актов гражданского состояния;</w:t>
      </w:r>
    </w:p>
    <w:p>
      <w:r>
        <w:rPr>
          <w:b/>
        </w:rPr>
        <w:t xml:space="preserve">1. </w:t>
      </w:r>
      <w:r>
        <w:t>по заявлениям о совершенных нотариальных действиях или об отказе в их совершении;</w:t>
      </w:r>
    </w:p>
    <w:p>
      <w:r>
        <w:rPr>
          <w:b/>
        </w:rPr>
        <w:t xml:space="preserve">1. </w:t>
      </w:r>
      <w:r>
        <w:t>по заявлениям о восстановлении утраченного судебного производства.</w:t>
      </w:r>
    </w:p>
    <w:p>
      <w:r>
        <w:rPr>
          <w:b/>
        </w:rPr>
        <w:t xml:space="preserve">2. </w:t>
      </w:r>
      <w:r>
        <w:t>Федеральными законами к рассмотрению в порядке особого производства могут быть отнесены и другие дела.</w:t>
      </w:r>
    </w:p>
    <w:p>
      <w:r>
        <w:rPr>
          <w:b/>
        </w:rPr>
        <w:t>Статья 263. Порядок рассмотрения и разрешения дел, рассматриваемых судом в порядке особого производства</w:t>
      </w:r>
    </w:p>
    <w:p>
      <w:r>
        <w:rPr>
          <w:b/>
        </w:rPr>
        <w:t xml:space="preserve">1. </w:t>
      </w:r>
      <w:r>
        <w:t>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w:t>
      </w:r>
    </w:p>
    <w:p>
      <w:r>
        <w:rPr>
          <w:b/>
        </w:rPr>
        <w:t xml:space="preserve">2. </w:t>
      </w:r>
      <w:r>
        <w:t>Дела особого производства суд рассматривает с участием заявителей и других заинтересованных лиц.</w:t>
      </w:r>
    </w:p>
    <w:p>
      <w:r>
        <w:rPr>
          <w:b/>
        </w:rPr>
        <w:t xml:space="preserve">3. </w:t>
      </w:r>
      <w:r>
        <w:t>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(В редакции Федерального закона от 28.11.2018 № 451-ФЗ)</w:t>
      </w:r>
    </w:p>
    <w:p>
      <w:pPr>
        <w:pStyle w:val="Heading3"/>
      </w:pPr>
      <w:r>
        <w:t>УСТАНОВЛЕНИЕ ФАКТОВ, ИМЕЮЩИХ ЮРИДИЧЕСКОЕ ЗНАЧЕНИЕ</w:t>
      </w:r>
    </w:p>
    <w:p>
      <w:r>
        <w:rPr>
          <w:b/>
        </w:rPr>
        <w:t>Статья 264. Дела об установлении фактов, имеющих юридическое значение</w:t>
      </w:r>
    </w:p>
    <w:p>
      <w:r>
        <w:rPr>
          <w:b/>
        </w:rPr>
        <w:t xml:space="preserve">1. </w:t>
      </w:r>
      <w:r>
        <w:t>Суд устанавливает факты, от которых зависит возникновение, изменение, прекращение личных или имущественных прав граждан, организаций.</w:t>
      </w:r>
    </w:p>
    <w:p>
      <w:r>
        <w:rPr>
          <w:b/>
        </w:rPr>
        <w:t xml:space="preserve">2. </w:t>
      </w:r>
      <w:r>
        <w:t>Суд рассматривает дела об установлении:</w:t>
      </w:r>
    </w:p>
    <w:p>
      <w:r>
        <w:rPr>
          <w:b/>
        </w:rPr>
        <w:t xml:space="preserve">2. </w:t>
      </w:r>
      <w:r>
        <w:t>родственных отношений;</w:t>
      </w:r>
    </w:p>
    <w:p>
      <w:r>
        <w:rPr>
          <w:b/>
        </w:rPr>
        <w:t xml:space="preserve">2. </w:t>
      </w:r>
      <w:r>
        <w:t>факта нахождения на иждивении;</w:t>
      </w:r>
    </w:p>
    <w:p>
      <w:r>
        <w:rPr>
          <w:b/>
        </w:rPr>
        <w:t xml:space="preserve">2. </w:t>
      </w:r>
      <w:r>
        <w:t>факта регистрации рождения, усыновления (удочерения), брака, расторжения брака, смерти;</w:t>
      </w:r>
    </w:p>
    <w:p>
      <w:r>
        <w:rPr>
          <w:b/>
        </w:rPr>
        <w:t xml:space="preserve">2. </w:t>
      </w:r>
      <w:r>
        <w:t>факта признания отцовства;</w:t>
      </w:r>
    </w:p>
    <w:p>
      <w:r>
        <w:rPr>
          <w:b/>
        </w:rPr>
        <w:t xml:space="preserve">2. </w:t>
      </w:r>
      <w:r>
        <w:t>факта принадлежности правоустанавливающих документов (за исключением воинских документов, паспорта и выдаваемых органами записи актов гражданского состояния свидетельств) лицу, имя, отчество или фамилия которого, указанные в документе, не совпадают с именем, отчеством или фамилией этого лица, указанными в паспорте или свидетельстве о рождении;</w:t>
      </w:r>
    </w:p>
    <w:p>
      <w:r>
        <w:rPr>
          <w:b/>
        </w:rPr>
        <w:t xml:space="preserve">2. </w:t>
      </w:r>
      <w:r>
        <w:t>факта владения и пользования недвижимым имуществом;</w:t>
      </w:r>
    </w:p>
    <w:p>
      <w:r>
        <w:rPr>
          <w:b/>
        </w:rPr>
        <w:t xml:space="preserve">2. </w:t>
      </w:r>
      <w:r>
        <w:t>факта несчастного случая;</w:t>
      </w:r>
    </w:p>
    <w:p>
      <w:r>
        <w:rPr>
          <w:b/>
        </w:rPr>
        <w:t xml:space="preserve">2. </w:t>
      </w:r>
      <w:r>
        <w:t>факта смерти в определенное время и при определенных обстоятельствах в случае отказа органов записи актов гражданского состояния в регистрации смерти;</w:t>
      </w:r>
    </w:p>
    <w:p>
      <w:r>
        <w:rPr>
          <w:b/>
        </w:rPr>
        <w:t xml:space="preserve">2. </w:t>
      </w:r>
      <w:r>
        <w:t>факта принятия наследства и места открытия наследства;</w:t>
      </w:r>
    </w:p>
    <w:p>
      <w:r>
        <w:rPr>
          <w:b/>
        </w:rPr>
        <w:t xml:space="preserve">2. </w:t>
      </w:r>
      <w:r>
        <w:t>других имеющих юридическое значение фактов.</w:t>
      </w:r>
    </w:p>
    <w:p>
      <w:r>
        <w:rPr>
          <w:b/>
        </w:rPr>
        <w:t>Статья 265. Условия, необходимые для установления фактов, имеющих юридическое значение</w:t>
      </w:r>
    </w:p>
    <w:p>
      <w:r>
        <w:t>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w:t>
      </w:r>
    </w:p>
    <w:p>
      <w:r>
        <w:rPr>
          <w:b/>
        </w:rPr>
        <w:t>Статья 266. Подача заявления об установлении факта, имеющего юридическое значение</w:t>
      </w:r>
    </w:p>
    <w:p>
      <w:r>
        <w:t>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w:t>
      </w:r>
    </w:p>
    <w:p>
      <w:r>
        <w:rPr>
          <w:b/>
        </w:rPr>
        <w:t>Статья 267. Содержание заявления об установлении факта, имеющего юридическое значение</w:t>
      </w:r>
    </w:p>
    <w:p>
      <w:r>
        <w:t>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r>
        <w:rPr>
          <w:b/>
        </w:rPr>
        <w:t>Статья 268. Решение суда относительно заявления об установлении факта, имеющего юридическое значение</w:t>
      </w:r>
    </w:p>
    <w:p>
      <w:r>
        <w:t>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pStyle w:val="Heading3"/>
      </w:pPr>
      <w:r>
        <w:t>УСЫНОВЛЕНИЕ (УДОЧЕРЕНИЕ) РЕБЕНКА</w:t>
      </w:r>
    </w:p>
    <w:p>
      <w:r>
        <w:rPr>
          <w:b/>
        </w:rPr>
        <w:t>Статья 269. Подача заявления об усыновлении или удочерении</w:t>
      </w:r>
    </w:p>
    <w:p>
      <w:r>
        <w:rPr>
          <w:b/>
        </w:rPr>
        <w:t xml:space="preserve">1. </w:t>
      </w:r>
      <w:r>
        <w:t>Заявление об усыновлении или удочерении (далее - усыновление) подается гражданами Российской Федерации, желающими усыновить ребенка, в районный суд по месту жительства или месту нахождения усыновляемого ребенка.</w:t>
      </w:r>
    </w:p>
    <w:p>
      <w:r>
        <w:rPr>
          <w:b/>
        </w:rPr>
        <w:t xml:space="preserve">2. </w:t>
      </w:r>
      <w:r>
        <w:t>Граждане Российской Федерации, постоянно проживающие за пределами территории Российской Федерации, иностранные граждане или лица без гражданства, желающие усыновить ребенка, являющегося гражданином Российской Федерации, подают заявление об усыновлении соответственно в верховный суд республики, краевой, областной суд, суд города федерального значения, суд автономной области и суд автономного округа по месту жительства или месту нахождения усыновляемого ребенка.</w:t>
      </w:r>
    </w:p>
    <w:p>
      <w:r>
        <w:rPr>
          <w:b/>
        </w:rPr>
        <w:t>Статья 270. Содержание заявления об усыновлении</w:t>
      </w:r>
    </w:p>
    <w:p>
      <w:r>
        <w:t>В заявлении об усыновлении должны быть указаны:</w:t>
        <w:br/>
        <w:t>фамилия, имя, отчество усыновителей (усыновителя), место их жительства;</w:t>
        <w:br/>
        <w:t>фамилия, имя, отчество и дата рождения усыновляемого ребенка, его место жительства или место нахождения, сведения о родителях усыновляемого ребенка, наличии у него братьев и сестер;</w:t>
        <w:br/>
        <w:t>обстоятельства, обосновывающие просьбу усыновителей (усыновителя) об усыновлении ребенка, и документы, подтверждающие эти обстоятельства;</w:t>
        <w:br/>
        <w:t>просьба об изменении фамилии, имени, отчества, места рождения усыновляемого ребенка, а также даты его рождения (при усыновлении ребенка в возрасте до года), о записи усыновителей (усыновителя) родителями (родителем) в записи акта о рождении.</w:t>
      </w:r>
    </w:p>
    <w:p>
      <w:r>
        <w:rPr>
          <w:b/>
        </w:rPr>
        <w:t>Статья 271. Документы, прилагаемые к заявлению об усыновлении</w:t>
      </w:r>
    </w:p>
    <w:p>
      <w:r>
        <w:rPr>
          <w:b/>
        </w:rPr>
        <w:t xml:space="preserve">1. </w:t>
      </w:r>
      <w:r>
        <w:t>К заявлению об усыновлении должны быть приложены:</w:t>
      </w:r>
    </w:p>
    <w:p>
      <w:r>
        <w:rPr>
          <w:b/>
        </w:rPr>
        <w:t xml:space="preserve">1. </w:t>
      </w:r>
      <w:r>
        <w:t>копия свидетельства о рождении усыновителя - при усыновлении ребенка лицом, не состоящим в браке;</w:t>
      </w:r>
    </w:p>
    <w:p>
      <w:r>
        <w:rPr>
          <w:b/>
        </w:rPr>
        <w:t xml:space="preserve">1. </w:t>
      </w:r>
      <w:r>
        <w:t>копия свидетельства о браке усыновителей (усыновителя) - при усыновлении ребенка лицами (лицом), состоящими в браке;</w:t>
      </w:r>
    </w:p>
    <w:p>
      <w:r>
        <w:rPr>
          <w:b/>
        </w:rPr>
        <w:t xml:space="preserve">1. </w:t>
      </w:r>
      <w:r>
        <w:t>при усыновлении ребенка одним из супругов - согласие другого супруга или документ, подтверждающий, что супруги прекратили семейные отношения и не проживают совместно более года. При невозможности приобщить к заявлению соответствующий документ в заявлении должны быть указаны доказательства, подтверждающие эти факты;</w:t>
      </w:r>
    </w:p>
    <w:p>
      <w:r>
        <w:rPr>
          <w:b/>
        </w:rPr>
        <w:t xml:space="preserve">1. </w:t>
      </w:r>
      <w:r>
        <w:t>медицинское заключение о состоянии здоровья усыновителей (усыновителя);</w:t>
      </w:r>
    </w:p>
    <w:p>
      <w:r>
        <w:rPr>
          <w:b/>
        </w:rPr>
        <w:t xml:space="preserve">1. </w:t>
      </w:r>
      <w:r>
        <w:t>справка с места работы о занимаемой должности и заработной плате либо копия декларации о доходах или иной документ о доходах;</w:t>
      </w:r>
    </w:p>
    <w:p>
      <w:r>
        <w:rPr>
          <w:b/>
        </w:rPr>
        <w:t xml:space="preserve">1. </w:t>
      </w:r>
      <w:r>
        <w:t>документ, подтверждающий право пользования жилым помещением или право собственности на жилое помещение;</w:t>
      </w:r>
    </w:p>
    <w:p>
      <w:r>
        <w:rPr>
          <w:b/>
        </w:rPr>
        <w:t xml:space="preserve">1. </w:t>
      </w:r>
      <w:r>
        <w:t>документ о постановке на учет гражданина в качестве кандидата в усыновители;</w:t>
      </w:r>
    </w:p>
    <w:p>
      <w:r>
        <w:rPr>
          <w:b/>
        </w:rPr>
        <w:t xml:space="preserve">1. </w:t>
      </w:r>
      <w:r>
        <w:t>документ о прохождении в установленном порядке подготовки лиц, желающих принять на воспитание в свою семью ребенка, оставшегося без попечения родителей, за исключением случаев подачи заявления об усыновлении ребенка отчимом или мачехой, близкими родственниками ребенка, лицами, которые являются или являлись усыновителями и в отношении которых усыновление не было отменено, и лицами, которые являются или являлись опекунами, попечителями детей и которые не были отстранены от исполнения возложенных на них обязанностей. (Дополнение пунктом - Федеральный закон от 30.11.2011 № 351-ФЗ) (В редакции Федерального закона от 02.07.2013 № 167-ФЗ)</w:t>
      </w:r>
    </w:p>
    <w:p>
      <w:r>
        <w:rPr>
          <w:b/>
        </w:rPr>
        <w:t xml:space="preserve">11. </w:t>
      </w:r>
      <w:r>
        <w:t>К заявлению об усыновлении ребенка отчимом или мачехой, если они являются гражданами Российской Федерации, постоянно проживающими на территории Российской Федерации, должны быть приложены документы, указанные в пунктах 2 - 4 и 6 части первой настоящей статьи. (Дополнение частью - Федеральный закон от 23.12.2010 № 389-ФЗ)</w:t>
      </w:r>
    </w:p>
    <w:p>
      <w:r>
        <w:rPr>
          <w:b/>
        </w:rPr>
        <w:t xml:space="preserve">12. </w:t>
      </w:r>
      <w:r>
        <w:t>К заявлению об усыновлении ребенка из числа лиц, относящихся к коренным малочисленным народам Российской Федерации, гражданами Российской Федерации, относящимися к коренным малочисленным народам Российской Федерации, ведущими кочевой и (или) полукочевой образ жизни и не имеющими места, где они постоянно или преимущественно проживают, должны быть приложены документы, указанные в пунктах 1 - 5, 7 и 8 части первой настоящей статьи, а также документы, подтверждающие ведение этими гражданами кочевого и (или) полукочевого образа жизни, выданные органом местного самоуправления соответствующего муниципального образования, и документы, подтверждающие их регистрацию по месту жительства в одном из муниципальных образований (по выбору этих граждан), в границах которого проходят маршруты кочевий этих граждан, по адресу местной администрации или территориального органа местной администрации (при его наличии) указанного муниципального образования с учетом перечня мест традиционного проживания и традиционной хозяйственной деятельности коренных малочисленных народов Российской Федерации, утвержденного Правительством Российской Федерации. (Дополнение частью - Федеральный закон от 30.10.2017 № 302-ФЗ) (В редакции Федерального закона от 01.07.2021 № 243-ФЗ)</w:t>
      </w:r>
    </w:p>
    <w:p>
      <w:r>
        <w:rPr>
          <w:b/>
        </w:rPr>
        <w:t xml:space="preserve">2. </w:t>
      </w:r>
      <w:r>
        <w:t>К заявлению граждан Российской Федерации, постоянно проживающих за пределами территории Российской Федерации, иностранных граждан или лиц без гражданства об усыновлении ребенка, являющегося гражданином Российской Федерации, прилагаются документы, указанные в части первой настоящей статьи, а также заключение компетентного органа государства, гражданами которого являются усыновители (при усыновлении ребенка лицами без гражданства - государства, в котором эти лица имеют постоянное место жительства), об условиях их жизни и о возможности быть усыновителями, разрешение компетентного органа соответствующего государства на въезд усыновляемого ребенка в это государство и его постоянное жительство на территории этого государства.</w:t>
      </w:r>
    </w:p>
    <w:p>
      <w:r>
        <w:rPr>
          <w:b/>
        </w:rPr>
        <w:t xml:space="preserve">3. </w:t>
      </w:r>
      <w:r>
        <w:t>К заявлению граждан Российской Федерации об усыновлении ребенка, являющегося иностранным гражданином, прилагаются документы, указанные в части первой настоящей статьи, а также согласие законного представителя ребенка и компетентного органа государства, гражданином которого он является, и, если это требуется в соответствии с нормами права такого государства и (или) международным договором Российской Федерации, согласие самого ребенка на усыновление.</w:t>
      </w:r>
    </w:p>
    <w:p>
      <w:r>
        <w:rPr>
          <w:b/>
        </w:rPr>
        <w:t xml:space="preserve">4. </w:t>
      </w:r>
      <w:r>
        <w:t>Документы усыновителей - иностранных граждан должны быть легализованы в установленном порядке. После легализации они должны быть переведены на русский язык и перевод должен быть нотариально удостоверен.</w:t>
      </w:r>
    </w:p>
    <w:p>
      <w:r>
        <w:rPr>
          <w:b/>
        </w:rPr>
        <w:t xml:space="preserve">5. </w:t>
      </w:r>
      <w:r>
        <w:t>Все документы представляются в двух экземплярах.</w:t>
      </w:r>
    </w:p>
    <w:p>
      <w:r>
        <w:rPr>
          <w:b/>
        </w:rPr>
        <w:t>Статья 272. Подготовка дела об усыновлении к судебному разбирательству</w:t>
      </w:r>
    </w:p>
    <w:p>
      <w:r>
        <w:rPr>
          <w:b/>
        </w:rPr>
        <w:t xml:space="preserve">1. </w:t>
      </w:r>
      <w:r>
        <w:t>Судья при подготовке дела к судебному разбирательству обязывает органы опеки и попечительства по месту жительства или месту нахождения усыновляемого ребенка представить в суд заключение об обоснованности и о соответствии усыновления интересам усыновляемого ребенка.</w:t>
      </w:r>
    </w:p>
    <w:p>
      <w:r>
        <w:rPr>
          <w:b/>
        </w:rPr>
        <w:t xml:space="preserve">2. </w:t>
      </w:r>
      <w:r>
        <w:t>К заключению органов опеки и попечительства должны быть приложены:</w:t>
      </w:r>
    </w:p>
    <w:p>
      <w:r>
        <w:rPr>
          <w:b/>
        </w:rPr>
        <w:t xml:space="preserve">2. </w:t>
      </w:r>
      <w:r>
        <w:t>акт обследования условий жизни усыновителей (усыновителя), составленный органом опеки и попечительства по месту жительства или месту нахождения усыновляемого ребенка либо по месту жительства усыновителей (усыновителя);</w:t>
      </w:r>
    </w:p>
    <w:p>
      <w:r>
        <w:rPr>
          <w:b/>
        </w:rPr>
        <w:t xml:space="preserve">2. </w:t>
      </w:r>
      <w:r>
        <w:t>свидетельство о рождении усыновляемого ребенка;</w:t>
      </w:r>
    </w:p>
    <w:p>
      <w:r>
        <w:rPr>
          <w:b/>
        </w:rPr>
        <w:t xml:space="preserve">2. </w:t>
      </w:r>
      <w:r>
        <w:t>медицинское заключение о состоянии здоровья, о физическом и об умственном развитии усыновляемого ребенка;</w:t>
      </w:r>
    </w:p>
    <w:p>
      <w:r>
        <w:rPr>
          <w:b/>
        </w:rPr>
        <w:t xml:space="preserve">2. </w:t>
      </w:r>
      <w:r>
        <w:t>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такое согласие в соответствии с федеральным законом не требуется);</w:t>
      </w:r>
    </w:p>
    <w:p>
      <w:r>
        <w:rPr>
          <w:b/>
        </w:rPr>
        <w:t xml:space="preserve">2. </w:t>
      </w:r>
      <w:r>
        <w:t>согласие родителей ребенка на его усыновление, при усыновлении ребенка родителей, не достигших возраста шестнадцати лет, также согласие их законных представителей, а при отсутствии законных представителей согласие органа опеки и попечительства, за исключением случаев, предусмотренных статьей 130 Семейного кодекса Российской Федерации;</w:t>
      </w:r>
    </w:p>
    <w:p>
      <w:r>
        <w:rPr>
          <w:b/>
        </w:rPr>
        <w:t xml:space="preserve">2. </w:t>
      </w:r>
      <w:r>
        <w:t>согласие на усыновление ребенка его опекуна (попечителя), приемных родителей или руководителя учреждения, в котором находится ребенок, оставшийся без попечения родителей;</w:t>
      </w:r>
    </w:p>
    <w:p>
      <w:r>
        <w:rPr>
          <w:b/>
        </w:rPr>
        <w:t xml:space="preserve">2. </w:t>
      </w:r>
      <w:r>
        <w:t>при усыновлении ребенка гражданами Российской Федерации, постоянно проживающими за пределами территории Российской Федерации, иностранными гражданами или лицами без гражданства, не являющимися родственниками ребенка, документ, подтверждающий наличие сведений об усыновляемом ребенке в государственном банке данных о детях, оставшихся без попечения родителей, а также документы, подтверждающие невозможность передачи ребенка на воспитание в семью граждан Российской Федерации или на усыновление родственниками ребенка независимо от гражданства и места жительства этих родственников.</w:t>
      </w:r>
    </w:p>
    <w:p>
      <w:r>
        <w:rPr>
          <w:b/>
        </w:rPr>
        <w:t xml:space="preserve">3. </w:t>
      </w:r>
      <w:r>
        <w:t>Суд при необходимости может затребовать и иные документы.</w:t>
      </w:r>
    </w:p>
    <w:p>
      <w:r>
        <w:rPr>
          <w:b/>
        </w:rPr>
        <w:t>Статья 273. Рассмотрение заявления об усыновлении</w:t>
      </w:r>
    </w:p>
    <w:p>
      <w:r>
        <w:t>Заявление об усыновлении рассматривается в закрытом судебном заседании с обязательным участием усыновителей (усыновителя), представителя органа опеки и попечительства, прокурора, ребенка, достигшего возраста четырнадцати лет, а в необходимых случаях родителей, других заинтересованных лиц и самого ребенка в возрасте от десяти до четырнадцати лет.</w:t>
      </w:r>
    </w:p>
    <w:p>
      <w:r>
        <w:rPr>
          <w:b/>
        </w:rPr>
        <w:t>Статья 274. Решение суда по заявлению об усыновлении</w:t>
      </w:r>
    </w:p>
    <w:p>
      <w:r>
        <w:rPr>
          <w:b/>
        </w:rPr>
        <w:t xml:space="preserve">1. </w:t>
      </w:r>
      <w:r>
        <w:t>Суд, рассмотрев заявление об усыновлении, принимает решение, которым удовлетворяет просьбу усыновителей (усыновителя) об усыновлении ребенка или отказывает в ее удовлетворении. При удовлетворении просьбы об усыновлении суд признает ребенка усыновленным конкретными лицами (лицом) и указывает в решении суда все данные об усыновленном и усыновителях (усыновителе), необходимые для государственной регистрации усыновления в органах записи актов гражданского состояния.</w:t>
        <w:br/>
        <w:t>Суд, удовлетворив заявление об усыновлении, может отказать в части удовлетворения просьбы усыновителей (усыновителя) о записи их в качестве родителей (родителя) ребенка в записи акта о его рождении, а также об изменении даты и места рождения ребенка.</w:t>
      </w:r>
    </w:p>
    <w:p>
      <w:r>
        <w:rPr>
          <w:b/>
        </w:rPr>
        <w:t xml:space="preserve">2. </w:t>
      </w:r>
      <w:r>
        <w:t>При удовлетворении заявления об усыновлении права и обязанности усыновителей (усыновителя) и усыновленного ребенка устанавливаются со дня вступления решения суда в законную силу об усыновлении ребенка.</w:t>
      </w:r>
    </w:p>
    <w:p>
      <w:r>
        <w:rPr>
          <w:b/>
        </w:rPr>
        <w:t xml:space="preserve">21. </w:t>
      </w:r>
      <w:r>
        <w:t>Апелляционные жалоба, представление на решение суда об удовлетворении заявления об усыновлении ребенка могут быть поданы в течение десяти дней со дня принятия решения суда в окончательной форме. (Дополнение частью - Федеральный закон от 02.07.2013 № 167-ФЗ)</w:t>
      </w:r>
    </w:p>
    <w:p>
      <w:r>
        <w:rPr>
          <w:b/>
        </w:rPr>
        <w:t xml:space="preserve">3. </w:t>
      </w:r>
      <w:r>
        <w:t>Копия решения суда об усыновлении ребенка направляется судом в течение трех дней со дня вступления решения суда в законную силу в орган записи актов гражданского состояния по месту принятия решения суда для государственной регистрации усыновления ребенка.</w:t>
      </w:r>
    </w:p>
    <w:p>
      <w:r>
        <w:rPr>
          <w:b/>
        </w:rPr>
        <w:t>Статья 275. Отмена усыновления</w:t>
      </w:r>
    </w:p>
    <w:p>
      <w:r>
        <w:t>Рассмотрение и разрешение дел об отмене усыновления осуществляются по правилам искового производства.</w:t>
      </w:r>
    </w:p>
    <w:p>
      <w:pPr>
        <w:pStyle w:val="Heading3"/>
      </w:pPr>
      <w:r>
        <w:t>ПРИЗНАНИЕ ГРАЖДАНИНА БЕЗВЕСТНО ОТСУТСТВУЮЩИМ ИЛИ ОБЪЯВЛЕНИЕ ГРАЖДАНИНА УМЕРШИМ</w:t>
      </w:r>
    </w:p>
    <w:p>
      <w:r>
        <w:rPr>
          <w:b/>
        </w:rPr>
        <w:t>Статья 276. Подача заявления о признании гражданина безвестно отсутствующим или об объявлении гражданина умершим</w:t>
      </w:r>
    </w:p>
    <w:p>
      <w:r>
        <w:t>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w:t>
      </w:r>
    </w:p>
    <w:p>
      <w:r>
        <w:rPr>
          <w:b/>
        </w:rPr>
        <w:t>Статья 277. Содержание заявления о признании гражданина безвестно отсутствующим или об объявлении гражданина умершим</w:t>
      </w:r>
    </w:p>
    <w:p>
      <w:r>
        <w:t>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редакции Федерального закона от 14.04.2023 № 118-ФЗ)</w:t>
      </w:r>
    </w:p>
    <w:p>
      <w:r>
        <w:rPr>
          <w:b/>
        </w:rPr>
        <w:t>Статья 278. Действия судьи после принятия заявления о признании гражданина безвестно отсутствующим или об объявлении гражданина умершим</w:t>
      </w:r>
    </w:p>
    <w:p>
      <w:r>
        <w:rPr>
          <w:b/>
        </w:rPr>
        <w:t xml:space="preserve">1. </w:t>
      </w:r>
      <w:r>
        <w:t>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(В редакции Федерального закона от 07.03.2018 № 48-ФЗ)</w:t>
      </w:r>
    </w:p>
    <w:p>
      <w:r>
        <w:rPr>
          <w:b/>
        </w:rPr>
        <w:t xml:space="preserve">2. </w:t>
      </w:r>
      <w:r>
        <w:t>После принятия заявления о признании гражданина безвестно отсутствующим или об объявлении гражданина умершим судья может предложить органу опеки и попечительства назначить доверительного управляющего имуществом такого гражданина.</w:t>
      </w:r>
    </w:p>
    <w:p>
      <w:r>
        <w:rPr>
          <w:b/>
        </w:rPr>
        <w:t xml:space="preserve">3. </w:t>
      </w:r>
      <w:r>
        <w:t>Дела о признании гражданина безвестно отсутствующим или об объявлении гражданина умершим рассматриваются с участием прокурора.</w:t>
      </w:r>
    </w:p>
    <w:p>
      <w:r>
        <w:rPr>
          <w:b/>
        </w:rPr>
        <w:t>Статья 279. Решение суда по заявлению о признании гражданина безвестно отсутствующим или об объявлении гражданина умершим</w:t>
      </w:r>
    </w:p>
    <w:p>
      <w:r>
        <w:rPr>
          <w:b/>
        </w:rPr>
        <w:t xml:space="preserve">1. </w:t>
      </w:r>
      <w:r>
        <w:t>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r>
        <w:rPr>
          <w:b/>
        </w:rPr>
        <w:t xml:space="preserve">2. </w:t>
      </w:r>
      <w:r>
        <w:t>Решение суда, которым гражданин объявлен умершим, является основанием для составления органом, осуществляющим государственную регистрацию актов гражданского состояния в соответствии с Федеральным законом от 15 ноября 1997 года № 143-ФЗ &amp;quot;Об актах гражданского состояния&amp;quot;, соответствующей записи о смерти. (В редакции Федерального закона от 27.01.2023 № 4-ФЗ)</w:t>
      </w:r>
    </w:p>
    <w:p>
      <w:r>
        <w:rPr>
          <w:b/>
        </w:rPr>
        <w:t>Статья 280. Последствия явки или обнаружения места пребывания гражданина, признанного безвестно отсутствующим или объявленного умершим</w:t>
      </w:r>
    </w:p>
    <w:p>
      <w:r>
        <w:t>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 (В редакции Федерального закона от 27.01.2023 № 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