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Конституция РФ</w:t>
      </w:r>
    </w:p>
    <w:p>
      <w:pPr>
        <w:pStyle w:val="Heading3"/>
      </w:pPr>
      <w:r>
        <w:t>Преамбула</w:t>
      </w:r>
    </w:p>
    <w:p>
      <w:r>
        <w:rPr>
          <w:b/>
        </w:rPr>
        <w:t>Статья 0. Преамбула</w:t>
      </w:r>
    </w:p>
    <w:p>
      <w:r>
        <w:t>Мы, многонациональный народ Российской Федерации,</w:t>
      </w:r>
    </w:p>
    <w:p>
      <w:r>
        <w:t>соединенные общей судьбой на своей земле,</w:t>
      </w:r>
    </w:p>
    <w:p>
      <w:r>
        <w:t>утверждая права и свободы человека, гражданский мир и согласие,</w:t>
      </w:r>
    </w:p>
    <w:p>
      <w:r>
        <w:t>сохраняя исторически сложившееся государственное единство,</w:t>
      </w:r>
    </w:p>
    <w:p>
      <w:r>
        <w:t>исходя из общепризнанных принципов равноправия и самоопределения народов,</w:t>
      </w:r>
    </w:p>
    <w:p>
      <w:r>
        <w:t>чтя память предков, передавших нам любовь и уважение к Отечеству, веру в добро и справедливость,</w:t>
      </w:r>
    </w:p>
    <w:p>
      <w:r>
        <w:t>возрождая суверенную государственность России и утверждая незыблемость ее демократической основы,</w:t>
      </w:r>
    </w:p>
    <w:p>
      <w:r>
        <w:t>стремясь обеспечить благополучие и процветание России,</w:t>
      </w:r>
    </w:p>
    <w:p>
      <w:r>
        <w:t>исходя из ответственности за свою Родину перед нынешним и будущими поколениями,</w:t>
      </w:r>
    </w:p>
    <w:p>
      <w:r>
        <w:t>сознавая себя частью мирового сообщества,</w:t>
      </w:r>
    </w:p>
    <w:p>
      <w:r>
        <w:t>принимаем КОНСТИТУЦИЮ РОССИЙСКОЙ ФЕДЕРАЦИИ.</w:t>
      </w:r>
    </w:p>
    <w:p>
      <w:pPr>
        <w:pStyle w:val="Heading2"/>
      </w:pPr>
      <w:r>
        <w:t>РАЗДЕЛ ПЕРВЫЙ</w:t>
      </w:r>
    </w:p>
    <w:p>
      <w:pPr>
        <w:pStyle w:val="Heading3"/>
      </w:pPr>
      <w:r>
        <w:t>ОСНОВЫ КОНСТИТУЦИОННОГО СТРОЯ</w:t>
      </w:r>
    </w:p>
    <w:p>
      <w:r>
        <w:rPr>
          <w:b/>
        </w:rPr>
        <w:t>Статья 1</w:t>
      </w:r>
    </w:p>
    <w:p>
      <w:r>
        <w:rPr>
          <w:b/>
        </w:rPr>
        <w:t xml:space="preserve">1. </w:t>
      </w:r>
      <w:r>
        <w:t>Российская Федерация - Россия есть демократическое федеративное правовое государство с республиканской формой правления.</w:t>
      </w:r>
    </w:p>
    <w:p>
      <w:r>
        <w:rPr>
          <w:b/>
        </w:rPr>
        <w:t xml:space="preserve">2. </w:t>
      </w:r>
      <w:r>
        <w:t>Наименования Российская Федерация и Россия равнозначны.</w:t>
      </w:r>
    </w:p>
    <w:p>
      <w:r>
        <w:rPr>
          <w:b/>
        </w:rPr>
        <w:t>Статья 2</w:t>
      </w:r>
    </w:p>
    <w:p>
      <w:r>
        <w:t>Человек, его права и свободы являются высшей ценностью. Признание, соблюдение и защита прав и свобод человека и гражданина - обязанность государства.</w:t>
      </w:r>
    </w:p>
    <w:p>
      <w:r>
        <w:rPr>
          <w:b/>
        </w:rPr>
        <w:t>Статья 3</w:t>
      </w:r>
    </w:p>
    <w:p>
      <w:r>
        <w:rPr>
          <w:b/>
        </w:rPr>
        <w:t xml:space="preserve">1. </w:t>
      </w:r>
      <w:r>
        <w:t>Носителем суверенитета и единственным источником власти в Российской Федерации является ее многонациональный народ.</w:t>
      </w:r>
    </w:p>
    <w:p>
      <w:r>
        <w:rPr>
          <w:b/>
        </w:rPr>
        <w:t xml:space="preserve">2. </w:t>
      </w:r>
      <w:r>
        <w:t>Народ осуществляет свою власть непосредственно, а также через органы государственной власти и органы местного самоуправления.</w:t>
      </w:r>
    </w:p>
    <w:p>
      <w:r>
        <w:rPr>
          <w:b/>
        </w:rPr>
        <w:t xml:space="preserve">3. </w:t>
      </w:r>
      <w:r>
        <w:t>Высшим непосредственным выражением власти народа являются референдум и свободные выборы.</w:t>
      </w:r>
    </w:p>
    <w:p>
      <w:r>
        <w:rPr>
          <w:b/>
        </w:rPr>
        <w:t xml:space="preserve">4. </w:t>
      </w:r>
      <w:r>
        <w:t>Никто не может присваивать власть в Российской Федерации. Захват власти или присвоение властных полномочий преследуются по федеральному закону.</w:t>
      </w:r>
    </w:p>
    <w:p>
      <w:r>
        <w:rPr>
          <w:b/>
        </w:rPr>
        <w:t>Статья 4</w:t>
      </w:r>
    </w:p>
    <w:p>
      <w:r>
        <w:rPr>
          <w:b/>
        </w:rPr>
        <w:t xml:space="preserve">1. </w:t>
      </w:r>
      <w:r>
        <w:t>Суверенитет Российской Федерации распространяется на всю ее территорию.</w:t>
      </w:r>
    </w:p>
    <w:p>
      <w:r>
        <w:rPr>
          <w:b/>
        </w:rPr>
        <w:t xml:space="preserve">2. </w:t>
      </w:r>
      <w:r>
        <w:t>Конституция Российской Федерации и федеральные законы имеют верховенство на всей территории Российской Федерации.</w:t>
      </w:r>
    </w:p>
    <w:p>
      <w:r>
        <w:rPr>
          <w:b/>
        </w:rPr>
        <w:t xml:space="preserve">3. </w:t>
      </w:r>
      <w:r>
        <w:t>Российская Федерация обеспечивает целостность и неприкосновенность своей территории.</w:t>
      </w:r>
    </w:p>
    <w:p>
      <w:r>
        <w:rPr>
          <w:b/>
        </w:rPr>
        <w:t>Статья 5</w:t>
      </w:r>
    </w:p>
    <w:p>
      <w:r>
        <w:rPr>
          <w:b/>
        </w:rPr>
        <w:t xml:space="preserve">1. </w:t>
      </w:r>
      <w:r>
        <w:t>Российская Федерация состоит из республик, краев, областей, городов федерального значения, автономной области, автономных округов - равноправных субъектов Российской Федерации.</w:t>
      </w:r>
    </w:p>
    <w:p>
      <w:r>
        <w:rPr>
          <w:b/>
        </w:rPr>
        <w:t xml:space="preserve">2. </w:t>
      </w:r>
      <w:r>
        <w:t>Республика (государство) имеет свою конституцию и законодательство. Край, область, город федерального значения, автономная область, автономный округ имеет свой устав и законодательство.</w:t>
      </w:r>
    </w:p>
    <w:p>
      <w:r>
        <w:rPr>
          <w:b/>
        </w:rPr>
        <w:t xml:space="preserve">3. </w:t>
      </w:r>
      <w:r>
        <w:t>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
        <w:rPr>
          <w:b/>
        </w:rPr>
        <w:t xml:space="preserve">4. </w:t>
      </w:r>
      <w:r>
        <w:t>Во взаимоотношениях с федеральными органами государственной власти все субъекты Российской Федерации между собой равноправны.</w:t>
      </w:r>
    </w:p>
    <w:p>
      <w:r>
        <w:rPr>
          <w:b/>
        </w:rPr>
        <w:t>Статья 6</w:t>
      </w:r>
    </w:p>
    <w:p>
      <w:r>
        <w:rPr>
          <w:b/>
        </w:rPr>
        <w:t xml:space="preserve">1. </w:t>
      </w:r>
      <w:r>
        <w:t>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
        <w:rPr>
          <w:b/>
        </w:rPr>
        <w:t xml:space="preserve">2. </w:t>
      </w:r>
      <w:r>
        <w:t>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w:t>
      </w:r>
    </w:p>
    <w:p>
      <w:r>
        <w:rPr>
          <w:b/>
        </w:rPr>
        <w:t xml:space="preserve">3. </w:t>
      </w:r>
      <w:r>
        <w:t>Гражданин Российской Федерации не может быть лишен своего гражданства или права изменить его.</w:t>
      </w:r>
    </w:p>
    <w:p>
      <w:r>
        <w:rPr>
          <w:b/>
        </w:rPr>
        <w:t>Статья 7</w:t>
      </w:r>
    </w:p>
    <w:p>
      <w:r>
        <w:rPr>
          <w:b/>
        </w:rPr>
        <w:t xml:space="preserve">1. </w:t>
      </w:r>
      <w:r>
        <w:t>Российская Федерация - социальное государство, политика которого направлена на создание условий, обеспечивающих достойную жизнь и свободное развитие человека.</w:t>
      </w:r>
    </w:p>
    <w:p>
      <w:r>
        <w:rPr>
          <w:b/>
        </w:rPr>
        <w:t xml:space="preserve">2. </w:t>
      </w:r>
      <w:r>
        <w:t>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
        <w:rPr>
          <w:b/>
        </w:rPr>
        <w:t>Статья 8</w:t>
      </w:r>
    </w:p>
    <w:p>
      <w:r>
        <w:rPr>
          <w:b/>
        </w:rPr>
        <w:t xml:space="preserve">1. </w:t>
      </w:r>
      <w:r>
        <w:t>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
        <w:rPr>
          <w:b/>
        </w:rPr>
        <w:t xml:space="preserve">2. </w:t>
      </w:r>
      <w:r>
        <w:t>В Российской Федерации признаются и защищаются равным образом частная, государственная, муниципальная и иные формы собственности.</w:t>
      </w:r>
    </w:p>
    <w:p>
      <w:r>
        <w:rPr>
          <w:b/>
        </w:rPr>
        <w:t>Статья 9</w:t>
      </w:r>
    </w:p>
    <w:p>
      <w:r>
        <w:rPr>
          <w:b/>
        </w:rPr>
        <w:t xml:space="preserve">1. </w:t>
      </w:r>
      <w:r>
        <w:t>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
        <w:rPr>
          <w:b/>
        </w:rPr>
        <w:t xml:space="preserve">2. </w:t>
      </w:r>
      <w:r>
        <w:t>Земля и другие природные ресурсы могут находиться в частной, государственной, муниципальной и иных формах собственности.</w:t>
      </w:r>
    </w:p>
    <w:p>
      <w:r>
        <w:rPr>
          <w:b/>
        </w:rPr>
        <w:t>Статья 10</w:t>
      </w:r>
    </w:p>
    <w:p>
      <w:r>
        <w:t>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
        <w:rPr>
          <w:b/>
        </w:rPr>
        <w:t>Статья 11</w:t>
      </w:r>
    </w:p>
    <w:p>
      <w:r>
        <w:rPr>
          <w:b/>
        </w:rPr>
        <w:t xml:space="preserve">1. </w:t>
      </w:r>
      <w:r>
        <w:t>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Правительство Российской Федерации, суды Российской Федерации.</w:t>
      </w:r>
    </w:p>
    <w:p>
      <w:r>
        <w:rPr>
          <w:b/>
        </w:rPr>
        <w:t xml:space="preserve">2. </w:t>
      </w:r>
      <w:r>
        <w:t>Государственную власть в субъектах Российской Федерации осуществляют образуемые ими органы государственной власти.</w:t>
      </w:r>
    </w:p>
    <w:p>
      <w:r>
        <w:rPr>
          <w:b/>
        </w:rPr>
        <w:t xml:space="preserve">3. </w:t>
      </w:r>
      <w: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
        <w:rPr>
          <w:b/>
        </w:rPr>
        <w:t>Статья 12</w:t>
      </w:r>
    </w:p>
    <w:p>
      <w:r>
        <w:t>В Российской Федерации признается и 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
        <w:rPr>
          <w:b/>
        </w:rPr>
        <w:t>Статья 13</w:t>
      </w:r>
    </w:p>
    <w:p>
      <w:r>
        <w:rPr>
          <w:b/>
        </w:rPr>
        <w:t xml:space="preserve">1. </w:t>
      </w:r>
      <w:r>
        <w:t>В Российской Федерации признается идеологическое многообразие.</w:t>
      </w:r>
    </w:p>
    <w:p>
      <w:r>
        <w:rPr>
          <w:b/>
        </w:rPr>
        <w:t xml:space="preserve">2. </w:t>
      </w:r>
      <w:r>
        <w:t>Никакая идеология не может устанавливаться в качестве государственной или обязательной.</w:t>
      </w:r>
    </w:p>
    <w:p>
      <w:r>
        <w:rPr>
          <w:b/>
        </w:rPr>
        <w:t xml:space="preserve">3. </w:t>
      </w:r>
      <w:r>
        <w:t>В Российской Федерации признаются политическое многообразие, многопартийность.</w:t>
      </w:r>
    </w:p>
    <w:p>
      <w:r>
        <w:rPr>
          <w:b/>
        </w:rPr>
        <w:t xml:space="preserve">4. </w:t>
      </w:r>
      <w:r>
        <w:t>Общественные объединения равны перед законом.</w:t>
      </w:r>
    </w:p>
    <w:p>
      <w:r>
        <w:rPr>
          <w:b/>
        </w:rPr>
        <w:t xml:space="preserve">5. </w:t>
      </w:r>
      <w:r>
        <w:t>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 государства, создание вооруженных формирований, разжигание социальной, расовой, национальной и религиозной розни.</w:t>
      </w:r>
    </w:p>
    <w:p>
      <w:r>
        <w:rPr>
          <w:b/>
        </w:rPr>
        <w:t>Статья 14</w:t>
      </w:r>
    </w:p>
    <w:p>
      <w:r>
        <w:rPr>
          <w:b/>
        </w:rPr>
        <w:t xml:space="preserve">1. </w:t>
      </w:r>
      <w:r>
        <w:t>Российская Федерация - светское государство. Никакая религия не может устанавливаться в качестве государственной или обязательной.</w:t>
      </w:r>
    </w:p>
    <w:p>
      <w:r>
        <w:rPr>
          <w:b/>
        </w:rPr>
        <w:t xml:space="preserve">2. </w:t>
      </w:r>
      <w:r>
        <w:t>Религиозные объединения отделены от государства и равны перед законом.</w:t>
      </w:r>
    </w:p>
    <w:p>
      <w:r>
        <w:rPr>
          <w:b/>
        </w:rPr>
        <w:t>Статья 15</w:t>
      </w:r>
    </w:p>
    <w:p>
      <w:r>
        <w:rPr>
          <w:b/>
        </w:rPr>
        <w:t xml:space="preserve">1. </w:t>
      </w:r>
      <w:r>
        <w:t>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 принимаемые в Российской Федерации, не должны противоречить Конституции Российской Федерации.</w:t>
      </w:r>
    </w:p>
    <w:p>
      <w:r>
        <w:rPr>
          <w:b/>
        </w:rPr>
        <w:t xml:space="preserve">2. </w:t>
      </w:r>
      <w:r>
        <w:t>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 и законы.</w:t>
      </w:r>
    </w:p>
    <w:p>
      <w:r>
        <w:rPr>
          <w:b/>
        </w:rPr>
        <w:t xml:space="preserve">3. </w:t>
      </w:r>
      <w:r>
        <w:t>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для всеобщего сведения.</w:t>
      </w:r>
    </w:p>
    <w:p>
      <w:r>
        <w:rPr>
          <w:b/>
        </w:rPr>
        <w:t xml:space="preserve">4. </w:t>
      </w:r>
      <w:r>
        <w:t>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w:t>
      </w:r>
    </w:p>
    <w:p>
      <w:r>
        <w:rPr>
          <w:b/>
        </w:rPr>
        <w:t>Статья 16</w:t>
      </w:r>
    </w:p>
    <w:p>
      <w:r>
        <w:rPr>
          <w:b/>
        </w:rPr>
        <w:t xml:space="preserve">1. </w:t>
      </w:r>
      <w:r>
        <w:t>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Конституцией.</w:t>
      </w:r>
    </w:p>
    <w:p>
      <w:r>
        <w:rPr>
          <w:b/>
        </w:rPr>
        <w:t xml:space="preserve">2. </w:t>
      </w:r>
      <w:r>
        <w:t>Никакие другие положения настоящей Конституции не могут противоречить основам конституционного строя Российской Федерации.</w:t>
      </w:r>
    </w:p>
    <w:p>
      <w:pPr>
        <w:pStyle w:val="Heading3"/>
      </w:pPr>
      <w:r>
        <w:t>ПРАВА И СВОБОДЫ ЧЕЛОВЕКА И ГРАЖДАНИНА</w:t>
      </w:r>
    </w:p>
    <w:p>
      <w:r>
        <w:rPr>
          <w:b/>
        </w:rPr>
        <w:t>Статья 17</w:t>
      </w:r>
    </w:p>
    <w:p>
      <w:r>
        <w:rPr>
          <w:b/>
        </w:rPr>
        <w:t xml:space="preserve">1. </w:t>
      </w:r>
      <w:r>
        <w:t>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w:t>
      </w:r>
    </w:p>
    <w:p>
      <w:r>
        <w:rPr>
          <w:b/>
        </w:rPr>
        <w:t xml:space="preserve">2. </w:t>
      </w:r>
      <w:r>
        <w:t>Основные права и свободы человека неотчуждаемы и принадлежат каждому от рождения.</w:t>
      </w:r>
    </w:p>
    <w:p>
      <w:r>
        <w:rPr>
          <w:b/>
        </w:rPr>
        <w:t xml:space="preserve">3. </w:t>
      </w:r>
      <w:r>
        <w:t>Осуществление прав и свобод человека и гражданина не должно нарушать права и свободы других лиц.</w:t>
      </w:r>
    </w:p>
    <w:p>
      <w:r>
        <w:rPr>
          <w:b/>
        </w:rPr>
        <w:t>Статья 18</w:t>
      </w:r>
    </w:p>
    <w:p>
      <w:r>
        <w:t>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w:t>
      </w:r>
    </w:p>
    <w:p>
      <w:r>
        <w:rPr>
          <w:b/>
        </w:rPr>
        <w:t>Статья 19</w:t>
      </w:r>
    </w:p>
    <w:p>
      <w:r>
        <w:rPr>
          <w:b/>
        </w:rPr>
        <w:t xml:space="preserve">1. </w:t>
      </w:r>
      <w:r>
        <w:t>Все равны перед законом и судом.</w:t>
      </w:r>
    </w:p>
    <w:p>
      <w:r>
        <w:rPr>
          <w:b/>
        </w:rPr>
        <w:t xml:space="preserve">2. </w:t>
      </w:r>
      <w: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w:t>
      </w:r>
    </w:p>
    <w:p>
      <w:r>
        <w:rPr>
          <w:b/>
        </w:rPr>
        <w:t xml:space="preserve">3. </w:t>
      </w:r>
      <w:r>
        <w:t>Мужчина и женщина имеют равные права и свободы и равные возможности для их реализации.</w:t>
      </w:r>
    </w:p>
    <w:p>
      <w:r>
        <w:rPr>
          <w:b/>
        </w:rPr>
        <w:t>Статья 20</w:t>
      </w:r>
    </w:p>
    <w:p>
      <w:r>
        <w:rPr>
          <w:b/>
        </w:rPr>
        <w:t xml:space="preserve">1. </w:t>
      </w:r>
      <w:r>
        <w:t>Каждый имеет право на жизнь.</w:t>
      </w:r>
    </w:p>
    <w:p>
      <w:r>
        <w:rPr>
          <w:b/>
        </w:rPr>
        <w:t xml:space="preserve">2. </w:t>
      </w:r>
      <w:r>
        <w:t>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
        <w:rPr>
          <w:b/>
        </w:rPr>
        <w:t>Статья 21</w:t>
      </w:r>
    </w:p>
    <w:p>
      <w:r>
        <w:rPr>
          <w:b/>
        </w:rPr>
        <w:t xml:space="preserve">1. </w:t>
      </w:r>
      <w:r>
        <w:t>Достоинство личности охраняется государством. Ничто не может быть основанием для его умаления.</w:t>
      </w:r>
    </w:p>
    <w:p>
      <w:r>
        <w:rPr>
          <w:b/>
        </w:rPr>
        <w:t xml:space="preserve">2. </w:t>
      </w:r>
      <w:r>
        <w:t>Никто не должен подвергаться пыткам, насилию, другому жестокому или унижающему человеческое достоинство обращению или наказанию. Никто не может быть без добровольного согласия подвергнут медицинским, научным или иным опытам.</w:t>
      </w:r>
    </w:p>
    <w:p>
      <w:r>
        <w:rPr>
          <w:b/>
        </w:rPr>
        <w:t>Статья 22</w:t>
      </w:r>
    </w:p>
    <w:p>
      <w:r>
        <w:rPr>
          <w:b/>
        </w:rPr>
        <w:t xml:space="preserve">1. </w:t>
      </w:r>
      <w:r>
        <w:t>Каждый имеет право на свободу и личную неприкосновенность.</w:t>
      </w:r>
    </w:p>
    <w:p>
      <w:r>
        <w:rPr>
          <w:b/>
        </w:rPr>
        <w:t xml:space="preserve">2. </w:t>
      </w:r>
      <w:r>
        <w:t>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
        <w:rPr>
          <w:b/>
        </w:rPr>
        <w:t>Статья 23</w:t>
      </w:r>
    </w:p>
    <w:p>
      <w:r>
        <w:rPr>
          <w:b/>
        </w:rPr>
        <w:t xml:space="preserve">1. </w:t>
      </w:r>
      <w:r>
        <w:t>Каждый имеет право на неприкосновенность частной жизни, личную и семейную тайну, защиту своей чести и доброго имени.</w:t>
      </w:r>
    </w:p>
    <w:p>
      <w:r>
        <w:rPr>
          <w:b/>
        </w:rPr>
        <w:t xml:space="preserve">2. </w:t>
      </w:r>
      <w:r>
        <w:t>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
        <w:rPr>
          <w:b/>
        </w:rPr>
        <w:t>Статья 24</w:t>
      </w:r>
    </w:p>
    <w:p>
      <w:r>
        <w:rPr>
          <w:b/>
        </w:rPr>
        <w:t xml:space="preserve">1. </w:t>
      </w:r>
      <w:r>
        <w:t>Сбор, хранение, использование и распространение информации о частной жизни лица без его согласия не допускаются.</w:t>
      </w:r>
    </w:p>
    <w:p>
      <w:r>
        <w:rPr>
          <w:b/>
        </w:rPr>
        <w:t xml:space="preserve">2. </w:t>
      </w:r>
      <w:r>
        <w:t>Органы государственной власти и органы местного самоуправления, их должностные лица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w:t>
      </w:r>
    </w:p>
    <w:p>
      <w:r>
        <w:rPr>
          <w:b/>
        </w:rPr>
        <w:t>Статья 25</w:t>
      </w:r>
    </w:p>
    <w:p>
      <w:r>
        <w:t>Жилище неприкосновенно. Никто не вправе проникать в жилище против воли проживающих в нем лиц иначе как в случаях, установленных федеральным законом, или на основании судебного решения.</w:t>
      </w:r>
    </w:p>
    <w:p>
      <w:r>
        <w:rPr>
          <w:b/>
        </w:rPr>
        <w:t>Статья 26</w:t>
      </w:r>
    </w:p>
    <w:p>
      <w:r>
        <w:rPr>
          <w:b/>
        </w:rPr>
        <w:t xml:space="preserve">1. </w:t>
      </w:r>
      <w:r>
        <w:t>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
        <w:rPr>
          <w:b/>
        </w:rPr>
        <w:t xml:space="preserve">2. </w:t>
      </w:r>
      <w:r>
        <w:t>Каждый имеет право на пользование родным языком, на свободный выбор языка общения, воспитания, обучения и творчества.</w:t>
      </w:r>
    </w:p>
    <w:p>
      <w:r>
        <w:rPr>
          <w:b/>
        </w:rPr>
        <w:t>Статья 27</w:t>
      </w:r>
    </w:p>
    <w:p>
      <w:r>
        <w:rPr>
          <w:b/>
        </w:rPr>
        <w:t xml:space="preserve">1. </w:t>
      </w:r>
      <w:r>
        <w:t>Каждый, кто законно находится на территории Российской Федерации, имеет право свободно передвигаться, выбирать место пребывания и жительства.</w:t>
      </w:r>
    </w:p>
    <w:p>
      <w:r>
        <w:rPr>
          <w:b/>
        </w:rPr>
        <w:t xml:space="preserve">2. </w:t>
      </w:r>
      <w:r>
        <w:t>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
        <w:rPr>
          <w:b/>
        </w:rPr>
        <w:t>Статья 28</w:t>
      </w:r>
    </w:p>
    <w:p>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 в соответствии с ними.</w:t>
      </w:r>
    </w:p>
    <w:p>
      <w:r>
        <w:rPr>
          <w:b/>
        </w:rPr>
        <w:t>Статья 29</w:t>
      </w:r>
    </w:p>
    <w:p>
      <w:r>
        <w:rPr>
          <w:b/>
        </w:rPr>
        <w:t xml:space="preserve">1. </w:t>
      </w:r>
      <w:r>
        <w:t>Каждому гарантируется свобода мысли и слова.</w:t>
      </w:r>
    </w:p>
    <w:p>
      <w:r>
        <w:rPr>
          <w:b/>
        </w:rPr>
        <w:t xml:space="preserve">2. </w:t>
      </w:r>
      <w:r>
        <w:t>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национального, религиозного или языкового превосходства.</w:t>
      </w:r>
    </w:p>
    <w:p>
      <w:r>
        <w:rPr>
          <w:b/>
        </w:rPr>
        <w:t xml:space="preserve">3. </w:t>
      </w:r>
      <w:r>
        <w:t>Никто не может быть принужден к выражению своих мнений и убеждений или отказу от них.</w:t>
      </w:r>
    </w:p>
    <w:p>
      <w:r>
        <w:rPr>
          <w:b/>
        </w:rPr>
        <w:t xml:space="preserve">4. </w:t>
      </w:r>
      <w:r>
        <w:t>Каждый имеет право свободно искать, получать, передавать, производить и распространять информацию любым законным способом. Перечень сведений, составляющих государственную тайну, определяется федеральным законом.</w:t>
      </w:r>
    </w:p>
    <w:p>
      <w:r>
        <w:rPr>
          <w:b/>
        </w:rPr>
        <w:t xml:space="preserve">5. </w:t>
      </w:r>
      <w:r>
        <w:t>Гарантируется свобода массовой информации. Цензура запрещается.</w:t>
      </w:r>
    </w:p>
    <w:p>
      <w:r>
        <w:rPr>
          <w:b/>
        </w:rPr>
        <w:t>Статья 30</w:t>
      </w:r>
    </w:p>
    <w:p>
      <w:r>
        <w:rPr>
          <w:b/>
        </w:rPr>
        <w:t xml:space="preserve">1. </w:t>
      </w:r>
      <w:r>
        <w:t>Каждый имеет право на объединение, включая право создавать профессиональные союзы для защиты своих интересов. Свобода деятельности общественных объединений гарантируется.</w:t>
      </w:r>
    </w:p>
    <w:p>
      <w:r>
        <w:rPr>
          <w:b/>
        </w:rPr>
        <w:t xml:space="preserve">2. </w:t>
      </w:r>
      <w:r>
        <w:t>Никто не может быть принужден к вступлению в какое-либо объединение или пребыванию в нем.</w:t>
      </w:r>
    </w:p>
    <w:p>
      <w:r>
        <w:rPr>
          <w:b/>
        </w:rPr>
        <w:t>Статья 31</w:t>
      </w:r>
    </w:p>
    <w:p>
      <w:r>
        <w:t>Граждане Российской Федерации имеют право собираться мирно, без оружия, проводить собрания, митинги и демонстрации, шествия и пикетирование.</w:t>
      </w:r>
    </w:p>
    <w:p>
      <w:r>
        <w:rPr>
          <w:b/>
        </w:rPr>
        <w:t>Статья 32</w:t>
      </w:r>
    </w:p>
    <w:p>
      <w:r>
        <w:rPr>
          <w:b/>
        </w:rPr>
        <w:t xml:space="preserve">1. </w:t>
      </w:r>
      <w:r>
        <w:t>Граждане Российской Федерации имеют право участвовать в управлении делами государства как непосредственно, так и через своих представителей.</w:t>
      </w:r>
    </w:p>
    <w:p>
      <w:r>
        <w:rPr>
          <w:b/>
        </w:rPr>
        <w:t xml:space="preserve">2. </w:t>
      </w:r>
      <w:r>
        <w:t>Граждане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
        <w:rPr>
          <w:b/>
        </w:rPr>
        <w:t xml:space="preserve">3. </w:t>
      </w:r>
      <w:r>
        <w:t>Не имеют права избирать и быть избранными граждане, признанные судом недееспособными, а также содержащиеся в местах лишения свободы по приговору суда.</w:t>
      </w:r>
    </w:p>
    <w:p>
      <w:r>
        <w:rPr>
          <w:b/>
        </w:rPr>
        <w:t xml:space="preserve">4. </w:t>
      </w:r>
      <w:r>
        <w:t>Граждане Российской Федерации имеют равный доступ к государственной службе.</w:t>
      </w:r>
    </w:p>
    <w:p>
      <w:r>
        <w:rPr>
          <w:b/>
        </w:rPr>
        <w:t xml:space="preserve">5. </w:t>
      </w:r>
      <w:r>
        <w:t>Граждане Российской Федерации имеют право участвовать в отправлении правосудия.</w:t>
      </w:r>
    </w:p>
    <w:p>
      <w:r>
        <w:rPr>
          <w:b/>
        </w:rPr>
        <w:t>Статья 33</w:t>
      </w:r>
    </w:p>
    <w:p>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
        <w:rPr>
          <w:b/>
        </w:rPr>
        <w:t>Статья 34</w:t>
      </w:r>
    </w:p>
    <w:p>
      <w:r>
        <w:rPr>
          <w:b/>
        </w:rPr>
        <w:t xml:space="preserve">1. </w:t>
      </w:r>
      <w:r>
        <w:t>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w:t>
      </w:r>
    </w:p>
    <w:p>
      <w:r>
        <w:rPr>
          <w:b/>
        </w:rPr>
        <w:t xml:space="preserve">2. </w:t>
      </w:r>
      <w:r>
        <w:t>Не допускается экономическая деятельность, направленная на монополизацию и недобросовестную конкуренцию.</w:t>
      </w:r>
    </w:p>
    <w:p>
      <w:r>
        <w:rPr>
          <w:b/>
        </w:rPr>
        <w:t>Статья 35</w:t>
      </w:r>
    </w:p>
    <w:p>
      <w:r>
        <w:rPr>
          <w:b/>
        </w:rPr>
        <w:t xml:space="preserve">1. </w:t>
      </w:r>
      <w:r>
        <w:t>Право частной собственности охраняется законом.</w:t>
      </w:r>
    </w:p>
    <w:p>
      <w:r>
        <w:rPr>
          <w:b/>
        </w:rPr>
        <w:t xml:space="preserve">2. </w:t>
      </w:r>
      <w:r>
        <w:t>Каждый вправе иметь имущество в собственности, владеть, пользоваться и распоряжаться им как единолично, так и совместно с другими лицами.</w:t>
      </w:r>
    </w:p>
    <w:p>
      <w:r>
        <w:rPr>
          <w:b/>
        </w:rPr>
        <w:t xml:space="preserve">3. </w:t>
      </w:r>
      <w:r>
        <w:t>Никто не может быть лишен своего имущества иначе как по решению суда. Принудительное отчуждение имущества для государственных нужд может быть произведено только при условии предварительного и равноценного возмещения.</w:t>
      </w:r>
    </w:p>
    <w:p>
      <w:r>
        <w:rPr>
          <w:b/>
        </w:rPr>
        <w:t xml:space="preserve">4. </w:t>
      </w:r>
      <w:r>
        <w:t>Право наследования гарантируется.</w:t>
      </w:r>
    </w:p>
    <w:p>
      <w:r>
        <w:rPr>
          <w:b/>
        </w:rPr>
        <w:t>Статья 36</w:t>
      </w:r>
    </w:p>
    <w:p>
      <w:r>
        <w:rPr>
          <w:b/>
        </w:rPr>
        <w:t xml:space="preserve">1. </w:t>
      </w:r>
      <w:r>
        <w:t>Граждане и их объединения вправе иметь в частной собственности землю.</w:t>
      </w:r>
    </w:p>
    <w:p>
      <w:r>
        <w:rPr>
          <w:b/>
        </w:rPr>
        <w:t xml:space="preserve">2. </w:t>
      </w:r>
      <w:r>
        <w:t>Владение,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
        <w:rPr>
          <w:b/>
        </w:rPr>
        <w:t xml:space="preserve">3. </w:t>
      </w:r>
      <w:r>
        <w:t>Условия и порядок пользования землей определяются на основе федерального закона.</w:t>
      </w:r>
    </w:p>
    <w:p>
      <w:r>
        <w:rPr>
          <w:b/>
        </w:rPr>
        <w:t>Статья 37</w:t>
      </w:r>
    </w:p>
    <w:p>
      <w:r>
        <w:rPr>
          <w:b/>
        </w:rPr>
        <w:t xml:space="preserve">1. </w:t>
      </w:r>
      <w:r>
        <w:t>Труд свободен. Каждый имеет право свободно распоряжаться своими способностями к труду, выбирать род деятельности и профессию.</w:t>
      </w:r>
    </w:p>
    <w:p>
      <w:r>
        <w:rPr>
          <w:b/>
        </w:rPr>
        <w:t xml:space="preserve">2. </w:t>
      </w:r>
      <w:r>
        <w:t>Принудительный труд запрещен.</w:t>
      </w:r>
    </w:p>
    <w:p>
      <w:r>
        <w:rPr>
          <w:b/>
        </w:rPr>
        <w:t xml:space="preserve">3. </w:t>
      </w:r>
      <w:r>
        <w:t>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от безработицы.</w:t>
      </w:r>
    </w:p>
    <w:p>
      <w:r>
        <w:rPr>
          <w:b/>
        </w:rPr>
        <w:t xml:space="preserve">4. </w:t>
      </w:r>
      <w:r>
        <w:t>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
        <w:rPr>
          <w:b/>
        </w:rPr>
        <w:t xml:space="preserve">5. </w:t>
      </w:r>
      <w:r>
        <w:t>Каждый имеет право на отдых.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w:t>
      </w:r>
    </w:p>
    <w:p>
      <w:r>
        <w:rPr>
          <w:b/>
        </w:rPr>
        <w:t>Статья 38</w:t>
      </w:r>
    </w:p>
    <w:p>
      <w:r>
        <w:rPr>
          <w:b/>
        </w:rPr>
        <w:t xml:space="preserve">1. </w:t>
      </w:r>
      <w:r>
        <w:t>Материнство и детство, семья находятся под защитой государства.</w:t>
      </w:r>
    </w:p>
    <w:p>
      <w:r>
        <w:rPr>
          <w:b/>
        </w:rPr>
        <w:t xml:space="preserve">2. </w:t>
      </w:r>
      <w:r>
        <w:t>Забота о детях, их воспитание - равное право и обязанность родителей.</w:t>
      </w:r>
    </w:p>
    <w:p>
      <w:r>
        <w:rPr>
          <w:b/>
        </w:rPr>
        <w:t xml:space="preserve">3. </w:t>
      </w:r>
      <w:r>
        <w:t>Трудоспособные дети, достигшие 18 лет, должны заботиться о нетрудоспособных родителях.</w:t>
      </w:r>
    </w:p>
    <w:p>
      <w:r>
        <w:rPr>
          <w:b/>
        </w:rPr>
        <w:t>Статья 39</w:t>
      </w:r>
    </w:p>
    <w:p>
      <w:r>
        <w:rPr>
          <w:b/>
        </w:rPr>
        <w:t xml:space="preserve">1. </w:t>
      </w:r>
      <w:r>
        <w:t>Каждому гарантируется социальное обеспечение по возрасту, в случае болезни, инвалидности, потери кормильца, для воспитания детей и в иных случаях, установленных законом.</w:t>
      </w:r>
    </w:p>
    <w:p>
      <w:r>
        <w:rPr>
          <w:b/>
        </w:rPr>
        <w:t xml:space="preserve">2. </w:t>
      </w:r>
      <w:r>
        <w:t>Государственные пенсии и социальные пособия устанавливаются законом.</w:t>
      </w:r>
    </w:p>
    <w:p>
      <w:r>
        <w:rPr>
          <w:b/>
        </w:rPr>
        <w:t xml:space="preserve">3. </w:t>
      </w:r>
      <w:r>
        <w:t>Поощряются добровольное социальное страхование, создание дополнительных форм социального обеспечения и благотворительность.</w:t>
      </w:r>
    </w:p>
    <w:p>
      <w:r>
        <w:rPr>
          <w:b/>
        </w:rPr>
        <w:t>Статья 40</w:t>
      </w:r>
    </w:p>
    <w:p>
      <w:r>
        <w:rPr>
          <w:b/>
        </w:rPr>
        <w:t xml:space="preserve">1. </w:t>
      </w:r>
      <w:r>
        <w:t>Каждый имеет право на жилище. Никто не может быть произвольно лишен жилища.</w:t>
      </w:r>
    </w:p>
    <w:p>
      <w:r>
        <w:rPr>
          <w:b/>
        </w:rPr>
        <w:t xml:space="preserve">2. </w:t>
      </w:r>
      <w:r>
        <w:t>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
        <w:rPr>
          <w:b/>
        </w:rPr>
        <w:t xml:space="preserve">3. </w:t>
      </w:r>
      <w:r>
        <w:t>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
        <w:rPr>
          <w:b/>
        </w:rPr>
        <w:t>Статья 41</w:t>
      </w:r>
    </w:p>
    <w:p>
      <w:r>
        <w:rPr>
          <w:b/>
        </w:rPr>
        <w:t xml:space="preserve">1. </w:t>
      </w:r>
      <w:r>
        <w:t>Каждый имеет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
        <w:rPr>
          <w:b/>
        </w:rPr>
        <w:t xml:space="preserve">2. </w:t>
      </w:r>
      <w:r>
        <w:t>В Российской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развитию физической культуры и спорта, экологическому и санитарно-эпидемиологическому благополучию.</w:t>
      </w:r>
    </w:p>
    <w:p>
      <w:r>
        <w:rPr>
          <w:b/>
        </w:rPr>
        <w:t xml:space="preserve">3. </w:t>
      </w:r>
      <w:r>
        <w:t>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федеральным законом.</w:t>
      </w:r>
    </w:p>
    <w:p>
      <w:r>
        <w:rPr>
          <w:b/>
        </w:rPr>
        <w:t>Статья 42</w:t>
      </w:r>
    </w:p>
    <w:p>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
        <w:rPr>
          <w:b/>
        </w:rPr>
        <w:t>Статья 43</w:t>
      </w:r>
    </w:p>
    <w:p>
      <w:r>
        <w:rPr>
          <w:b/>
        </w:rPr>
        <w:t xml:space="preserve">1. </w:t>
      </w:r>
      <w:r>
        <w:t>Каждый имеет право на образование.</w:t>
      </w:r>
    </w:p>
    <w:p>
      <w:r>
        <w:rPr>
          <w:b/>
        </w:rPr>
        <w:t xml:space="preserve">2. </w:t>
      </w:r>
      <w:r>
        <w:t>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
        <w:rPr>
          <w:b/>
        </w:rPr>
        <w:t xml:space="preserve">3. </w:t>
      </w:r>
      <w:r>
        <w:t>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
        <w:rPr>
          <w:b/>
        </w:rPr>
        <w:t xml:space="preserve">4. </w:t>
      </w:r>
      <w:r>
        <w:t>Основное общее образование обязательно. Родители или лица, их заменяющие, обеспечивают получение детьми основного общего образования.</w:t>
      </w:r>
    </w:p>
    <w:p>
      <w:r>
        <w:rPr>
          <w:b/>
        </w:rPr>
        <w:t xml:space="preserve">5. </w:t>
      </w:r>
      <w:r>
        <w:t>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
        <w:rPr>
          <w:b/>
        </w:rPr>
        <w:t>Статья 44</w:t>
      </w:r>
    </w:p>
    <w:p>
      <w:r>
        <w:rPr>
          <w:b/>
        </w:rPr>
        <w:t xml:space="preserve">1. </w:t>
      </w:r>
      <w:r>
        <w:t>Каждому гарантируется свобода литературного, художественного, научного, технического и других видов творчества, преподавания. Интеллектуальная собственность охраняется законом.</w:t>
      </w:r>
    </w:p>
    <w:p>
      <w:r>
        <w:rPr>
          <w:b/>
        </w:rPr>
        <w:t xml:space="preserve">2. </w:t>
      </w:r>
      <w:r>
        <w:t>Каждый имеет право на участие в культурной жизни и пользование учреждениями культуры, на доступ к культурным ценностям.</w:t>
      </w:r>
    </w:p>
    <w:p>
      <w:r>
        <w:rPr>
          <w:b/>
        </w:rPr>
        <w:t xml:space="preserve">3. </w:t>
      </w:r>
      <w:r>
        <w:t>Каждый обязан заботиться о сохранении исторического и культурного наследия, беречь памятники истории и культуры.</w:t>
      </w:r>
    </w:p>
    <w:p>
      <w:r>
        <w:rPr>
          <w:b/>
        </w:rPr>
        <w:t>Статья 45</w:t>
      </w:r>
    </w:p>
    <w:p>
      <w:r>
        <w:rPr>
          <w:b/>
        </w:rPr>
        <w:t xml:space="preserve">1. </w:t>
      </w:r>
      <w:r>
        <w:t>Государственная защита прав и свобод человека и гражданина в Российской Федерации гарантируется.</w:t>
      </w:r>
    </w:p>
    <w:p>
      <w:r>
        <w:rPr>
          <w:b/>
        </w:rPr>
        <w:t xml:space="preserve">2. </w:t>
      </w:r>
      <w:r>
        <w:t>Каждый вправе защищать свои права и свободы всеми способами, не запрещенными законом.</w:t>
      </w:r>
    </w:p>
    <w:p>
      <w:r>
        <w:rPr>
          <w:b/>
        </w:rPr>
        <w:t>Статья 46</w:t>
      </w:r>
    </w:p>
    <w:p>
      <w:r>
        <w:rPr>
          <w:b/>
        </w:rPr>
        <w:t xml:space="preserve">1. </w:t>
      </w:r>
      <w:r>
        <w:t>Каждому гарантируется судебная защита его прав и свобод.</w:t>
      </w:r>
    </w:p>
    <w:p>
      <w:r>
        <w:rPr>
          <w:b/>
        </w:rPr>
        <w:t xml:space="preserve">2. </w:t>
      </w:r>
      <w:r>
        <w:t>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
        <w:rPr>
          <w:b/>
        </w:rPr>
        <w:t xml:space="preserve">3. </w:t>
      </w:r>
      <w:r>
        <w:t>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
        <w:rPr>
          <w:b/>
        </w:rPr>
        <w:t>Статья 47</w:t>
      </w:r>
    </w:p>
    <w:p>
      <w:r>
        <w:rPr>
          <w:b/>
        </w:rPr>
        <w:t xml:space="preserve">1. </w:t>
      </w:r>
      <w:r>
        <w:t>Никто не может быть лишен права на рассмотрение его дела в том суде и тем судьей, к подсудности которых оно отнесено законом.</w:t>
      </w:r>
    </w:p>
    <w:p>
      <w:r>
        <w:rPr>
          <w:b/>
        </w:rPr>
        <w:t xml:space="preserve">2. </w:t>
      </w:r>
      <w:r>
        <w:t>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r>
        <w:rPr>
          <w:b/>
        </w:rPr>
        <w:t>Статья 48</w:t>
      </w:r>
    </w:p>
    <w:p>
      <w:r>
        <w:rPr>
          <w:b/>
        </w:rPr>
        <w:t xml:space="preserve">1. </w:t>
      </w:r>
      <w:r>
        <w:t>Каждому гарантируется право на получение квалифицированной юридической помощи. В случаях, предусмотренных законом, юридическая помощь оказывается бесплатно.</w:t>
      </w:r>
    </w:p>
    <w:p>
      <w:r>
        <w:rPr>
          <w:b/>
        </w:rPr>
        <w:t xml:space="preserve">2. </w:t>
      </w:r>
      <w:r>
        <w:t>Каждый задержанный, заключенный под стражу, обвиняемый в совершении преступления имеет право пользоваться помощью адвоката (защитника) с момента соответственно задержания, заключения под стражу или предъявления обвинения.</w:t>
      </w:r>
    </w:p>
    <w:p>
      <w:r>
        <w:rPr>
          <w:b/>
        </w:rPr>
        <w:t>Статья 49</w:t>
      </w:r>
    </w:p>
    <w:p>
      <w:r>
        <w:rPr>
          <w:b/>
        </w:rPr>
        <w:t xml:space="preserve">1. </w:t>
      </w:r>
      <w:r>
        <w:t>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w:t>
      </w:r>
    </w:p>
    <w:p>
      <w:r>
        <w:rPr>
          <w:b/>
        </w:rPr>
        <w:t xml:space="preserve">2. </w:t>
      </w:r>
      <w:r>
        <w:t>Обвиняемый не обязан доказывать свою невиновность.</w:t>
      </w:r>
    </w:p>
    <w:p>
      <w:r>
        <w:rPr>
          <w:b/>
        </w:rPr>
        <w:t xml:space="preserve">3. </w:t>
      </w:r>
      <w:r>
        <w:t>Неустранимые сомнения в виновности лица толкуются в пользу обвиняемого.</w:t>
      </w:r>
    </w:p>
    <w:p>
      <w:r>
        <w:rPr>
          <w:b/>
        </w:rPr>
        <w:t>Статья 50</w:t>
      </w:r>
    </w:p>
    <w:p>
      <w:r>
        <w:rPr>
          <w:b/>
        </w:rPr>
        <w:t xml:space="preserve">1. </w:t>
      </w:r>
      <w:r>
        <w:t>Никто не может быть повторно осужден за одно и то же преступление.</w:t>
      </w:r>
    </w:p>
    <w:p>
      <w:r>
        <w:rPr>
          <w:b/>
        </w:rPr>
        <w:t xml:space="preserve">2. </w:t>
      </w:r>
      <w:r>
        <w:t>При осуществлении правосудия не допускается использование доказательств, полученных с нарушением федерального закона.</w:t>
      </w:r>
    </w:p>
    <w:p>
      <w:r>
        <w:rPr>
          <w:b/>
        </w:rPr>
        <w:t xml:space="preserve">3. </w:t>
      </w:r>
      <w:r>
        <w:t>Каждый осужденный за преступление имеет право на пересмотр приговора вышестоящим судом в порядке, установленном федеральным законом, а также право просить о помиловании или смягчении наказания.</w:t>
      </w:r>
    </w:p>
    <w:p>
      <w:r>
        <w:rPr>
          <w:b/>
        </w:rPr>
        <w:t>Статья 51</w:t>
      </w:r>
    </w:p>
    <w:p>
      <w:r>
        <w:rPr>
          <w:b/>
        </w:rPr>
        <w:t xml:space="preserve">1. </w:t>
      </w:r>
      <w:r>
        <w:t>Никто не обязан свидетельствовать против себя самого, своего супруга и близких родственников, круг которых определяется федеральным законом.</w:t>
      </w:r>
    </w:p>
    <w:p>
      <w:r>
        <w:rPr>
          <w:b/>
        </w:rPr>
        <w:t xml:space="preserve">2. </w:t>
      </w:r>
      <w:r>
        <w:t>Федеральным законом могут устанавливаться иные случаи освобождения от обязанности давать свидетельские показания.</w:t>
      </w:r>
    </w:p>
    <w:p>
      <w:r>
        <w:rPr>
          <w:b/>
        </w:rPr>
        <w:t>Статья 52</w:t>
      </w:r>
    </w:p>
    <w:p>
      <w:r>
        <w:t>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w:t>
      </w:r>
    </w:p>
    <w:p>
      <w:r>
        <w:rPr>
          <w:b/>
        </w:rPr>
        <w:t>Статья 53</w:t>
      </w:r>
    </w:p>
    <w:p>
      <w:r>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
        <w:rPr>
          <w:b/>
        </w:rPr>
        <w:t>Статья 54</w:t>
      </w:r>
    </w:p>
    <w:p>
      <w:r>
        <w:rPr>
          <w:b/>
        </w:rPr>
        <w:t xml:space="preserve">1. </w:t>
      </w:r>
      <w:r>
        <w:t>Закон, устанавливающий или отягчающий ответственность, обратной силы не имеет.</w:t>
      </w:r>
    </w:p>
    <w:p>
      <w:r>
        <w:rPr>
          <w:b/>
        </w:rPr>
        <w:t xml:space="preserve">2. </w:t>
      </w:r>
      <w:r>
        <w:t>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 или смягчена, применяется новый закон.</w:t>
      </w:r>
    </w:p>
    <w:p>
      <w:r>
        <w:rPr>
          <w:b/>
        </w:rPr>
        <w:t>Статья 55</w:t>
      </w:r>
    </w:p>
    <w:p>
      <w:r>
        <w:rPr>
          <w:b/>
        </w:rPr>
        <w:t xml:space="preserve">1. </w:t>
      </w:r>
      <w:r>
        <w:t>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
        <w:rPr>
          <w:b/>
        </w:rPr>
        <w:t xml:space="preserve">2. </w:t>
      </w:r>
      <w:r>
        <w:t>В Российской Федерации не должны издаваться законы, отменяющие или умаляющие права и свободы человека и гражданина.</w:t>
      </w:r>
    </w:p>
    <w:p>
      <w:r>
        <w:rPr>
          <w:b/>
        </w:rPr>
        <w:t xml:space="preserve">3. </w:t>
      </w:r>
      <w:r>
        <w:t>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
        <w:rPr>
          <w:b/>
        </w:rPr>
        <w:t>Статья 56</w:t>
      </w:r>
    </w:p>
    <w:p>
      <w:r>
        <w:rPr>
          <w:b/>
        </w:rPr>
        <w:t xml:space="preserve">1. </w:t>
      </w:r>
      <w:r>
        <w:t>В условиях чрезвычайного положения для обеспечения безопасности граждан и защиты конституционного строя в соответствии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
        <w:rPr>
          <w:b/>
        </w:rPr>
        <w:t xml:space="preserve">2. </w:t>
      </w:r>
      <w:r>
        <w:t>Чрезвычайное положение на всей территории Российской Федерации и в ее отдельных местностях может вводиться при наличии обстоятельств и в порядке, установленных федеральным конституционным законом.</w:t>
      </w:r>
    </w:p>
    <w:p>
      <w:r>
        <w:rPr>
          <w:b/>
        </w:rPr>
        <w:t xml:space="preserve">3. </w:t>
      </w:r>
      <w:r>
        <w:t>Не подлежат ограничению права и свободы, предусмотренные статьями 20, 21, 23 (часть 1), 24, 28, 34 (часть 1), 40 (часть 1), 46 - 54 Конституции Российской Федерации.</w:t>
      </w:r>
    </w:p>
    <w:p>
      <w:r>
        <w:rPr>
          <w:b/>
        </w:rPr>
        <w:t>Статья 57</w:t>
      </w:r>
    </w:p>
    <w:p>
      <w:r>
        <w:t>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
        <w:rPr>
          <w:b/>
        </w:rPr>
        <w:t>Статья 58</w:t>
      </w:r>
    </w:p>
    <w:p>
      <w:r>
        <w:t>Каждый обязан сохранять природу и окружающую среду, бережно относиться к природным богатствам.</w:t>
      </w:r>
    </w:p>
    <w:p>
      <w:r>
        <w:rPr>
          <w:b/>
        </w:rPr>
        <w:t>Статья 59</w:t>
      </w:r>
    </w:p>
    <w:p>
      <w:r>
        <w:rPr>
          <w:b/>
        </w:rPr>
        <w:t xml:space="preserve">1. </w:t>
      </w:r>
      <w:r>
        <w:t>Защита Отечества является долгом и обязанностью гражданина Российской Федерации.</w:t>
      </w:r>
    </w:p>
    <w:p>
      <w:r>
        <w:rPr>
          <w:b/>
        </w:rPr>
        <w:t xml:space="preserve">2. </w:t>
      </w:r>
      <w:r>
        <w:t>Гражданин Российской Федерации несет военную службу в соответствии с федеральным законом.</w:t>
      </w:r>
    </w:p>
    <w:p>
      <w:r>
        <w:rPr>
          <w:b/>
        </w:rPr>
        <w:t xml:space="preserve">3. </w:t>
      </w:r>
      <w:r>
        <w:t>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
        <w:rPr>
          <w:b/>
        </w:rPr>
        <w:t>Статья 60</w:t>
      </w:r>
    </w:p>
    <w:p>
      <w:r>
        <w:t>Гражданин Российской Федерации может самостоятельно осуществлять в полном объеме свои права и обязанности с 18 лет.</w:t>
      </w:r>
    </w:p>
    <w:p>
      <w:r>
        <w:rPr>
          <w:b/>
        </w:rPr>
        <w:t>Статья 61</w:t>
      </w:r>
    </w:p>
    <w:p>
      <w:r>
        <w:rPr>
          <w:b/>
        </w:rPr>
        <w:t xml:space="preserve">1. </w:t>
      </w:r>
      <w:r>
        <w:t>Гражданин Российской Федерации не может быть выслан за пределы Российской Федерации или выдан другому государству.</w:t>
      </w:r>
    </w:p>
    <w:p>
      <w:r>
        <w:rPr>
          <w:b/>
        </w:rPr>
        <w:t xml:space="preserve">2. </w:t>
      </w:r>
      <w:r>
        <w:t>Российская Федерация гарантирует своим гражданам защиту и покровительство за ее пределами.</w:t>
      </w:r>
    </w:p>
    <w:p>
      <w:r>
        <w:rPr>
          <w:b/>
        </w:rPr>
        <w:t>Статья 62</w:t>
      </w:r>
    </w:p>
    <w:p>
      <w:r>
        <w:rPr>
          <w:b/>
        </w:rPr>
        <w:t xml:space="preserve">1. </w:t>
      </w:r>
      <w:r>
        <w:t>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r>
        <w:rPr>
          <w:b/>
        </w:rPr>
        <w:t xml:space="preserve">2. </w:t>
      </w:r>
      <w:r>
        <w:t>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договором Российской Федерации.</w:t>
      </w:r>
    </w:p>
    <w:p>
      <w:r>
        <w:rPr>
          <w:b/>
        </w:rPr>
        <w:t xml:space="preserve">3. </w:t>
      </w:r>
      <w:r>
        <w:t>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w:t>
      </w:r>
    </w:p>
    <w:p>
      <w:r>
        <w:rPr>
          <w:b/>
        </w:rPr>
        <w:t>Статья 63</w:t>
      </w:r>
    </w:p>
    <w:p>
      <w:r>
        <w:rPr>
          <w:b/>
        </w:rPr>
        <w:t xml:space="preserve">1. </w:t>
      </w:r>
      <w:r>
        <w:t>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
        <w:rPr>
          <w:b/>
        </w:rPr>
        <w:t xml:space="preserve">2. </w:t>
      </w:r>
      <w:r>
        <w:t>В Российской Федерации не допускается выдача другим государствам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других государствах осуществляются на основе федерального закона или международного договора Российской Федерации.</w:t>
      </w:r>
    </w:p>
    <w:p>
      <w:r>
        <w:rPr>
          <w:b/>
        </w:rPr>
        <w:t>Статья 64</w:t>
      </w:r>
    </w:p>
    <w:p>
      <w:r>
        <w:t>Положения настоящей главы составляют основы правового статуса личности в Российской Федерации и не могут быть изменены иначе как в порядке, установленном настоящей Конституцией.</w:t>
      </w:r>
    </w:p>
    <w:p>
      <w:pPr>
        <w:pStyle w:val="Heading3"/>
      </w:pPr>
      <w:r>
        <w:t>ФЕДЕРАТИВНОЕ УСТРОЙСТВО</w:t>
      </w:r>
    </w:p>
    <w:p>
      <w:r>
        <w:rPr>
          <w:b/>
        </w:rPr>
        <w:t>Статья 65</w:t>
      </w:r>
    </w:p>
    <w:p>
      <w:r>
        <w:rPr>
          <w:b/>
        </w:rPr>
        <w:t xml:space="preserve">1. </w:t>
      </w:r>
      <w:r>
        <w:t>В составе Российской Федерации находятся субъекты Российской Федерации:</w:t>
        <w:br/>
        <w:t>Республика Адыгея (Адыгея), Республика Алтай, Республика Башкортостан, Республика Бурятия, Республика Дагестан, Донецкая Народная Республика, Республика Ингушетия, Кабардино-Балкарская Республика, Республика Калмыкия, Карачаево-Черкесская Республика, Республика Карелия, Республика Коми, Республика Крым, Луганская Народная Республика, Республика Марий Эл, Республика Мордовия, Республика Саха (Якутия), Республика Северная Осетия - Алания, Республика Татарстан (Татарстан), Республика Тыва, Удмуртская Республика, Республика Хакасия, Чеченская Республика, Чувашская Республика - Чувашия; (В редакции указов Президента Российской Федерации от 09.01.1996 № 20, от 10.02.1996 № 173, от 09.06.2001 № 679; федеральных конституционных законов от 21.03.2014 № 6-ФКЗ, от 04.10.2022 № 5-ФКЗ, от 04.10.2022 № 6-ФКЗ)</w:t>
        <w:br/>
        <w:t>Алтайский край, Забайкальский край, Камчатский край, Краснодарский край, Красноярский край, Пермский край, Приморский край, Ставропольский край, Хабаровский край; (В редакции федеральных конституционных законов от 25.03.2004 № 1-ФКЗ, от 12.07.2006 № 2-ФКЗ, от 21.07.2007 № 5-ФКЗ)</w:t>
        <w:br/>
        <w:t>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Запорожская область, Ивановская область, Иркутская область, Калининградская область, Калужская область, Кемеровская область - Кузбасс,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Херсонская область, Челябинская область, Ярославская область; (В редакции федеральных конституционных законов от 25.03.2004 № 1-ФКЗ, от 12.07.2006 № 2-ФКЗ, от 21.07.2007 № 5-ФКЗ; Указа Президента Российской Федерации от 27.03.2019 № 130; федеральных конституционных законов от 04.10.2022 № 7-ФКЗ, от 04.10.2022 № 8-ФКЗ)</w:t>
        <w:br/>
        <w:t>Москва, Санкт-Петербург, Севастополь - города федерального значения; (В редакции Федерального конституционного закона от 21.03.2014 № 6-ФКЗ)</w:t>
        <w:br/>
        <w:t>Еврейская автономная область;</w:t>
        <w:br/>
        <w:t>Ненецкий автономный округ, Ханты-Мансийский автономный округ - Югра, Чукотский автономный округ, Ямало-Ненецкий автономный округ. (В редакции Указа Президента Российской Федерации от 25.07.2003 № 841; федеральных конституционных законов от 25.03.2004 № 1-ФКЗ, от 14.10.2005 № 6-ФКЗ, от 12.07.2006 № 2-ФКЗ, от 30.12.2006 № 6-ФКЗ, от 21.07.2007 № 5-ФКЗ)</w:t>
      </w:r>
    </w:p>
    <w:p>
      <w:r>
        <w:rPr>
          <w:b/>
        </w:rPr>
        <w:t xml:space="preserve">2. </w:t>
      </w:r>
      <w:r>
        <w:t>Принятие в Российскую Федерацию и образование в ее составе нового субъекта осуществляются в порядке, установленном федеральным конституционным законом.</w:t>
      </w:r>
    </w:p>
    <w:p>
      <w:r>
        <w:rPr>
          <w:b/>
        </w:rPr>
        <w:t>Статья 66</w:t>
      </w:r>
    </w:p>
    <w:p>
      <w:r>
        <w:rPr>
          <w:b/>
        </w:rPr>
        <w:t xml:space="preserve">1. </w:t>
      </w:r>
      <w:r>
        <w:t>Статус республики определяется Конституцией Российской Федерации и конституцией республики.</w:t>
      </w:r>
    </w:p>
    <w:p>
      <w:r>
        <w:rPr>
          <w:b/>
        </w:rPr>
        <w:t xml:space="preserve">2. </w:t>
      </w:r>
      <w:r>
        <w:t>Статус края, области,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(представительным) органом соответствующего субъекта Российской Федерации.</w:t>
      </w:r>
    </w:p>
    <w:p>
      <w:r>
        <w:rPr>
          <w:b/>
        </w:rPr>
        <w:t xml:space="preserve">3. </w:t>
      </w:r>
      <w:r>
        <w:t>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
        <w:rPr>
          <w:b/>
        </w:rPr>
        <w:t xml:space="preserve">4. </w:t>
      </w:r>
      <w:r>
        <w:t>Отношения 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
        <w:rPr>
          <w:b/>
        </w:rPr>
        <w:t xml:space="preserve">5. </w:t>
      </w:r>
      <w:r>
        <w:t>Статус субъекта Российской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
        <w:rPr>
          <w:b/>
        </w:rPr>
        <w:t>Статья 67</w:t>
      </w:r>
    </w:p>
    <w:p>
      <w:r>
        <w:rPr>
          <w:b/>
        </w:rPr>
        <w:t xml:space="preserve">1. </w:t>
      </w:r>
      <w:r>
        <w:t>Территория Российской Федерации включает в себя территории ее субъектов, внутренние воды и территориальное море, воздушное пространство над ними. На территории Российской Федерации в соответствии с федеральным законом могут быть созданы федеральные территории. Организация публичной власти на федеральных территориях устанавливается указанным федеральным законом. (В редакции Закона Российской Федерации о поправке к Конституции Российской Федерации от 14.03.2020 № 1-ФКЗ)</w:t>
      </w:r>
    </w:p>
    <w:p>
      <w:r>
        <w:rPr>
          <w:b/>
        </w:rPr>
        <w:t xml:space="preserve">2. </w:t>
      </w:r>
      <w:r>
        <w:t>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определяемом федеральным законом и нормами международного права.</w:t>
      </w:r>
    </w:p>
    <w:p>
      <w:r>
        <w:rPr>
          <w:b/>
        </w:rPr>
        <w:t xml:space="preserve">2.1. </w:t>
      </w:r>
      <w:r>
        <w:t>Российская Федерация обеспечивает защиту своего суверенитета и территориальной целостности. Действия (за исключением делимитации, демаркации, редемаркации государственной границы Российской Федерации с сопредельными государствами), направленные на отчуждение части территории Российской Федерации, а также призывы к таким действиям не допускаются. (Дополнение частью - Закон Российской Федерации о поправке к Конституции Российской Федерации от 14.03.2020 № 1-ФКЗ)</w:t>
      </w:r>
    </w:p>
    <w:p>
      <w:r>
        <w:rPr>
          <w:b/>
        </w:rPr>
        <w:t xml:space="preserve">3. </w:t>
      </w:r>
      <w:r>
        <w:t>Границы между субъектами Российской Федерации могут быть изменены с их взаимного согласия.</w:t>
      </w:r>
    </w:p>
    <w:p>
      <w:r>
        <w:rPr>
          <w:b/>
        </w:rPr>
        <w:t>Статья 671</w:t>
      </w:r>
    </w:p>
    <w:p>
      <w:r>
        <w:rPr>
          <w:b/>
        </w:rPr>
        <w:t xml:space="preserve">1. </w:t>
      </w:r>
      <w:r>
        <w:t>Российская Федерация является правопреемником Союза ССР на своей территории, а также правопреемником (правопродолжателем) Союза ССР в отношении членства в международных организациях, их органах, участия в международных договорах, а также в отношении предусмотренных международными договорами обязательств и активов Союза ССР за пределами территории Российской Федерации.</w:t>
      </w:r>
    </w:p>
    <w:p>
      <w:r>
        <w:rPr>
          <w:b/>
        </w:rPr>
        <w:t xml:space="preserve">2. </w:t>
      </w:r>
      <w:r>
        <w:t>Российская Федерация, объединенная тысячелетней историей, сохраняя память предков, передавших нам идеалы и веру в Бога, а также преемственность в развитии Российского государства, признает исторически сложившееся государственное единство.</w:t>
      </w:r>
    </w:p>
    <w:p>
      <w:r>
        <w:rPr>
          <w:b/>
        </w:rPr>
        <w:t xml:space="preserve">3. </w:t>
      </w:r>
      <w:r>
        <w:t>Российская Федерация чтит память защитников Отечества, обеспечивает защиту исторической правды. Умаление значения подвига народа при защите Отечества не допускается.</w:t>
      </w:r>
    </w:p>
    <w:p>
      <w:r>
        <w:rPr>
          <w:b/>
        </w:rPr>
        <w:t xml:space="preserve">4. </w:t>
      </w:r>
      <w:r>
        <w:t>Дети являются важнейшим приоритетом государственной политики России. Государство создает условия, способствующие всестороннему духовному, нравственному, интеллектуальному и физическому развитию детей, воспитанию в них патриотизма, гражданственности и уважения к старшим. Государство, обеспечивая приоритет семейного воспитания, берет на себя обязанности родителей в отношении детей, оставшихся без попечения.</w:t>
        <w:br/>
        <w:t>(Дополнение статьей - Закон Российской Федерации о поправке к Конституции Российской Федерации от 14.03.2020 № 1-ФКЗ)</w:t>
      </w:r>
    </w:p>
    <w:p>
      <w:r>
        <w:rPr>
          <w:b/>
        </w:rPr>
        <w:t>Статья 68</w:t>
      </w:r>
    </w:p>
    <w:p>
      <w:r>
        <w:rPr>
          <w:b/>
        </w:rPr>
        <w:t xml:space="preserve">1. </w:t>
      </w:r>
      <w:r>
        <w:t>Государственным языком Российской Федерации на всей ее территории является русский язык как язык государствообразующего народа, входящего в многонациональный союз равноправных народов Российской Федерации.</w:t>
      </w:r>
    </w:p>
    <w:p>
      <w:r>
        <w:rPr>
          <w:b/>
        </w:rPr>
        <w:t xml:space="preserve">2. </w:t>
      </w:r>
      <w:r>
        <w:t>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
        <w:rPr>
          <w:b/>
        </w:rPr>
        <w:t xml:space="preserve">3. </w:t>
      </w:r>
      <w:r>
        <w:t>Российская Федерация гарантирует всем ее народам право на сохранение родного языка, создание условий для его изучения и развития.</w:t>
      </w:r>
    </w:p>
    <w:p>
      <w:r>
        <w:rPr>
          <w:b/>
        </w:rPr>
        <w:t xml:space="preserve">4. </w:t>
      </w:r>
      <w:r>
        <w:t>Культура в Российской Федерации является уникальным наследием ее многонационального народа. Культура поддерживается и охраняется государством.</w:t>
        <w:br/>
        <w:t>(Статья в редакции Закона Российской Федерации о поправке к Конституции Российской Федерации от 14.03.2020 № 1-ФКЗ)</w:t>
      </w:r>
    </w:p>
    <w:p>
      <w:r>
        <w:rPr>
          <w:b/>
        </w:rPr>
        <w:t>Статья 69</w:t>
      </w:r>
    </w:p>
    <w:p>
      <w:r>
        <w:rPr>
          <w:b/>
        </w:rPr>
        <w:t xml:space="preserve">1. </w:t>
      </w:r>
      <w:r>
        <w:t>Российская Федерация гарантирует права коренных малочисленных народов в соответствии с общепризнанными принципами и нормами международного права и международными договорами Российской Федерации.</w:t>
      </w:r>
    </w:p>
    <w:p>
      <w:r>
        <w:rPr>
          <w:b/>
        </w:rPr>
        <w:t xml:space="preserve">2. </w:t>
      </w:r>
      <w:r>
        <w:t>Государство защищает культурную самобытность всех народов и этнических общностей Российской Федерации, гарантирует сохранение этнокультурного и языкового многообразия.</w:t>
      </w:r>
    </w:p>
    <w:p>
      <w:r>
        <w:rPr>
          <w:b/>
        </w:rPr>
        <w:t xml:space="preserve">3. </w:t>
      </w:r>
      <w:r>
        <w:t>Российская Федерация оказывает поддержку соотечественникам, проживающим за рубежом, в осуществлении их прав, обеспечении защиты их интересов и сохранении общероссийской культурной идентичности.</w:t>
        <w:br/>
        <w:t>(Статья в редакции Закона Российской Федерации о поправке к Конституции Российской Федерации от 14.03.2020 № 1-ФКЗ)</w:t>
      </w:r>
    </w:p>
    <w:p>
      <w:r>
        <w:rPr>
          <w:b/>
        </w:rPr>
        <w:t>Статья 70</w:t>
      </w:r>
    </w:p>
    <w:p>
      <w:r>
        <w:rPr>
          <w:b/>
        </w:rPr>
        <w:t xml:space="preserve">1. </w:t>
      </w:r>
      <w:r>
        <w:t>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
        <w:rPr>
          <w:b/>
        </w:rPr>
        <w:t xml:space="preserve">2. </w:t>
      </w:r>
      <w:r>
        <w:t>Столицей Российской Федерации является город Москва. Статус столицы устанавливается федеральным законом. Местом постоянного пребывания отдельных федеральных органов государственной власти может быть другой город, определенный федеральным конституционным законом.</w:t>
        <w:br/>
        <w:t>(Статья в редакции Закона Российской Федерации о поправке к Конституции Российской Федерации от 14.03.2020 № 1-ФКЗ)</w:t>
      </w:r>
    </w:p>
    <w:p>
      <w:r>
        <w:rPr>
          <w:b/>
        </w:rPr>
        <w:t>Статья 71</w:t>
      </w:r>
    </w:p>
    <w:p>
      <w:r>
        <w:t>В ведении Российской Федерации находятся:</w:t>
      </w:r>
    </w:p>
    <w:p>
      <w:r>
        <w:t>а) принятие и изменение Конституции Российской Федерации и федеральных законов, контроль за их соблюдением;</w:t>
      </w:r>
    </w:p>
    <w:p>
      <w:r>
        <w:t>б) федеративное устройство и территория Российской Федерации;</w:t>
      </w:r>
    </w:p>
    <w:p>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
        <w:t>г) организация публичной власти; установление системы федеральных органов законодательной, исполнительной и судебной власти, порядка их организации и деятельности; формирование федеральных органов государственной власти; (В редакции Закона Российской Федерации о поправке к Конституции Российской Федерации от 14.03.2020 № 1-ФКЗ)</w:t>
      </w:r>
    </w:p>
    <w:p>
      <w:r>
        <w:t>д) федеральная государственная собственность и управление ею;</w:t>
      </w:r>
    </w:p>
    <w:p>
      <w:r>
        <w:t>е) установление основ федеральной политики и федеральные программы в области государственного, экономического, экологического, научно-технологического, социального, культурного и национального развития Российской Федерации; установление единых правовых основ системы здравоохранения, системы воспитания и образования, в том числе непрерывного образования; (В редакции Закона Российской Федерации о поправке к Конституции Российской Федерации от 14.03.2020 № 1-ФКЗ)</w:t>
      </w:r>
    </w:p>
    <w:p>
      <w:r>
        <w:t>ж) установление правовых основ единого рынка; финансовое, валютное, кредитное, таможенное регулирование, денежная эмиссия, основы ценовой политики; федеральные экономические службы, включая федеральные банки;</w:t>
      </w:r>
    </w:p>
    <w:p>
      <w:r>
        <w:t>з) федеральный бюджет; федеральные налоги и сборы; федеральные фонды регионального развития;</w:t>
      </w:r>
    </w:p>
    <w:p>
      <w:r>
        <w:t>и) федеральные энергетические системы, ядерная энергетика, расщепляющиеся материалы; федеральные транспорт, пути сообщения, информация, информационные технологии и связь; космическая деятельность; (В редакции Закона Российской Федерации о поправке к Конституции Российской Федерации от 14.03.2020 № 1-ФКЗ)</w:t>
      </w:r>
    </w:p>
    <w:p>
      <w:r>
        <w:t>к) внешняя политика и международные отношения Российской Федерации, международные договоры Российской Федерации; вопросы войны и мира;</w:t>
      </w:r>
    </w:p>
    <w:p>
      <w:r>
        <w:t>л) внешнеэкономические отношения Российской Федерации;</w:t>
      </w:r>
    </w:p>
    <w:p>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 обеспечение безопасности личности, общества и государства при применении информационных технологий, обороте цифровых данных; (В редакции Закона Российской Федерации о поправке к Конституции Российской Федерации от 14.03.2020 № 1-ФКЗ)</w:t>
      </w:r>
    </w:p>
    <w:p>
      <w:r>
        <w:t>н) определение статуса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
        <w:t>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(В редакции Закона Российской Федерации о поправке к Конституции Российской Федерации от 05.02.2014 № 2-ФКЗ)</w:t>
      </w:r>
    </w:p>
    <w:p>
      <w:r>
        <w:t>п) федеральное коллизионное право;</w:t>
      </w:r>
    </w:p>
    <w:p>
      <w:r>
        <w:t>р) метрологическая служба, стандарты, эталоны, метрическая система и исчисление времени; геодезия и картография; наименования географических объектов; метеорологическая служба; официальный статистический и бухгалтерский учет; (В редакции Закона Российской Федерации о поправке к Конституции Российской Федерации от 14.03.2020 № 1-ФКЗ)</w:t>
      </w:r>
    </w:p>
    <w:p>
      <w:r>
        <w:t>с) государственные награды и почетные звания Российской Федерации;</w:t>
      </w:r>
    </w:p>
    <w:p>
      <w:r>
        <w:t>т) федеральная государственная служба; установление ограничений для замещения государственных и муниципальных должностей, должностей государственной и муниципальной службы, в том числе ограничений, связанных с наличием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а также ограничений, связанных с открытием и наличием счетов (вкладов), хранением наличных денежных средств и ценностей в иностранных банках, расположенных за пределами территории Российской Федерации. (В редакции Закона Российской Федерации о поправке к Конституции Российской Федерации от 14.03.2020 № 1-ФКЗ)</w:t>
      </w:r>
    </w:p>
    <w:p>
      <w:r>
        <w:rPr>
          <w:b/>
        </w:rPr>
        <w:t>Статья 72</w:t>
      </w:r>
    </w:p>
    <w:p>
      <w:r>
        <w:rPr>
          <w:b/>
        </w:rPr>
        <w:t xml:space="preserve">1. </w:t>
      </w:r>
      <w:r>
        <w:t>В совместном ведении Российской Федерации и субъектов Российской Федерации находятся:</w:t>
        <w:br/>
        <w:t>а) обеспечение соответствия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br/>
        <w:t>б) защита прав и свобод человека и гражданина; защита прав национальных меньшинств; обеспечение законности, правопорядка, общественной безопасности; режим пограничных зон;</w:t>
        <w:br/>
        <w:t>в) вопросы владения, пользования и распоряжения землей, недрами, водными и другими природными ресурсами;</w:t>
        <w:br/>
        <w:t>г) разграничение государственной собственности;</w:t>
        <w:br/>
        <w:t>д) природопользование; сельское хозяйство; охрана окружающей среды и обеспечение экологической безопасности; особо охраняемые природные территории; охрана памятников истории и культуры; (В редакции Закона Российской Федерации о поправке к Конституции Российской Федерации от 14.03.2020 № 1-ФКЗ)</w:t>
        <w:br/>
        <w:t>е) общие вопросы воспитания, образования, науки, культуры, физической культуры и спорта, молодежной политики; (В редакции Закона Российской Федерации о поправке к Конституции Российской Федерации от 14.03.2020 № 1-ФКЗ)</w:t>
        <w:br/>
        <w:t>ж)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социальная защита, включая социальное обеспечение; (В редакции Закона Российской Федерации о поправке к Конституции Российской Федерации от 14.03.2020 № 1-ФКЗ)</w:t>
        <w:br/>
        <w:t>ж1) защита семьи, материнства, отцовства и детства; защита института брака как союза мужчины и женщины; создание условий для достойного воспитания детей в семье, а также для осуществления совершеннолетними детьми обязанности заботиться о родителях; (Дополнение пунктом - Закон Российской Федерации о поправке к Конституции Российской Федерации от 14.03.2020 № 1-ФКЗ)</w:t>
        <w:br/>
        <w:t>з) осуществление мер по борьбе с катастрофами, стихийными бедствиями, эпидемиями, ликвидация их последствий;</w:t>
        <w:br/>
        <w:t>и) установление общих принципов налогообложения и сборов в Российской Федерации;</w:t>
        <w:br/>
        <w:t>к) административное, административно-процессуальное, трудовое, семейное, жилищное, земельное, водное, лесное законодательство, законодательство о недрах, об охране окружающей среды;</w:t>
        <w:br/>
        <w:t>л) кадры судебных и правоохранительных органов; адвокатура, нотариат;</w:t>
        <w:br/>
        <w:t>м) защита исконной среды обитания и традиционного образа жизни малочисленных этнических общностей;</w:t>
        <w:br/>
        <w:t>н) установление общих принципов организации системы органов государственной власти и местного самоуправления;</w:t>
        <w:b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
        <w:rPr>
          <w:b/>
        </w:rPr>
        <w:t xml:space="preserve">2. </w:t>
      </w:r>
      <w:r>
        <w:t>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
        <w:rPr>
          <w:b/>
        </w:rPr>
        <w:t>Статья 73</w:t>
      </w:r>
    </w:p>
    <w:p>
      <w:r>
        <w:t>Вне пределов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
        <w:rPr>
          <w:b/>
        </w:rPr>
        <w:t>Статья 74</w:t>
      </w:r>
    </w:p>
    <w:p>
      <w:r>
        <w:rPr>
          <w:b/>
        </w:rPr>
        <w:t xml:space="preserve">1. </w:t>
      </w:r>
      <w:r>
        <w:t>На территории Российской Федерации не допускается установление таможенных границ, пошлин, сборов и каких-либо иных препятствий для свободного перемещения товаров, услуг и финансовых средств.</w:t>
      </w:r>
    </w:p>
    <w:p>
      <w:r>
        <w:rPr>
          <w:b/>
        </w:rPr>
        <w:t xml:space="preserve">2. </w:t>
      </w:r>
      <w:r>
        <w:t>Ограничения перемещения товаров и услуг могут вводиться в соответствии с федеральным законом, если это необходимо для обеспечения безопасности, защиты жизни и здоровья людей, охраны природы и культурных ценностей.</w:t>
      </w:r>
    </w:p>
    <w:p>
      <w:r>
        <w:rPr>
          <w:b/>
        </w:rPr>
        <w:t>Статья 75</w:t>
      </w:r>
    </w:p>
    <w:p>
      <w:r>
        <w:rPr>
          <w:b/>
        </w:rPr>
        <w:t xml:space="preserve">1. </w:t>
      </w:r>
      <w:r>
        <w:t>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денег в Российской Федерации не допускаются.</w:t>
      </w:r>
    </w:p>
    <w:p>
      <w:r>
        <w:rPr>
          <w:b/>
        </w:rPr>
        <w:t xml:space="preserve">2. </w:t>
      </w:r>
      <w:r>
        <w:t>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
        <w:rPr>
          <w:b/>
        </w:rPr>
        <w:t xml:space="preserve">3. </w:t>
      </w:r>
      <w:r>
        <w:t>Система налогов, взимаемых в федеральный бюджет, и общие принципы налогообложения и сборов в Российской Федерации устанавливаются федеральным законом.</w:t>
      </w:r>
    </w:p>
    <w:p>
      <w:r>
        <w:rPr>
          <w:b/>
        </w:rPr>
        <w:t xml:space="preserve">4. </w:t>
      </w:r>
      <w:r>
        <w:t>Государственные займы выпускаются в порядке, определяемом федеральным законом, и размещаются на добровольной основе.</w:t>
      </w:r>
    </w:p>
    <w:p>
      <w:r>
        <w:rPr>
          <w:b/>
        </w:rPr>
        <w:t xml:space="preserve">5. </w:t>
      </w:r>
      <w:r>
        <w:t>Российская Федерация уважает труд граждан и обеспечивает защиту их прав. Государством гарантируется минимальный размер оплаты труда не менее величины прожиточного минимума трудоспособного населения в целом по Российской Федерации.</w:t>
      </w:r>
    </w:p>
    <w:p>
      <w:r>
        <w:rPr>
          <w:b/>
        </w:rPr>
        <w:t xml:space="preserve">6. </w:t>
      </w:r>
      <w:r>
        <w:t>В Российской Федерации формируется система пенсионного обеспечения граждан на основе принципов всеобщности, справедливости и солидарности поколений и поддерживается ее эффективное функционирование, а также осуществляется индексация пенсий не реже одного раза в год в порядке, установленном федеральным законом.</w:t>
      </w:r>
    </w:p>
    <w:p>
      <w:r>
        <w:rPr>
          <w:b/>
        </w:rPr>
        <w:t xml:space="preserve">7. </w:t>
      </w:r>
      <w:r>
        <w:t>В Российской Федерации в соответствии с федеральным законом гарантируются обязательное социальное страхование, адресная социальная поддержка граждан и индексация социальных пособий и иных социальных выплат.</w:t>
        <w:br/>
        <w:t>(Статья в редакции Закона Российской Федерации о поправке к Конституции Российской Федерации от 14.03.2020 № 1-ФКЗ)</w:t>
      </w:r>
    </w:p>
    <w:p>
      <w:r>
        <w:rPr>
          <w:b/>
        </w:rPr>
        <w:t>Статья 751</w:t>
      </w:r>
    </w:p>
    <w:p>
      <w:r>
        <w:t>В Российской Федерации создаются условия для устойчивого экономического роста страны и повышения благосостояния граждан, для взаимного доверия государства и общества, гарантируются защита достоинства граждан и уважение человека труда, обеспечиваются сбалансированность прав и обязанностей гражданина, социальное партнерство, экономическая, политическая и социальная солидарность. (Дополнение статьей - Закон Российской Федерации о поправке к Конституции Российской Федерации от 14.03.2020 № 1-ФКЗ)</w:t>
      </w:r>
    </w:p>
    <w:p>
      <w:r>
        <w:rPr>
          <w:b/>
        </w:rPr>
        <w:t>Статья 76</w:t>
      </w:r>
    </w:p>
    <w:p>
      <w:r>
        <w:rPr>
          <w:b/>
        </w:rPr>
        <w:t xml:space="preserve">1. </w:t>
      </w:r>
      <w:r>
        <w:t>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
        <w:rPr>
          <w:b/>
        </w:rPr>
        <w:t xml:space="preserve">2. </w:t>
      </w:r>
      <w:r>
        <w:t>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
        <w:rPr>
          <w:b/>
        </w:rPr>
        <w:t xml:space="preserve">3. </w:t>
      </w:r>
      <w:r>
        <w:t>Федеральные законы не могут противоречить федеральным конституционным законам.</w:t>
      </w:r>
    </w:p>
    <w:p>
      <w:r>
        <w:rPr>
          <w:b/>
        </w:rPr>
        <w:t xml:space="preserve">4. </w:t>
      </w:r>
      <w:r>
        <w:t>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w:t>
      </w:r>
    </w:p>
    <w:p>
      <w:r>
        <w:rPr>
          <w:b/>
        </w:rPr>
        <w:t xml:space="preserve">5. </w:t>
      </w:r>
      <w:r>
        <w:t>Законы и иные нормативные правовые акты субъектов Российской Федерации не могут противоречить федеральным законам, принятым в соответствии с частями первой и второй настоящей статьи. В случае противоречия между федеральным законом и иным актом, изданным в Российской Федерации, действует федеральный закон.</w:t>
      </w:r>
    </w:p>
    <w:p>
      <w:r>
        <w:rPr>
          <w:b/>
        </w:rPr>
        <w:t xml:space="preserve">6. </w:t>
      </w:r>
      <w:r>
        <w:t>В случае противоречия между федеральным законом и нормативным правовым актом субъекта Российской Федерации, изданным в соответствии с частью четвертой настоящей статьи, действует нормативный правовой акт субъекта Российской Федерации.</w:t>
      </w:r>
    </w:p>
    <w:p>
      <w:r>
        <w:rPr>
          <w:b/>
        </w:rPr>
        <w:t>Статья 77</w:t>
      </w:r>
    </w:p>
    <w:p>
      <w:r>
        <w:rPr>
          <w:b/>
        </w:rPr>
        <w:t xml:space="preserve">1. </w:t>
      </w:r>
      <w:r>
        <w:t>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r>
        <w:rPr>
          <w:b/>
        </w:rPr>
        <w:t xml:space="preserve">2. </w:t>
      </w:r>
      <w:r>
        <w:t>В пределах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
        <w:rPr>
          <w:b/>
        </w:rPr>
        <w:t xml:space="preserve">3. </w:t>
      </w:r>
      <w:r>
        <w:t>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(Дополнение частью - Закон Российской Федерации о поправке к Конституции Российской Федерации от 14.03.2020 № 1-ФКЗ)</w:t>
      </w:r>
    </w:p>
    <w:p>
      <w:r>
        <w:rPr>
          <w:b/>
        </w:rPr>
        <w:t>Статья 78</w:t>
      </w:r>
    </w:p>
    <w:p>
      <w:r>
        <w:rPr>
          <w:b/>
        </w:rPr>
        <w:t xml:space="preserve">1. </w:t>
      </w:r>
      <w:r>
        <w:t>Федеральные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
        <w:rPr>
          <w:b/>
        </w:rPr>
        <w:t xml:space="preserve">2. </w:t>
      </w:r>
      <w:r>
        <w:t>Федеральные органы исполнительной власти по соглашению с органами исполнительной власти субъектов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
        <w:rPr>
          <w:b/>
        </w:rPr>
        <w:t xml:space="preserve">3. </w:t>
      </w:r>
      <w:r>
        <w:t>Органы исполнительной власти субъектов Российской Федерации по соглашению с федеральными органами исполнительной власти могут передавать им осуществление части своих полномочий.</w:t>
      </w:r>
    </w:p>
    <w:p>
      <w:r>
        <w:rPr>
          <w:b/>
        </w:rPr>
        <w:t xml:space="preserve">4. </w:t>
      </w:r>
      <w:r>
        <w:t>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федеральной государственной власти на всей территории Российской Федерации.</w:t>
      </w:r>
    </w:p>
    <w:p>
      <w:r>
        <w:rPr>
          <w:b/>
        </w:rPr>
        <w:t xml:space="preserve">5. </w:t>
      </w:r>
      <w:r>
        <w:t>Руководителем федерального государственного органа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Руководителю федерального государственного органа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(Дополнение частью - Закон Российской Федерации о поправке к Конституции Российской Федерации от 14.03.2020 № 1-ФКЗ)</w:t>
      </w:r>
    </w:p>
    <w:p>
      <w:r>
        <w:rPr>
          <w:b/>
        </w:rPr>
        <w:t>Статья 79</w:t>
      </w:r>
    </w:p>
    <w:p>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Российской Федерации, если это не влечет за собой ограничения прав и свобод человека и гражданина и не противоречит основам конституционного строя Российской Федерации.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(В редакции Закона Российской Федерации о поправке к Конституции Российской Федерации от 14.03.2020 № 1-ФКЗ)</w:t>
      </w:r>
    </w:p>
    <w:p>
      <w:r>
        <w:rPr>
          <w:b/>
        </w:rPr>
        <w:t>Статья 791</w:t>
      </w:r>
    </w:p>
    <w:p>
      <w:r>
        <w:t>Российская Федерация принимает меры по поддержанию и укреплению международного мира и безопасности, обеспечению мирного сосуществования государств и народов, недопущению вмешательства во внутренние дела государства. (Дополнение статьей - Закон Российской Федерации о поправке к Конституции Российской Федерации от 14.03.2020 № 1-ФКЗ)</w:t>
      </w:r>
    </w:p>
    <w:p>
      <w:pPr>
        <w:pStyle w:val="Heading3"/>
      </w:pPr>
      <w:r>
        <w:t>ПРЕЗИДЕНТ РОССИЙСКОЙ ФЕДЕРАЦИИ</w:t>
      </w:r>
    </w:p>
    <w:p>
      <w:r>
        <w:rPr>
          <w:b/>
        </w:rPr>
        <w:t>Статья 80</w:t>
      </w:r>
    </w:p>
    <w:p>
      <w:r>
        <w:rPr>
          <w:b/>
        </w:rPr>
        <w:t xml:space="preserve">1. </w:t>
      </w:r>
      <w:r>
        <w:t>Президент Российской Федерации является главой государства.</w:t>
      </w:r>
    </w:p>
    <w:p>
      <w:r>
        <w:rPr>
          <w:b/>
        </w:rPr>
        <w:t xml:space="preserve">2. </w:t>
      </w:r>
      <w:r>
        <w:t>Президент Российской 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целостности, поддерживает гражданский мир и согласие в стране, обеспечивает согласованное функционирование и взаимодействие органов, входящих в единую систему публичной власти. (В редакции Закона Российской Федерации о поправке к Конституции Российской Федерации от 14.03.2020 № 1-ФКЗ)</w:t>
      </w:r>
    </w:p>
    <w:p>
      <w:r>
        <w:rPr>
          <w:b/>
        </w:rPr>
        <w:t xml:space="preserve">3. </w:t>
      </w:r>
      <w:r>
        <w:t>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 и внешней политики государства.</w:t>
      </w:r>
    </w:p>
    <w:p>
      <w:r>
        <w:rPr>
          <w:b/>
        </w:rPr>
        <w:t xml:space="preserve">4. </w:t>
      </w:r>
      <w:r>
        <w:t>Президент Российской Федерации как глава государства представляет Российскую Федерацию внутри страны и в международных отношениях.</w:t>
      </w:r>
    </w:p>
    <w:p>
      <w:r>
        <w:rPr>
          <w:b/>
        </w:rPr>
        <w:t>Статья 81</w:t>
      </w:r>
    </w:p>
    <w:p>
      <w:r>
        <w:rPr>
          <w:b/>
        </w:rPr>
        <w:t xml:space="preserve">1. </w:t>
      </w:r>
      <w:r>
        <w:t>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w:t>
      </w:r>
    </w:p>
    <w:p>
      <w:r>
        <w:rPr>
          <w:b/>
        </w:rPr>
        <w:t xml:space="preserve">2. </w:t>
      </w:r>
      <w: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25 лет, не имеющий и не имевший ранее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Требование к кандидату на должность Президента Российской Федерации об отсутствии у него гражданства иностранного государства не распространяется на граждан Российской Федерации, ранее имевших гражданство государства, которое было принято или часть которого была принята в Российскую Федерацию в соответствии с федеральным конституционным законом, и постоянно проживавших на территории принятого в Российскую Федерацию государства или территории принятой в Российскую Федерацию части государства. Президенту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
        <w:rPr>
          <w:b/>
        </w:rPr>
        <w:t xml:space="preserve">3. </w:t>
      </w:r>
      <w:r>
        <w:t>Одно и то же лицо не может занимать должность Президента Российской Федерации более двух сроков.</w:t>
      </w:r>
    </w:p>
    <w:p>
      <w:r>
        <w:rPr>
          <w:b/>
        </w:rPr>
        <w:t xml:space="preserve">3.1. </w:t>
      </w:r>
      <w:r>
        <w:t>Положение части 3 статьи 81 Конституции Российской Федерации, ограничивающее число сроков, в течение которых одно и то же лицо может занимать должность Президента Российской Федерации, применяется к лицу, занимавшему и (или) занимающему должность Президента Российской Федерации, без учета числа сроков, в течение которых оно занимало и (или) занимает эту должность на момент вступления в силу поправки к Конституции Российской Федерации, вносящей соответствующее ограничение, и не исключает для него возможность занимать должность Президента Российской Федерации в течение сроков, допустимых указанным положением.</w:t>
      </w:r>
    </w:p>
    <w:p>
      <w:r>
        <w:rPr>
          <w:b/>
        </w:rPr>
        <w:t xml:space="preserve">4. </w:t>
      </w:r>
      <w:r>
        <w:t>Порядок выборов Президента Российской Федерации определяется федеральным законом.</w:t>
        <w:br/>
        <w:t>(Статья в редакции Закона Российской Федерации о поправке к Конституции Российской Федерации от 14.03.2020 № 1-ФКЗ)</w:t>
      </w:r>
    </w:p>
    <w:p>
      <w:r>
        <w:rPr>
          <w:b/>
        </w:rPr>
        <w:t>Статья 82</w:t>
      </w:r>
    </w:p>
    <w:p>
      <w:r>
        <w:rPr>
          <w:b/>
        </w:rPr>
        <w:t xml:space="preserve">1. </w:t>
      </w:r>
      <w:r>
        <w:t>При вступлении в должность Президент Российской Федерации приносит народу следующую присягу:</w:t>
        <w:b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Федерации, защищать суверенитет и независимость, безопасность и целостность государства, верно служить народу".</w:t>
      </w:r>
    </w:p>
    <w:p>
      <w:r>
        <w:rPr>
          <w:b/>
        </w:rPr>
        <w:t xml:space="preserve">2. </w:t>
      </w:r>
      <w:r>
        <w:t>Присяга приносится в торжественной обстановке в присутствии сенаторов Российской Федерации, депутатов Государственной Думы и судей Конституционного Суда Российской Федерации. (В редакции Закона Российской Федерации о поправке к Конституции Российской Федерации от 14.03.2020 № 1-ФКЗ)</w:t>
      </w:r>
    </w:p>
    <w:p>
      <w:r>
        <w:rPr>
          <w:b/>
        </w:rPr>
        <w:t>Статья 83</w:t>
      </w:r>
    </w:p>
    <w:p>
      <w:r>
        <w:t>Президент Российской Федерации:</w:t>
      </w:r>
    </w:p>
    <w:p>
      <w:r>
        <w:t>а) назначает Председателя Правительства Российской Федерации, кандидатура которого утверждена Государственной Думой по представлению Президента Российской Федерации, и освобождает Председателя Правительства Российской Федерации от должности; (В редакции Закона Российской Федерации о поправке к Конституции Российской Федерации от 14.03.2020 № 1-ФКЗ)</w:t>
      </w:r>
    </w:p>
    <w:p>
      <w:r>
        <w:t>б) осуществляет общее руководство Правительством Российской Федерации; вправе председательствовать на заседаниях Правительства Российской Федерации; (В редакции Закона Российской Федерации о поправке к Конституции Российской Федерации от 14.03.2020 № 1-ФКЗ)</w:t>
      </w:r>
    </w:p>
    <w:p>
      <w:r>
        <w:t>б1) утверждает по предложению Председателя Правительства Российской Федерации структуру федеральных органов исполнительной власти, вносит в нее изменения; в структуре федеральных органов исполнительной власти определяет органы, руководство деятельностью которых осуществляет Президент Российской Федерации, и органы, руководство деятельностью которых осуществляет Правительство Российской Федерации. В случае если Председатель Правительства Российской Федерации освобожден Президентом Российской Федерации от должности, вновь назначенный Председатель Правительства Российской Федерации не представляет Президенту Российской Федерации предложения о структуре федеральных органов исполнительной власти; (Дополнение пунктом - Закон Российской Федерации о поправке к Конституции Российской Федерации от 14.03.2020 № 1-ФКЗ)</w:t>
      </w:r>
    </w:p>
    <w:p>
      <w:r>
        <w:t>в) принимает решение об отставке Правительства Российской Федерации;</w:t>
      </w:r>
    </w:p>
    <w:p>
      <w:r>
        <w:t>в1) принимает отставку Председателя Правительства Российской Федерации, заместителей Председателя Правительства Российской Федерации, федеральных министров, а также руководителей федеральных органов исполнительной власти, руководство деятельностью которых осуществляет Президент Российской Федерации; (Дополнение пунктом - Закон Российской Федерации о поправке к Конституции Российской Федерации от 14.03.2020 № 1-ФКЗ)</w:t>
      </w:r>
    </w:p>
    <w:p>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должности Председателя Центрального банка Российской Федерации;</w:t>
      </w:r>
    </w:p>
    <w:p>
      <w:r>
        <w:t>д) назначает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 (за исключением федеральных министров, указанных в пункте "д1" настоящей статьи), и освобождает их от должности; (В редакции Закона Российской Федерации о поправке к Конституции Российской Федерации от 14.03.2020 № 1-ФКЗ)</w:t>
      </w:r>
    </w:p>
    <w:p>
      <w:r>
        <w:t>д1) назначает на должность после консультаций с Советом Федерации и освобождает от должности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(Дополнение пунктом - Закон Российской Федерации о поправке к Конституции Российской Федерации от 14.03.2020 № 1-ФКЗ)</w:t>
      </w:r>
    </w:p>
    <w:p>
      <w:r>
        <w:t>е) представляет Совету Федерации кандидатуры для назначения на должность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назначает председателей, заместителей председателей и судей других федеральных судов; (В редакции Закона Российской Федерации о поправке к Конституции Российской Федерации от 14.03.2020 № 1-ФКЗ)</w:t>
      </w:r>
    </w:p>
    <w:p>
      <w:r>
        <w:t>е1) назначает на должность после консультаций с Советом Федерации и освобождает от должности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назначает на должность и освобождает от должности иных прокуроров, для которых такой порядок назначения и освобождения от должности установлен федеральным законом; (Дополнение пунктом - Закон Российской Федерации о поправке к Конституции Российской Федерации от 05.02.2014 № 2-ФКЗ) (В редакции Закона Российской Федерации о поправке к Конституции Российской Федерации от 14.03.2020 № 1-ФКЗ)</w:t>
      </w:r>
    </w:p>
    <w:p>
      <w:r>
        <w:t>е2) назначает и освобождает представителей Российской Федерации в Совете Федерации; (Дополнение пунктом - Закон Российской Федерации о поправке к Конституции Российской Федерации от 21.07.2014 № 11-ФКЗ)</w:t>
      </w:r>
    </w:p>
    <w:p>
      <w:r>
        <w:t>е3) вносит в Совет Федерации представление о прекращении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(Дополнение пунктом - Закон Российской Федерации о поправке к Конституции Российской Федерации от 14.03.2020 № 1-ФКЗ)</w:t>
      </w:r>
    </w:p>
    <w:p>
      <w:r>
        <w:t>е4) представляет Совету Федерации кандидатуры для назначения на должность Председателя Счетной палаты и половины от общего числа аудиторов Счетной палаты; представляет Государственной Думе кандидатуры для назначения на должность заместителя Председателя Счетной палаты и половины от общего числа аудиторов Счетной палаты; (Дополнение пунктом - Закон Российской Федерации о поправке к Конституции Российской Федерации от 14.03.2020 № 1-ФКЗ)</w:t>
      </w:r>
    </w:p>
    <w:p>
      <w:r>
        <w:t>е5) формирует Государственный Совет Российской Федерации в целях обеспечения согласованного функционирования и взаимодействия органов публичной власти, определения основных направлений внутренней и внешней политики Российской Федерации и приоритетных направлений социально-экономического развития государства; статус Государственного Совета Российской Федерации определяется федеральным законом; (Дополнение пунктом - Закон Российской Федерации о поправке к Конституции Российской Федерации от 14.03.2020 № 1-ФКЗ)</w:t>
      </w:r>
    </w:p>
    <w:p>
      <w:r>
        <w:t>ж) формирует Совет Безопасности Российской Федерации в целях содействия главе государства в реализации его полномочий по вопросам обеспечения национальных интересов и безопасности личности, общества и государства, а также поддержания гражданского мира и согласия в стране, охраны суверенитета Российской Федерации, ее независимости и государственной целостности, предотвращения внутренних и внешних угроз; возглавляет Совет Безопасности Российской Федерации. Статус Совета Безопасности Российской Федерации определяется федеральным законом; (В редакции Закона Российской Федерации о поправке к Конституции Российской Федерации от 14.03.2020 № 1-ФКЗ)</w:t>
      </w:r>
    </w:p>
    <w:p>
      <w:r>
        <w:t>з) утверждает военную доктрину Российской Федерации;</w:t>
      </w:r>
    </w:p>
    <w:p>
      <w:r>
        <w:t>и) формирует Администрацию Президента Российской Федерации в целях обеспечения реализации своих полномочий; (В редакции Закона Российской Федерации о поправке к Конституции Российской Федерации от 14.03.2020 № 1-ФКЗ)</w:t>
      </w:r>
    </w:p>
    <w:p>
      <w:r>
        <w:t>к) назначает и освобождает полномочных представителей Президента Российской Федерации;</w:t>
      </w:r>
    </w:p>
    <w:p>
      <w:r>
        <w:t>л) назначает и освобождает высшее командование Вооруженных Сил Российской Федерации;</w:t>
      </w:r>
    </w:p>
    <w:p>
      <w:r>
        <w:t>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государствах и международных организациях.</w:t>
      </w:r>
    </w:p>
    <w:p>
      <w:r>
        <w:rPr>
          <w:b/>
        </w:rPr>
        <w:t>Статья 84</w:t>
      </w:r>
    </w:p>
    <w:p>
      <w:r>
        <w:t>Президент Российской Федерации:</w:t>
      </w:r>
    </w:p>
    <w:p>
      <w:r>
        <w:t>а) назначает выборы Государственной Думы в соответствии с Конституцией Российской Федерации и федеральным законом;</w:t>
      </w:r>
    </w:p>
    <w:p>
      <w:r>
        <w:t>б) распускает Государственную Думу в случаях и порядке, предусмотренных Конституцией Российской Федерации;</w:t>
      </w:r>
    </w:p>
    <w:p>
      <w:r>
        <w:t>в) назначает референдум в порядке, установленном федеральным конституционным законом;</w:t>
      </w:r>
    </w:p>
    <w:p>
      <w:r>
        <w:t>г) вносит законопроекты в Государственную Думу;</w:t>
      </w:r>
    </w:p>
    <w:p>
      <w:r>
        <w:t>д) подписывает и обнародует федеральные законы;</w:t>
      </w:r>
    </w:p>
    <w:p>
      <w:r>
        <w:t>е) обращается к Федеральному Собранию с ежегодными посланиями о положении в стране, об основных направлениях внутренней и внешней политики государства.</w:t>
      </w:r>
    </w:p>
    <w:p>
      <w:r>
        <w:rPr>
          <w:b/>
        </w:rPr>
        <w:t>Статья 85</w:t>
      </w:r>
    </w:p>
    <w:p>
      <w:r>
        <w:rPr>
          <w:b/>
        </w:rPr>
        <w:t xml:space="preserve">1. </w:t>
      </w:r>
      <w:r>
        <w:t>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
        <w:rPr>
          <w:b/>
        </w:rPr>
        <w:t xml:space="preserve">2. </w:t>
      </w:r>
      <w:r>
        <w:t>Президент Российской Федерации вправе приостанавливать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свобод человека и гражданина до решения этого вопроса соответствующим судом.</w:t>
      </w:r>
    </w:p>
    <w:p>
      <w:r>
        <w:rPr>
          <w:b/>
        </w:rPr>
        <w:t>Статья 86</w:t>
      </w:r>
    </w:p>
    <w:p>
      <w:r>
        <w:t>Президент Российской Федерации:</w:t>
      </w:r>
    </w:p>
    <w:p>
      <w:r>
        <w:t>а) осуществляет руководство внешней политикой Российской Федерации;</w:t>
      </w:r>
    </w:p>
    <w:p>
      <w:r>
        <w:t>б) ведет переговоры и подписывает международные договоры Российской Федерации;</w:t>
      </w:r>
    </w:p>
    <w:p>
      <w:r>
        <w:t>в) подписывает ратификационные грамоты;</w:t>
      </w:r>
    </w:p>
    <w:p>
      <w:r>
        <w:t>г) принимает верительные и отзывные грамоты аккредитуемых при нем дипломатических представителей.</w:t>
      </w:r>
    </w:p>
    <w:p>
      <w:r>
        <w:rPr>
          <w:b/>
        </w:rPr>
        <w:t>Статья 87</w:t>
      </w:r>
    </w:p>
    <w:p>
      <w:r>
        <w:rPr>
          <w:b/>
        </w:rPr>
        <w:t xml:space="preserve">1. </w:t>
      </w:r>
      <w:r>
        <w:t>Президент Российской Федерации является Верховным Главнокомандующим Вооруженными Силами Российской Федерации.</w:t>
      </w:r>
    </w:p>
    <w:p>
      <w:r>
        <w:rPr>
          <w:b/>
        </w:rPr>
        <w:t xml:space="preserve">2. </w:t>
      </w:r>
      <w:r>
        <w:t>В случае агрессии против Российской Федерации или непосредственной угрозы агрессии Президент Российской Федерации вводит на территории Российской Федерации или в отдельных ее местностях военное положение с незамедлительным сообщением об этом Совету Федерации и Государственной Думе.</w:t>
      </w:r>
    </w:p>
    <w:p>
      <w:r>
        <w:rPr>
          <w:b/>
        </w:rPr>
        <w:t xml:space="preserve">3. </w:t>
      </w:r>
      <w:r>
        <w:t>Режим военного положения определяется федеральным конституционным законом.</w:t>
      </w:r>
    </w:p>
    <w:p>
      <w:r>
        <w:rPr>
          <w:b/>
        </w:rPr>
        <w:t>Статья 88</w:t>
      </w:r>
    </w:p>
    <w:p>
      <w:r>
        <w:t>Президент Российской Федерации при обстоятельствах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
        <w:rPr>
          <w:b/>
        </w:rPr>
        <w:t>Статья 89</w:t>
      </w:r>
    </w:p>
    <w:p>
      <w:r>
        <w:t>Президент Российской Федерации:</w:t>
      </w:r>
    </w:p>
    <w:p>
      <w:r>
        <w:t>а) решает вопросы гражданства Российской Федерации и предоставления политического убежища;</w:t>
      </w:r>
    </w:p>
    <w:p>
      <w:r>
        <w:t>б) награждает государственными наградами Российской Федерации, присваивает почетные звания Российской Федерации, высшие воинские и высшие специальные звания;</w:t>
      </w:r>
    </w:p>
    <w:p>
      <w:r>
        <w:t>в) осуществляет помилование.</w:t>
      </w:r>
    </w:p>
    <w:p>
      <w:r>
        <w:rPr>
          <w:b/>
        </w:rPr>
        <w:t>Статья 90</w:t>
      </w:r>
    </w:p>
    <w:p>
      <w:r>
        <w:rPr>
          <w:b/>
        </w:rPr>
        <w:t xml:space="preserve">1. </w:t>
      </w:r>
      <w:r>
        <w:t>Президент Российской Федерации издает указы и распоряжения.</w:t>
      </w:r>
    </w:p>
    <w:p>
      <w:r>
        <w:rPr>
          <w:b/>
        </w:rPr>
        <w:t xml:space="preserve">2. </w:t>
      </w:r>
      <w:r>
        <w:t>Указы и распоряжения Президента Российской Федерации обязательны для исполнения на всей территории Российской Федерации.</w:t>
      </w:r>
    </w:p>
    <w:p>
      <w:r>
        <w:rPr>
          <w:b/>
        </w:rPr>
        <w:t xml:space="preserve">3. </w:t>
      </w:r>
      <w:r>
        <w:t>Указы и распоряжения Президента Российской Федерации не должны противоречить Конституции Российской Федерации и федеральным законам.</w:t>
      </w:r>
    </w:p>
    <w:p>
      <w:r>
        <w:rPr>
          <w:b/>
        </w:rPr>
        <w:t>Статья 91</w:t>
      </w:r>
    </w:p>
    <w:p>
      <w:r>
        <w:t>Президент Российской Федерации обладает неприкосновенностью.</w:t>
      </w:r>
    </w:p>
    <w:p>
      <w:r>
        <w:rPr>
          <w:b/>
        </w:rPr>
        <w:t>Статья 92</w:t>
      </w:r>
    </w:p>
    <w:p>
      <w:r>
        <w:rPr>
          <w:b/>
        </w:rPr>
        <w:t xml:space="preserve">1. </w:t>
      </w:r>
      <w:r>
        <w:t>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
        <w:rPr>
          <w:b/>
        </w:rPr>
        <w:t xml:space="preserve">2. </w:t>
      </w:r>
      <w:r>
        <w:t>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Федерации должны состояться не позднее трех месяцев с момента досрочного прекращения исполнения полномочий.</w:t>
      </w:r>
    </w:p>
    <w:p>
      <w:r>
        <w:rPr>
          <w:b/>
        </w:rPr>
        <w:t xml:space="preserve">3. </w:t>
      </w:r>
      <w:r>
        <w:t>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
        <w:rPr>
          <w:b/>
        </w:rPr>
        <w:t>Статья 921</w:t>
      </w:r>
    </w:p>
    <w:p>
      <w:r>
        <w:rPr>
          <w:b/>
        </w:rPr>
        <w:t xml:space="preserve">1. </w:t>
      </w:r>
      <w:r>
        <w:t>Президент Российской Федерации, прекративший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обладает неприкосновенностью.</w:t>
      </w:r>
    </w:p>
    <w:p>
      <w:r>
        <w:rPr>
          <w:b/>
        </w:rPr>
        <w:t xml:space="preserve">2. </w:t>
      </w:r>
      <w:r>
        <w:t>Иные гарантии Президенту Российской Федерации, прекратившему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устанавливаются федеральным законом.</w:t>
      </w:r>
    </w:p>
    <w:p>
      <w:r>
        <w:rPr>
          <w:b/>
        </w:rPr>
        <w:t xml:space="preserve">3. </w:t>
      </w:r>
      <w:r>
        <w:t>Президент Российской Федерации, прекративший исполнение своих полномочий, может быть лишен неприкосновенности в порядке, предусмотренном статьей 93 Конституции Российской Федерации.</w:t>
        <w:br/>
        <w:t>(Дополнение статьей - Закон Российской Федерации о поправке к Конституции Российской Федерации от 14.03.2020 № 1-ФКЗ)</w:t>
      </w:r>
    </w:p>
    <w:p>
      <w:r>
        <w:rPr>
          <w:b/>
        </w:rPr>
        <w:t>Статья 93</w:t>
      </w:r>
    </w:p>
    <w:p>
      <w:r>
        <w:rPr>
          <w:b/>
        </w:rPr>
        <w:t xml:space="preserve">1. </w:t>
      </w:r>
      <w:r>
        <w:t>Президент Российской Федерации может быть отрешен от должности, а Президент Российской Федерации, прекративший исполнение своих полномочий, лишен неприкосновенности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Верховного Суда Российской Федерации о наличии в действиях Президента Российской Федерации, как действующего, так и прекратившего исполнение своих полномочий, признаков преступления и заключением Конституционного Суда Российской Федерации о соблюдении установленного порядка выдвижения обвинения.</w:t>
      </w:r>
    </w:p>
    <w:p>
      <w:r>
        <w:rPr>
          <w:b/>
        </w:rPr>
        <w:t xml:space="preserve">2. </w:t>
      </w:r>
      <w:r>
        <w:t>Решение Государственной Думы о выдвижении обвинения и 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должны быть приняты двумя третями голосов от общего числа соответственно сенаторов Российской Федерации и депутатов Государственной Думы по инициативе не менее одной трети депутатов Государственной Думы и при наличии заключения специальной комиссии, образованной Государственной Думой.</w:t>
      </w:r>
    </w:p>
    <w:p>
      <w:r>
        <w:rPr>
          <w:b/>
        </w:rPr>
        <w:t xml:space="preserve">3. </w:t>
      </w:r>
      <w:r>
        <w:t>Решение Совета Федерации об отрешении Президента Российской Федерации от должности, о лишении неприкосновенности Президента Российской Федерации, прекратившего исполнение своих полномочий, должно быть принято не позднее чем в трехмесячный срок после выдвижения Государственной Думой обвинения против Президента Российской Федерации. Если в этот срок решение Совета Федерации не будет принято, обвинение против Президента Российской Федерации, Президента Российской Федерации, прекратившего исполнение своих полномочий, считается отклоненным.</w:t>
        <w:br/>
        <w:t>(Статья в редакции Закона Российской Федерации о поправке к Конституции Российской Федерации от 14.03.2020 № 1-ФКЗ)</w:t>
      </w:r>
    </w:p>
    <w:p>
      <w:pPr>
        <w:pStyle w:val="Heading3"/>
      </w:pPr>
      <w:r>
        <w:t>ФЕДЕРАЛЬНОЕ СОБРАНИЕ</w:t>
      </w:r>
    </w:p>
    <w:p>
      <w:r>
        <w:rPr>
          <w:b/>
        </w:rPr>
        <w:t>Статья 94</w:t>
      </w:r>
    </w:p>
    <w:p>
      <w:r>
        <w:t>Федеральное Собрание - парламент Российской Федерации - является представительным и законодательным органом Российской Федерации.</w:t>
      </w:r>
    </w:p>
    <w:p>
      <w:r>
        <w:rPr>
          <w:b/>
        </w:rPr>
        <w:t>Статья 95</w:t>
      </w:r>
    </w:p>
    <w:p>
      <w:r>
        <w:rPr>
          <w:b/>
        </w:rPr>
        <w:t xml:space="preserve">1. </w:t>
      </w:r>
      <w:r>
        <w:t>Федеральное Собрание состоит из двух палат - Совета Федерации и Государственной Думы.</w:t>
      </w:r>
    </w:p>
    <w:p>
      <w:r>
        <w:rPr>
          <w:b/>
        </w:rPr>
        <w:t xml:space="preserve">2. </w:t>
      </w:r>
      <w:r>
        <w:t>Совет Федерации состоит из сенаторов Российской Федерации.</w:t>
        <w:br/>
        <w:t>В Совет Федерации входят:</w:t>
        <w:br/>
        <w:t>а) по два представителя от каждого субъекта Российской Федерации: по одному от законодательного (представительного) и исполнительного органов государственной власти - на срок полномочий соответствующего органа;</w:t>
        <w:br/>
        <w:t>б)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 пожизненно. Президент Российской Федерации, прекративший исполнение своих полномочий в связи с истечением срока его пребывания в должности или досрочно в случае его отставки, вправе отказаться от полномочий сенатора Российской Федерации;</w:t>
        <w:br/>
        <w:t>в) не более 30 представителей Российской Федерации, назначаемых Президентом Российской Федерации, из которых не более семи могут быть назначены пожизненно.</w:t>
      </w:r>
    </w:p>
    <w:p>
      <w:r>
        <w:rPr>
          <w:b/>
        </w:rPr>
        <w:t xml:space="preserve">3. </w:t>
      </w:r>
      <w:r>
        <w:t>Общее число сенаторов Российской Федерации определяется исходя из числа представителей от субъектов Российской Федерации, перечисленных в статье 65 Конституции Российской Федерации, и числа лиц, осуществляющих полномочия сенаторов Российской Федерации, указанных в пунктах "б" и "в" части 2 настоящей статьи.</w:t>
      </w:r>
    </w:p>
    <w:p>
      <w:r>
        <w:rPr>
          <w:b/>
        </w:rPr>
        <w:t xml:space="preserve">4. </w:t>
      </w:r>
      <w:r>
        <w:t>Сенатором Российской Федерации может быть гражданин Российской Федерации, достигший 30 лет,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Сенаторам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
        <w:rPr>
          <w:b/>
        </w:rPr>
        <w:t xml:space="preserve">5. </w:t>
      </w:r>
      <w:r>
        <w:t>Представителями Российской Федерации в Совете Федерации, осуществляющими полномочия сенаторов Российской Федерации пожизненно, могут быть назначены граждане, имеющие выдающиеся заслуги перед страной в сфере государственной и общественной деятельности.</w:t>
      </w:r>
    </w:p>
    <w:p>
      <w:r>
        <w:rPr>
          <w:b/>
        </w:rPr>
        <w:t xml:space="preserve">6. </w:t>
      </w:r>
      <w:r>
        <w:t>Представители Российской Федерации в Совете Федерации, за исключением представителей Российской Федерации, осуществляющих полномочия сенаторов Российской Федерации пожизненно, назначаются сроком на шесть лет.</w:t>
      </w:r>
    </w:p>
    <w:p>
      <w:r>
        <w:rPr>
          <w:b/>
        </w:rPr>
        <w:t xml:space="preserve">7. </w:t>
      </w:r>
      <w:r>
        <w:t>Государственная Дума состоит из 450 депутатов.</w:t>
        <w:br/>
        <w:t>(Статья в редакции Закона Российской Федерации о поправке к Конституции Российской Федерации от 14.03.2020 № 1-ФКЗ)</w:t>
      </w:r>
    </w:p>
    <w:p>
      <w:r>
        <w:rPr>
          <w:b/>
        </w:rPr>
        <w:t>Статья 96</w:t>
      </w:r>
    </w:p>
    <w:p>
      <w:r>
        <w:rPr>
          <w:b/>
        </w:rPr>
        <w:t xml:space="preserve">1. </w:t>
      </w:r>
      <w:r>
        <w:t>Государственная Дума избирается сроком на пять лет. (В редакции Закона Российской Федерации о поправке к Конституции Российской Федерации от 30.12.2008 № 6-ФКЗ)</w:t>
      </w:r>
    </w:p>
    <w:p>
      <w:r>
        <w:rPr>
          <w:b/>
        </w:rPr>
        <w:t xml:space="preserve">2. </w:t>
      </w:r>
      <w:r>
        <w:t>Порядок формирования Совета Федерации и порядок выборов депутатов Государственной Думы устанавливаются федеральными законами.</w:t>
      </w:r>
    </w:p>
    <w:p>
      <w:r>
        <w:rPr>
          <w:b/>
        </w:rPr>
        <w:t>Статья 97</w:t>
      </w:r>
    </w:p>
    <w:p>
      <w:r>
        <w:rPr>
          <w:b/>
        </w:rPr>
        <w:t xml:space="preserve">1. </w:t>
      </w:r>
      <w:r>
        <w:t>Депутатом Государственной Думы может быть избран гражданин Российской Федерации, достигший 21 года и имеющий право участвовать в выборах,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Депутатам Государственной Думы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редакции Закона Российской Федерации о поправке к Конституции Российской Федерации от 14.03.2020 № 1-ФКЗ)</w:t>
      </w:r>
    </w:p>
    <w:p>
      <w:r>
        <w:rPr>
          <w:b/>
        </w:rPr>
        <w:t xml:space="preserve">2. </w:t>
      </w:r>
      <w:r>
        <w:t>Одно и то же лицо не может одновременно являться сенатором Российской Федерации и депутатом Государственной Думы. Депутат Государственной Думы не может быть депутатом иных представительных органов государственной власти и органов местного самоуправления. (В редакции Закона Российской Федерации о поправке к Конституции Российской Федерации от 14.03.2020 № 1-ФКЗ)</w:t>
      </w:r>
    </w:p>
    <w:p>
      <w:r>
        <w:rPr>
          <w:b/>
        </w:rPr>
        <w:t xml:space="preserve">3. </w:t>
      </w:r>
      <w:r>
        <w:t>Депутаты Государственной Думы работают на профессиональной постоянной основе. Депутаты Государственной Думы не могут находиться на государственной службе, заниматься другой оплачиваемой деятельностью, кроме преподавательской, научной и иной творческой деятельности.</w:t>
      </w:r>
    </w:p>
    <w:p>
      <w:r>
        <w:rPr>
          <w:b/>
        </w:rPr>
        <w:t>Статья 98</w:t>
      </w:r>
    </w:p>
    <w:p>
      <w:r>
        <w:rPr>
          <w:b/>
        </w:rPr>
        <w:t xml:space="preserve">1. </w:t>
      </w:r>
      <w:r>
        <w:t>Сенаторы Российской Федерации и депутаты Государственной Думы обладают неприкосновенностью в течение всего срока их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безопасности других людей. (В редакции Закона Российской Федерации о поправке к Конституции Российской Федерации от 14.03.2020 № 1-ФКЗ)</w:t>
      </w:r>
    </w:p>
    <w:p>
      <w:r>
        <w:rPr>
          <w:b/>
        </w:rPr>
        <w:t xml:space="preserve">2. </w:t>
      </w:r>
      <w:r>
        <w:t>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
        <w:rPr>
          <w:b/>
        </w:rPr>
        <w:t>Статья 99</w:t>
      </w:r>
    </w:p>
    <w:p>
      <w:r>
        <w:rPr>
          <w:b/>
        </w:rPr>
        <w:t xml:space="preserve">1. </w:t>
      </w:r>
      <w:r>
        <w:t>Федеральное Собрание является постоянно действующим органом.</w:t>
      </w:r>
    </w:p>
    <w:p>
      <w:r>
        <w:rPr>
          <w:b/>
        </w:rPr>
        <w:t xml:space="preserve">2. </w:t>
      </w:r>
      <w:r>
        <w:t>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
        <w:rPr>
          <w:b/>
        </w:rPr>
        <w:t xml:space="preserve">3. </w:t>
      </w:r>
      <w:r>
        <w:t>Первое заседание Государственной Думы открывает старейший по возрасту депутат.</w:t>
      </w:r>
    </w:p>
    <w:p>
      <w:r>
        <w:rPr>
          <w:b/>
        </w:rPr>
        <w:t xml:space="preserve">4. </w:t>
      </w:r>
      <w:r>
        <w:t>С момента начала работы Государственной Думы нового созыва полномочия Государственной Думы прежнего созыва прекращаются.</w:t>
      </w:r>
    </w:p>
    <w:p>
      <w:r>
        <w:rPr>
          <w:b/>
        </w:rPr>
        <w:t>Статья 100</w:t>
      </w:r>
    </w:p>
    <w:p>
      <w:r>
        <w:rPr>
          <w:b/>
        </w:rPr>
        <w:t xml:space="preserve">1. </w:t>
      </w:r>
      <w:r>
        <w:t>Совет Федерации и Государственная Дума заседают раздельно.</w:t>
      </w:r>
    </w:p>
    <w:p>
      <w:r>
        <w:rPr>
          <w:b/>
        </w:rPr>
        <w:t xml:space="preserve">2. </w:t>
      </w:r>
      <w:r>
        <w:t>Заседания Совета Федерации и Государственной Думы являются открытыми. В случаях, предусмотренных регламентом палаты, она вправе проводить закрытые заседания.</w:t>
      </w:r>
    </w:p>
    <w:p>
      <w:r>
        <w:rPr>
          <w:b/>
        </w:rPr>
        <w:t xml:space="preserve">3. </w:t>
      </w:r>
      <w:r>
        <w:t>Палаты могут собираться совместно для заслушивания посланий Президента Российской Федерации. (В редакции Закона Российской Федерации о поправке к Конституции Российской Федерации от 14.03.2020 № 1-ФКЗ)</w:t>
      </w:r>
    </w:p>
    <w:p>
      <w:r>
        <w:rPr>
          <w:b/>
        </w:rPr>
        <w:t>Статья 101</w:t>
      </w:r>
    </w:p>
    <w:p>
      <w:r>
        <w:rPr>
          <w:b/>
        </w:rPr>
        <w:t xml:space="preserve">1. </w:t>
      </w:r>
      <w:r>
        <w:t>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заместителей.</w:t>
      </w:r>
    </w:p>
    <w:p>
      <w:r>
        <w:rPr>
          <w:b/>
        </w:rPr>
        <w:t xml:space="preserve">2. </w:t>
      </w:r>
      <w:r>
        <w:t>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
        <w:rPr>
          <w:b/>
        </w:rPr>
        <w:t xml:space="preserve">3. </w:t>
      </w:r>
      <w:r>
        <w:t>Совет Федерации и Государственная Дума образуют комитеты и комиссии, проводят по вопросам своего ведения парламентские слушания.</w:t>
      </w:r>
    </w:p>
    <w:p>
      <w:r>
        <w:rPr>
          <w:b/>
        </w:rPr>
        <w:t xml:space="preserve">4. </w:t>
      </w:r>
      <w:r>
        <w:t>Каждая из палат принимает свой регламент и решает вопросы внутреннего распорядка своей деятельности.</w:t>
      </w:r>
    </w:p>
    <w:p>
      <w:r>
        <w:rPr>
          <w:b/>
        </w:rPr>
        <w:t xml:space="preserve">5. </w:t>
      </w:r>
      <w:r>
        <w:t>Для осуществления контроля за исполнением федерального бюджета Совет Федерации и Государственная Дума образуют Счетную палату, состав и порядок деятельности которой определяются федеральным законом.</w:t>
      </w:r>
    </w:p>
    <w:p>
      <w:r>
        <w:rPr>
          <w:b/>
        </w:rPr>
        <w:t>Статья 102</w:t>
      </w:r>
    </w:p>
    <w:p>
      <w:r>
        <w:rPr>
          <w:b/>
        </w:rPr>
        <w:t xml:space="preserve">1. </w:t>
      </w:r>
      <w:r>
        <w:t>К ведению Совета Федерации относятся:</w:t>
        <w:br/>
        <w:t>а) утверждение изменения границ между субъектами Российской Федерации;</w:t>
        <w:br/>
        <w:t>б) утверждение указа Президента Российской Федерации о введении военного положения;</w:t>
        <w:br/>
        <w:t>в) утверждение указа Президента Российской Федерации о введении чрезвычайного положения;</w:t>
        <w:br/>
        <w:t>г) решение вопроса о возможности использования Вооруженных Сил Российской Федерации за пределами территории Российской Федерации;</w:t>
        <w:br/>
        <w:t>д) назначение выборов Президента Российской Федерации;</w:t>
        <w:br/>
        <w:t>е) отрешение Президента Российской Федерации от должности; лишение неприкосновенности Президента Российской Федерации, прекратившего исполнение своих полномочий; (В редакции Закона Российской Федерации о поправке к Конституции Российской Федерации от 14.03.2020 № 1-ФКЗ)</w:t>
        <w:br/>
        <w:t>ж) назначение на должность по представлению Президента Российской Федерации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(В редакции Закона Российской Федерации о поправке к Конституции Российской Федерации от 14.03.2020 № 1-ФКЗ)</w:t>
        <w:br/>
        <w:t>з) проведение консультаций по предложенным Президентом Российской Федерации кандидатурам на должность Генерального прокурора Российской Федерации, заместителей Генерального прокурора Российской Федерации, прокуроров субъектов Российской Федерации, прокуроров военных и других специализированных прокуратур, приравненных к прокурорам субъектов Российской Федерации; (В редакции Закона Российской Федерации о поправке к Конституции Российской Федерации от 14.03.2020 № 1-ФКЗ)</w:t>
        <w:br/>
        <w:t>и) назначение на должность и освобождение от должности Председателя Счетной палаты и половины от общего числа аудиторов Счетной палаты по представлению Президента Российской Федерации; (В редакции Закона Российской Федерации о поправке к Конституции Российской Федерации от 14.03.2020 № 1-ФКЗ)</w:t>
        <w:br/>
        <w:t>к) проведение консультаций по предложенным Президентом Российской Федерации кандидатурам на должность руководителей федеральных органов исполнительной власти (включая федеральных министров), ведающих вопросами обороны, безопасности государства, внутренних дел, юстиции, иностранных дел, предотвращения чрезвычайных ситуаций и ликвидации последствий стихийных бедствий, общественной безопасности; (Дополнение пунктом - Закон Российской Федерации о поправке к Конституции Российской Федерации от 14.03.2020 № 1-ФКЗ)</w:t>
        <w:br/>
        <w:t>л) прекращение по представлению Президента Российской Федерации в соответствии с федеральным конституционным законом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Председателя Верховного Суда Российской Федерации, заместителей Председателя Верховного Суда Российской Федерации и судей Верховного Суда Российской Федерации, председателей, заместителей председателей и судей кассационных и апелляционных судов в случае совершения ими поступка, порочащего честь и достоинство судьи, а также в иных предусмотренных федеральным конституционным законом случаях, свидетельствующих о невозможности осуществления судьей своих полномочий; (Дополнение пунктом - Закон Российской Федерации о поправке к Конституции Российской Федерации от 14.03.2020 № 1-ФКЗ)</w:t>
        <w:br/>
        <w:t>м) заслушивание ежегодных докладов Генерального прокурора Российской Федерации о состоянии законности и правопорядка в Российской Федерации. (Дополнение пунктом - Закон Российской Федерации о поправке к Конституции Российской Федерации от 14.03.2020 № 1-ФКЗ)</w:t>
      </w:r>
    </w:p>
    <w:p>
      <w:r>
        <w:rPr>
          <w:b/>
        </w:rPr>
        <w:t xml:space="preserve">2. </w:t>
      </w:r>
      <w:r>
        <w:t>Совет Федерации принимает постановления по вопросам, отнесенным к его ведению Конституцией Российской Федерации.</w:t>
      </w:r>
    </w:p>
    <w:p>
      <w:r>
        <w:rPr>
          <w:b/>
        </w:rPr>
        <w:t xml:space="preserve">3. </w:t>
      </w:r>
      <w:r>
        <w:t>Постановления Совета Федерации принимаются большинством голосов от общего числа сенаторов Российской Федерации, если иной порядок принятия решений не предусмотрен Конституцией Российской Федерации. (Дополнение частью - Закон Российской Федерации о поправке к Конституции Российской Федерации от 14.03.2020 № 1-ФКЗ)</w:t>
      </w:r>
    </w:p>
    <w:p>
      <w:r>
        <w:rPr>
          <w:b/>
        </w:rPr>
        <w:t>Статья 103</w:t>
      </w:r>
    </w:p>
    <w:p>
      <w:r>
        <w:rPr>
          <w:b/>
        </w:rPr>
        <w:t xml:space="preserve">1. </w:t>
      </w:r>
      <w:r>
        <w:t>К ведению Государственной Думы относятся:</w:t>
        <w:br/>
        <w:t>а) утверждение по представлению Президента Российской Федерации кандидатуры Председателя Правительства Российской Федерации; (В редакции Закона Российской Федерации о поправке к Конституции Российской Федерации от 14.03.2020 № 1-ФКЗ)</w:t>
        <w:br/>
        <w:t>а1) утверждение по представлению Председателя Правительства Российской Федерации кандидатур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(Дополнение пунктом - Закон Российской Федерации о поправке к Конституции Российской Федерации от 14.03.2020 № 1-ФКЗ)</w:t>
        <w:br/>
        <w:t>б) решение вопроса о доверии Правительству Российской Федерации;</w:t>
        <w:br/>
        <w:t>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(Дополнение пунктом - Закон Российской Федерации о поправке к Конституции Российской Федерации от 30.12.2008 № 7-ФКЗ)</w:t>
        <w:br/>
        <w:t>г) назначение на должность и освобождение от должности Председателя Центрального банка Российской Федерации;</w:t>
        <w:br/>
        <w:t>г1) заслушивание ежегодных отчетов Центрального банка Российской Федерации; (Дополнение пунктом - Закон Российской Федерации о поправке к Конституции Российской Федерации от 14.03.2020 № 1-ФКЗ)</w:t>
        <w:br/>
        <w:t>д) назначение на должность и освобождение от должности заместителя Председателя Счетной палаты и половины от общего числа аудиторов Счетной палаты по представлению Президента Российской Федерации; (В редакции Закона Российской Федерации о поправке к Конституции Российской Федерации от 14.03.2020 № 1-ФКЗ)</w:t>
        <w:br/>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 Уполномоченным по правам человека может быть гражданин Российской Федерации, постоянно проживающий в Российской Федерации,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Уполномоченному по правам человека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 редакции Закона Российской Федерации о поправке к Конституции Российской Федерации от 14.03.2020 № 1-ФКЗ)</w:t>
        <w:br/>
        <w:t>ж) объявление амнистии;</w:t>
        <w:br/>
        <w:t>з) выдвижение обвинения против Президента Российской Федерации в целях отрешения его от должности или против Президента Российской Федерации, прекратившего исполнение своих полномочий, в целях лишения его неприкосновенности. (В редакции Закона Российской Федерации о поправке к Конституции Российской Федерации от 14.03.2020 № 1-ФКЗ)</w:t>
      </w:r>
    </w:p>
    <w:p>
      <w:r>
        <w:rPr>
          <w:b/>
        </w:rPr>
        <w:t xml:space="preserve">2. </w:t>
      </w:r>
      <w:r>
        <w:t>Государственная Дума принимает постановления по вопросам, отнесенным к ее ведению Конституцией Российской Федерации.</w:t>
      </w:r>
    </w:p>
    <w:p>
      <w:r>
        <w:rPr>
          <w:b/>
        </w:rPr>
        <w:t xml:space="preserve">3. </w:t>
      </w:r>
      <w:r>
        <w:t>Постановления Государственной Думы принимаются большинством голосов от общего числа депутатов Государственной Думы, если иной порядок принятия решений не предусмотрен Конституцией Российской Федерации.</w:t>
      </w:r>
    </w:p>
    <w:p>
      <w:r>
        <w:rPr>
          <w:b/>
        </w:rPr>
        <w:t>Статья 103.1</w:t>
      </w:r>
    </w:p>
    <w:p>
      <w:r>
        <w:t>Совет Федерации, Государственная Дума вправе осуществлять парламентский контроль, в том числе направлять парламентские запросы руководителям государственных органов и органов местного самоуправления по вопросам, входящим в компетенцию этих органов и должностных лиц. Порядок осуществления парламентского контроля определяется федеральными законами и регламентами палат Федерального Собрания. (Дополнение статьей - Закон Российской Федерации о поправке к Конституции Российской Федерации от 14.03.2020 № 1-ФКЗ)</w:t>
      </w:r>
    </w:p>
    <w:p>
      <w:r>
        <w:rPr>
          <w:b/>
        </w:rPr>
        <w:t>Статья 104</w:t>
      </w:r>
    </w:p>
    <w:p>
      <w:r>
        <w:rPr>
          <w:b/>
        </w:rPr>
        <w:t xml:space="preserve">1. </w:t>
      </w:r>
      <w:r>
        <w:t>Право законодательной инициативы принадлежит Президенту Российской Федерации, Совету Федерации, сенаторам Российской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(В редакции Закона Российской Федерации о поправке к Конституции Российской Федерации от 14.03.2020 № 1-ФКЗ)</w:t>
      </w:r>
    </w:p>
    <w:p>
      <w:r>
        <w:rPr>
          <w:b/>
        </w:rPr>
        <w:t xml:space="preserve">2. </w:t>
      </w:r>
      <w:r>
        <w:t>Законопроекты вносятся в Государственную Думу.</w:t>
      </w:r>
    </w:p>
    <w:p>
      <w:r>
        <w:rPr>
          <w:b/>
        </w:rPr>
        <w:t xml:space="preserve">3. </w:t>
      </w:r>
      <w:r>
        <w:t>Законопроекты о введении или отмене налогов, освобождении от их уплаты, о выпуске государственных займов,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
        <w:rPr>
          <w:b/>
        </w:rPr>
        <w:t>Статья 105</w:t>
      </w:r>
    </w:p>
    <w:p>
      <w:r>
        <w:rPr>
          <w:b/>
        </w:rPr>
        <w:t xml:space="preserve">1. </w:t>
      </w:r>
      <w:r>
        <w:t>Федеральные законы принимаются Государственной Думой.</w:t>
      </w:r>
    </w:p>
    <w:p>
      <w:r>
        <w:rPr>
          <w:b/>
        </w:rPr>
        <w:t xml:space="preserve">2. </w:t>
      </w:r>
      <w:r>
        <w:t>Федеральные законы принимаются большинством голосов от общего числа депутатов Государственной Думы, если иное не предусмотрено Конституцией Российской Федерации.</w:t>
      </w:r>
    </w:p>
    <w:p>
      <w:r>
        <w:rPr>
          <w:b/>
        </w:rPr>
        <w:t xml:space="preserve">3. </w:t>
      </w:r>
      <w:r>
        <w:t>Принятые Государственной Думой федеральные законы в течение пяти дней передаются на рассмотрение Совета Федерации.</w:t>
      </w:r>
    </w:p>
    <w:p>
      <w:r>
        <w:rPr>
          <w:b/>
        </w:rPr>
        <w:t xml:space="preserve">4. </w:t>
      </w:r>
      <w:r>
        <w:t>Федеральный закон считается одобренным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
        <w:rPr>
          <w:b/>
        </w:rPr>
        <w:t xml:space="preserve">5. </w:t>
      </w:r>
      <w:r>
        <w:t>В случае несогласия Государственной Думы с решением Совета Федерации федеральный закон считается принятым, если при повторном голосовании за него проголосовало не менее двух третей от общего числа депутатов Государственной Думы.</w:t>
      </w:r>
    </w:p>
    <w:p>
      <w:r>
        <w:rPr>
          <w:b/>
        </w:rPr>
        <w:t>Статья 106</w:t>
      </w:r>
    </w:p>
    <w:p>
      <w:r>
        <w:t>Обязательному рассмотрению в Совете Федерации подлежат принятые Государственной Думой федеральные законы по вопросам:</w:t>
      </w:r>
    </w:p>
    <w:p>
      <w:r>
        <w:t>а) федерального бюджета;</w:t>
      </w:r>
    </w:p>
    <w:p>
      <w:r>
        <w:t>б) федеральных налогов и сборов;</w:t>
      </w:r>
    </w:p>
    <w:p>
      <w:r>
        <w:t>в) финансового, валютного, кредитного, таможенного регулирования, денежной эмиссии;</w:t>
      </w:r>
    </w:p>
    <w:p>
      <w:r>
        <w:t>г) ратификации и денонсации международных договоров Российской Федерации;</w:t>
      </w:r>
    </w:p>
    <w:p>
      <w:r>
        <w:t>д) статуса и защиты государственной границы Российской Федерации;</w:t>
      </w:r>
    </w:p>
    <w:p>
      <w:r>
        <w:t>е) войны и мира.</w:t>
      </w:r>
    </w:p>
    <w:p>
      <w:r>
        <w:rPr>
          <w:b/>
        </w:rPr>
        <w:t>Статья 107</w:t>
      </w:r>
    </w:p>
    <w:p>
      <w:r>
        <w:rPr>
          <w:b/>
        </w:rPr>
        <w:t xml:space="preserve">1. </w:t>
      </w:r>
      <w:r>
        <w:t>Принятый федеральный закон в течение пяти дней направляется Президенту Российской Федерации для подписания и обнародования.</w:t>
      </w:r>
    </w:p>
    <w:p>
      <w:r>
        <w:rPr>
          <w:b/>
        </w:rPr>
        <w:t xml:space="preserve">2. </w:t>
      </w:r>
      <w:r>
        <w:t>Президент Российской Федерации в течение четырнадцати дней подписывает федеральный закон и обнародует его.</w:t>
      </w:r>
    </w:p>
    <w:p>
      <w:r>
        <w:rPr>
          <w:b/>
        </w:rPr>
        <w:t xml:space="preserve">3. </w:t>
      </w:r>
      <w:r>
        <w:t>Если Президент Российской Федерации в течение четырнадцати дней с момента поступления федерального закона отклонит его, то Государственная Дума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числа сенаторов Российской Федерации и депутатов Государственной Думы, он подлежит подписанию Президентом Российской Федерации в течение семи дней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закона, Президент Российской Федерации возвращает его в Государственную Думу без подписания. (В редакции Закона Российской Федерации о поправке к Конституции Российской Федерации от 14.03.2020 № 1-ФКЗ)</w:t>
      </w:r>
    </w:p>
    <w:p>
      <w:r>
        <w:rPr>
          <w:b/>
        </w:rPr>
        <w:t>Статья 108</w:t>
      </w:r>
    </w:p>
    <w:p>
      <w:r>
        <w:rPr>
          <w:b/>
        </w:rPr>
        <w:t xml:space="preserve">1. </w:t>
      </w:r>
      <w:r>
        <w:t>Федеральные конституционные законы принимаются по вопросам, предусмотренным Конституцией Российской Федерации.</w:t>
      </w:r>
    </w:p>
    <w:p>
      <w:r>
        <w:rPr>
          <w:b/>
        </w:rPr>
        <w:t xml:space="preserve">2. </w:t>
      </w:r>
      <w:r>
        <w:t>Федеральный конституционный закон считается принятым, если он одобрен большинством не менее трех четвертей голосов от общего числа сенаторов Российской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Если Президент Российской Федерации в течение указанного срока обратится в Конституционный Суд Российской Федерации с запросом о проверке конституционности федерального конституционного закона, срок для подписания такого закона приостанавливается на время рассмотрения запроса Конституционным Судом Российской Федерации. Если Конституционный Суд Российской Федерации подтвердит конституционность федерального конституционного закона, Президент Российской Федерации подписывает его в трехдневный срок с момента вынесения Конституционным Судом Российской Федерации соответствующего решения. Если Конституционный Суд Российской Федерации не подтвердит конституционности федерального конституционного закона, Президент Российской Федерации возвращает его в Государственную Думу без подписания. (В редакции Закона Российской Федерации о поправке к Конституции Российской Федерации от 14.03.2020 № 1-ФКЗ)</w:t>
      </w:r>
    </w:p>
    <w:p>
      <w:r>
        <w:rPr>
          <w:b/>
        </w:rPr>
        <w:t>Статья 109</w:t>
      </w:r>
    </w:p>
    <w:p>
      <w:r>
        <w:rPr>
          <w:b/>
        </w:rPr>
        <w:t xml:space="preserve">1. </w:t>
      </w:r>
      <w:r>
        <w:t>Государственная Дума может быть распущена Президентом Российской Федерации в случаях, предусмотренных статьями 111, 112 и 117 Конституции Российской Федерации. (В редакции Закона Российской Федерации о поправке к Конституции Российской Федерации от 14.03.2020 № 1-ФКЗ)</w:t>
      </w:r>
    </w:p>
    <w:p>
      <w:r>
        <w:rPr>
          <w:b/>
        </w:rPr>
        <w:t xml:space="preserve">2. </w:t>
      </w:r>
      <w:r>
        <w:t>В случае роспуска Государственной Думы Президент Российской Федерации назначает дату выборов с тем, чтобы вновь избранная Государственная Дума собралась не позднее чем через четыре месяца с момента роспуска.</w:t>
      </w:r>
    </w:p>
    <w:p>
      <w:r>
        <w:rPr>
          <w:b/>
        </w:rPr>
        <w:t xml:space="preserve">3. </w:t>
      </w:r>
      <w:r>
        <w:t>Государственная Дума не может быть распущена по основаниям, предусмотренным статьей 117 Конституции Российской Федерации, в течение года после ее избрания.</w:t>
      </w:r>
    </w:p>
    <w:p>
      <w:r>
        <w:rPr>
          <w:b/>
        </w:rPr>
        <w:t xml:space="preserve">4. </w:t>
      </w:r>
      <w:r>
        <w:t>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
        <w:rPr>
          <w:b/>
        </w:rPr>
        <w:t xml:space="preserve">5. </w:t>
      </w:r>
      <w:r>
        <w:t>Государственная Дума не может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pPr>
        <w:pStyle w:val="Heading3"/>
      </w:pPr>
      <w:r>
        <w:t>ПРАВИТЕЛЬСТВО РОССИЙСКОЙ ФЕДЕРАЦИИ</w:t>
      </w:r>
    </w:p>
    <w:p>
      <w:r>
        <w:rPr>
          <w:b/>
        </w:rPr>
        <w:t>Статья 110</w:t>
      </w:r>
    </w:p>
    <w:p>
      <w:r>
        <w:rPr>
          <w:b/>
        </w:rPr>
        <w:t xml:space="preserve">1. </w:t>
      </w:r>
      <w:r>
        <w:t>Исполнительную власть Российской Федерации осуществляет Правительство Российской Федерации под общим руководством Президента Российской Федерации. (В редакции Закона Российской Федерации о поправке к Конституции Российской Федерации от 14.03.2020 № 1-ФКЗ)</w:t>
      </w:r>
    </w:p>
    <w:p>
      <w:r>
        <w:rPr>
          <w:b/>
        </w:rPr>
        <w:t xml:space="preserve">2. </w:t>
      </w:r>
      <w:r>
        <w:t>Правительство Российской Федерации состоит из Председателя Правительства Российской Федерации, заместителей Председателя Правительства Российской Федерации и федеральных министров.</w:t>
      </w:r>
    </w:p>
    <w:p>
      <w:r>
        <w:rPr>
          <w:b/>
        </w:rPr>
        <w:t xml:space="preserve">3. </w:t>
      </w:r>
      <w:r>
        <w:t>Правительство Российской Федерации руководит деятельностью федеральных органов исполнительной власти, за исключением федеральных органов исполнительной власти, руководство деятельностью которых осуществляет Президент Российской Федерации. (Дополнение частью - Закон Российской Федерации о поправке к Конституции Российской Федерации от 14.03.2020 № 1-ФКЗ)</w:t>
      </w:r>
    </w:p>
    <w:p>
      <w:r>
        <w:rPr>
          <w:b/>
        </w:rPr>
        <w:t xml:space="preserve">4. </w:t>
      </w:r>
      <w:r>
        <w:t>Председателем Правительства Российской Федерации, Заместителем Председателя Правительства Российской Федерации, федеральным министром, иным руководителем федерального органа исполнительной власти может быть гражданин Российской Федерации, достигший 30 лет, не имеющий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Председателю Правительства Российской Федерации, заместителям Председателя Правительства Российской Федерации, федеральным министрам, иным руководителям федеральных органов исполнительной власти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(Дополнение частью - Закон Российской Федерации о поправке к Конституции Российской Федерации от 14.03.2020 № 1-ФКЗ)</w:t>
      </w:r>
    </w:p>
    <w:p>
      <w:r>
        <w:rPr>
          <w:b/>
        </w:rPr>
        <w:t>Статья 111</w:t>
      </w:r>
    </w:p>
    <w:p>
      <w:r>
        <w:rPr>
          <w:b/>
        </w:rPr>
        <w:t xml:space="preserve">1. </w:t>
      </w:r>
      <w:r>
        <w:t>Председатель Правительства Российской Федерации назначается Президентом Российской Федерации после утверждения его кандидатуры Государственной Думой. (В редакции Закона Российской Федерации о поправке к Конституции Российской Федерации от 14.03.2020 № 1-ФКЗ)</w:t>
      </w:r>
    </w:p>
    <w:p>
      <w:r>
        <w:rPr>
          <w:b/>
        </w:rPr>
        <w:t xml:space="preserve">2. </w:t>
      </w:r>
      <w:r>
        <w:t>Представление по кандидатуре Председателя Правительства Российской Федерации вносится в Государственную Думу Президентом Российской Федерации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Председателя Правительства Российской Федерации Государственной Думой или освобождения Президентом Российской Федерации от должности либо отставки Председателя Правительства Российской Федерации. (В редакции Закона Российской Федерации о поправке к Конституции Российской Федерации от 14.03.2020 № 1-ФКЗ)</w:t>
      </w:r>
    </w:p>
    <w:p>
      <w:r>
        <w:rPr>
          <w:b/>
        </w:rPr>
        <w:t xml:space="preserve">3. </w:t>
      </w:r>
      <w:r>
        <w:t>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представления. (В редакции Закона Российской Федерации о поправке к Конституции Российской Федерации от 14.03.2020 № 1-ФКЗ)</w:t>
      </w:r>
    </w:p>
    <w:p>
      <w:r>
        <w:rPr>
          <w:b/>
        </w:rPr>
        <w:t xml:space="preserve">4. </w:t>
      </w:r>
      <w:r>
        <w:t>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В этом случае Президент Российской Федерации вправе распустить Государственную Думу и назначить новые выборы. (В редакции Закона Российской Федерации о поправке к Конституции Российской Федерации от 14.03.2020 № 1-ФКЗ)</w:t>
      </w:r>
    </w:p>
    <w:p>
      <w:r>
        <w:rPr>
          <w:b/>
        </w:rPr>
        <w:t>Статья 112</w:t>
      </w:r>
    </w:p>
    <w:p>
      <w:r>
        <w:rPr>
          <w:b/>
        </w:rPr>
        <w:t xml:space="preserve">1. </w:t>
      </w:r>
      <w:r>
        <w:t>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 за исключением случая, когда предшествующий Председатель Правительства Российской Федерации освобожден от должности Президентом Российской Федерации.</w:t>
      </w:r>
    </w:p>
    <w:p>
      <w:r>
        <w:rPr>
          <w:b/>
        </w:rPr>
        <w:t xml:space="preserve">2. </w:t>
      </w:r>
      <w:r>
        <w:t>Председатель Правительства Российской Федерации представляет Государственной Думе на утверждение кандидатуры заместителей Председателя Правительства Российской Федерации и федеральных министров (за исключением федеральных министров, указанных в пункте "д1" статьи 83 Конституции Российской Федерации). Государственная Дума не позднее недельного срока принимает решение по представленным кандидатурам.</w:t>
      </w:r>
    </w:p>
    <w:p>
      <w:r>
        <w:rPr>
          <w:b/>
        </w:rPr>
        <w:t xml:space="preserve">3. </w:t>
      </w:r>
      <w:r>
        <w:t>Заместители Председателя Правительства Российской Федерации и федеральные министры, кандидатуры которых утверждены Государственной Думой, назначаются на должность Президентом Российской Федерации. Президент Российской Федерации не вправе отказать в назначении на должность заместителей Председателя Правительства Российской Федерации и федеральных министров, кандидатуры которых утверждены Государственной Думой.</w:t>
      </w:r>
    </w:p>
    <w:p>
      <w:r>
        <w:rPr>
          <w:b/>
        </w:rPr>
        <w:t xml:space="preserve">4. </w:t>
      </w:r>
      <w:r>
        <w:t>После трехкратного отклонения Государственной Думой представленных в соответствии с частью 2 настоящей статьи кандидатур заместителей Председателя Правительства Российской Федерации, федеральных министров Президент Российской Федерации вправе назначить заместителей Председателя Правительства Российской Федерации, федеральных министров из числа кандидатур, представленных Председателем Правительства Российской Федерации. Если после трехкратного отклонения Государственной Думой представленных в соответствии с частью 2 настоящей статьи кандидатур более одной трети должностей членов Правительства Российской Федерации (за исключением должностей федеральных министров, указанных в пункте "д1" статьи 83 Конституции Российской Федерации) остаются вакантными, Президент Российской Федерации вправе распустить Государственную Думу и назначить новые выборы.</w:t>
      </w:r>
    </w:p>
    <w:p>
      <w:r>
        <w:rPr>
          <w:b/>
        </w:rPr>
        <w:t xml:space="preserve">5. </w:t>
      </w:r>
      <w:r>
        <w:t>В случае, предусмотренном частью 4 статьи 111 Конституции Российской Федерации, а также в случае роспуска Государственной Думы в соответствии с Конституцией Российской Федерации Президент Российской Федерации назначает заместителей Председателя Правительства Российской Федерации, федеральных министров (за исключением федеральных министров, указанных в пункте "д1" статьи 83 Конституции Российской Федерации) по представлению Председателя Правительства Российской Федерации.</w:t>
        <w:br/>
        <w:t>(Статья в редакции Закона Российской Федерации о поправке к Конституции Российской Федерации от 14.03.2020 № 1-ФКЗ)</w:t>
      </w:r>
    </w:p>
    <w:p>
      <w:r>
        <w:rPr>
          <w:b/>
        </w:rPr>
        <w:t>Статья 113</w:t>
      </w:r>
    </w:p>
    <w:p>
      <w:r>
        <w:t>Председатель Правительства Российской Федерации в соответствии с Конституцией Российской Федерации, федеральными законами, указами, распоряжениями, поручениями Президента Российской Федерации организует работу Правительства Российской Федерации. Председатель Правительства Российской Федерации несет персональную ответственность перед Президентом Российской Федерации за осуществление возложенных на Правительство Российской Федерации полномочий. (В редакции Закона Российской Федерации о поправке к Конституции Российской Федерации от 14.03.2020 № 1-ФКЗ)</w:t>
      </w:r>
    </w:p>
    <w:p>
      <w:r>
        <w:rPr>
          <w:b/>
        </w:rPr>
        <w:t>Статья 114</w:t>
      </w:r>
    </w:p>
    <w:p>
      <w:r>
        <w:rPr>
          <w:b/>
        </w:rPr>
        <w:t xml:space="preserve">1. </w:t>
      </w:r>
      <w:r>
        <w:t>Правительство Российской Федерации:</w:t>
        <w:br/>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(В редакции Закона Российской Федерации о поправке к Конституции Российской Федерации от 30.12.2008 № 7-ФКЗ)</w:t>
        <w:br/>
        <w:t>б) обеспечивает проведение в Российской Федерации единой финансовой, кредитной и денежной политики;</w:t>
        <w:br/>
        <w:t>в) обеспечивает проведение в Российской Федерации единой социально ориентированной государственной политики в области культуры, науки, образования, здравоохранения, социального обеспечения, поддержки, укрепления и защиты семьи, сохранения традиционных семейных ценностей, а также в области охраны окружающей среды; (В редакции Закона Российской Федерации о поправке к Конституции Российской Федерации от 14.03.2020 № 1-ФКЗ)</w:t>
        <w:br/>
        <w:t>в1) обеспечивает государственную поддержку научно-технологического развития Российской Федерации, сохранение и развитие ее научного потенциала; (Дополнение пунктом - Закон Российской Федерации о поправке к Конституции Российской Федерации от 14.03.2020 № 1-ФКЗ)</w:t>
        <w:br/>
        <w:t>в2) обеспечивает функционирование системы социальной защиты инвалидов, основанной на полном и равном осуществлении ими прав и свобод человека и гражданина, их социальную интеграцию без какой-либо дискриминации, создание доступной среды для инвалидов и улучшение качества их жизни; (Дополнение пунктом - Закон Российской Федерации о поправке к Конституции Российской Федерации от 14.03.2020 № 1-ФКЗ)</w:t>
        <w:br/>
        <w:t>г) осуществляет управление федеральной собственностью;</w:t>
        <w:br/>
        <w:t>д) осуществляет меры по обеспечению обороны страны, государственной безопасности, реализации внешней политики Российской Федерации;</w:t>
        <w:br/>
        <w:t>е) осуществляет меры по обеспечению законности, прав и свобод граждан, охране собственности и общественного порядка, борьбе с преступностью;</w:t>
        <w:br/>
        <w:t>е1) осуществляет меры по поддержке институтов гражданского общества, в том числе некоммерческих организаций, обеспечивает их участие в выработке и проведении государственной политики; (Дополнение пунктом - Закон Российской Федерации о поправке к Конституции Российской Федерации от 14.03.2020 № 1-ФКЗ)</w:t>
        <w:br/>
        <w:t>е2) осуществляет меры по поддержке добровольческой (волонтерской) деятельности; (Дополнение пунктом - Закон Российской Федерации о поправке к Конституции Российской Федерации от 14.03.2020 № 1-ФКЗ)</w:t>
        <w:br/>
        <w:t>е3) содействует развитию предпринимательства и частной инициативы; (Дополнение пунктом - Закон Российской Федерации о поправке к Конституции Российской Федерации от 14.03.2020 № 1-ФКЗ)</w:t>
        <w:br/>
        <w:t>е4) обеспечивает реализацию принципов социального партнерства в сфере регулирования трудовых и иных непосредственно связанных с ними отношений; (Дополнение пунктом - Закон Российской Федерации о поправке к Конституции Российской Федерации от 14.03.2020 № 1-ФКЗ)</w:t>
        <w:br/>
        <w:t>е5) осуществляет меры, направленные на создание благоприятных условий жизнедеятельности населения, снижение негативного воздействия хозяйственной и иной деятельности на окружающую среду, сохранение уникального природного и биологического многообразия страны, формирование в обществе ответственного отношения к животным; (Дополнение пунктом - Закон Российской Федерации о поправке к Конституции Российской Федерации от 14.03.2020 № 1-ФКЗ)</w:t>
        <w:br/>
        <w:t>е6) создает условия для развития системы экологического образования граждан, воспитания экологической культуры; (Дополнение пунктом - Закон Российской Федерации о поправке к Конституции Российской Федерации от 14.03.2020 № 1-ФКЗ)</w:t>
        <w:b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
        <w:rPr>
          <w:b/>
        </w:rPr>
        <w:t xml:space="preserve">2. </w:t>
      </w:r>
      <w:r>
        <w:t>Порядок деятельности Правительства Российской Федерации определяется федеральным конституционным законом.</w:t>
      </w:r>
    </w:p>
    <w:p>
      <w:r>
        <w:rPr>
          <w:b/>
        </w:rPr>
        <w:t>Статья 115</w:t>
      </w:r>
    </w:p>
    <w:p>
      <w:r>
        <w:rPr>
          <w:b/>
        </w:rPr>
        <w:t xml:space="preserve">1. </w:t>
      </w:r>
      <w:r>
        <w:t>На основании и во исполнение Конституции Российской Федерации, федеральных законов, указов, распоряжений, поручений Президента Российской Федерации Правительство Российской Федерации издает постановления и распоряжения, обеспечивает их исполнение. (В редакции Закона Российской Федерации о поправке к Конституции Российской Федерации от 14.03.2020 № 1-ФКЗ)</w:t>
      </w:r>
    </w:p>
    <w:p>
      <w:r>
        <w:rPr>
          <w:b/>
        </w:rPr>
        <w:t xml:space="preserve">2. </w:t>
      </w:r>
      <w:r>
        <w:t>Постановления и распоряжения Правительства Российской Федерации обязательны к исполнению в Российской Федерации.</w:t>
      </w:r>
    </w:p>
    <w:p>
      <w:r>
        <w:rPr>
          <w:b/>
        </w:rPr>
        <w:t xml:space="preserve">3. </w:t>
      </w:r>
      <w:r>
        <w:t>Постановления и распоряжения Правительства Российской Федерации в случае их противоречия Конституции Российской Федерации, федеральным законам, указам и распоряжениям Президента Российской Федерации могут быть отменены Президентом Российской Федерации. (В редакции Закона Российской Федерации о поправке к Конституции Российской Федерации от 14.03.2020 № 1-ФКЗ)</w:t>
      </w:r>
    </w:p>
    <w:p>
      <w:r>
        <w:rPr>
          <w:b/>
        </w:rPr>
        <w:t>Статья 116</w:t>
      </w:r>
    </w:p>
    <w:p>
      <w:r>
        <w:t>Перед вновь избранным Президентом Российской Федерации Правительство Российской Федерации слагает свои полномочия.</w:t>
      </w:r>
    </w:p>
    <w:p>
      <w:r>
        <w:rPr>
          <w:b/>
        </w:rPr>
        <w:t>Статья 117</w:t>
      </w:r>
    </w:p>
    <w:p>
      <w:r>
        <w:rPr>
          <w:b/>
        </w:rPr>
        <w:t xml:space="preserve">1. </w:t>
      </w:r>
      <w:r>
        <w:t>Правительство Российской Федерации может подать в отставку, которая принимается или отклоняется Президентом Российской Федерации.</w:t>
      </w:r>
    </w:p>
    <w:p>
      <w:r>
        <w:rPr>
          <w:b/>
        </w:rPr>
        <w:t xml:space="preserve">2. </w:t>
      </w:r>
      <w:r>
        <w:t>Президент Российской Федерации может принять решение об отставке Правительства Российской Федерации.</w:t>
      </w:r>
    </w:p>
    <w:p>
      <w:r>
        <w:rPr>
          <w:b/>
        </w:rPr>
        <w:t xml:space="preserve">3. </w:t>
      </w:r>
      <w:r>
        <w:t>Государственная Дума может выразить недоверие Правительству Российской 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 Федерации вправе объявить об отставке Правительства Российской Федерации либо не согласиться с решением Государственной Думы. В случае если Государственная Дума в течение трех месяцев повторно выразит недоверие Правительству Российской Федерации, Президент Российской Федерации объявляет об отставке Правительства Российской Федерации либо распускает Государственную Думу и назначает новые выборы. (В редакции Закона Российской Федерации о поправке к Конституции Российской Федерации от 14.03.2020 № 1-ФКЗ)</w:t>
      </w:r>
    </w:p>
    <w:p>
      <w:r>
        <w:rPr>
          <w:b/>
        </w:rPr>
        <w:t xml:space="preserve">4. </w:t>
      </w:r>
      <w:r>
        <w:t>Председатель Правительства Российской Федерации вправе поставить перед Государственной Думой вопрос о доверии Правительству Российской Федерации, который подлежит рассмотрению в течение семи дней. Если Государственная Дума отказывает в доверии Правительству Российской Федерации, Президент Российской Федерации в течение семи дней вправе принять решение об отставке Правительства Российской Федерации или о роспуске Государственной Думы и назначении новых выборов. В случае если Правительство Российской Федерации в течение трех месяцев повторно поставит перед Государственной Думой вопрос о доверии, а Государственная Дума в доверии Правительству Российской Федерации откажет, Президент Российской Федерации принимает решение об отставке Правительства Российской Федерации или о роспуске Государственной Думы и назначении новых выборов. (В редакции Закона Российской Федерации о поправке к Конституции Российской Федерации от 14.03.2020 № 1-ФКЗ)</w:t>
      </w:r>
    </w:p>
    <w:p>
      <w:r>
        <w:rPr>
          <w:b/>
        </w:rPr>
        <w:t xml:space="preserve">4.1. </w:t>
      </w:r>
      <w:r>
        <w:t>Председатель Правительства Российской Федерации, Заместитель Председателя Правительства Российской Федерации, федеральный министр вправе подать в отставку, которая принимается или отклоняется Президентом Российской Федерации. (Дополнение частью - Закон Российской Федерации о поправке к Конституции Российской Федерации от 14.03.2020 № 1-ФКЗ)</w:t>
      </w:r>
    </w:p>
    <w:p>
      <w:r>
        <w:rPr>
          <w:b/>
        </w:rPr>
        <w:t xml:space="preserve">5. </w:t>
      </w:r>
      <w:r>
        <w:t>В случае отставки или сложения полномочий Правительство Российской Федерации по поручению Президента Российской Федерации продолжает действовать до сформирования нового Правительства Российской Федерации. В случае освобождения от должности Президентом Российской Федерации или отставки Председателя Правительства Российской Федерации, Заместителя Председателя Правительства Российской Федерации, федерального министра Президент Российской Федерации вправе поручить этому лицу продолжать исполнять обязанности по должности или возложить их исполнение на другое лицо до соответствующего назначения. (В редакции Закона Российской Федерации о поправке к Конституции Российской Федерации от 14.03.2020 № 1-ФКЗ)</w:t>
      </w:r>
    </w:p>
    <w:p>
      <w:r>
        <w:rPr>
          <w:b/>
        </w:rPr>
        <w:t xml:space="preserve">6. </w:t>
      </w:r>
      <w:r>
        <w:t>Государственная Дума не может выразить недоверие Правительству Российской Федерации, а Председатель Правительства Российской Федерации не может ставить перед Государственной Думой вопрос о доверии Правительству Российской Федерации в случаях, предусмотренных частями 3 - 5 статьи 109 Конституции Российской Федерации, а также в течение года после назначения Председателя Правительства Российской Федерации в соответствии с частью 4 статьи 111 Конституции Российской Федерации. (Дополнение частью - Закон Российской Федерации о поправке к Конституции Российской Федерации от 14.03.2020 № 1-ФКЗ)</w:t>
      </w:r>
    </w:p>
    <w:p>
      <w:pPr>
        <w:pStyle w:val="Heading3"/>
      </w:pPr>
      <w:r>
        <w:t>СУДЕБНАЯ ВЛАСТЬ И ПРОКУРАТУРА</w:t>
      </w:r>
    </w:p>
    <w:p>
      <w:r>
        <w:rPr>
          <w:b/>
        </w:rPr>
        <w:t>Статья 118</w:t>
      </w:r>
    </w:p>
    <w:p>
      <w:r>
        <w:rPr>
          <w:b/>
        </w:rPr>
        <w:t xml:space="preserve">1. </w:t>
      </w:r>
      <w:r>
        <w:t>Правосудие в Российской Федерации осуществляется только судом.</w:t>
      </w:r>
    </w:p>
    <w:p>
      <w:r>
        <w:rPr>
          <w:b/>
        </w:rPr>
        <w:t xml:space="preserve">2. </w:t>
      </w:r>
      <w:r>
        <w:t>Судебная власть осуществляется посредством конституционного, гражданского, арбитражного, административного и уголовного судопроизводства. (В редакции Закона Российской Федерации о поправке к Конституции Российской Федерации от 14.03.2020 № 1-ФКЗ)</w:t>
      </w:r>
    </w:p>
    <w:p>
      <w:r>
        <w:rPr>
          <w:b/>
        </w:rPr>
        <w:t xml:space="preserve">3. </w:t>
      </w:r>
      <w:r>
        <w:t>Судебная система Российской Федерации устанавливается Конституцией Российской Федерации и федеральным конституционным законом. Судебную систему Российской Федерации составляют Конституционный Суд Российской Федерации, Верховный Суд Российской Федерации, федеральные суды общей юрисдикции, арбитражные суды, мировые судьи субъектов Российской Федерации. Создание чрезвычайных судов не допускается. (В редакции Закона Российской Федерации о поправке к Конституции Российской Федерации от 14.03.2020 № 1-ФКЗ)</w:t>
      </w:r>
    </w:p>
    <w:p>
      <w:r>
        <w:rPr>
          <w:b/>
        </w:rPr>
        <w:t>Статья 119</w:t>
      </w:r>
    </w:p>
    <w:p>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постоянно проживающие в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Судьям судов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Федеральным законом могут быть установлены дополнительные требования к судьям судов Российской Федерации. (В редакции Закона Российской Федерации о поправке к Конституции Российской Федерации от 14.03.2020 № 1-ФКЗ)</w:t>
      </w:r>
    </w:p>
    <w:p>
      <w:r>
        <w:rPr>
          <w:b/>
        </w:rPr>
        <w:t>Статья 120</w:t>
      </w:r>
    </w:p>
    <w:p>
      <w:r>
        <w:rPr>
          <w:b/>
        </w:rPr>
        <w:t xml:space="preserve">1. </w:t>
      </w:r>
      <w:r>
        <w:t>Судьи независимы и подчиняются только Конституции Российской Федерации и федеральному закону.</w:t>
      </w:r>
    </w:p>
    <w:p>
      <w:r>
        <w:rPr>
          <w:b/>
        </w:rPr>
        <w:t xml:space="preserve">2. </w:t>
      </w:r>
      <w:r>
        <w:t>Суд, установив при рассмотрении дела несоответствие акта государственного или иного органа закону, принимает решение в соответствии с законом.</w:t>
      </w:r>
    </w:p>
    <w:p>
      <w:r>
        <w:rPr>
          <w:b/>
        </w:rPr>
        <w:t>Статья 121</w:t>
      </w:r>
    </w:p>
    <w:p>
      <w:r>
        <w:rPr>
          <w:b/>
        </w:rPr>
        <w:t xml:space="preserve">1. </w:t>
      </w:r>
      <w:r>
        <w:t>Судьи несменяемы.</w:t>
      </w:r>
    </w:p>
    <w:p>
      <w:r>
        <w:rPr>
          <w:b/>
        </w:rPr>
        <w:t xml:space="preserve">2. </w:t>
      </w:r>
      <w:r>
        <w:t>Полномочия судьи могут быть прекращены или приостановлены не иначе как в порядке и по основаниям, установленным федеральным законом.</w:t>
      </w:r>
    </w:p>
    <w:p>
      <w:r>
        <w:rPr>
          <w:b/>
        </w:rPr>
        <w:t>Статья 122</w:t>
      </w:r>
    </w:p>
    <w:p>
      <w:r>
        <w:rPr>
          <w:b/>
        </w:rPr>
        <w:t xml:space="preserve">1. </w:t>
      </w:r>
      <w:r>
        <w:t>Судьи неприкосновенны.</w:t>
      </w:r>
    </w:p>
    <w:p>
      <w:r>
        <w:rPr>
          <w:b/>
        </w:rPr>
        <w:t xml:space="preserve">2. </w:t>
      </w:r>
      <w:r>
        <w:t>Судья не может быть привлечен к уголовной ответственности иначе как в порядке, определяемом федеральным законом.</w:t>
      </w:r>
    </w:p>
    <w:p>
      <w:r>
        <w:rPr>
          <w:b/>
        </w:rPr>
        <w:t>Статья 123</w:t>
      </w:r>
    </w:p>
    <w:p>
      <w:r>
        <w:rPr>
          <w:b/>
        </w:rPr>
        <w:t xml:space="preserve">1. </w:t>
      </w:r>
      <w:r>
        <w:t>Разбирательство дел во всех судах открытое. Слушание дела в закрытом заседании допускается в случаях, предусмотренных федеральным законом.</w:t>
      </w:r>
    </w:p>
    <w:p>
      <w:r>
        <w:rPr>
          <w:b/>
        </w:rPr>
        <w:t xml:space="preserve">2. </w:t>
      </w:r>
      <w:r>
        <w:t>Заочное разбирательство уголовных дел в судах не допускается, кроме случаев, предусмотренных федеральным законом.</w:t>
      </w:r>
    </w:p>
    <w:p>
      <w:r>
        <w:rPr>
          <w:b/>
        </w:rPr>
        <w:t xml:space="preserve">3. </w:t>
      </w:r>
      <w:r>
        <w:t>Судопроизводство осуществляется на основе состязательности и равноправия сторон.</w:t>
      </w:r>
    </w:p>
    <w:p>
      <w:r>
        <w:rPr>
          <w:b/>
        </w:rPr>
        <w:t xml:space="preserve">4. </w:t>
      </w:r>
      <w:r>
        <w:t>В случаях, предусмотренных федеральным законом, судопроизводство осуществляется с участием присяжных заседателей.</w:t>
      </w:r>
    </w:p>
    <w:p>
      <w:r>
        <w:rPr>
          <w:b/>
        </w:rPr>
        <w:t>Статья 124</w:t>
      </w:r>
    </w:p>
    <w:p>
      <w:r>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
        <w:rPr>
          <w:b/>
        </w:rPr>
        <w:t>Статья 125</w:t>
      </w:r>
    </w:p>
    <w:p>
      <w:r>
        <w:rPr>
          <w:b/>
        </w:rPr>
        <w:t xml:space="preserve">1. </w:t>
      </w:r>
      <w:r>
        <w:t>Конституционный Суд Российской Федерации является высшим судебным органом конституционного контроля в Российской Федерации, осуществляющим судебную власть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Конституционный Суд Российской Федерации состоит из 11 судей, включая Председателя Конституционного Суда Российской Федерации и его заместителя. (В редакции Закона Российской Федерации о поправке к Конституции Российской Федерации от 14.03.2020 № 1-ФКЗ)</w:t>
      </w:r>
    </w:p>
    <w:p>
      <w:r>
        <w:rPr>
          <w:b/>
        </w:rPr>
        <w:t xml:space="preserve">2. </w:t>
      </w:r>
      <w:r>
        <w:t>Конституционный Суд Российской Федерации по запросам Президента Российской Федерации, Совета Федерации, Государственной Думы,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br/>
        <w:t>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w:t>
        <w:br/>
        <w:t>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br/>
        <w:t>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br/>
        <w:t>г) не вступивших в силу международных договоров Российской Федерации.</w:t>
        <w:br/>
        <w:t>(Часть в редакции Закона Российской Федерации о поправке к Конституции Российской Федерации от 14.03.2020 № 1-ФКЗ)</w:t>
      </w:r>
    </w:p>
    <w:p>
      <w:r>
        <w:rPr>
          <w:b/>
        </w:rPr>
        <w:t xml:space="preserve">3. </w:t>
      </w:r>
      <w:r>
        <w:t>Конституционный Суд Российской Федерации разрешает споры о компетенции:</w:t>
        <w:br/>
        <w:t>а) между федеральными органами государственной власти;</w:t>
        <w:br/>
        <w:t>б) между органами государственной власти Российской Федерации и органами государственной власти субъектов Российской Федерации;</w:t>
        <w:br/>
        <w:t>в) между высшими государственными органами субъектов Российской Федерации.</w:t>
      </w:r>
    </w:p>
    <w:p>
      <w:r>
        <w:rPr>
          <w:b/>
        </w:rPr>
        <w:t xml:space="preserve">4. </w:t>
      </w:r>
      <w:r>
        <w:t>Конституционный Суд Российской Федерации в порядке, установленном федеральным конституционным законом, проверяет:</w:t>
        <w:br/>
        <w:t>а) по жалобам на нарушение конституционных прав и свобод граждан - конституционность законов и иных нормативных актов, указанных в пунктах "а" и "б" части 2 настоящей статьи, примененных в конкретном деле, если исчерпаны все другие внутригосударственные средства судебной защиты;</w:t>
        <w:br/>
        <w:t>б) по запросам судов - конституционность законов и иных нормативных актов, указанных в пунктах "а" и "б" части 2 настоящей статьи, подлежащих применению в конкретном деле.</w:t>
        <w:br/>
        <w:t>(Часть в редакции Закона Российской Федерации о поправке к Конституции Российской Федерации от 14.03.2020 № 1-ФКЗ)</w:t>
      </w:r>
    </w:p>
    <w:p>
      <w:r>
        <w:rPr>
          <w:b/>
        </w:rPr>
        <w:t xml:space="preserve">5. </w:t>
      </w:r>
      <w:r>
        <w:t>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w:t>
      </w:r>
    </w:p>
    <w:p>
      <w:r>
        <w:rPr>
          <w:b/>
        </w:rPr>
        <w:t xml:space="preserve">5.1. </w:t>
      </w:r>
      <w:r>
        <w:t>Конституционный Суд Российской Федерации:</w:t>
        <w:br/>
        <w:t>а)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принятых в порядке, предусмотренном частями 2 и 3 статьи 107 и частью 2 статьи 108 Конституции Российской Федерации, законов до их подписания Президентом Российской Федерации;</w:t>
        <w:br/>
        <w:t>б) в порядке, установленном федеральным конституционным законом,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а также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w:t>
        <w:br/>
        <w:t>в) по запросу Президента Российской Федерации в порядке, установленном федеральным конституционным законом, проверяет конституционность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br/>
        <w:t>(Дополнение частью - Закон Российской Федерации о поправке к Конституции Российской Федерации от 14.03.2020 № 1-ФКЗ)</w:t>
      </w:r>
    </w:p>
    <w:p>
      <w:r>
        <w:rPr>
          <w:b/>
        </w:rPr>
        <w:t xml:space="preserve">6. </w:t>
      </w:r>
      <w:r>
        <w:t>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применению. Акты или их отдельные положения, признанные конституционными в истолковании, данном Конституционным Судом Российской Федерации, не подлежат применению в ином истолковании. (В редакции Закона Российской Федерации о поправке к Конституции Российской Федерации от 14.03.2020 № 1-ФКЗ)</w:t>
      </w:r>
    </w:p>
    <w:p>
      <w:r>
        <w:rPr>
          <w:b/>
        </w:rPr>
        <w:t xml:space="preserve">7. </w:t>
      </w:r>
      <w:r>
        <w:t>Конституционный Суд Российской Федерации по запросу Совета Федерации дает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(В редакции Закона Российской Федерации о поправке к Конституции Российской Федерации от 14.03.2020 № 1-ФКЗ)</w:t>
      </w:r>
    </w:p>
    <w:p>
      <w:r>
        <w:rPr>
          <w:b/>
        </w:rPr>
        <w:t xml:space="preserve">8. </w:t>
      </w:r>
      <w:r>
        <w:t>Конституционный Суд Российской Федерации осуществляет иные полномочия, установленные федеральным конституционным законом. (Дополнение частью - Закон Российской Федерации о поправке к Конституции Российской Федерации от 14.03.2020 № 1-ФКЗ)</w:t>
      </w:r>
    </w:p>
    <w:p>
      <w:r>
        <w:rPr>
          <w:b/>
        </w:rPr>
        <w:t>Статья 126</w:t>
      </w:r>
    </w:p>
    <w:p>
      <w:r>
        <w:t>Верховный Суд Российской Федерации является высшим судебным органом по гражданским делам, разрешению экономических споров, уголовным, административным и иным делам, подсудным судам общей юрисдикции и арбитражным судам, образованным в соответствии с федеральным конституционным законом и осуществляющим судебную власть посредством гражданского, арбитражного, административного и уголовного судопроизводства. Верховный Суд Российской Федерации осуществляет в предусмотренных федеральным законом процессуальных формах судебный надзор за деятельностью судов общей юрисдикции и арбитражных судов и дает разъяснения по вопросам судебной практики. (В редакции Закона Российской Федерации о поправке к Конституции Российской Федерации от 14.03.2020 № 1-ФКЗ)</w:t>
      </w:r>
    </w:p>
    <w:p>
      <w:r>
        <w:rPr>
          <w:b/>
        </w:rPr>
        <w:t>Статья 127</w:t>
      </w:r>
    </w:p>
    <w:p>
      <w:r>
        <w:t>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прокуратуре Российской Федерации"). (Закон Российской Федерации о поправке к Конституции Российской Федерации от 05.02.2014 № 2-ФКЗ)</w:t>
      </w:r>
    </w:p>
    <w:p>
      <w:r>
        <w:rPr>
          <w:b/>
        </w:rPr>
        <w:t>Статья 128</w:t>
      </w:r>
    </w:p>
    <w:p>
      <w:r>
        <w:rPr>
          <w:b/>
        </w:rPr>
        <w:t xml:space="preserve">1. </w:t>
      </w:r>
      <w:r>
        <w:t>Председатель Конституционного Суда Российской Федерации, заместитель Председателя Конституционного Суда Российской Федерации и судьи Конституционного Суда Российской Федерации, Председатель Верховного Суда Российской Федерации, заместители Председателя Верховного Суда Российской Федерации и судьи Верховного Суда Российской Федерации назначаются Советом Федерации по представлению Президента Российской Федерации.</w:t>
      </w:r>
    </w:p>
    <w:p>
      <w:r>
        <w:rPr>
          <w:b/>
        </w:rPr>
        <w:t xml:space="preserve">2. </w:t>
      </w:r>
      <w:r>
        <w:t>Председатели, заместители председателей и судьи других федеральных судов назначаются Президентом Российской Федерации в порядке, установленном федеральным конституционным законом.</w:t>
      </w:r>
    </w:p>
    <w:p>
      <w:r>
        <w:rPr>
          <w:b/>
        </w:rPr>
        <w:t xml:space="preserve">3. </w:t>
      </w:r>
      <w:r>
        <w:t>Полномочия,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Конституцией Российской Федерации и федеральным конституционным законом. Порядок осуществления гражданского, арбитражного, административного и уголовного судопроизводства регулируется также соответствующим процессуальным законодательством.</w:t>
        <w:br/>
        <w:t>(Статья в редакции Закона Российской Федерации о поправке к Конституции Российской Федерации от 14.03.2020 № 1-ФКЗ)</w:t>
      </w:r>
    </w:p>
    <w:p>
      <w:r>
        <w:rPr>
          <w:b/>
        </w:rPr>
        <w:t>Статья 129</w:t>
      </w:r>
    </w:p>
    <w:p>
      <w:r>
        <w:rPr>
          <w:b/>
        </w:rPr>
        <w:t xml:space="preserve">1. </w:t>
      </w:r>
      <w:r>
        <w:t>Прокуратура Российской Федерации - единая федеральная централизованная система органов, осуществляющих надзор за соблюдением Конституции Российской Федерации и исполнением законов, надзор за соблюдением прав и свобод человека и гражданина, уголовное преследование в соответствии со своими полномочиями, а также выполняющих иные функции. Полномочия и функции прокуратуры Российской Федерации, ее организация и порядок деятельности определяются федеральным законом.</w:t>
      </w:r>
    </w:p>
    <w:p>
      <w:r>
        <w:rPr>
          <w:b/>
        </w:rPr>
        <w:t xml:space="preserve">2. </w:t>
      </w:r>
      <w:r>
        <w:t>Прокурорами могут быть граждане Российской Федерации, не имеющие гражданства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Прокурорам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p>
    <w:p>
      <w:r>
        <w:rPr>
          <w:b/>
        </w:rPr>
        <w:t xml:space="preserve">3. </w:t>
      </w:r>
      <w:r>
        <w:t>Генеральный прокурор Российской Федерации, заместители Генерального прокурора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
        <w:rPr>
          <w:b/>
        </w:rPr>
        <w:t xml:space="preserve">4. </w:t>
      </w:r>
      <w:r>
        <w:t>Прокуроры субъектов Российской Федерации, прокуроры военных и других специализированных прокуратур, приравненные к прокурорам субъектов Российской Федерации, назначаются на должность после консультаций с Советом Федерации и освобождаются от должности Президентом Российской Федерации.</w:t>
      </w:r>
    </w:p>
    <w:p>
      <w:r>
        <w:rPr>
          <w:b/>
        </w:rPr>
        <w:t xml:space="preserve">5. </w:t>
      </w:r>
      <w:r>
        <w:t>Иные прокуроры могут назначаться на должность и освобождаться от должности Президентом Российской Федерации, если такой порядок назначения на должность и освобождения от должности установлен федеральным законом.</w:t>
      </w:r>
    </w:p>
    <w:p>
      <w:r>
        <w:rPr>
          <w:b/>
        </w:rPr>
        <w:t xml:space="preserve">6. </w:t>
      </w:r>
      <w:r>
        <w:t>Если иное не предусмотрено федеральным законом, прокуроры городов, районов и приравненные к ним прокуроры назначаются на должность и освобождаются от должности Генеральным прокурором Российской Федерации.</w:t>
        <w:br/>
        <w:t>(Статья в редакции Закона Российской Федерации о поправке к Конституции Российской Федерации от 14.03.2020 № 1-ФКЗ)</w:t>
      </w:r>
    </w:p>
    <w:p>
      <w:pPr>
        <w:pStyle w:val="Heading3"/>
      </w:pPr>
      <w:r>
        <w:t>МЕСТНОЕ САМОУПРАВЛЕНИЕ</w:t>
      </w:r>
    </w:p>
    <w:p>
      <w:r>
        <w:rPr>
          <w:b/>
        </w:rPr>
        <w:t>Статья 130</w:t>
      </w:r>
    </w:p>
    <w:p>
      <w:r>
        <w:rPr>
          <w:b/>
        </w:rPr>
        <w:t xml:space="preserve">1. </w:t>
      </w:r>
      <w:r>
        <w:t>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
        <w:rPr>
          <w:b/>
        </w:rPr>
        <w:t xml:space="preserve">2. </w:t>
      </w:r>
      <w:r>
        <w:t>Местное самоуправление осуществляется гражданами путем референдума, выборов, других форм прямого волеизъявления, через выборные и другие органы местного самоуправления.</w:t>
      </w:r>
    </w:p>
    <w:p>
      <w:r>
        <w:rPr>
          <w:b/>
        </w:rPr>
        <w:t>Статья 131</w:t>
      </w:r>
    </w:p>
    <w:p>
      <w:r>
        <w:rPr>
          <w:b/>
        </w:rPr>
        <w:t xml:space="preserve">1. </w:t>
      </w:r>
      <w:r>
        <w:t>Местное самоуправление осуществляется в муниципальных образованиях, виды которых устанавливаются федеральным законом. Территории муниципальных образований определяются с учетом исторических и иных местных традиций. Структура органов местного самоуправления определяется населением самостоятельно в соответствии с общими принципами организации местного самоуправления в Российской Федерации, установленными федеральным законом. (В редакции Закона Российской Федерации о поправке к Конституции Российской Федерации от 14.03.2020 № 1-ФКЗ)</w:t>
      </w:r>
    </w:p>
    <w:p>
      <w:r>
        <w:rPr>
          <w:b/>
        </w:rPr>
        <w:t xml:space="preserve">1.1. </w:t>
      </w:r>
      <w: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 (Дополнение частью - Закон Российской Федерации о поправке к Конституции Российской Федерации от 14.03.2020 № 1-ФКЗ)</w:t>
      </w:r>
    </w:p>
    <w:p>
      <w:r>
        <w:rPr>
          <w:b/>
        </w:rPr>
        <w:t xml:space="preserve">2. </w:t>
      </w:r>
      <w:r>
        <w:t>Изменение границ территорий, в пределах которых осуществляется местное самоуправление, допускается с учетом мнения населения соответствующих территорий в порядке, установленном федеральным законом. (В редакции Закона Российской Федерации о поправке к Конституции Российской Федерации от 14.03.2020 № 1-ФКЗ)</w:t>
      </w:r>
    </w:p>
    <w:p>
      <w:r>
        <w:rPr>
          <w:b/>
        </w:rPr>
        <w:t xml:space="preserve">3. </w:t>
      </w:r>
      <w:r>
        <w:t>Особенности осуществления публичной власти на территориях городов федерального значения, административных центров (столиц) субъектов Российской Федерации и на других территориях могут устанавливаться федеральным законом. (Дополнение частью - Закон Российской Федерации о поправке к Конституции Российской Федерации от 14.03.2020 № 1-ФКЗ)</w:t>
      </w:r>
    </w:p>
    <w:p>
      <w:r>
        <w:rPr>
          <w:b/>
        </w:rPr>
        <w:t>Статья 132</w:t>
      </w:r>
    </w:p>
    <w:p>
      <w:r>
        <w:rPr>
          <w:b/>
        </w:rPr>
        <w:t xml:space="preserve">1. </w:t>
      </w:r>
      <w:r>
        <w:t>Органы местного самоуправления самостоятельно управляют муниципальной собственностью, формируют, утверждают и исполняют местный бюджет, вводят местные налоги и сборы, решают иные вопросы местного значения, а также в соответствии с федеральным законом обеспечивают в пределах своей компетенции доступность медицинской помощи. (В редакции Закона Российской Федерации о поправке к Конституции Российской Федерации от 14.03.2020 № 1-ФКЗ)</w:t>
      </w:r>
    </w:p>
    <w:p>
      <w:r>
        <w:rPr>
          <w:b/>
        </w:rPr>
        <w:t xml:space="preserve">2. </w:t>
      </w:r>
      <w:r>
        <w:t>Органы местного самоуправления могут наделяться федеральным законом, законом субъекта Российской Федерации отдельными государственными полномочиями при условии передачи им необходимых для осуществления таких полномочий материальных и финансовых средств. Реализация переданных полномочий подконтрольна государству. (В редакции Закона Российской Федерации о поправке к Конституции Российской Федерации от 14.03.2020 № 1-ФКЗ)</w:t>
      </w:r>
    </w:p>
    <w:p>
      <w:r>
        <w:rPr>
          <w:b/>
        </w:rPr>
        <w:t xml:space="preserve">3. </w:t>
      </w:r>
      <w: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 (Дополнение частью - Закон Российской Федерации о поправке к Конституции Российской Федерации от 14.03.2020 № 1-ФКЗ)</w:t>
      </w:r>
    </w:p>
    <w:p>
      <w:r>
        <w:rPr>
          <w:b/>
        </w:rPr>
        <w:t>Статья 133</w:t>
      </w:r>
    </w:p>
    <w:p>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выполнения органами местного самоуправления во взаимодействии с органами государственной власти публичных функций, а также запретом на ограничение прав местного самоуправления, установленных Конституцией Российской Федерации и федеральными законами. (В редакции Закона Российской Федерации о поправке к Конституции Российской Федерации от 14.03.2020 № 1-ФКЗ)</w:t>
      </w:r>
    </w:p>
    <w:p>
      <w:pPr>
        <w:pStyle w:val="Heading3"/>
      </w:pPr>
      <w:r>
        <w:t>КОНСТИТУЦИОННЫЕ ПОПРАВКИ И ПЕРЕСМОТР КОНСТИТУЦИИ</w:t>
      </w:r>
    </w:p>
    <w:p>
      <w:r>
        <w:rPr>
          <w:b/>
        </w:rPr>
        <w:t>Статья 134</w:t>
      </w:r>
    </w:p>
    <w:p>
      <w:r>
        <w:t>Предложения о поправках и пересмотре положений Конституции Российской Федерации могут вносить Президент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депутатов Государственной Думы.</w:t>
      </w:r>
    </w:p>
    <w:p>
      <w:r>
        <w:rPr>
          <w:b/>
        </w:rPr>
        <w:t>Статья 135</w:t>
      </w:r>
    </w:p>
    <w:p>
      <w:r>
        <w:rPr>
          <w:b/>
        </w:rPr>
        <w:t xml:space="preserve">1. </w:t>
      </w:r>
      <w:r>
        <w:t>Положения глав 1, 2 и 9 Конституции Российской Федерации не могут быть пересмотрены Федеральным Собранием.</w:t>
      </w:r>
    </w:p>
    <w:p>
      <w:r>
        <w:rPr>
          <w:b/>
        </w:rPr>
        <w:t xml:space="preserve">2. </w:t>
      </w:r>
      <w:r>
        <w:t>Если предложение о пересмотре положений глав 1, 2 и 9 Конституции Российской Федерации будет поддержано тремя пятыми голосов от общего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
        <w:rPr>
          <w:b/>
        </w:rPr>
        <w:t xml:space="preserve">3. </w:t>
      </w:r>
      <w:r>
        <w:t>Конституционное Собрание либо подтверждает неизменность Конституции Российской Федерации, либо разрабатывает проект новой Конституции Российской Федерации, который принимается 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
        <w:rPr>
          <w:b/>
        </w:rPr>
        <w:t>Статья 136</w:t>
      </w:r>
    </w:p>
    <w:p>
      <w:r>
        <w:t>Поправки к главам 3 - 8 Конституции Российской Федерации принимаются в порядке,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
        <w:rPr>
          <w:b/>
        </w:rPr>
        <w:t>Статья 137</w:t>
      </w:r>
    </w:p>
    <w:p>
      <w:r>
        <w:rPr>
          <w:b/>
        </w:rPr>
        <w:t xml:space="preserve">1. </w:t>
      </w:r>
      <w:r>
        <w:t>Изменения в статью 65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w:t>
      </w:r>
    </w:p>
    <w:p>
      <w:r>
        <w:rPr>
          <w:b/>
        </w:rPr>
        <w:t xml:space="preserve">2. </w:t>
      </w:r>
      <w:r>
        <w:t>В случае изменения наименования республики, края, области, города федерального значения, автономной области, автономного округа новое наименование субъекта Российской Федерации подлежит включению в статью 65 Конституции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