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заявление гражданки ФИО2 (дата и место рождения: 12.08.1976, г.Ленинград, место жительства (регистрации): Ленинградская обл., &lt;...&gt;; СНИЛС &lt;***&gt;, ИНН &lt;***&gt;) о признании ее несостоятельной (банкротом) обоснованным.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гражданку ФИО2 несостоятельной (банкротом).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Ввести в отношении гражданки ФИО2 процедуру реализации имущества гражданина сроком на шесть месяцев до 09 октября 2021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финансовым управляющим в деле о банкротстве гражданки ФИО2 для участия в процедуре реализации имущества гражданина арбитражного управляющего ФИО5 (ИНН &lt;***&gt;, регистрационный номер в реестре арбитражных управляющих НПС СОПАУ «Альянс управляющих» – 513, адрес для корреспонденции: 197022, Санкт-Петербург, а/я 33), члена Некоммерческого партнерства – Союз «Межрегиональная саморегулируемая организация профессиональных арбитражных управляющих «Альянс управляющих» (ИНН &lt;***&gt;, адрес: 350015, &lt;...&gt;).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Финансовому управляющему: - незамедлительно приступить к исполнению обязанностей, предусмотренных п.8 ст.213.9 Федерального закона от 26.10.2002 №127-ФЗ «О несостоятельности (банкротстве)»; - представить в арбитражный суд доказательства публикации в газете «Коммерсантъ» сведений о введении процедуры реализации имущества гражданина и включения указанных сведений в Единый федеральный реестр сведений о банкротстве. При предоставлении документов по настоящему делу указывать номера обособленных споров (тр., сд., со. и т.д. в т.ч. в наименовании файлов в формате pdf.).</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Назначить рассмотрение отчета финансового управляющего о результатах реализации имущества гражданина в судебном заседании на 15 октября 2021 года в 10 час. 50 мин. в помещении суда по адресу: Санкт-Петербург, ул. Смольного, д.6, зал № 4001.</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Привлечь к участию в деле о банкротстве Отдел опеки и попечительства «Большая Охта» Красногвардейский район (адрес: Санкт-Петербург, Большеохтинский пр-кт, д.19). Решение подлежит немедленному исполнению и может быть обжаловано в Тринадцатый арбитражный апелляционный суд в срок, не превышающий месяца со дня его принятия. Обжалование настоящего решения не приостанавливает его исполнение. Судья Пономарева О.С. Суд: АС Санкт-Петербурга и Ленинградской обл. (подробнее) Иные лица: АО "ОПТ Банк" (подробнее) АО "Почта Банк" (подробнее) Инспекция Федеральной налоговой службы по Всеволожскому району Ленинградской области (подробнее) НП Союз "Межрегиональная саморегулируемая организация профессиональных арбитражных управляющих "Альянс управляющих" (подробнее) ПАО Банк ВТБ (подробнее) ПАО "РОСБАНК" (подробнее) ПАО "СБербаанк России" (подробнее) Управление Росреестра по ЛО (подробнее) Последние документы по делу: Резолютивная часть решения от 9 апреля 2021 г. по делу № А56-1614/2021 Решение от 12 апреля 2021 г. по делу № А56-1614/2021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