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12 июля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Союза арбитражных управляющих «Созидание».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00 минут 06 июля 2022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29 июня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Истцы: ООО "Акцепт" (подробнее) ООО "Югорское коллекторское агентство" "Югория" (подробнее) Иные лица: Союз арбитражных управляющих "Созидание" (подробнее) Союз АУ "Созидание" (подробнее) Судьи дела: Карпова Е.А. (судья) (подробнее) Последние документы по делу: Решение от 12 января 2022 г. по делу № А49-10658/2021 Резолютивная часть решения от 12 января 2022 г. по делу № А49-10658/2021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