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 бездействие Департамента финансов и имущества Администрации города Кургана (далее – заинтересованное лицо), выразившиеся в неприостановлении до момента устранения нарушения осуществления операций по расходованию средств на всех лицевых счетах Муниципального бюджетного дошкольного образовательного учреждения города Кургана «Детский сад общеразвивающего вида № 5 «Солнечный» (за исключением операций по исполнению исполнительных документов, решений налоговых органов, а также распоряжений о совершении казначейских платежей,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связи с непогашением Муниципальным бюджетным дошкольным образовательным учреждением города Кургана «Детский сад общеразвивающего вида № 5 «Солнечный» задолженности по следующим исполнительным документам, выданным Арбитражным судом Курганской области: Судебный приказ № А34-9204/2017 от 07.08.2017, Судебный приказ № А34-13722/2016 от 02.12.2016, Исполнительный лист ФС № 019066975 от 19.07.2017, Исполнительный лист ФС № 012736493 от 24.08.2016, Судебный приказ № А34-978/2017 от 08.02.2017, Судебный приказ № А34-268/2017 от 27.01.2017, Судебный приказ № А34-155/2018 от 17.01.2018, Судебный приказ № А34-1225/2018 от 26.02.2018, Судебный приказ № А34-2714/2018 от 11.04.2018, Судебный приказ № А34-3666/2018 от 24.04.2018, Судебный приказ № А34-7982/2018 от 30.07.2018, Судебный приказ № А34-13154/2018 от 26.11.2018, Судебный приказ № А34-2993/2019 от 22.03.2019, Судебный приказ № А34-4353/2019 от 19.04.2019, Судебный приказ № А34-4028/2019 от 12.04.2019, Судебный приказ № А34-7910/2019 от 17.06.2019, Судебный приказ № А34-9733/2019 от 18.07.2019, Судебный приказ № А34-13580/2019 от 03.12.2019.</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Департамент финансов и имущества Администрации города Кургана приостановить расходные операций на всех лицевых счетах Муниципального бюджетного дошкольного образовательного учреждения города Кургана «Детский сад общеразвивающего вида № 5 «Солнечный» (за исключением операций по исполнению исполнительных документов, решений налоговых органов, а также распоряжений о совершении казначейских платежей,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связи с непогашением Муниципальным бюджетным дошкольным образовательным учреждением города Кургана «Детский сад общеразвивающего вида № 5 «Солнечный» задолженности по следующим исполнительным документам, выданным Арбитражным судом Курганской области: Судебный приказ № А34-9204/2017 от 07.08.2017, Судебный приказ № А34-13722/2016 от 02.12.2016, Исполнительный лист ФС № 019066975 от 19.07.2017, Исполнительный лист ФС № 012736493 от 24.08.2016, Судебный приказ № А34-978/2017 от 08.02.2017, Судебный приказ № А34-268/2017 от 27.01.2017, Судебный приказ № А34-155/2018 от 17.01.2018, Судебный приказ № А34-1225/2018 от 26.02.2018, Судебный приказ № А34-2714/2018 от 11.04.2018, Судебный приказ № А34-3666/2018 от 24.04.2018, Судебный приказ № А34-7982/2018 от 30.07.2018, Судебный приказ № А34-13154/2018 от 26.11.2018, Судебный приказ № А34-2993/2019 от 22.03.2019, Судебный приказ № А34-4353/2019 от 19.04.2019, Судебный приказ № А34-4028/2019 от 12.04.2019, Судебный приказ № А34-7910/2019 от 17.06.2019, Судебный приказ № А34-9733/2019 от 18.07.2019, Судебный приказ № А34-13580/2019 от 03.12.2019.</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Департамента финансов и имущества Администрации города Кургана в пользу Публичного акционерного общества «Курганская генерирующая компания» судебные расходы по оплате государственной пошлины в размере 3 000 руб. Стороны явку своих представителей в судебное заседание не обеспечили. В материалы дела от заявителя поступили дополнительные доказательства и ходатайство о рассмотрении дела по существу без участия представителя, в котором заявитель указывает, что заявленные требования поддерживает, оплаты задолженности по исполнительным документам не поступало. Судом поступившие документы приобщены к материалам дела в силу положений статьи 66 Арбитражного процессуального кодекса Российской Федерации. В соответствии со статьёй 156 Арбитражного процессуального кодекса Российской Федерации дело рассмотрено в отсутствие представителей лиц, участвующих в деле. Исследовав письменные материалы дела, суд установил следующее. Из материалов дела следует, что Арбитражным судом Курганской выданы исполнительные документы: Судебный приказ № А34-9204/2017 от 07.08.2017, Судебный приказ № А34-13722/2016 от 02.12.2016, Исполнительный лист ФС № 019066975 от 19.07.2017, Исполнительный лист ФС № 012736493 от 24.08.2016, Судебный приказ № А34-978/2017 от 08.02.2017, Судебный приказ № А34-268/2017 от 27.01.2017, Судебный приказ № А34-155/2018 от 17.01.2018, Судебный приказ № А34-1225/2018 от 26.02.2018, Судебный приказ № А34-2714/2018 от 11.04.2018, Судебный приказ № А34-3666/2018 от 24.04.2018, Судебный приказ № А34-7982/2018 от 30.07.2018, Судебный приказ № А34-13154/2018 от 26.11.2018, Судебный приказ № А34-2993/2019 от 22.03.2019, Судебный приказ № А34-4353/2019 от 19.04.2019, Судебный приказ № А34-4028/2019 от 12.04.2019, Судебный приказ № А34-7910/2019 от 17.06.2019, Судебный приказ № А34-9733/2019 от 18.07.2019, Судебный приказ № А34-13580/2019 от 03.12.2019на взыскание с Муниципального бюджетного дошкольного образовательного учреждения города Кургана «Детский сад общеразвивающего вида № 5 «Солнечный» в пользу публичного акционерного общества «Курганская генерирующая компания» задолженности в виде основного долга по договорам энергоснабжения (теплоснабжения, водоснабжения и пр.), начисленных за несвоевременную оплату пени, судебных расходов по оплате государственной пошлины. Судебные акты вступили в законную силу. В целях исполнения указанные исполнительные документы были направлены заявителем в Департамент финансов и имущества Администрации города Кургана. Факт получения исполнительных документов заинтересованным лицом не оспаривается. На момент рассмотрения дела задолженность по исполнительным документам не погашена (сведения об обратном участниками дела не были представлены в материалы дела). При этом осуществление операций по расходованию средств на лицевых счетах учреждения Департаментом не приостанавливалось. Сведений об обратном в материалы дела представлено не было. В связи с неисполнением Департаментом исполнительных документов Арбитражного суда Курганской области о взыскании задолженности и считая незаконным бездействие заинтересованного лица, выразившееся в не приостановлении операций по счетам должника, заявитель обратился в арбитражный суд с настоящим заявлением. Исследовав обстоятельства дела и оценив представленные доказательства в их совокупности и взаимосвязи, в соответствии со статьями 65 , 71 Арбитражного процессуального кодекса Российской Федерации, суд пришел к следующему. Согласно пункту 2 части 1 статьи 29 Арбитражного процессуального кодекса Российской Федерации (далее - АПК РФ), арбитражные суды рассматривают дела об оспаривании затрагивающих права и законные интересы заявителя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В силу части 1 статьи 198 АПК РФ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Частью 4 статьи 200 АПК РФ установлено, что при рассмотрении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На основании части 5 статьи 200 АПК РФ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Согласно части 1 статьи 6 Федерального конституционного закона от 31.12.1996 № 1-ФКЗ «О судебной системе Российской Федерации», части 1 статьи 16 Арбитражного процессуального кодекса Российской Федерации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 При этом в силу части 2 статьи 16 АПК РФ неисполнение судебных актов, а также невыполнение требований арбитражных судов влечет за собой ответственность, установленную настоящим Кодексом и другими федеральными законами. Вышеуказанные положения означают, что указанные лица обязаны совершать все необходимые действия по оформлению (исполнению, восстановлению) прав, установленных вступившим в законную силу судебным актом арбитражного суда.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(часть 1 статьи 10 ГК РФ ). В случаях, когда закон ставит защиту гражданских прав в зависимость от того, осуществлялись ли эти права разумно и добросовестно, разумность действий и добросовестность участников гражданских правоотношений предполагаются (часть 3 статьи 10 ГК РФ ). Таким образом, судебная защита не завершается принятием судебного акта, она включает в себя реальное его исполнение. В силу статьи 318 АПК РФ судебные акты арбитражных судов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иными федеральными законами, регулирующими вопросы исполнительного производства (часть 1). Принудительное исполнение судебного акта производится на основании выдаваемого арбитражным судом исполнительного листа, если иное не предусмотрено настоящим Кодексом (часть 2). Частью 2 статьи 1 Федерального закона от 02.10.2007 № 229-ФЗ «Об исполнительном производстве» предусмотрено, что условия и порядок исполнения судебных актов по передаче гражданам, организациям денежных средств соответствующего бюджета бюджетной системы Российской Федерации устанавливаются бюджетным законодательством Российской Федерации. В силу пункта 3 статьи 239 Бюджетного кодекса Российской Федерации (далее – БК РФ) обращение взыскания на средства бюджетов бюджетной системы Российской Федерации на основании судебных актов производится в соответствии с главой 24.1 БК РФ. Из дела следует, что третье лицо является муниципальным бюджетным учреждением. В силу пункта 1 статьи 9.2 Федерального закона «О некоммерческих организациях» от 12.01.1996 № 7-ФЗ (далее - Закон № 7-ФЗ)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 Финансовое обеспечение выполнения государственного (муниципального) задания бюджетным учреждением осуществляется в виде субсидий из соответствующего бюджета бюджетной системы Российской Федерации (пункт 6 статьи 9.2 названого Закона). 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территориальном органе Федерального казначейства или финансовом органе субъекта Российской Федерации (муниципального образования) в порядке, установленном законодательством Российской Федерации (за исключением случаев, установленных Федеральным законом) (пункт 8 статьи 9.2 Закона № 7-ФЗ). В пункте 1 статьи 242.1 БК РФ определено, что исполнение судебных актов по обращению взыскания на средства бюджетов бюджетной системы Российской Федерации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 Согласно пункту 5 статьи 242.5 БК РФ главный распорядитель (распорядитель)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бюджетных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 В соответствии с пунктом 7 статьи 242.5 БК РФ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пунктом 3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 Положениями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Закон № 83-ФЗ) предусмотрен особый порядок исполнения исполнительных документов по обращению взыскания на средства бюджетных учреждений. Статьей 30 Закона № 83-ФЗ установлены особенности исполнения решений о взыскании задолженности с бюджетного учреждения. На основании части 1 статьи 30 Закона № 83-ФЗ лицевые счета федеральным бюджетным учреждениям, бюджетным учреждениям субъектов Российской Федерации, муниципальным бюджетным учреждениям для учета операций со средствами, поступающими им в соответствии с законодательством Российской Федерации (за исключением операций, осуществляемых в соответствии с нормативными правовыми актами органов государственной власти Российской Федерации, органов государственной власти субъектов Российской Федерации, муниципальными правовыми актами органов местного самоуправления бюджетными учреждениями, находящимися за пределами территории соответственно Российской Федерации, субъекта Российской Федерации, муниципального образования, а также операций, осуществляемых в соответствии с валютным законодательством Российской Федерации), открываются и ведутся соответственно в территориальных органах Федерального казначейства, финансовых органах субъектов Российской Федерации, финансовых органах муниципальных образований. В соответствии с подпунктом 1 пункта 20 статьи 30 Закона № 83-ФЗ обращение взыскания на средства бюджетных учреждений осуществляется на основании исполнительных документов (исполнительный лист, судебный приказ) в соответствии с установленными законодательством Российской Федерации требованиями, предъявляемыми к исполнительным документам, срокам предъявления исполнительных документов. В силу пункта 6 части 20 статьи 30 Закона № 83-ФЗ орган, осуществляющий открытие и ведение лицевых счетов должника, не позднее пяти рабочих дней после получения исполнительного документа направляет бюджетному учреждению - должнику уведомление о поступлении исполнительного документа и о дате его приема к исполнению с приложением заявления взыскателя. На основании пункта 7 части 20 статьи 30 Закона № 83-ФЗ бюджетное учреждение-должник в течение 30 рабочих дней со дня получения уведомления о поступлении исполнительного документа представляет в орган, осуществляющий открытие и ведение лицевых счетов должника, платежный документ на перечисление средств для полного либо частичного исполнения исполнительного документа в пределах общего остатка средств, учтенных на его лицевом счете должника. Бюджетное учреждение - должник самостоятельно определяет, с какого лицевого счета должника (лицевых счетов), открытого (открытых) ему, должно производиться списание средств для исполнения требований, содержащихся в исполнительном документе. При отсутствии либо недостаточности денежных средств для исполнения предъявленных исполнительных документов бюджетное учреждение - должник обязано предоставить в орган, осуществляющий открытие и ведение лицевых счетов должника, 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 или решения налогового органа не позднее следующего рабочего дня после дня поступления средств на определенный им лицевой счет должника. При нарушении бюджетным учреждением - должником сроков исполнения исполнительных документов, установленных абзацем первым пункта 7 части 20 статьи 30 Закона № 83-ФЗ, орган, осуществляющий открытие и ведение его лицевых счетов,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а также распоряжений о совершении казначейских платежей,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 (абзац четвертый пункта 7 части 20 статьи 30 Закона № 83-ФЗ). В случае невозможности осуществления взыскания денежных средств с бюджетного учреждения - должника в связи с отсутствием на лицевых счетах должника денежных средств в течение трех месяцев орган, осуществляющий открытие и ведение лицевых счетов должника, информирует об этом взыскателя в течение десяти дней со дня истечения трехмесячного срока (абзац первый пункта 11 части 20 статьи 30 Закона №83-ФЗ). Таким образом, законодатель возлагает на финансовый орган особую публичную функцию обеспечения исполнения судебных решений, предусматривающих обращение взыскания на средства муниципального бюджета по денежным обязательствам муниципальных бюджетных учреждений. Само по себе неисполнение должником в течение трех месяцев со дня поступления исполнительного документа является достаточным основанием для приостановления до момента устранения нарушения осуществления операций по расходованию средств на всех лицевых счетах должника, включая лицевые счета его структурных (обособленных) подразделений. При этом приостановление осуществления операций по расходованию средств на лицевых счетах должника является не правом, а обязанностью органа, осуществляющего открытие и ведение лицевых счетов муниципальных казенных учреждений. При этом само по себе неисполнение должником в течение 30 дней со дня получения уведомления о поступлении исполнительного документа является достаточным основанием для применения указанных мер сразу после истечения указанного срока. В рассматриваемом случае материалами дела подтверждается и не оспаривается заинтересованным лицом наличие у него полномочий по ведению лицевых счетов учреждения (третьего лица). Факт предъявления к исполнению исполнительных документов подтвержден материалами дела и не ставится под сомнение заинтересованным лицом. Как усматривается из обстоятельств настоящего дела, предъявленные к исполнению исполнительные документы, не возвращены заявителю и приняты Департаментом к исполнению. В установленный законом срок требования исполнительных документов должником в полном объеме исполнены не были, что участвующими в деле лицами не оспаривается. Задолженность по исполнительным документам на момент рассмотрения дела не погашена. Сведения о полном исполнении исполнительных документов Арбитражного суда Курганской области в деле отсутствуют. Наличие у третьего лица социально-значимых функций, сфера, в которой им осуществляется деятельность, для разрешения настоящего дела значения иметь не может, поскольку каких-либо изъятий из положений Бюджетного кодекса Российской Федерации, Закона № 83-ФЗ для образовательных учреждений не установлено. Отсутствие денежных средств для погашения задолженности в бюджете города, недостаточности субвенций из областного бюджета, то есть вопросы фактического исполнения не влияют на обязанность заинтересованного лица приостановить операции по расходованию средств. Поскольку установленная законом обязанность Департамента приостановить операции по расходованию средств на лицевых счетах должника в порядке, определенном пунктом 7 части 20 статьи 30 Закона №83-ФЗ, установлена императивно, и подлежит исполнению финансовым органом независимо от уровня бюджетного финансирования, частичного фактического исполнения. Суд отмечает, что согласно правовой позиции Верховного Суда Российской Федерации, изложенной в определении от 02.11.2017 № 301-КГ17-16158, применение данной меры является прямо установленной законом обязанностью, которая вводится независимо от объема доведенных до должника лимитов бюджетных обязательств и объемов финансирования и действует до момента устранения должником допущенных им нарушений. В анализируемых правоотношениях орган, осуществляющий открытие и ведение лицевых счетов муниципальных бюджетных учреждений, выступает именно в качестве специального органа местного самоуправления, обеспечивающего в силу закона должное исполнение решений судов в особой процедуре обращения взыскания на бюджетные средства, учитываемые на лицевых счетах. В этой сфере действия Департамента предопределены отношениями, связывающими взыскателя и должника, а не взаимоотношениями должника с третьими лицами, поскольку обязанность по исполнению судебного акта лежит на должнике. Изложенное свидетельствует о наличии со стороны финансового органа незаконного бездействия, противоречащего установленному Законом № 83-ФЗ порядку обращения взыскания на средства бюджетных учреждений Таким образом, заинтересованное лицо, установив неисполнение должником (третьим лицом) исполнительных документов, должно было в соответствии с абзацем 4 пункта 7 части 20 статьи 30 Закона № 83-ФЗ приостановить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с уведомлением должника и его структурных (обособленных) подразделений. Доказательств осуществления заинтересованным лицом указанных действий, направленных на приостановление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(за исключением операций, предусмотренных законом), с уведомлением должника и его структурных (обособленных) подразделений, в материалы дела не представлено. В связи с чем, бездействие Департамента, выразившееся в не приостановлении осуществления операций по расходованию средств на всех лицевых счетах третьего лица, включая лицевые счета его структурных (обособленных) подразделений, подлежит признанию незаконным, нарушающим права заявителя на своевременное и полное взыскание долга. Согласно постановлению Конституционного Суда Российской Федерации от 14.07.2005 № 8-П взыскателю должна быть гарантирована действительная возможность получить то, что ему причитается по судебному решению, в разумный срок. Рассматриваемое бездействие приводит к затягиванию исполнения судебного акта, которым подтверждено денежное обязательство, и, соответственно, нарушает права и законные интересы заявителя как взыскателя. На дату обращения заявителя в суд с рассматриваемым заявлением Департаментом не были приняты предусмотренные законом меры по приостановлению операций по расходованию средств на лицевом счете должника, в связи с чем оспариваемое бездействие не соответствует нормам действующего законодательства. В связи с удовлетворением требований заявителя, в резолютивной части решения в соответствии с положениями пункта 3 части 5 статья 201 АПК РФ следует указать на обязанность Департамента совершить действия по устранению допущенных нарушений, а именно – приостановить осуществление операций по расходованию средств на всех лицевых счетах третьего лица, включая лицевые счета его структурных (обособленных) подразделений, открытые в данном органе, осуществляющем открытие и ведение лицевых счетов, до полного исполнения исполнительных документов Арбитражного суда Курганской области: Судебный приказ № А34-9204/2017 от 07.08.2017, Судебный приказ № А34-13722/2016 от 02.12.2016, Исполнительный лист ФС № 019066975 от 19.07.2017, Исполнительный лист ФС № 012736493 от 24.08.2016, Судебный приказ № А34-978/2017 от 08.02.2017, Судебный приказ № А34-268/2017 от 27.01.2017, Судебный приказ № А34-155/2018 от 17.01.2018, Судебный приказ № А34-1225/2018 от 26.02.2018, Судебный приказ № А34-2714/2018 от 11.04.2018, Судебный приказ № А34-3666/2018 от 24.04.2018, Судебный приказ № А34-7982/2018 от 30.07.2018, Судебный приказ № А34-13154/2018 от 26.11.2018, Судебный приказ № А34-2993/2019 от 22.03.2019, Судебный приказ № А34-4353/2019 от 19.04.2019, Судебный приказ № А34-4028/2019 от 12.04.2019, Судебный приказ № А34-7910/2019 от 17.06.2019, Судебный приказ № А34-9733/2019 от 18.07.2019, Судебный приказ № А34-13580/2019 от 03.12.2019, за исключением операций по исполнению исполнительных документов и решения налогового органа, а также распоряжений о совершении казначейских платежей,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 Указанная формулировка соответствует положениям Закона № 83-ФЗ. Заявителем при обращении в суд уплачена государственная пошлина в размере 3000 руб. (платежное поручение № 84067 от 20.08.2021). Согласно положениям статьи 110 АПК РФ судебные расходы, понесенные лицами, участвующими в деле, в пользу которых принят судебный акт, взыскиваются арбитражным судом со стороны. В связи с удовлетворением требований заявителя судебные расходы по уплате государственной пошлины относятся судом на Департамент финансов и имущества Администрации города Кургана. Руководствуясь статьями 110 , 167 - 170 , 176 , 201 Арбитражного процессуального кодекса Российской Федерации, арбитражный суд решил: заявление удовлетворить. Признать незаконным бездействие Департамента финансов и имущества Администрации города Кургана, выразившееся в не приостановлении осуществления операций по расходованию средств на всех лицевых счетах Муниципального бюджетного дошкольного образовательного учреждения города Кургана «Детский сад общеразвивающего вида № 5 «Солнечный», включая лицевые счета его структурных (обособленных) подразделений, открытых в финансовом органе в связи с непогашением задолженности по исполнительным документам Арбитражного суда Курганской области: Судебный приказ № А34-9204/2017 от 07.08.2017, Судебный приказ № А34-13722/2016 от 02.12.2016, Исполнительный лист ФС № 019066975 от 19.07.2017, Исполнительный лист ФС № 012736493 от 24.08.2016, Судебный приказ № А34-978/2017 от 08.02.2017, Судебный приказ № А34-268/2017 от 27.01.2017, Судебный приказ № А34-155/2018 от 17.01.2018, Судебный приказ № А34-1225/2018 от 26.02.2018, Судебный приказ № А34-2714/2018 от 11.04.2018, Судебный приказ № А34-3666/2018 от 24.04.2018, Судебный приказ № А34-7982/2018 от 30.07.2018, Судебный приказ № А34-13154/2018 от 26.11.2018, Судебный приказ № А34-2993/2019 от 22.03.2019, Судебный приказ № А34-4353/2019 от 19.04.2019, Судебный приказ № А34-4028/2019 от 12.04.2019, Судебный приказ № А34-7910/2019 от 17.06.2019, Судебный приказ № А34-9733/2019 от 18.07.2019, Судебный приказ № А34-13580/2019 от 03.12.2019. Обязать Департамент финансов и имущества Администрации города Кургана приостановить осуществление операций по расходованию средств на всех лицевых счетах Муниципального бюджетного дошкольного образовательного учреждения города Кургана «Детский сад общеразвивающего вида № 5 «Солнечный», включая лицевые счета его структурных (обособленных) подразделений, открытых в финансовом органе в связи с непогашением задолженности по исполнительным документам Арбитражного суда Курганской области: Судебный приказ № А34-9204/2017 от 07.08.2017, Судебный приказ № А34-13722/2016 от 02.12.2016, Исполнительный лист ФС № 019066975 от 19.07.2017, Исполнительный лист ФС № 012736493 от 24.08.2016, Судебный приказ № А34-978/2017 от 08.02.2017, Судебный приказ № А34-268/2017 от 27.01.2017, Судебный приказ № А34-155/2018 от 17.01.2018, Судебный приказ № А34-1225/2018 от 26.02.2018, Судебный приказ № А34-2714/2018 от 11.04.2018, Судебный приказ № А34-3666/2018 от 24.04.2018, Судебный приказ № А34-7982/2018 от 30.07.2018, Судебный приказ № А34-13154/2018 от 26.11.2018, Судебный приказ № А34-2993/2019 от 22.03.2019, Судебный приказ № А34-4353/2019 от 19.04.2019, Судебный приказ № А34-4028/2019 от 12.04.2019, Судебный приказ № А34-7910/2019 от 17.06.2019, Судебный приказ № А34-9733/2019 от 18.07.2019, Судебный приказ № А34-13580/2019 от 03.12.2019, за исключением операций по исполнению исполнительных документов и решения налогового органа, а также распоряжений о совершении казначейских платежей,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 Взыскать с Департамента финансов и имущества Администрации города Кургана (ОГРН &lt;***&gt;, ИНН &lt;***&gt;) в пользу общества с ограниченной ответственностью «Кургантехэнерго» (ОГРН &lt;***&gt;, ИНН &lt;***&gt;) расходы по оплате государственной пошлины в размере 3 000 руб. Решение может быть обжаловано в порядке апелляционного производства в Восемнадцатый арбитражный апелляционный суд в течение месяца со дня его принятия (изготовления его в полном объеме) через Арбитражный суд Курганской области. Судья А.А. Григорьев Суд: АС Курганской области (подробнее) Истцы: ПАО "Курганская генерирующая компания" (подробнее) Ответчики: ДЕПАРТАМЕНТ ФИНАНСОВ И ИМУЩЕСТВА АДМИНИСТРАЦИИ ГОРОДА КУРГАНА (подробнее) Иные лица: Муниципальное бюджетное дошкольное образовательное учреждения города Кургана "Детский сад общеразвивающего вида №5 "Солнечный"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