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Симферополь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19 апреля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