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мая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Признать заявление гражданина ФИО2 (дата и место рождения: 04.12.1958, п.Первомайский Первомайского р-на Тамбовской обл., место жительства (регистрации): Санкт-Петербург, ул.Софийская, д.41, корп.2, кв.123; СНИЛС &lt;***&gt;, ИНН &lt;***&gt;) о признании его несостоятельным (банкротом) обоснованным.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Признать гражданина ФИО2 несостоятельным (банкротом).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Ввести в отношении гражданина ФИО2 процедуру реализации имущества гражданина сроком на шесть месяцев до 27 ноября 2022 года.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Утвердить финансовым управляющим в деле о банкротстве гражданина ФИО2 для участия в процедуре реализации имущества гражданина арбитражного управляющего ФИО4 (ИНН &lt;***&gt;, регистрационный номер в сводном государственном реестре арбитражных управляющих – 20179, адрес для корреспонденции: 196066, Санкт-Петербург, Московский &lt;...&gt;, а/я 1), члена Союза «Саморегулируемая организация «Гильдия арбитражных управляющих» (адрес: 420034, &lt;...&gt;; 420111, Республика Татарстан, г. Казань, а/я 370, ОГРН: &lt;***&gt;, ИНН: &lt;***&gt;).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Финансовому управляющему: - незамедлительно приступить к исполнению обязанностей, предусмотренных п.8 ст. 213.9 Федерального закона от 26.10.2002 №127-ФЗ «О несостоятельности (банкротстве)»; - представить в арбитражный суд доказательства публикации в газете «Коммерсантъ» сведений о введении процедуры реализации имущества гражданина и включения указанных сведений в Единый федеральный реестр сведений о банкротстве. При предоставлении документов по настоящему делу указывать номера обособленных споров (тр., сд., со. и т.д. в т.ч. в наименовании файлов в формате pdf.).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6.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Назначить рассмотрение отчета финансового управляющего о результатах реализации имущества гражданина в судебном заседании на 28 октября 2022 года в 10 час. 40 мин. в помещении суда по адресу: Санкт-Петербург, ул. Смольного, д.6, зал № 4001. Решение подлежит немедленному исполнению и может быть обжаловано в Тринадцатый арбитражный апелляционный суд в срок, не превышающий месяца со дня его принятия. Обжалование настоящего решения не приостанавливает его исполнение. Судья Пономарева О.С. Суд: АС Санкт-Петербурга и Ленинградской обл. (подробнее) Иные лица: Межрайонная инспекция Федеральной налоговой службы №27 по Санкт-Петербургу (подробнее) Союз "Саморегулируемая организация "Гильдия арбитражных управляющих" (подробнее) Управление Росреестра по СПб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