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процедуру наблюдения в отношении общества с ограниченной ответственностью «Электропрофиль» (ИНН &lt;***&gt;; ОГРН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общество с ограниченной ответственностью «Электропрофиль» несостоятельным (банкротом).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Открыть в отношении общества с ограниченной ответственностью «Электропрофиль» конкурсное производство сроком на шесть месяцев до 05 января 2023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полномочия директора общества с ограниченной ответственностью «Электропрофиль» ФИО4.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Прекратить полномочия временного управляющего ФИО3.</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Утвердить конкурсным управляющим должником арбитражного управляющего ФИО3 (ИНН &lt;***&gt;; регистрационный номер в сводном госреестре арбитражных управляющих - 15809, адрес для корреспонденции: 400066, &lt;...&gt;, а/я 44), члена Союза арбитражных управляющих «Саморегулируемая организация «Северная Столица» (ИНН &lt;***&gt;; адрес: 194100, &lt;...&gt;, лит. «А»).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Назначить судебное заседание по рассмотрению отчета конкурсного управляющего на 10 января 2023 года в 10 час. 55 мин. в помещении суда по адресу: Санкт-Петербург, ул. Смольного, д. 6, зал № 3010.</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Взыскать с общества с ограниченной ответственностью «Электропрофиль» в пользу общества с ограниченной ответственностью «Транс-Груп Санкт-Петербург» 6 000 руб. расходов по уплате государственной пошлины. С даты вынесения настоящего решения наступают последствия и действуют ограничения, установленные статьёй 126 Федерального закона от 26.10.2002 №127-ФЗ «О несостоятельности (банкротстве)». Решение арбитражного суда направить в кредитные организации, с которыми у должника заключен договор банковского счета, а также в суд общей юрисдикции, главному судебному приставу по месту нахождения должника и его филиалов и представительств, в уполномоченные органы. Решение подлежит немедленному исполнению и может быть обжаловано в Тринадцатый арбитражный апелляционный суд в срок, не превышающий месяца со дня его вынесения. Обжалование настоящего решения не приостанавливает его исполнение. Судья Н.Ю. Овчинникова Суд: АС Санкт-Петербурга и Ленинградской обл. (подробнее) Иные лица: АО "СЕВЕРО-ЗАПАДНАЯ ЭНЕРГЕТИЧЕСКАЯ ИНЖИНИРИНГОВАЯ КОМПАНИЯ" (подробнее) ООО "Транс-Груп Санкт-Петербург" (подробнее) ООО УПРАВЛЯЮЩАЯ КОМПАНИЯ ТРАНЗИТ (подробнее) ООО "Электропромсервис" (подробнее) ООО "ЭлектроПрофиль" (подробнее) Отделение по вопросам миграции отдела Министерства внутренних дел Российской Федерации по Великоустюгскому району (подробнее) ПАО "Совкомбанк" (подробнее) ПАО "Федеральная сетевая компания Единой энергетической системы" (подробнее) САУ "Саморегулирующая организация "Северная столица" (подробнее) Управление Федеральной налоговой службы по Ленинградской области (подробнее) Управление Федеральной налоговой службы по Санкт-Петербургу (подробнее) Управление Федеральной службы государственной регистрации, кадастра и картографии по городу Санкт-Петербургу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