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Донцу Сергея (дата и место рождения: 10.04.1975, с.Талмаза, район Штефан-Водэ, Республика Молдова; ИНН &lt;***&gt;; СНИЛС 14750044241; адрес: 188300, &lt;...&gt;)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Донцу Сергея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Донцу Сергея процедуру реализации имущества гражданина сроком на шесть месяцев до 02 марта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Донцу Сергея для участия в процедуре реализации имущества гражданина арбитражного управляющего ФИО4 (ИНН &lt;***&gt;, регистрационный номер в сводном государственном реестре арбитражных управляющих – 20205, адрес для корреспонденции: 454100, &lt;...&gt;, а/я 9583), члена ассоциации «Саморегулируемая организация арбитражных управляющих «Меркурий» (ИНН &lt;***&gt;; адрес: 125047, Москва, ул. 4-я Тверская-Ямская, д. 2/11, стр. 2; почтовый адрес: 127018, Москва, ул. 2-я Ямская, 2, 201).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24 марта 2023 года в 14 час. 00 мин. в помещении суда по адресу: Санкт-Петербург, ул. Смольного, д.6, зал № 4001.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Комитет по опеке и попечительству Администрации Гатчинского муниципального района (адрес: 188300, Ленинградская обл., г.Гатчина, пр.25 Октября, 2).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Ассоциация СОАУ "МЕРКУРИЙ" (подробнее) Росреестр по ЛО (подробнее) Сергей - Донцу (подробнее) УФНС по ЛО (подробнее) Последние документы по делу: Резолютивная часть решения от 2 сентября 2022 г. по делу № А56-33367/2022 Решение от 5 сентября 2022 г. по делу № А56-33367/2022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