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30.12.1960, гор. Ижевск Удмуртской АССР; адрес регистрации: 190121,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25 апреля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арбитражного управляющего ФИО6(ИНН &lt;***&gt;, регистрационный номер в сводном государственном реестре арбитражных управляющих – 19681, адрес для корреспонденции: 198207, &lt;...&gt;), члена Ассоциации арбитражных управляющих «ОРИОН» (ИНН &lt;***&gt;; адрес: 191028, &lt;...&gt;, литер А, пом. 6Н).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16 мая 2023 года в 11 час. 15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арбитражных управляющих "ОРИОН" (подробнее) Росреестр СПб и ЛО (подробнее) ФНС России по СПб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