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22.11.1944, гор. С. Мятино Бабаевский р-н Вологодская обл; адрес регистрации: 197082,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07 сентября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11798, адрес для корреспонденции: 197082, &lt;...&gt;), члена Союза «Межрегиональный центр арбитражных управляющих» (ИНН &lt;***&gt;; адрес: 150040,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05 сентября 2023 года в 09 час. 20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Электронная подпись действительна.Данные ЭП:Удостоверяющий центр Федеральное казначействоДата 22.12.2021 5:47:41 Кому выдана Овчинникова Наталья Юрьевна Суд: АС Санкт-Петербурга и Ленинградской обл. (подробнее) Иные лица: Союз "Межрегиональный центр арбитражных управляющих"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