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ФИО2 (дата и место рождении: 30.10.1987, гор. Ленинград; адрес регистрации: 196006, &lt;...&gt;; ИНН &lt;***&gt;; СНИЛС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на шесть месяцев до 02 ноября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для участия в процедуре реализации имущества арбитражного управляющего ФИО3 (ИНН &lt;***&gt;, регистрационный номер в сводном государственном реестре арбитражных управляющих – 19681, адрес для корреспонденции: 198207, &lt;...&gt;), члена Ассоциации арбитражных управляющих «ОРИОН» (ИНН &lt;***&gt;; адрес: 191028, &lt;...&gt;, литер А, пом. 6Н).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 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07 ноября 2023 года в 09 час. 55 мин. в помещении суда по адресу: Санкт-Петербург, ул. Смольного, д. 6, зал № 3010.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Электронная подпись действительна. Данные ЭП:Удостоверяющий центр Казначейство России Дата 13.03.2023 6:40:00 Кому выдана Овчинникова Наталья Юрьевна Суд: АС Санкт-Петербурга и Ленинградской обл. (подробнее) Иные лица: АО "Банк Русский Стандарт" (подробнее) Ассоциации арбитражных управляющих "Орион" (подробнее) Межрайонная инспекция Федеральной налоговой службы №23 по Санкт-Петербургу (подробнее) ПАО СБЕРБАНК (подробнее) Управление Федеральной налоговой службы России по Санкт-Петербургу (подробнее) Управление Федеральной службы государственной регистрации, кадастра и картографии по Санкт-Петербургу (подробнее) Судьи дела: Овчинникова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