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0325300036921000266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