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09.11.1960, гор. Ленинград; адрес регистрации: 195274,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26 сентября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19927, адрес для корреспонденции: 440000, &lt;...&gt; / Володарского, д. 60/69Б), члена Союза арбитражных управляющих «Саморегулируемая организация «ДЕЛО» (ИНН &lt;***&gt;; адрес:141980, &lt;...&gt;; 141307, Московская обл., г.о. Сергиево-Посадский,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24 сентября 2024 годав 10 час. 10 мин. в помещении суда по адресу: &lt;...&gt; д. 6, зал № 3010.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арбитражных управляющих "Саморегулируемая организация "ДЕЛО"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