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23.03.1955, г. Змейногорск Алтайского края; адрес регистрации: 191024,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14 ноября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21280, адрес для корреспонденции: 236035, Калининградская обл.,г. Калининград, а/я 5721), члена Союза «Саморегулируемая организация «Гильдия арбитражных управляющих» (ИНН &lt;***&gt;; адрес: 420034,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12 ноября 2024 годав 09 час. 45 мин. в помещении суда по адресу: &lt;...&gt; д. 6, зал № 3010.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"Саморегулируемая организация "Гильдия арбитражных управляющих"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