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выборы председателя (председательствующего) и секретаря собрания, 2. утверждение плана мероприятий по реализации проекта, 3. дата окончательного вхождения Корейской стороны в состав Общества, 4. дата начала строительства, 5.обсуждение порядка внесения изменений в учредительные документы общества: а. изменение адреса обособленного подразделения в г.Владивосток b. внесение изменений в Устав, c. порядок принятия совместных решений учредителями.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решение вопроса дефицита денежных средств с учетом действующих кредиторов и имеющихся задолженностей в рамках выполнения работ по получению разрешительной документации на строительство</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оптимизация кредиторской задолженности 8. финансовая устойчивость компании. Доказательства того, что отсутствие решения по первому вопросу причинило вред обществу или привело к невозможности ведения обществом деятельности в материалы дела не представлены. Остальные вопросы повестки дня с номерами 2 – 4, 6 – 8 являются вопросами текущей деятельности общества и вопреки доводам истца, не относятся к компетенции общего собрания (статья 33 Закона об ООО, пункт 10.2 Устава). Утверждение плана по реализации проекта (вопрос №2) не является определением основного направления деятельности, а лишь отражает вопросы его текущей деятельности в рамках утвержденных основных видов деятельности. Вопрос о дате окончательного вхождения корейской стороны в состав ООО «Восток ЛПГ» (вопрос №3) не тождественен принятию решения о предоставлении, прекращении или ограничении дополнительных прав участников общества и не может быть отнесен к компетенции общего собрания по пункту 10.2.17 Устава. Согласно абзацу 5 пункта 2 статьи 35 Закона об ООО, если один или несколько вопросов, предложенных для включения в повестку дня внеочередного общего собрания участников общества, не относятся к компетенции общего собрания участников общества или не соответствуют требованиям федеральных законов, данные вопросы не включаются в повестку дня. Таким образом, решения по вопросам с номерами 2 – 4, 6 – 8 в повестку дня включаться не должны, и решения по данным вопросам, независимо от участия ответчика, приниматься общим собранием не должны ввиду нарушения условий о повестке дня. Вопрос №5 (обсуждения порядка внесения изменений в учредительные документы) относится к компетенции общего собрания и правомерно включено в повестку дня. Вместе с тем, доказательства того, что невозможность принятия решения по данному вопросу привело к невозможности осуществления обществом деятельности, либо причинило обществу вред, истцом в материалы дела не представлены, равно как и доказательства того, что именно по вине ответчика решения по данному вопросу приняты не были. Помимо ответчика, иные участники общества - АО «Хёндэ Кемикал Cо., Ltd», АО «Е1 Корпорация» также отказались от подписания протокола общего собрания, также было принято решение о проведении общего собрания 27.05.2022 г. Как следует из протокола, по всем вопросам повестки дня было принято решение провести внеочередное общее собрание участников 27.05.2022. 27.05.2022 на собрании участвовали все участники общества, в том числе и ответчик. На внеочередном общем собрании участников общества, дата проведения собрания от 27.05.2022 к вопросам повестки дня относились:</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Выборы председателя (председательствующего) и секретаря собрания, 2. Выборы Секретаря собрания.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погашения кредиторской задолженности (решение вопроса дефицита денежных средств, с учетом действующих кредиторов и имеющихся задолженностей в рамках выполнения работ по получению разрешительной документации на строительство. Погашение кредиторской задолженности во избежание начала процедуры банкротства Общества).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Дата окончательного вхождения Корейских учредителей в состав ООО «Восток ЛПГ» (дата выполнения Корейскими учредителями пункта 3.2 Корпоративного договора от 23.07.2021; дата увеличение уставного капитала Общества за счет внесения дополнительных вкладов участниками Общества).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Дата начала строительства Морского терминала для перевалки сжиженных углеводородных газов (СУГ) в районе бухты Перевозной Приморского края.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Дата начала процедуры банкротства Общества.</w:t>
      </w:r>
    </w:p>
    <w:p>
      <w:pPr>
        <w:pStyle w:val="Heading3"/>
      </w:pPr>
      <w:r>
        <w:rPr>
          <w:rFonts w:ascii="Times New Roman" w:hAnsi="Times New Roman" w:eastAsia="Times New Roman" w:cs="Times New Roman"/>
          <w:b/>
          <w:i w:val="0"/>
          <w:sz w:val="22"/>
        </w:rPr>
        <w:t>Пункт 7.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Дата подачи заявления Корейскими учредителями о выходе из состава участников Общества. Доказательства того, что отсутствие решения по 1 и 2 вопросам причинило вред обществу или привело к невозможности ведения обществом деятельности, в материалы дела не представлены. По 3-7 вопросам голосование не проводилось в связи с тем, что корейская сторона, в том числе АО «Хёндэ Кемикал Cо., Ltd», АО «Е1 Корпорация» и ответчик отказались принимать участие в голосовании. Вопреки доводам истца о систематическом отсутствии ответчика на собраниях, во внеочередном общем собрании участников 27.05.2022 ответчик принимал участие в лице своего представителя. По вопросам 3, 4, 5, 6 голосование не проводились, в связи с чем, непринятие решений по указанным вопросам не может быть доказательством того, что деятельность общества была в связи с этим приостановлена, либо обществу причинен вред действиями/бездействием ответчика. Вопрос 7 повестки дня также не относится к компетенции общего собрания (статья 33 Закона об ООО, пункт 10.2 Устава), в связи с чем, решение по данному вопросу в повестку дня включаться не должно, вне зависимости от участия ответчика не должно приниматься общим собранием ввиду нарушения условий о повестке дня. Таким образом, истцом не подтверждено, что ответчик, как участник общества, на собраниях 11.05.2022, 27.05.2022 грубо нарушил свои обязанности либо своими действиями (бездействием) сделал невозможной деятельность общества, или существенно ее затрудняет, а также доказательства наступления негативных последствий для общества и причинно-следственной связи между действиями ответчика и наступлением таких последствий. Неучастие ответчика во внеочередных общих собраниях участников общества 18.11.2022 (протокол №04) и 20.12.2022 (протокол №05), которые были проведены после подачи настоящего иска в суд, также не свидетельствует о нанесении убытков обществу. Доказательства того, что отсутствие решений по вопросам повестки дня общего собрания от 18.11.2022 причинило вред обществу или привело к невозможности ведения обществом деятельности, в материалы дела не представлены. Данное собрание признано несостоявшимся ввиду отсутствия кворума. Доводы о том, что неутверждение бухгалтерского баланса общества за 9 месяцев 2022 повлекло негативные последствия для деятельности общества, не подтверждены. Кроме того, впоследствии обществом была сдана отчетность за 2022 год в налоговый орган, данная информация размещена на официальном сайте ФНС России, что свидетельствует об отсутствии факта нарушения прав общества в данной части. Непринятие решений о внесении дополнительных вкладов в имущество общества с целью погашения кредиторской задолженности, в том числе в рамках исполнительных производств, также не причинило вред обществу и не сделало его деятельность невозможной. Судом первой инстанции также обоснованно учтено, что неучастие ответчика в собрании не повлияло бы на его итог в этой части с учетом неявки иных участников общества. Отсутствие решений по вопросам повестки дня общего собрания от 20.12.2022 также не причинило вред обществу и не сделало его деятельность невозможной. Решения об одобрении крупных сделок общества с АО «Газпромбанк» и Китайской Корпорацией по строительству дорог и мостов не могли быть приняты внеочередным общим собранием независимости от участия в нем именно ответчика, посколькуп предмет предлагаемых к одобрению сделок и их иные существенные условия не донесены до участников общества и не указаны в протоколе внеочередного общего собрания участников №05 от 20.12.2022. Не имея представления об условиях возможной сделки, ответчик, как разумный и добросовестный участник хозяйственного общества, не мог голосовать по вопросу одобрения такой сделки с неясными и неопределенными условиями. Данные выводы также сделаны арбитражным судом в рамках вступившего в законную силу решения по делу №А51-17231/2022 от 22.02.2023. Кроме того, вопрос об одобрении крупной сделки по привлечению финансирования впервые был включен в повестку дня общего собрания участников общества 20.12.2022, то есть ставился перед участниками лишь единственный раз, при этом на собрании отсутствовали и два других участника общества: АО «Хёндэ ФИО3., ltd», АО «Е1 Корпорация». Следовательно, непринятие участниками решения по данному вопросу, не являлось систематическим, его непринятие было вызвано не только действиями исключительно ответчика. Как следует из протокола от 29.05.2023 внеочередного общего собрания, к вопросам повестки дня относились:</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избрание председательствующего на общем собрании ООО «Восток ЛПГ» (председателя общего собрания), секретаря - ответственного за ведение протокола и подсчёт голосов (пункт 10.17 Устава).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утверждение годового бухгалтерского баланса ООО «Восток ЛПГ» за 2022 год (пункт 10.2.8 Устава).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принятие решения о досрочном прекращении полномочий единоличного исполнительного органа и расторжении трудового договора с генеральным директором ООО «Восток ЛПГ» ФИО5 на основании статьи 280 Трудового кодекса Российской Федерации (пункт 10.2.4 Устава).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избрание единоличного исполнительного органа в ООО «Восток ЛПГ» и назначение на должность генеральным директором ФИО6, 5. определение лица, уполномоченного от имени учредителей расторгнуть трудовой договор с генеральным директором ФИО5 (пункт 10.2.17 Устава).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определение лица, уполномоченного от имени учредителей заключить трудовой договор с генеральным директором ФИО6 (пункт 10.2.17 Устава).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определение лица, уполномоченного подать заявление в орган ФНС с целью проведения государственной регистрации принятых решений на общем собрании учредителей (пункт 10.2.31 Устава). Всего на собрании было зарегистрировано 2 из 5 участников, обладающих 82,5% голосов от общего числа. Доказательства того, что отсутствие решения по первому вопросу причинило вред обществу или привело к невозможности ведения обществом деятельности, в материалы дела не представлены. В отношении вопроса №2 повестки дня, как было указано выше, поскольку обществом была сдана в налоговый орган бухгалтерская отчетность за 2022 год, права общества в данной части нарушены не были. Доказательства того, что непринятие решений по вопросам 3, 4 привело к невозможности осуществления ООО «Восток ЛПГ» деятельности либо причинило обществу вред, а решения по данным вопросам приняты не были именно по вине ответчика, учитывая отсутствия и иных участников общества, в материалы дела не представлены. Вопросы 5, 6, 7 отражают текущую деятельность общества, что не равно принятию решения о предоставлении, прекращении или ограничении дополнительных прав участников общества по смыслу пункта 10.2.17 Устава общества и не может быть отнесен к компетенции общего собрания. Непринятие решения по данным вопросам не свидетельствовало о том, что общество не могло выдать доверенность на представление интересов от имени общества. Как следует из протокола от 12.02.2024 внеочередного общего собрания, к вопросам повестки дня относились:</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избрание председательствующего на общем собрании ООО «Восток ЛПГ» (Председателя общего собрания), Секретаря - ответственного за ведение протокола и подсчёт голосов (п. 10.17 Устава), 2. внесение записи в ЕГРЮЛ о прекращении полномочий единоличного исполнительного органа в ООО «Восток ЛПГ» В.А. Нарежного, 3. избрание единоличного исполнительного органа в ООО «Восток ЛПГ» и назначение на должность генеральным директором ФИО7 сроком до 31.08.2024, ДД.ММ.ГГГГ г.р., место рождения: Украина, паспорт гражданина США №566038959, выдан 12.04.2018 (пункт 10.2.4 Устава), 4. утверждение условий трудового договора с генеральным директором.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определение лица, уполномоченного от имени учредителей заключить трудовой договор с генеральным директором ФИО7 (пункт 10.2.17 Устава), 6. принятие решения о внесении изменений в Устав в редакции 2 (утв.Протоколом от 03.09.2021). Утверждение Устава в редакции 3 (пункт 10.2.3 Устава), 7. определение лица, уполномоченного подать заявление в орган ФНС с целью проведения государственной регистрации принятых решений на общем собрании учредителей (п. 10.2.31 Устава). Доказательства того, что отсутствие решения по 1 и 7 вопросу причинило вред обществу или привело к невозможности ведения обществом деятельности, в материалы дела не представлены. На данном собрании не присутствовал только ответчик, однако на рассмотрение на данном собрании вопросы 2-6 были вынесены на повестку дня впервые, что свидетельствует о том, что в действиях ответчика не прослеживается систематическое уклонение от принятия решений по данным вопросам повестки дня. С учетом изложенного, поскольку истцом не представлено доказательств, позволяющих сделать вывод о том, что действиями ответчика причиняется ущерб обществу, равно как и не представлено доказательств невозможности осуществления обществом своей деятельности по вине исключительно и непосредственно ответчика, коллегия поддерживает вывод суда первой инстанции об отсутствии оснований для удовлетворения иска. Вопреки позиции апеллянта, отсутствие возможности принятия решений по вопросам повестки дня вследствие уклонения участника общества от участия в общем собрании само по себе не является основанием для его исключения из состава участников общества, истец, предъявляя соответствующее требование, должен доказать хозяйственную необходимость таких решений и наступление (возможность наступления) негативных последствий их непринятия в виде невозможности или существенного затруднения деятельности общества (пункт 7 Информационного письма Президиума Высшего Арбитражного Суда Российской Федерации от 24.05.2012 №151 «Обзор практики рассмотрения арбитражными судами споров, связанных с исключением участника из общества с ограниченной ответственностью»). В рассматриваемом случае из материалов дела следует, что ответчик не обеспечил свое участие в лице уполномоченного представителя на внеочередных общих собраниях участников общества, при этом само по себе неучастие участника общества в одном или нескольких общих собраниях участников общества применительно к положениям статьи 10 Закона об ООО и вышеуказанных соответствующих разъяснений не является основанием для исключения такого участника из общества, поскольку не может быть признано блокирующим деятельность общества бездействием. Доводы апеллянта об отсутствии у ответчика заинтересованности в деятельности общества также документально не подтвержден с учетом имеющейся переписки, возражения апеллянта об обычном деловом характере такой переписки, не опровергают факт его наличия, и достоверно не свидетельствует об отсутствии заинтересованности. Исследовав и оценив представленные в материалы дела доказательства по правилам статьи 71 АПК РФ в их совокупности и взаимной связи, суд первой инстанции пришел к обоснованному выводу, что вопреки требованиям статьи 65 АПК РФ истцом не представлено достаточных доказательств, подтверждающих грубых и систематических нарушений ответчиком как участником общества корпоративных обязанностей, а также осуществления ответчиком каких-либо действий (бездействия), приведших к невозможности осуществления обществом хозяйственной деятельности либо ее существенному затруднению, правомерно отказав в иске в отсутствие необходимых и достаточных предусмотренных статьей 67 ГК РФ , статьей 10 Закона об ООО оснований для исключения АО «Е1 Корпорация» из состава участников ООО «Восток ЛПГ». Обстоятельство регистрации ответчика в недружественной РФ стране само по себе не влияет на указанный правомерный вывод суда и результат рассмотрения настоящего спора. В целом доводы апелляционной жалобы не содержат каких-либо обстоятельств, не принятых во внимание судом первой инстанции при вынесении решения. Заявляя в апелляционной жалобе о незаконности выводов суда первой инстанции, апеллянт в нарушение требований статьи 65 АПК РФ не приводит доводов в обоснование своей позиции, ограничиваясь ссылками на обстоятельства дела, которые были учтены судом первой инстанции при рассмотрении дела. Оценив все имеющиеся доказательства по делу, арбитражный апелляционный суд считает, что обжалуемый судебный акт соответствует нормам материального и процессуального права. При таких обстоятельствах основания для отмены обжалуемого судебного акта и удовлетворения апелляционной жалобы отсутствуют. Расходы по оплате государственной пошлины за подачу апелляционной жалобы в силу положений статьи 110 АПК РФ относятся на апеллянта. Руководствуясь статьями 258 , 266 - 271 Арбитражного процессуального кодекса Российской Федерации, Пятый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