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042/10/18.1-1360/2023 от 03.11.2023, третьи лица: - Министерство Жилищно-коммунального и дорожного комплекса Кузбасса,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