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Подакцизными товарами признаются: 1)этиловый спирт, произведенный из пищевого или непищевого сырья, в том числе денатурированный этиловый спирт, спирт-сырец, винный спирт, виноградный спирт, дистилляты, предусмотренные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(или) законодательством о виноградарстве и виноделии (далее также в настоящей главе - этиловый спирт), 2)спиртосодержащая продукция (растворы, эмульсии, суспензии и другие виды продукции в жидком виде) с объемной долей этилового спирта более 9 процентов, за исключением алкогольной продукции, указанной в подпункте 3 настоящего пункта, плодового сусла, плодовых сброженных материалов, 3)алкогольная продукция с объемной долей этилового спирта более 0,5 процента, за исключением пищевой продукции в соответствии с перечнем, установленным Правительством Российской Федерации. В целях настоящей главы не рассматриваются как подакцизные товары следующие товары: лекарственные средства, прошедшие государственную регистрацию в уполномоченном федеральном органе исполнительной власти и внесенные и (или) включенные в Государственный реестр лекарственных средств, лекарственные препараты для медицинского применения в целях формирования общего рынка лекарственных средств в рамках Евразийского экономического союза, сведения о которых содержатся в едином реестре зарегистрированных лекарственных средств Евразийского экономического союза, препараты ветеринарного назначения, прошедшие государственную регистрацию в уполномоченном федеральном органе исполнительной власти и внесенные в Государственный реестр зарегистрированных ветеринарных препаратов, разработанных для применения в животноводстве на территории Российской Федерации, разлитые в емкости не более 100 мл. ООО «Гиппократ» имеет зарегистрированный лекарственный препарат для ветеринарного применения «Антисептический раствор», который в силу норм статьи 181 Налогового кодекса не является подакцизным товаром, копия Регистрационного удостоверения имеется в материалах дела. Препараты «Сотасепт» и «Вита-септ» состоят из «Антисептического раствора», который является зарегистрированным лекарственным препаратом и не является подакцизным товаром. Так, согласно Техническим условиям завода-изготовителя (ООО «Гиппократ», г. Самара) для производства «Вита-септ» (ТУ 20 20 14-005-48159678-2017) используется сырье, разрешенное к применению в РФ: - зарегистрированный в Государственном реестре Лекарственный препарат для ветеринарного применения «Антисептический раствор» плотностью 750 мг/мл или 553 мг/мл, - цетилпиридиний хлорид (ТУ 6-09-15-121 -74 или аналогичный). Согласно Техническим условиям завода-изготовителя (ООО «Гиппократ», г. Самара) для производства «Сотасепт» (ТУ 20 20 14-004-48159678-2017) используется сырье, разрешенное к применению в РФ: - зарегистрированный в Государственном реестре Лекарственный препарат для ветеринарного применения «Антисептический раствор» плотностью 750 мг/мл или 553 мг/мл, - концентрат коллоидного серебра. Налогоплательщиком в ходе проверки были представлены копии паспортов качества серий товаров, реализованных по УПД от 11.04.2022 № 220411000002, из которых следует, что данные серии содержат «подлинный Антисептический раствор», т.е. данные паспорта подтверждают изготовление препаратов именно на основе Лекарственного препарата для ветеринарного применения «Антисептический раствор». Также налогоплательщиком была представлена копия Письма Россельхознадзора от 10.12.2019 № ФС-НВ-2/33316, согласно которому «средства «Сотасепт» и «Вита-септ» содержат в своем составе в качестве действующего вещества Антисептический раствор 750 мг/мл или 553 мг/мл». При этом, заслуживают внимания доводы налогоплательщика о том, что данные препараты в соответствии с действующим законодательством Российской Федерации не являются «этиловым спиртом» и не содержат «этиловый спирт», не относятся к «спиртосодержащей пищевой/непищевой продукции» и/или «алкогольной продукции» в соответствии с требованиями Федерального закона от 22.11.1995 № 171-ФЗ, и не подпадают под действие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связи со следующим. Согласно подп. 4, 5 ст. 2 Федерального закона от 22.11.1995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под спиртосодержащей непищевой продукцией понимается - непищевая продукция (в том числе денатурированная спиртосодержащая продукция, спиртосодержащая парфюмерно-косметическая продукция, любые растворы, эмульсии, суспензии), произведенная с использованием этилового спирта, иной спиртосодержащей продукции или спиртосодержащих отходов производства этилового спирта, с содержанием этилового спирта более 0,5 процента объема готовой продукции, - под спиртосодержащей пищевой продукцией понимается - пищевая продукция, в том числе виноматериалы, любые растворы, эмульсии, суспензии, виноградное сусло, иное фруктовое сусло, пивное сусло (за исключением алкогольной продукции) с содержанием этилового спирта, произведенного из пищевого сырья, более 0,5 процента объема готовой продукции. В свою очередь, под этиловым спиртом понимается спирт, произведенный из пищевого или непищевого сырья, в том числе денатурированный этиловый спирт, фармацевтическая субстанция спирта этилового (этанол), головная фракция этилового спирта (отходы спиртового производства), спирт-сырец, дистилляты винный, виноградный, плодовый, коньячный, кальвадосный, висковый (подп 1 ст. 2 Федерального закона). Производство этилового спирта (а также особенности физико-химических свойств этилового спирта) регулируются ГОСТ 5962-2013 «Межгосударственный стандарт Спирт этиловый ректификованный из пищевого сырья Технические условия», утвержденный приказом Госстандарта от 28.06.2013 № 345-ст. В соответствии с п. 413 данного ГОСТ минимальная объемная доля этилового спирта в спирте составляет 96.0% (первый сорт) и выше (для иных сортов этилового спирта) То есть, согласно ст.2 Федерального закона № 171-ФЗ, «спиртосодержащая пищевая/непищевая продукция» производится на основе «этилового спирта», а «этиловый спирт», в свою очередь, является фармацевтической субстанцией спирта этилового (этанол). В соответствии с п. 1 ст.4 Федерального закона от 12 04 20Юг № 61-ФЗ «Об обращении лекарственных средств" лекарственные средства подразделяются на фармацевтические субстанции и лекарственные препараты. И фармацевтические субстанции, и лекарственные препараты - это лекарственные средства. Но, в понятии Федерального закона № 61-ФЗ «Об обращении лекарственных средств» фармацевтическая субстанция - это лекарственное средство, которое предназначено для производства, изготовления лекарственных препаратов и определяет их эффективность и это не готовая лекарственная форма, а «Антисептический раствор» - это готовый лекарственный препарат, а не «фармацевтическая субстанция» Следовательно, «Антисептический раствор» не является этиловым спиртом (этанолом) в понятии 171-го федерального закона и не имеет никакого отношения к «этиловому спирту» (этанолу) и спиртосодержащей продукции в определениях 171-го Федерального закона, поскольку не является «фармацевтической субстанцией», а, напротив, является готовым лекарственным препаратом Лекарственный препарат для ветеринарного применения «Антисептический раствор» является зарегистрированным лекарственным препаратом и производится не на основе «фармацевтической субстанции», а по технологии ректификации из зерна и (или) мелассы без выделения промежуточных продуктов и фармацевтической субстанции спирта этилового (этанол) (Копия Акта проверки Россельхознадзора № 03-41-УЛ/13 от 02.04.2021 - т.1 л.д.73-75). Кроме того, на обращение лекарственного препарата для ветеринарного применения «Антисептический раствор» не распространяется действие Федерального закона №171-ФЗ, поскольку в соответствии с п 2 ст. 1 сферой применения Федерального закона № 171 от 22.11.1995 являются отношения, связанные с производством и оборотом этилового спирта, алкогольной и спиртосодержащей продукции, и отношения, связанные с потреблением (распитием) алкогольной продукции, к которым не относится Лекарственный препарат для ветеринарного применения «Антисептический раствор». Поскольку препараты «Сотасепт» и «Вита-септ» изготовлены без использования фармацевтической субстанции спирта этилового (этанол) либо какой-либо разновидности этилового спирта по ГОСТ, а изготовлены на основе Лекарственного препарата для ветеринарного применения «Антисептический раствор» (производство ООО «Гиппократ»), зарегистрированного в установленном порядке в Государственном реестре лекарственных средств, Регистрационное удостоверение № 26-3-4 17-3665№ПВР-3-4 17/03327, следовательно, препараты «Сотасепт» и «Вита-септ» не являются «этиловым спиртом», «спиртосодержащей пищевой/непищевой продукцией» и «алкогольной продукцией», и в силу норм статьи 181 Налогового кодекса РФ не признаются подакцизными товарами. Данный факт подтверждают два заключения экспертов (т.1 л.д.76-94). Заключение эксперта от 15.11.2017, выполненное экспертами ООО «Центр независимой экспертизы», согласно которому результаты идентификации и исследований объектов экспертизы («Сотасепт», «Вита-септ») показали, что представленные жидкости произведены на основе антисептического раствора, являющегося лекарственным средством для ветеринарного применения, зарегистрированного в качестве лекарственного средства в Государственном реестре лекарственных средств и имеющего регистрационное удостоверение установленного образца, и, следовательно, не является спиртосодержащей продукцией в вышеприведенных понятиях. В свою очередь, антисептический раствор состоит из этанола (международное непатентованное наименование), без использования фармацевтической субстанции спирта этилового (этанола) или любой разновидности этилового спирта в соответствии с ГОСТ 5962-2013. Таким образом, представленная на исследование продукция («Сотасепт», «Вита-септ») не является спиртосодержащей продукцией согласно определениям данных понятий, указанных в Федеральном законе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Заключение эксперта от 27.11.2019, выполненное экспертами ФГБОУ ВО «Самарский государственный технический университет», согласно которому исследуемый образец дезинфицирующего средства для ветеринарного применения «Вита-септ» по нормируемым показателям соответствует п 13 ТУ 20 20 14-005-48159678-2017. В составе дезинфицирующего средства для ветеринарного применения «Вита-септ» содержится Лекарственный препарат для ветеринарного применения «Антисептический раствор» (зарегистрирован в Государственном реестре лекарственных средств, Регистрационное удостоверение 26-3-4 17-3665№ПВР-3-4 17/03327). Дезинфицирующее средство для ветеринарного применения «Вита-септ» не является этиловым спиртом в соответствии с его определением, установленным положениями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от 22.111995 № 171-ФЗ. Дезинфицирующее средство для ветеринарного применения «Вита-септ» не является спиртосодержащей продукцией в соответствии с его определением, установленным положениями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от 22.11.1995 № 171-ФЗ. Также данный факт подтверждает Письмо Россельхознадзора исх № ФС-КС-2/7549 от 31.03.2023 (т.1 л.д.95), из которого следует, что «ООО «Гиппократ» является производителем лекарственного препарата для ветеринарного применения «Антисептический раствор», номер регистрационного удостоверения 26-3-4 17-3665№ПВР-3-4 17/03327. Производство лекарственного препарата осуществляется по техническим условиям ТУ 21 20 10-002-48159678-2017 непрерывным способом по специальной технологии ректификации из зерна и (или) мелассы без выделения промежуточных продуктов и фармацевтической субстанции спирта этилового (этанол). Дезинфицирующие средства для ветеринарного применения «Стопсепт», «Сотасепт», «Вита-Септ» производства ООО «Гиппократ» в своем составе в качестве действующего вещества содержат лекарственный препарат для ветеринарного применения «Антисептический раствор» в качестве вспомогательных средств содержат коллоидное серебро, воду питьевую, цетилпиридиний хлорид. Данные дезинфицирующие средства предназначены для дезинфекции объектов ветеринарного надзора в отсутствие животных, они не являются лекарственными препаратами, не подлежат государственной регистрации, а также не содержат в составе фармацевтической субстанции спирт этиловый (этанол) и производятся без его использования. Из вышеизложенного следует, что в силу норм статьи 181 Налогового кодекса РФ препараты «Сотасепт» и «Вита-септ» производства ООО «Гиппократ» не являются подакцизными товарами. Соответственно, доначисление НДС за 2 квартал 2022 года является неправомерным. Выводы, изложенные в ответе от 23.11.2022 ФГАОУ ВО «Самарский национальный исследовательский университет им. Академика С.П. Королева», основаны лишь на представленных налоговым органом документах (каких, в письме не указано), что уже вызывает сомнения в квалификации специалиста, его написавшего. При этом, к ответу на запрос не приложены документы, подтверждающие квалификацию исполнителя письма. Нормативная документация, в которой содержится метод определения компонентов, входящих в состав дезинфицирующего средства, у завода - производителя специалистом запрошена не была. Более того, согласно Письму Россельхознадзора исх № ФС-КС-2/7549 от 31.03.2023 (т.1 л.д.95) проведение исследований (испытаний) в отношении продукции ООО «Гиппократ» лекарственного препарата для ветеринарного применения «Антисептический раствор» возможно только в действующих испытательных лаборатория (центрах), аккредитованных в соответствии с законодательством Российской Федерации и имеющих аттестат аккредитации, выданный Федеральной службой по аккредитации (далее -Росаккредитация). Испытательный центр ФГБУ «Всероссийский государственный Центр качества и стандартизации лекарственных средств для животных и кормов» аттестован в качестве Испытательной лаборатории (центра) (аттестат аккредитации № RA RU 21ФВ02) и имеет право проводить исследования в соответствии с областью аккредитации и предоставлять официальное заключение по результатам исследования (протокол испытания, экспертное заключение). Лаборатории, не имеющие соответствующей аккредитации, не имеют право проводить исследования (испытания) в отношении лекарственных средств для ветеринарного применения». Поскольку, ФГАОУ ВО «Самарский национальный исследовательский университет им. Академика С.П.Королева» не имеет соответствующей аккредитации, данная организация не имеет право проводить исследования (испытания) в отношении лекарственных средств для ветеринарного применения. В соответствии с письмом Россельхознадзора исх № ФС-КС-2/3770 от 20.02.2023 на запрос ООО «Гиппократ» (т.1 л.д.134) дезинфицирующие средства для ветеринарного применения «Стопсепт», «Сотасепт», «Вита-Септ» производства ООО «Гиппократ» в своем составе в качестве действующего вещества содержат лекарственный препарат для ветеринарного применения «Антисептический раствор» (регистрационное удостоверение 26-3-4 17-3665№ПВР-3-4 17/03327), в качестве вспомогательных средств содержат коллоидное серебро, воду питьевую, цетилпиридиний хлорид. Данные дезинфицирующие средства предназначены для дезинфекции объектов ветеринарного надзора в отсутствие животных, они не являются лекарственными препаратами, не подлежат государственной регистрации, а также не содержат в составе фармацевтической субстанции спирта этилового (этанол) и производятся без ее использования Исходя из перечня подакцизных товаров, установленных частью 1 статьи 181 Налогового кодекса Российской Федерации, а также товаров, которые не рассматриваются как подакцизные в данной норме, усматривается, что лекарственный препарат для ветеринарного «Антисептический раствор», а также производимые из него дезинфицирующие средства для ветеринарного применения («Стопсепт», «Сотасепт», «Вита-Септ») не имеют признаков для отнесения данной продукции к подакцизным товарам». Из вышеизложенного следует, что в силу норм статьи 181 Налогового кодекса РФ препараты «Сотасепт» и «Вита-септ» производства ООО «Гиппократ» не являются подакцизными товарами. Кроме того, в соответствии с ответом Межрегионального управления Федеральной службы по контролю за алкогольным и табачным рынками по Приволжскому федеральному округу от 05.04.2024 на запрос УФНС России по Самарской области, в указанном периоде ООО «Гиппократ» не имел лицензий, выданных Росалкогольрегулированием в соответствии Федеральным законом от 22.11.1995 г.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(далее - Федеральный закон) на производство этилового спирта, алкогольной и спиртосодержащей продукции. ООО «Гиппократ» по адресу места осуществления деятельности: &lt;...&gt;, лит. А, А1-А13, на основном технологическом оборудовании для производства этилового спирта, осуществляло производство фармацевтической субстанции: «Фармацевтический антисептический раствор для приготовления лекарственных форм, субстанция жидкость 95%" 95,500%». Код продукции «101» - фармацевтическая субстанция спирта этилового (этанол). Таким образом, ООО «Гиппократ» не является лицом, осуществляющим в период с 2020 по 2021 годы деятельность, подлежащую лицензированию Росалкогольрегулированием. При этом, судом установлено, что до 28.12.2020, когда для производства фармацевтической субстанции спирта этилового, что согласно нормам действующего законодательства и является этиловым спиртом, не требовалось получения лицензии РАР, ООО «Гиппократ» осуществляло производство фармацевтической субстанции «Этиловый спирт 95%» субстанция-жидкость» для медицинского применения (Код в ЕГАИС «101»). С 29.12.2020 после вступления в силу изменений, внесенных Федеральным законом от 27.12.2019 № 481-ФЗ, согласно которым производители лекарственных средств для медицинского применения, имеющие лицензию Минпромторга, обязаны получить лицензию РАР на производство фармацевтической субстанции спирта этилового (этанола), ООО «Гиппократ» прекратило ее производство. С 29.12.2020 ООО «Гиппократ» осуществляет производство только зарегистрированного в Государственном реестре Лекарственного препарата для ветеринарного применения «Антисептический раствор» (Код в ЕГАИС «484»), который производится по технологии ректификации из зерна и (или) мелассы без выделения промежуточных продуктов и без использования фармацевтической субстанции спирта этилового, и на его основе производит дезинфицирующие средства для ветеринарного применения (письменные объяснения заявителя от 19.12.2023г. - т.д. 2, л.д. 147 - 156; Отчеты об объемах производства - т.д. 2, л.д. 129 - 135). Росалкогольтабакконтроль осуществляет контроль за деятельностью по производству и обороту всей спиртосодержащей продукции на территории РФ, включая лицензирование деятельности по производству спиртосодержащей продукции. ООО «Гиппократ» осуществляет производство «Антисептического раствора» и дезинфицирующих средств на его основе на протяжении многих лет и зарегистрирован в системе ЕГАИС. Данной продукции Росалкогольтабакконтролем присваивается код: 484 - Другая непищевая продукция (т.д. 2, л.д. 129 - 135; 144 -146). Ежеквартально Росалкогольтабакконтроль проверяет отчеты, представляемые ООО «Гиппократ» об объемах производства данной продукции (Копия отчета за 2 квартал 2022 года - т.д. 2, л.д. 144 -146). Суд первой инстанции в обжалуемом решении и налоговый орган указывают, что Налоговым кодексом РФ определены только два условия, при выполнении которых спиртосодержащая продукция относится к подакцизной продукции - это форма выпуска товара (растворы, эмульсии, суспензии и другие виды продукции в жидком виде) и объемное содержание в нем этилового спирта (более 9 процентов). Вместе с тем, Налоговый кодекс РФ не содержит отдельного понятия «этилового спирта» для налогообложения. Более того, пунктом 1 статьи 181 Налогового кодекса РФ установлено, что подакцизными товарами признаются: 1) этиловый спирт, произведенный из пищевого или непищевого сырья, в том числе денатурированный этиловый спирт, спирт-сырец, винный спирт, виноградный спирт, дистилляты, предусмотренные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(или) законодательством о виноградарстве и виноделии (далее также в настоящей главе - этиловый спирт). Таким образом, поскольку, Налоговый кодекс РФ не содержит отдельного понятия «этилового спирта» для налогообложения и содержит прямую отсылку к Закону о государственном регулировании производства и оборота этилового спирта, алкогольной и спиртосодержащей продукции..., то понятие «этилового спирта» должно применяться в том значении, какое содержится в Федеральном законе от 22.11.1995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Подпунктом 1 статьи 2 Федерального закона № 171-ФЗ установлено, что этиловый спирт - спирт, произведенный из пищевого или непищевого сырья, в том числе денатурированный этиловый спирт, фармацевтическая субстанция спирта этилового (этанол), головная фракция этилового спирта (отходы спиртового производства), спирт-сырец, спирты винный, виноградный, дистилляты винный, виноградный, плодовый, коньячный, кальвадосный, висковый, ромовый. Подпунктом 3.1 статьи 2 Федерального закона № 171-ФЗ установлено, что спиртосодержащие лекарственные препараты - лекарственные препараты для медицинского и ветеринарного применения в жидкой форме выпуска, определенные в соответствии с Федеральным законом от 12 апреля 2010 года N 61-ФЗ "Об обращении лекарственных средств" и содержащие фармацевтическую субстанцию спирта этилового (этанол). Иного нормы действующего законодательства не содержат. Соответственно, поскольку законодателем определено, что подакцизным товаром является спиртосодержащая продукция с объемной долей этилового спирта более 9 процентов, а к этиловому спирту применительно к производству ООО «Гиппократ» законодателем отнесена только фармацевтическая субстанция спирта этилового (код в ЕГАИС - «101»), и поскольку «Антисептический раствор» производства ООО «Гиппократ» не содержит в своем составе фармацевтической субстанции спирта этилового, а производится по технологии ректификации из зерна и (или) мелассы без выделения промежуточных продуктов и без использования фармацевтической субстанции спирта этилового, произведенные на основе «Антисептического раствора» дезинфицирующие средства не относятся к подакцизным товарам в соответствии с действующим законодательством. Данный факт, подтверждает и Росалкогольтабакконтроль - орган, осуществляющий контроль и надзор за деятельностью по производству и обороту спиртосодержащей продукции, и Россельхознадзор - орган, лицензирующий деятельность ООО «Гиппократ», которые считают, что продукция производства ООО «Гиппократ» не относится к спиртосодержащей и к подакцизной соответственно. Суд апелляционной инстанции критически относится к заключению эксперта №4/1721 от 21.07.2023, выполненному экспертом отдела специальных экспертиз и исследований ЭКЦ ГУ МВД России по Самарской области. Экспертиза в рамках налоговой проверки не проводилась. Экспертиза проведена в рамках уголовного дела и неправомерно используется налоговым органом, в нарушение норм статьи 161 УПК РФ , которой установлено, что данные предварительного расследования не подлежат разглашению. По мнению суда апелляционной инстанции, использование данного заключения не соответствует требованиям АПК РФ и ст. 161 УПК РФ . В силу ч.4 ст. 69 АПК РФ для арбитражного суда имеет доказательственное значение лишь приговор суда по уголовному делу и только по вопросам о том, имели ли место определенные действия и совершены ли они определенным лицом. Принимая во внимание, что «Антисептический раствор» производителя ООО «Гиппократ» зарегистрирован в Государственном реестре лекарственных средств для ветеринарного применения (galen.vetrf.ru), (номер государственного регистрационного удостоверения: 26-3-4.17-3665№ПВР-3-4.17/03327, дата государственной регистрации: 11.04.2017), а также учитывая, что «Антисептический раствор» является единственным сырьем, основой для производства «Вита-Септ» и «Сотасепт», суд апелляционной инстанции полагает, что по данным причинам отдельной регистрации перечисленных препаратов не требовалось. Разные торговые наименования указанных средств не свидетельствуют о необходимости такой регистрации. Таким образом, препараты ветеринарного назначения производства ООО «Гиппократ» «ВИТА-СЕПТ» и «СОТАСЕПТ», основой для производства которых является «Антисептический раствор», который прошел государственную регистрацию в уполномоченном федеральном органе исполнительной власти и внесен в Государственный реестр зарегистрированных ветеринарных препаратов, не рассматриваются как подакцизные в силу норм действующей редакции статьи 181 Налогового кодекса РФ. При указанных обстоятельствах арбитражный суд апелляционной инстанции приходит к выводу о наличии оснований для признания незаконным решения Межрайонной ИФНС России № 20 по Самарской области № 1144 от 20.03.2023 о привлечении ООО «Гиппократ» к ответственности за совершение налогового правонарушения, отмены решения суда первой инстанции (п.3 ч.1 ст. 270 АПК РФ ) с принятием по делу нового судебного акта об удовлетворении заявленных требований. Денежные средства, внесенные заявителем на депозит суда в связи с ходатайством о назначении экспертизы, подлежат возврату при обращении с соответствующим заявлением с указанием банковских реквизитов. Руководствуясь статьями 268 - 271 Арбитражного процессуального кодекса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