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должника легковой автомобиль марки: «TOYOTA DYNA»; год выпуска: 1993; г/н: &lt;***&gt;; номер шасси: BU660043576; номер двигателя:1329495; объем двигателя: 3660.000 см.куб; мощность двигателя кВт 81000; мощность двигателя: 110.000 л.с.; первичный ПТС: 36МК648041; серия и номер регистрационного документа: 41ХВ390595; дата выдачи регистрационного документа: 26.10.2011;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должника и супруги должника – ФИО6 (дата рождения 04.02.1957: место рождения: Камчатский край; адрес регистрации: Камчатский край, г. ПетропавловскКамчатский, ул. Вольского, д. 24, кв. 48) автомобиль марки: «NISSAN-WINGROAD»; год выпуска: 2009; г/н: A453YC41; номер кузова (прицепа): NY12022492, цвет кузова: белый, мощность двигателя: 109.0(80) л.с. (кВт); объем двигателя 1498 см.куб.; серия номер ПТС: 25УР569661;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судебную неустойку в размере 10 000 рублей за каждый день просрочки исполнения указанных обязательств до момента их фактического исполнения. Определением Арбитражного суда Камчатского края от 21.06.2022 по делу № А24- 1996/2020 отказано в удовлетворении требований финансового управляющего об истребовании у должника и супруги должника – ФИО6 следующего имущества: автомобиль марки: «NISSAN-WINGROAD»; год выпуска: 2009; г/н: A453YC41; номер кузова (прицепа): NY12022492, цвет кузова: белый, мощность двигателя: 109.0(80) л.с. (кВт); объем двигателя 1498 см.куб.; серия номер ПТС: 25УР569661. Постановлением Пятого арбитражного апелляционного суда от 08.09.2022 по делу № А24-1996/2020 определение Арбитражного суда Камчатского края от 21.06.2022 по делу № А24-1996/2020 в обжалуемой части изменено, апелляционная жалоба финансового управляющего удовлетворена. Судебным приставом-исполнителем Петропавловск-Камчатского ГОСП №1 на основании исполнительного листа ФС 039097102 от 05.12.2022, выданный органом: Арбитражный суд Камчатского края по делу № А24-1996/2020, вступившему в законную силу 08.09.2022, предмет исполнения: истребовать у ФИО5 и супруги должника - ФИО6 (дата рождения 04.02.1957; место рождения: Камчатский край; адрес регистрации: &lt;...&gt;) автомобиль марки «NISSAN-WINGROAD», год выпуска 2009, государственный регистрационный знак Ф453YC41, номер кузова (прицепа) NY12022492, цвет кузова белый, мощность двигателя 109.0(80) л.с.(кВт), объем двигателя 1498 см.куб.; серия номер ПТС 25УР569661, в отношении должника ФИО5 в пользу взыскателя ФИО8 23.01.2023 возбуждено исполнительное производство № 8485/23/41020-ИП; в отношении ФИО6 23.01.2023 возбуждено исполнительное производство № 8488/23/41020-ИП. 21.02.2023 ФИО8 в Петропавловск-Камчатское ГОСП №1 подано ходатайство о совершении выезда по адресу должника, указанному в исполнительном документе. При осуществлении выхода опросить лиц, которые могут располагать сведениями о местонахождении должника и его имущества, составить соответствующие акты. 13.03.2023 судебным приставом-исполнителем ФИО2 вынесены постановления №41020/23/112901 и № 41020/23/112903 об удовлетворении (частичном удовлетворении) заявления (ходатайства). Пунктом 2 указанных постановлений пристав указал, что 14.03.2023 запланирован выход по адресу должников, указанных в исполнительном документе. 02.11.2023 постановлением судебного пристава-исполнителя ФИО9 по заявлению ФИО4 от 30.10.2023 произведена замена взыскателя ФИО8 правопреемником ФИО4 01.12.2023 ФИО4 в Петропавловск-Камчатское ГОСП №1 подано заявление (ходатайство) о предоставлении сведений о ходе исполнительного производства, мерах, принятых судебным приставом-исполнителем в рамках исполнительного производства № 8485/23/41020-ИП, отчет о проделанной работе, копии материалов исполнительного производства. 13.12.2023 СПИ ФИО2 вынесено постановление № 41020/24/6203 об удовлетворении (частичном удовлетворении) заявления (ходатайства). 22.12.2023 ФИО4 в Петропавловск-Камчатское ГОСП №1 поданы заявления (ходатайства) в рамках исполнительного производства № 8485/23/41020-ИП о совершении выхода по адресу должника: при осуществлении выхода опростить лиц, которые могут располагать сведениями о местонахождении должника и его имущества, составить соответствующие акты, вызвать ФИО5 для дачи пояснений, предоставить информацию о совершенном выезде, объявить в розыск транспортное средство автомобиль марки «NISSAN-WINGROAD», год выпуска 2009, государственный регистрационный знак Ф453YC41, номер кузова (прицепа) NY12022492, цвет кузова белый, мощность двигателя 109.0(80) л.с.(кВт), объем двигателя 1498 см.куб.; серия номер ПТС 25УР569661. Полагая, что Петропавловск-Камчатское городское отделение судебных приставов № 1 Управления Федеральной службы судебных приставов по Камчатскому краю и Чукотскому автономному округу, начальник Петропавловск-Камчатского городского отделения судебных приставов № 1 Управления Федеральной службы судебных приставов по Камчатскому краю и Чукотскому автономному округу старшему судебному приставу ФИО3 и судебный пристав-исполнитель Петропавловск-Камчатского городского отделения судебных приставов № 1 Управления Федеральной службы судебных приставов по Камчатскому краю и Чукотскому автономному округу ФИО2 бездействуют в рамках исполнительных производств № 8485/23/41020-ИП, № 8488/23/41020-ИП, заявитель 11.01.2024 обратился в арбитражный суд с рассматриваемым заявлением, в удовлетворении которого судом отказано. Исследовав материалы дела, проверив в порядке, предусмотренном статьями 268 , 270 АПК РФ правильность применения судом норм материального и процессуального права, проанализировав доводы, содержащиеся в апелляционной жалобе, суд апелляционной инстанции не усматривает оснований для удовлетворения апелляционной жалобы и отмены решения суда первой инстанции в связи со следующим. По правилам части 1 статьи 128 Федерального закона от 02.10.2007 № 229-ФЗ «Об исполнительном производстве» (далее - Закон № 229-ФЗ) постановления должностного лица службы судебных приставов, его действия (бездействие) по исполнению исполнительного документа могут быть оспорены в арбитражном суде либо суде общей юрисдикции, в районе деятельности которого указанное лицо исполняет свои обязанности. Согласно части 1 статьи 329 АПК РФ постановления судебного пристава-исполнителя, их действия (бездействие) могут быть оспорены в арбитражном суде в случаях, предусмотренных Кодексом и другими федеральными законами, по правилам, установленным главой 24 АПК РФ. На основании части 1 статьи 198 , части 4 статьи 200 , частей 2 и 3 статьи 201 АПК РФ для признания незаконными действий (бездействия) органов, осуществляющих публичные полномочия, и их должностных лиц необходимо наличие в совокупности двух условий: несоответствия оспариваемых действий (бездействия) закону или иному нормативному правовому акту и нарушение оспариваемыми действиями (бездействием) прав и законных интересов заявителя в сфере предпринимательской и иной экономической деятельности. Частями 1, 2 статьи 5 Закона № 229-ФЗ установлено, что 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 В соответствии с частью 1 статьи 30 данного Закона судебный пристав-исполнитель возбуждает исполнительное производство на основании исполнительного документа по заявлению взыскателя,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лица,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Федерации, в форме электронного документа, если иное не установлено настоящим Федеральным законом. Содержащиеся в исполнительном документе требования должны быть исполнены судебным приставом-исполнителем в двухмесячный срок со дня возбуждения исполнительного производства, за исключением требований, предусмотренных частями 2 – 6.1 данной статьи (часть 1 статьи 36 Закона № 229-ФЗ). По правилам части 1 статьи 64 Закона № 229-ФЗ исполнительными действиями являются совершаемые судебным приставом-исполнителем в соответствии с настоящим Федеральным законом действия, направленные на создание условий для применения мер принудительного исполнения, а равно на понуждение должника к полному, правильному и своевременному исполнению требований, содержащихся в исполнительном документе. Мерами принудительного исполнения являются действия, указанные в исполнительном документе, или действия, совершаемые судебным приставом-исполнителем в целях получения с должника имущества, в том числе денежных средств, подлежащего взысканию по исполнительному документу (часть 1 статьи 68 Закона № 229-ФЗ). Как установлено частью 2 статьи 68 данного Закона, меры принудительного исполнения применяются судебным приставом-исполнителем после возбуждения исполнительного производства. Если в соответствии с данным Федеральным законом устанавливается срок для добровольного исполнения требований, содержащихся в исполнительном документе, то меры принудительного исполнения применяются после истечения такого срока. Таким образом, исполняя исполнительный документ, судебный пристав-исполнитель действует самостоятельно, в качестве уполномоченного должностного лица органа государственной власти, применяя в интересах должника и взыскателя те или иные меры принудительного исполнения, исходя из конкретных требований исполнительного документа, обстоятельств установления и взыскания задолженности, а также имеющейся у судебного пристава-исполнителя информации об имущественном положении должника. Как разъяснено в пункте 15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неисполнение требований исполнительного документа в срок, предусмотренный названным Законом, само по себе не может служить основанием для вывода о допущенном судебным приставом-исполнителем незаконном бездействии. Бездействие судебного пристава-исполнителя может быть признано незаконным, если он имел возможность совершить необходимые исполнительные действия и применить необходимые меры принудительного исполнения, направленные на полное, правильное и своевременное исполнение требований исполнительного документа в установленный законом срок, однако не сделал этого, чем нарушил права и законные интересы стороны исполнительного производства. Например, незаконным может быть признано бездействие судебного пристава-исполнителя, установившего отсутствие у должника каких-либо денежных средств, но не совершившего всех необходимых исполнительных действий по выявлению другого имущества должника, на которое могло быть обращено взыскание, в целях исполнения исполнительного документа (в частности, не направил запросы в налоговые органы, в органы, осуществляющие государственную регистрацию имущества и (или) прав на него, и т.д.). В пункте 42 данного Постановления отмечено, что перечень исполнительных действий, приведенный в части 1 статьи 64 Закона об исполнительном производстве, не является исчерпывающим, и судебный пристав-исполнитель вправе совершать иные действия, необходимые для своевременного, полного и правильного исполнения исполнительных документов (пункт 17 части 1 названной статьи), если они соответствуют задачам и принципам исполнительного производства (статьи 2 и 4 Закона об исполнительном производстве), не нарушают защищаемые Федеральным законом права должника и иных лиц. Таким образом, бездействие при исполнении судебным приставом-исполнителем своих должностных обязанностей предполагает полное отсутствие или не совершение каких-либо действий, прямо предусмотренных Законом № 229-ФЗ. В свою очередь, действующее законодательство не предусматривает строгой последовательности и периодичности совершения исполнительных действий, их количества и объема. Меры принудительного характера в соответствии с требованиями статей 64, 68 Закона № 229-ФЗ применяются судебным приставом-исполнителем исходя из конкретных обстоятельств исполнительного производства. Применительно к обстоятельствам рассматриваемого спора из материалов дела усматривается, что в целях исполнения требований исполнительного документа ФС 039097102 от 05.12.2022, выданный органом: Арбитражный суд Камчатского края по делу № А24-1996/2020, вступившему в законную силу 08.09.2022, предмет исполнения: истребовать у ФИО5 и супруги должника - ФИО6 автомобиль марки «NISSAN-WINGROAD», год выпуска 2009, государственный регистрационный знак Ф453YC41, номер кузова (прицепа) NY12022492, цвет кузова белый, мощность двигателя 109.0(80) л.с.(кВт), объем двигателя 1498 см.куб.; серия номер ПТС 25УР569661, в отношении должника ФИО5 в пользу взыскателя ФИО8 23.01.2023 возбуждено исполнительное производство № 8485/23/41020-ИП; в отношении ФИО6 23.01.2023 возбуждено исполнительное производство № 8488/23/41020-ИП. 14.03.2023, 27.07.2023, 09.02.2024 судебным приставом-исполнителем, неоднократно совершены выходы по адресу регистрации должников &lt;...&gt;, согласно актам о совершении исполнительных действиях дверь никто не открыл, со слов соседа из кв. 49 в кв. 48 П-вы не проживают, на прилегающей территории автомобиль не обнаружен. Проводятся работы по установлению должника и его имущества. Заведен исполнительный розыск автомобиля. В рамках указанных исполнительных производств судебным приставом- исполнителем были направлены запросы в кредитные организации, регистрирующие органы в целях получения информации о должнике, его имуществе, сведений о зарегистрированных транспортных средствах должника. Согласно сведениям УМВД ГИБДД по Камчатскому краю от 02.03.2024, данных о наличии транспортных средств, зарегистрированных за должниками не значатся (сведения отсутствуют). 17.01.2024 судебным приставом-исполнителем ФИО2 вынесено постановление № 41020/24/16209 об исполнительном розыске имущества ФИО5 22.01.2024 судебным приставом-исполнителем ФИО10 вынесено постановление о заведении розыскного дела в отношении ФИО5 13.02.2024 судебным приставом-исполнителем ФИО2 вынесено требование № 41020/24/58308 об исполнении ФИО5 в части предоставления автомобиля конкурсному управляющему, которое было вручено на приеме у судебного пристава-исполнителя, а также вручено предупреждение об уголовной ответственности по статьеМ 177 , 315 Уголовного кодекса Российской Федерации. 13.02.2024 начальнику отделения – старшему судебному приставу Петропавловск-Камчатского ГОСП № 1 УФССП по КК и ЧАО от ФИО5 поступило заявление, в котором пояснил, что истребуемый автомобиль был продан ранее. 14.02.2024 ФИО4 в Петропавловск-Камчатское ГОСП №1 подано заявление о розыске должника, его имущества или розыске ребенка, в котором просит объявить розыск должника-физического лица в рамках исполнительного производства № 8485/23/41020-ИП. 15.02.2024 судебным приставом-исполнителем ФИО2 вынесено постановление № 41020/24/61128 об отказе в объявлении в розыске в связи с тем, что установлено место проживания должника. Автомобиль на прилегающей территории не обнаружен. Таким образом, из обстоятельств дела и представленных доказательств усматривается, что судебным приставом-исполнителем после возбуждения исполнительного производства предприняты меры для установления должника и сведений о характере имеющегося у него имущества, направленные на полное, правильное и своевременное исполнение требований исполнительного документа. Все вышеперечисленные меры по поиску имущества должника также находят свое отражение в представленной в материалы дела сводке по исполнительному производству. Из представленных суду материалов дела следует, что в ходе совершения мер принудительного исполнения судебными приставами-исполнителями установлено, что у должников отсутствует спорное имущество - автомобиль марки «NISSAN-WINGROAD», год выпуска 2009, государственный регистрационный знак Ф453YC41, номер кузова (прицепа) NY12022492, цвет кузова белый, мощность двигателя 109.0(80) л.с.(кВт), объем двигателя 1498 см.куб.; серия номер ПТС 25УР569661. В статье 64 Закона № 229-ФЗ приведен перечень исполнительных действий, а в статье 68 названного закона - перечень мер принудительного исполнения. Данные перечни не являются исчерпывающими, при этом пристав самостоятельно определяет конкретные необходимые действия по правильному и своевременному исполнению требований исполнительного документа. При этом сам по себе факт отсутствия положительного результата для взыскателя от проводимых судебным приставом-исполнителем указанных исполнительных действий и мер принудительного исполнения не свидетельствует о наличии бездействия судебного пристава-исполнителя, поскольку, как указано судом ранее, под бездействием понимается неисполнение органом государственной власти, органом местного самоуправления, должностным лицом, государственным или муниципальным служащим обязанности, возложенной на них нормативными правовыми и иными актами, определяющими полномочия этих лиц (должностными инструкциями, положениями, регламентами, приказами), что в рассматриваем случае не установлено. Более того, на момент рассмотрения дела судом исполнительные производства не окончены. Так в материалах дела отсутствуют доказательства того, что в результате не совершения или несвоевременного совершения судебными приставами-исполнителями исполнительных действий и действий организационного характера из распоряжения должника выбыло какое-либо имущество, за счет которого заявитель мог бы удовлетворить свои требования. Довод апелляционной жалобы о том, что судом не дана оценка действиям судебного пристава-исполнителя, выраженные в не представлении документов, в которых содержится информация о предпринятых мерах, направленных на розыск транспортного средства, не объявлению в розыск транспортного средства автомобиль марки «NISSAN-WINGROAD», год выпуска 2009, государственный регистрационный знак Ф453YC41, номер кузова (прицепа) NY12022492, цвет кузова белый, мощность двигателя 109.0(80) л.с.(кВт), объем двигателя 1498 см.куб., серия номер ПТС 25УР569661; по не вынесению постановления об объявлении в розыск имущества; по не вызову должника для дачи пояснений; по не предупреждению об уголовной ответственности по статьям 177 , 315 Уголовного кодекса Российской Федерации; по не рассмотрению вопроса о привлечении к уголовной ответственности по ст. 177 , 315 УК РФ ; по не совершению выхода по адресу местонахождения должника для выявления местонахождения имущества должника, а также автомобиля «NISSAN-WINGROAD», год выпуска 2009, государственный регистрационный знак Ф453YC41, номер кузова (прицепа) NY12022492, цвет кузова белый, мощность двигателя 109.0(80) л.с.(кВт), объем двигателя 1498 см.куб., серия номер ПТС 25УР569661: с составлением акта осмотра, описи с отражением технического состояния с приложением фото или видео фиксации транспортного средства, судебной коллегией отклоняется, как несостоятельный, оценка указанным действиям указана на страницах 7-9 оспариваемого решения суда. Что касается довода взыскателя о неправомерном бездействии судебного пристава-исполнителя в части не привлечения должника к уголовной ответственности, предусмотренной статьей 315 УК РФ , то судебная коллегия отмечает следующее. Привлечение виновного лица в случае нарушения законодательства Российской Федерации об исполнительном производстве к административной ответственности и принятие мер, направленных на привлечение должника к уголовной ответственности является полномочием судебного пристава-исполнителя и не поставлено в зависимость от мнения стороны исполнительного производства, в связи с чем, не может быть признано незаконным и бездействие судебного пристава-исполнителя, выразившееся в не привлечении должника к уголовной ответственности должника по статье 315 УК РФ . То обстоятельство, что должник не был привлечен к уголовной ответственности, не свидетельствует о нарушении прав взыскателя, поскольку в условиях отсутствия у должника имущества само по себе привлечение должника к ответственности не могло способствовать исполнению требований исполнительного документа. Заявитель указывает также на не представлении документов, в которых содержится информация о предпринятых мерах, направленных на розыск транспортного средства. Частью 1 статьи 50 Закона № 229-ФЗ установлено, что стороны исполнительного производства вправе знакомиться с материалами исполнительного производства, делать из них выписки, снимать с них копии, представлять дополнительные материалы, заявлять ходатайства, участвовать в совершении исполнительных действий, давать устные и письменные объяснения в процессе совершения исполнительных действий, приводить свои доводы по всем вопросам, возникающим в ходе исполнительного производства, возражать против ходатайств и доводов других лиц, участвующих в исполнительном производстве, заявлять отводы, обжаловать постановления судебного пристава-исполнителя, его действия (бездействие), а также имеют иные права, предусмотренные законодательством Российской Федерации об исполнительном производстве. Таким образом, право взыскателя знать о ходе исполнительного производства реализуется посредством его ознакомления с материалами исполнительного производства, заявления ходатайств, в том числе и об участии в совершении исполнительных действий. В удовлетворении требований заявителя к начальнику отделения - старшего судебного пристава судом отказано правомерно в силу следующего. Как указано в пункте 12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по делам об оспаривании постановлений, действий (бездействия) судебных приставов-исполнителей требования предъявляются административным истцом, заявителем к судебному приставу-исполнителю, чьи постановления, действия (бездействие) оспариваются, при прекращении его полномочий - к должностному лицу, которому эти полномочия переданы, а если полномочия не передавались - к старшему судебному приставу соответствующего структурного подразделения ФССП России (глава 24 АПК РФ). Полномочия старшего судебного пристава определены статьей 10 Федерального закона от 21.07.1997 № 118-ФЗ «Об органах принудительного исполнения Российской Федерации», в соответствии с которой старший судебный пристав возглавляет подразделение судебных приставов федерального органа принудительного исполнения и территориального органа принудительного исполнения Конституционного Суда Российской Федерации, Верховного Суда Российской Федерации, судов общей юрисдикции и арбитражных судов, принудительного исполнения судебных актов, актов других органов и должностных ли Старший судебный пристав: организует работу подразделения судебных приставов; обеспечивает принятие мер по своевременному и полному исполнению судебными приставами-исполнителями судебных актов, актов других органов и должностных лиц, утверждает постановления судебных приставов-исполнителей в случаях, предусмотренных Федеральным законом «Об исполнительном производстве», издает указания и распоряжения по вопросам организации деятельности подразделения судебных приставов, имеет право отменить или изменить не соответствующее требованиям законодательства Российской Федерации решение должностного лица подразделения судебных приставов; осуществляет в пределах своей компетенции контроль в установленной сфере деятельности; в случае необходимости исполняет обязанности судебного пристава-исполнителя; при осуществлении контроля за принудительным исполнением судебных актов, актов других органов и должностных лиц совершает отдельные исполнительные действия. Доказательства, подтверждающие отсутствие надлежащего контроля старшего судебного пристава за надлежащим исполнением судебным приставом-исполнителем всех обязанностей по спорным исполнительным производствам в деле отсутствуют. Само по себе невыполнение каких-либо действий судебным приставом-исполнителем не свидетельствует о бездействии старшего судебного пристава. С учетом изложенного суд первой инстанции пришел к правильному выводу, что оспариваемые бездействия органов принудительного исполнения не нарушают прав и законных интересов заявителя, в связи с чем в соответствии с частью 3 статьи 201 АПК РФ отсутствовали основания для удовлетворения заявленных требований. Выводы суда соответствуют установленным по делу обстоятельствам, нормы материального права применены судом правильно. Нарушений норм процессуального права, в том числе являющихся безусловным основанием для отмены судебного акта, апелляционной инстанцией не установлено. Оснований для удовлетворения апелляционной жалобы и отмены судебного акта не имеется. Согласно статье 329 АПК РФ , заявление об оспаривании постановлений должностных лиц службы судебных приставов, их действий (бездействия) государственной пошлиной не облагается. Руководствуясь статьями 258 , 266 - 271 Арбитражного процессуального кодекса Российской Федерации, Пятый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