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01</w:t>
      </w:r>
    </w:p>
    <w:p>
      <w:pPr>
        <w:spacing w:after="80"/>
        <w:jc w:val="center"/>
      </w:pPr>
      <w:r>
        <w:rPr>
          <w:rFonts w:ascii="Times New Roman" w:hAnsi="Times New Roman" w:eastAsia="Times New Roman" w:cs="Times New Roman"/>
          <w:b w:val="0"/>
          <w:i w:val="0"/>
          <w:sz w:val="22"/>
        </w:rPr>
        <w:t>город Воронеж</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Выполнены ли подписи в договоре подряда от 25.06.2020 №25.06/20, заключенном между ООО «Евроспецстрой» и ООО «СЭНС-Сервис», дополнительном соглашении от 07.06.2021 № 8 к договору подряда и на документах, представленных третьим лицом ГУП «Белоблводоканал» в качестве свободных образцов, от имени ФИО4, одним и тем же лицом?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Нанесены ли оттиски печати ООО «СЭНС-Сервис», имеющиеся на документах: договоре подряда от 25.06.2020 №25.06/20, заключенном между ООО «Евроспецстрой» и ООО «СЭНС-Сервис», дополнительном соглашении от 07.06.2021 №8 к договору подряда, акте о приемке выполненных работ формы КС-2 от 10.06.2021, справке о стоимости выполненных работ и затрат формы КС-3 от 10.06.2021, клише печати ООО «СЭНС-Сервис» (ИНН &lt;***&gt;, ОГРН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Являются ли идентичной оттиски печати ООО «СЭНС-Сервис» (ИНН &lt;***&gt;, ОГРН &lt;***&gt;) на документах: договоре подряда №25.06/20 от 25.06.2020 г., заключенном между ООО «Евроспецстрой» (ИНН &lt;***&gt;, ОГРН &lt;***&gt;) и ООО «СЭНС-Сервис» (ИНН &lt;***&gt;, ОГРН &lt;***&gt;), дополнительном соглашении от 07.06.2021 №8 к договору подряда, акте о приемке выполненных работ формы КС-2 от 10.06.2021, справке о стоимости выполненных работ и затрат формы КС-3 от 10.06.2021, оттискам печати на документах, представленных третьим лицом ГУП «Белоблводоканал» в качестве свободных образцов печати ООО «СЭНС-Сервис» (ИНН &lt;***&gt;, ОГРН &lt;***&gt;). По результатам проведенной экспертизы, в материалы дела представлено заключение эксперта от 16.10.2023 № 31-88/2023 СЭ, в котором эксперт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Подписи от имени ФИО3, расположенные: – в Дополнительном соглашении №8 к Договору субподряда от 25.06.2020 №25.06/20, датированном 07.06.2021 на лицевой стороне листа в правом нижнем углу, в строке: «Заказчик» и на оборотной стороне листа в правом нижнем углу в строке: «ФИО3.», выполнены не ФИО3, а иным лицом. Подпись, от имени ФИО3, расположенная: – в Договоре подряда от 25.06.2020 №25.06/20, заключенного между ООО «Евроспецстрой» (ИНН &lt;***&gt;, ОГРН &lt;***&gt;) и ООО «СЭНС- СЕРВИС» (ИНН &lt;***&gt;, ОГРН &lt;***&gt;), на оборотной стороне второго листа в центральной части слева в строке: «Директор ФИО3.», представленном на исследование, выполнена не ФИО3, а иным вторым лицом.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ФИО3, расположенные: – В Дополнительном соглашении №8 к Договору субподряда №25.06/20 от года, датированном 07.06.2021 года на лицевой стороне листа в правом нижнем углу, в строке: «Заказчик» и на оборотной стороне листа в правом нижнем углу в строке: «ФИО3.», и подписи от имени ФИО3, расположенные в следующих документах: – Счет-фактура № 205 от 30 ноября 2020 года, – Счет-фактура № 210 от 18 декабря 2020 года, – Счет-фактура №164 от 30 октября 2020 года, – Счет на оплату № 119 от 05 сентября 2020 года, – Счет на оплату № 121 от 30 октября 2020, – Счет на оплату №152 от 18 декабря 2020 года, предоставленных в качестве свободных образцов ГУП «Белоблводоканал», выполнены одним лицом. При сравнении с подписями, от имени ФИО3, расположенными в остальных документах, а именно: – Счет-фактура №65/1 от 30 апреля 2021 года, – Счет-фактура №47 от 12 мая 2020 года, – Счет-фактура №46 от 6 мая 2020 года, – Счет-фактура №141/1 от 5 сентября 2020 года, – Счет на оплату № 28 от 06 мая 2020 года, – Счет на оплату № 29 от 12 мая 2020 года, – Дополнительное соглашение №1 к Контракту № 2312346047619000003 от на выполнение строительно-монтажных и пусконаладочных работ по объекту: «Новая главная канализационная насосная станция г. Белгород», датированное 27 ноября 2020 годом, предоставленных ГУП «Белоблводоканал», в качестве свободных образцов, совпадений не выявлено. При сравнении с подписью, от имени ФИО3, расположенной: – В Договоре подряда №25.06/20 от 25.06.2020 года, заключенного между ООО «Евроспецстрой» (ИНН &lt;***&gt;, ОГРН &lt;***&gt;) и ООО «СЭНС-СЕРВИС» (ИНН &lt;***&gt;, ОГРН &lt;***&gt;), на оборотной стороне второго листа в центральной части слева в строке: «Директор ФИО3.», представленном на исследование со свободными образцами подписей, выполненными от имени ФИО3, расположенных в документах, предоставленных ГУП «Белоблводоканал», совпадений не выявлено.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Оттиски круглой печати «СЭНС-СЕРВИС», расположенные: – На оборотной стороне второго листа Договора подряда №25.06/20 от 25.06.2020 года, заключенного между ООО «Евроспецстрой» (ИНН &lt;***&gt;, ОГРН &lt;***&gt;) и ООО «СЭНС-СЕРВИС» (ИНН &lt;***&gt;, ОГРН &lt;***&gt;), в графе: «Заказчик: ООО «СЭНС-СЕРВИС», – На оборотной стороне листа Дополнительного соглашения №8 к Договору субподряда №25.06/20 от 25.06.2020 года, датированного 07.06.2021 года, в графе: «Заказчик: ООО «СЭНС-СЕРВИС», – На лицевой стороне Акта о приемке выполненных работ №11, формы КС-2 от 10.06.2021 года, в строке: «Руководитель проекта OОО «СЕНС-СЕРВИС» Доверенность №б/н от 01.04.2020 г. Овчарова И,В.», – На лицевой стороне Справки о стоимости выполненных работ и затрат №11, формы КС-3 от 10.06.2021 года, в строке: «Руководитель проекта ООО «СЕНС- СЕРВИС» Доверенность №б/н от 01.04.2020 г. ФИО2.», представленных на исследование, оставлены не круглой печатью «СЭНС-СЕРВИС» (ИНН &lt;***&gt;, ОГРН &lt;***&gt;), экспериментальные образцы оттисков которой отобраны в суде и предоставлены для сравнительного исследования, а другой круглой печатью «СЭНС-СЕРВИС».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Оттиски круглой печати «СЭНС-СЕРВИС», расположенные: – На оборотной стороне второго листа Договора подряда №25.06/20 от 25.06.2020 года, заключенного между ООО «Евроспецстрой» (ИНН &lt;***&gt;, ОГРН &lt;***&gt;) и ООО «СЭНС-СЕРВИС» (ИНН &lt;***&gt;, ОГРН &lt;***&gt;), в графе: «Заказчик: ООО «СЭНС-СЕРВИС», – На оборотной стороне листа Дополнительного соглашения №8 к Договору субподряда №25.06/20 от 25.06.2020 года, датированного 07.06.2021 года, в графе: «Заказчик: ООО «СЭНС-СЕРВИС», – На лицевой стороне Акта о приемке выполненных работ №11, формы КС-2 от 10.06.2021 года, в строке: «Руководитель проекта ООО «СЕНС-СЕРВИС» Доверенность №б/н от 01.04.2020 г. ФИО2.», На лицевой стороне Справки о стоимости выполненных работ и затрат №11, формы КС-3 от 10.06.2021 года, в строке: «Руководитель проекта ООО «СЕНС-СЕРВИС» Доверенность №б/н от 01.04.2020 г. ФИО2.», представленных на исследование, и оттиски круглой печати «СЭНС-СЕРВИС», предоставленные ГУП «Белоблводоканал», в качестве свободных образцов, расположенных в следующих документах: – Счет на оплату № 119 от 05 сентября 2020 года, – Счет на оплату № 121 от 30 октября 2020 года, – Счет на оплату № 28 от 06 мая 2020 года, – Счет на оплату № 29 от 12 мая 2020 года, – Счет на оплату №152 от 18 декабря 2020года, – Дополнительное соглашение №1 к Контракту № 2312346047619000003 от 27.12.2019 на выполнение строительно-монтажных и пусконаладочных работ по объекту: «Новая главная канализационная насосная станция г. Белгород», датированное 27 ноября 2020 года, идентичны и нанесены одной круглой печатью «СЭНС-СЕРВИС». Экспертиза проведена в соответствии с требованиями статей 82 , 83 АПК РФ , заключение эксперта соответствует положениям статьи 86 АПК РФ . Каких-либо доказательств, опровергающих выводы эксперта или дающих основание сомневаться как в выводах эксперта, так и в квалификации самого эксперта суду не представлено. О несогласии с данным заключением лицами, участвующими в деле, не заявлено. Представленное заключение эксперта, в силу положений статей 64 , 67 , 68 АПК РФ , является надлежащим доказательством по настоящему делу. Между тем, как указал Пленум Верховного Суда Российской Федерации в пункте 123 Постановления от 23.06.2015 № 25 «О применении судами некоторых положений раздела I части первой Гражданского кодекса Российской Федерации» установление факта заключения сделки представителем без полномочий или с превышением таковых служит основанием для отказа в иске, вытекающем из этой сделки, к представляемому, если только не будет доказано, что последний одобрил данную сделку (пункты 1 и 2 статьи 183 ГК РФ ). Под последующим одобрением сделки представляемым, в частности, могут пониматься: письменное или устное одобрение независимо от того, кому оно адресовано; признание представляемым претензии контрагента; иные действия представляемого, свидетельствующие об одобрении сделки (например, полное или частичное принятие исполнения по оспариваемой сделке, полная или частичная уплата процентов по основному долгу, равно как и уплата неустойки и других сумм в связи с нарушением обязательства; реализация других прав и обязанностей по сделке, подписание уполномоченным на это лицом акта сверки задолженности); заключение, а равно одобрение другой сделки, которая обеспечивает первую или заключена во исполнение либо во изменение первой; просьба об отсрочке или рассрочке исполнения; акцепт инкассового поручения. Независимо от формы одобрения оно должно исходить от органа или иного лица, уполномоченного заключать такие сделки или совершать действия, которые могут рассматриваться как одобрение. Равным образом об одобрении могут свидетельствовать действия работников представляемого по исполнению обязательства при условии, что они основывались на доверенности, либо полномочие работников на совершение таких действий явствовало из обстановки, в которой они действовали (абзац второй пункта 1 статьи 182 ГК РФ ). Как следует из материалов дела и установлено судом, ответчик произвел частичную оплату за выполненные работы, указав в представленных в материалы дела платежных поручениях в качестве назначения платежа «оплата по договору № 25.06/20 от 25.06.2020». Указанные обстоятельства обоснованно квалифицированы судом первой инстанции в качестве действий, свидетельствующих об одобрении сделки. С учетом совокупности установленных по делу обстоятельств, суд первой инстанции не усмотрел оснований для исключения оспариваемых документов из числа доказательств по делу, о чем в порядке статьи 161 АПК РФ вынесено протокольное определение, основанное на следующих обоснованных выводах. В целях исключения возможности недобросовестного оспаривания сделок по формальным основаниям, то есть в случаях, когда юридическое лицо, исполнившее сделку, ссылается на ее незаключенность, обращается с требованием о применении последствий ее недействительности (ничтожности), ссылаясь на ее подписание лицом без каких-либо полномочий, законодателем внесен ряд изменений в нормы действующего законодательства (абзац 4 пункта 2 и пункт 5 статьи 166 , пункта 2 статьи 431.1 , пункт 3 статьи 432 ГК РФ ). Как разъяснено в пункте 44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№9), в силу презумпции разумности и добросовестности участников гражданских правоотношений суду необходимо исходить из заключенности и действительности договора, пока не доказано обратное. В заключении эксперта от 16.10.2023 №31-88/2023 СЭ установлено, что оттиски печати ООО «СЭНС-СЕРВИС», расположенные в исследуемых документах: на Договоре подряда №25.06./20 от 25.06.2020, заключенного между ООО «СЭНС-СЕРВИС» и ООО «Евроспецстрой», на Дополнительном соглашении №8 к Договору субподряда №25.06.2020, датированного 07.06.2021, на Акте о приемке выполненных работ №11, форма КС-2 от 10.06.2021, на Справке о стоимости выполненных работ и затрат №11, формы КС-3 от 10.06.2021 и оттиски печати ООО «СЭНС-СЕРВИС», расположенные в документах, представленных ГУП «БЕЛОБЛВОДОКАНАЛ» в качестве свободных образцов: Счет на оплату №119 от 05 сентября 2020 года, Счет на оплату №121 от 30 октября 2020 года, Счет на оплату №28 от 06 мая 2020 года, Счет на оплату №29 от 12 мая 2020 года, Счет на оплату №152 от 18 декабря 2020 года, Дополнительное соглашение №1 к Контракту №2312346047619000003 от 27.12.2019 года на выполнение строительно-монтажных и пусконаладочных работ по объекту: Новая главная канализационная насосная станция в г. Белгороде датированное 27 ноября 2020 года, нанесены одной и той же печатью ООО «СЭНС-СЕРВИС». Таким образом, выявленные экспертами отличия оттисков печати, представленных в качестве экспериментальных образцов, и оттисков печати на документах, представленных в качестве свободных образцов, свидетельствуют о наличии у ООО "СЭНС-СЕРВИС" более одной печати, использовавшейся в хозяйственной деятельности. В связи с изложенным, суд критически оценил информацию, представленную ООО «СЭНС-СЕРВИС» в ходе рассмотрения дела, о наличии у данного Общества только одной печати. Таким образом, суд первой инстанции пришел к справедливому выводу о том, что оспариваемые документы скреплены печатью ответчика, использовавшейся в хозяйственной деятельности, в том числе при заключении и выполнении Контракта с ГУП «Белоблводоканал». Само по себе проставление оттиска другой печати на спорных документах не может являться основанием для признания документа недействительным (сфальсифицированным) при наличии у организации других печатей и при отсутствии заявления об утере (хищении) печати или фальсификации ее оттиска. Сторонами не согласовано использование конкретной печати для документов. Доказательств того, что печать, оттиски которой нанесены на спорных документах, ООО «СЭНС-СЕРВИС» не принадлежала, выбыла из законного владения общества в результате кражи либо иным способом, Ответчиком не представлено. Ссылку ответчика на обращение в правоохранительные органы по факту мошеннических действий ФИО2, в отсутствие вступившего в законную силу приговора, апелляционный суд не принимает в соответствии с частью 3 статьи 69 АПК РФ . Наличие на спорных документах подписи генерального директора ООО «СЭНС-Сервис», выполненной не самим ФИО3, а другим лицом, при наличии на документах оттиска печати ООО «СЭНС-Сервис», не свидетельствует о незаключенности между истцом и ответчиком договора подряда от 25.06.2020 № 25.06/20, принятии работ в рамках договора подряда от 25.06.2020 г. № 25.06/20 неуполномоченным лицом. Из разъяснений, содержащихся в абз. 3 п. 122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(далее – постановление Пленума № 25), в случаях, когда сделка от имени лица совершена лицом, у которого отсутствуют какие-либо полномочия, подлежат применению положения ст. 183 ГК РФ . На основании п. 1 ст. 183 ГК РФ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прямо не одобрит данную сделку. Согласно пункту 2 статьи 183 ГК РФ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 Согласно разъяснениям, данным в пункте 123 постановления Пленума № 25, под последующим одобрением сделки представляемым, в частности, могут пониматься: письменное или устное одобрение независимо от того, кому оно адресовано; признание представляемым претензии контрагента; иные действия представляемого, свидетельствующие об одобрении сделки (например, полное или частичное принятие исполнения по оспариваемой сделке, полная или частичная уплата процентов по основному долгу, равно как и уплата неустойки и других сумм в связи с нарушением обязательства; реализация других прав и обязанностей по сделке, подписание уполномоченным на это лицом акта сверки задолженности); заключение, а равно одобрение другой сделки, которая обеспечивает первую или заключена во исполнение либо во изменение первой; просьба об отсрочке или рассрочке исполнения; акцепт инкассового поручения. 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 (статья 402 ГК РФ ). В силу пункта 5 статьи 185 ГК РФ удостоверение полномочий действовать от имени юридического лица осуществляется его руководителем или иным лицом с приложением печати этой организации. Согласно части 5 статьи 2 Федерального закона от 08.02.1998 № 14-ФЗ «Об обществах с ограниченной ответственностью» общество должно иметь круглую печать, содержащую его полное фирменное наименование на русском языке и указание на место нахождения общества. Согласно пункту 3.25 ГОСТ Р 6.30-2003 «Государственный стандарт Российской Федерации. Унифицированные системы документации. Унифицированная система организационно-распорядительной документации. Требования к оформлению документов» (постановление Госстандарта Российской Федерации от 03.03.2003 № 65-ст «О принятии и введение в действие государственного стандарта Российской Федерации») оттиск печати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подлинной подписи. Таким образом, юридическое значение круглой печати общества заключается в удостоверении ее оттиском подлинности подписи лица, уполномоченного представлять общество во внешних отношениях, а также того факта, что соответствующий документ исходит от индивидуально определенного общества как юридического лица, являющегося самостоятельным участником гражданского оборота и субъектом предпринимательского права. В силу статьи 182 ГК РФ полномочие на совершение сделки может явствовать из обстановки, в которой действует представитель. Наличие печати юридического лица на спорных документах позволяет установить (индивидуализировать) юридическое лицо, от имени которого подписаны представленные истцом страховые полисы, поставлена печать. Печать не может находиться в свободном доступе для лиц, не имеющих полномочия на совершение спорных действий. Юридические лица несут ответственность за использование собственной печати и, как следствие, риск ее неправомерного использования другими лицами. Печать является одним из средств индивидуализации организации, и общество обязано обеспечить надлежащие условия ее хранения и порядок использования уполномоченными лицами, исключающий проставление оттиска печати на документы, не исходящие от данной организации. Действующее законодательство не содержит положений о количестве печатей, которое вправе иметь общество, не ограничивая субъектов предпринимательской в указанном вопросе. Общество вправе иметь и использовать как одну, так и несколько печатей, в том числе для различных целей. Наличие нескольких печатей в организации с разграничением сферы их использования не противоречит закону. При этом печать организации не может находиться в свободном доступе для лиц, не имеющих полномочия на совершение спорных действий. Ответственность за законность использования и надежность хранения печати возлагается на руководителя организации. Наличие у лиц, подписавших Договор подряда №25.06./20 от 25.06.2020, доступа к печати ответчика подтверждает, что их полномочия явствовали из обстановки, в которой они действовали, что соответствует положениям абзаца 2 пункта 1 статьи 182 ГК РФ . Печать в рассматриваемом случае является одним из способов идентификации юридического лица в гражданском обороте, и, следовательно, заверение документа печатью подтверждает подписание документа лицом, имевшим право и возможность использовать официальную печать общества и действовать от его имени и в его интересах. В соответствии со статьей 183 ГК РФ при отсутствии полномочий действовать от имени другого лица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прямо не одобрит данную сделку.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 Согласно разъяснениям, содержащимся в пункте 5 Информационного письма Высшего Арбитражного Суда Российской Федерации от 23.10.2000 № 57 «О некоторых вопросах практики применения статьи 183 Гражданского кодекса Российской Федерации» при разрешении споров, связанных с применением пункта 2 статьи 183 ГК РФ , судам следует принимать во внимание, что под прямым последующим одобрением сделки представляемым, в частности, могут пониматься письменное или устное одобрение, независимо от того, адресовано ли оно непосредственно контрагенту по сделке; признание представляемым претензии контрагента; конкретные действия представляемого, если они свидетельствуют об одобрении сделки (например, полная или частичная оплата товаров, работ, услуг, их приемка для использования, полная или частичная уплата процентов по основному долгу, равно как и уплата неустойки и других сумм в связи с нарушением обязательства; реализация других прав и обязанностей по сделке); заключение другой сделки, которая обеспечивает первую или заключена во исполнение либо во изменение первой; просьба об отсрочке или рассрочке исполнения; акцепт инкассового поручения.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(пункт 1 статьи 432 ГК РФ ). Соглашение сторон может быть достигнуто путем принятия (акцепта) одной стороной предложения заключить договор (оферты) другой стороны (пункт 2 статьи 432 ГК РФ ), путем совместной разработки и согласования условий договора в переговорах, иным способом, например, договор считается заключенным и в том случае, когда из поведения сторон явствует их воля на заключение договора (пункт 2 статьи 158 , п. 3 ст. 432 ГК РФ ). Из материалов дела следует, что ответчиком производилась оплата выполненных истцом работ в рамках Договора подряда №25.06./20 от 25.06.2020, в подтверждение чего в материалы дела представлены платежные поручения о произведенной ответчиком оплате: платежное поручение № 651 от 02.07.2020, платежное поручение № 757 от 20.07.2020, платежное поручение № 756 от 20.07.2020, платежное поручение № 865 от 12.08.2020, платежное поручение №1045 от 14.09.2020, платежное поручение №1160 от 13.10.2020, платежное поручение № 1152 от 13.10.2020, платежное поручение №1366 от 30.11.2020, платежное поручение № 1367 от 30.11.2020, платежное поручение № 1447 от 12.2020, платежное поручение № 1563 от 30.12.2020, платежное поручение № 1562 от 30.12.2020, платежное поручение № 155 от 04.02.2021, платежное поручение № 484 от 05.04.2021, платежное поручение № 524 от 12.04.2021, платежное поручение № 788 от 01.06.2021, платежное поручение № 854 от 16.06.2021, платежное поручение №886 от 25.06.2021, платежное поручение №1102 от 09.08.2021, платежное поручение №1385 от 20.09.2021, платежное поручение №1386 от 20.09.2021, платежное поручение №1626 от 28.10.2021. Согласно пункту 6 постановления Пленума Верховного Суда РФ от 25.12.2018 № 49 «О некоторых вопросах применения общих положений Гражданского кодекса Российской Федерации о заключении и толковании договора»,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Из разъяснений пункта 7 информационного письма Президиума Высшего Арбитражного Суда РФ от 25.02.2014 № 165 «Обзор судебной практики по спорам, связанным с признанием договоров незаключенными» следует, что при наличии спора о заключенности договора суд должен оценивать обстоятельства дела в их взаимосвязи в пользу сохранения, а не аннулирования обязательств, а также исходя из презумпции разумности и добросовестности участников гражданских правоотношений, закрепленной ст. 10 ГК РФ . В соответствии с п. 1, п. 2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В случае несоблюдения данного требования закона суд может отказать лицу в защите прав. Согласно п. 6 информационного письма Президиума ВАС РФ от 25.11.2008 № 127 «Обзор практики применения арбитражными судами статьи 10 Гражданского кодекса Российской Федерации» в условиях надлежащим образом исполненных истцом обязательств ответчик, заявляя о том, что договор является незаключенным, действовал исключительно с целью добиться освобождения от обязанности оплатить выполненные для него работы, а также от применения мер ответственности вследствие несвоевременного исполнения обязанности по оплате. Оценивая обстоятельства дела, с учетом вышеприведенных требований, суд первой инстанции обоснованно исходил из того, что ответчик, был обязан организовать свою работу на территории г. Белгорода при исполнении Контракта с ГУП «Белоблводоканал», в том числе, при привлечении субподрядных организаций (предпринимателей) в режиме, обеспечивающем добросовестным контрагентам получение встречного предоставления по исполненным обязательствам. Ответчик же, занимая позицию о незаключенности спорного договора, подписания актов выполненных работ неуполномоченным лицом, преследует цель извлечения выгоды из недобросовестных действий, при этом, как следует из материалов дела, пользуется сложившейся систематической и недобросовестной практикой по подписанию юридически значимых документов не руководителем ООО «СЭНС-Сервис», а иным лицом, которое для добросовестных контрагентов выступает в качестве уполномоченного представителя ООО «СЭНС-Сервис». При этом из письменной позиции и пояснений представителей ГУП «Белоблводоканал» следует, что истцом – ООО «Евроспецстрой» выполнены работы на объекте по объекту: «Новая главная канализационная насосная станция г. Белгород». Также третьим лицом подтвержден факт допуска истца и его работников на указанный объект в целях производства работ. Фактическое осуществление истцом работ также подтверждается представленными в материалы дела данными журналов производства работ, инструктажа на рабочем месте. В установленных судом обстоятельствах, при которых истец добросовестно совершил все требующиеся от него действия для заключения спорных договоров, а ответчик действовал в обстановке, позволявшей истцу полностью рассчитывать на действительность оформленных представителем ответчика документов, доводы ответчика о фальсификации доказательств, незаключенности договоров, ввиду принадлежности подписи, проставленной в спорных документах не руководителем ООО «СЭНС-Сервис», а иному лицу, не влекут правовых последствий в виде незаключенности Договора подряда №25.06./20 от 25.06.2020года. В пункте 1 Постановления Пленума N 25 разъяснено, что 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ГК РФ ), например, признает условие, которому недобросовестно воспрепятствовала или содействовала эта сторона соответственно наступившим или ненаступившим (пункт 3 статьи 157 ГК РФ ); указывает, что заявление такой стороны о недействительности сделки не имеет правового значения (пункт 5 статьи 166 ГК РФ ). При таких обстоятельствах, поскольку сумма задолженности ответчиком не опровергнута, с ответчика в пользу истца по праву взыскана сумма задолженности в размере 2 169 260,81 руб. Обоснованных доводов, опровергающих выводы суда первой инстанции, ответчиком не приведено. Доводы жалобы со ссылкой на допущенное судом процессуальное нарушение, выразившееся в не рассмотрении заявления о фальсификации доказательств, сводящееся к тому, что подписи в счетах на оплату, счетах-фактурах, представленных государственным унитарным предприятием Белгородской области «Белгородский областной водоканал» в качестве свободных образцов выполнены от имени ФИО5 иным лицом, судом апелляционной инстанции отклоняются, поскольку подлинность подписи ФИО5 на указанных документах не относится к кругу обстоятельств, имеющих значение для разрешения спора. Согласно разъяснениям, содержащимся в абзаце третьем пункта 39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 исходя из положений части 1 статьи 64 , части 2 статьи 65 , статьи 67 АПК РФ не подлежит рассмотрению заявление о фальсификации, которое заявлено в отношении доказательств, не имеющих отношения к рассматриваемому делу, а также если оно подано в отношении документа, подложность которого, по мнению суда, не повлияет на исход дела в связи с наличием в материалах дела иных доказательств, позволяющих установить фактические обстоятельства. В рассматриваемом случае суд апелляционной считает, что вышеуказанное заявление ответчика о фальсификации доказательств не может повлиять на исход рассмотрения дела по существу, с учетом конкретных обстоятельств настоящего спора и отсутствия связи между оспариваемыми документами и предметом настоящего спора, ввиду чего не рассмотрение заявления о фальсификации не привело к принятию неправильного судебного акта. Истец также просил взыскать с ответчика проценты за пользование чужими денежными средствами в размере 206 079,70 руб. за период с 29.10.2021 по 01.02.2022. В силу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Нарушение сроков оплаты выполненных работ, в отсутствие специально установленной договором ответственности, является основанием для начисления процентов за пользование чужими денежными средствами. Расчет судом проверен, признан верным. Контррасчет ответчиком не представлен. Вследствие изложенного, требования истца в указанной части также по праву удовлетворены судом первой инстанции. Истцом также заявлено требование о взыскании судебных расходов на составление искового заявления в размере 6 000 руб. В соответствии со статьей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к числу которых статьей 106 АПК РФ отнесены расходы на оплату услуг адвокатов и иных лиц, оказывающих юридическую помощь (представителей).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(часть 1 статьи 110 АПК РФ ). В пункте 28 постановления Пленума Верховного Суда Российской Федерации № 1 от 17.03.2016 «О некоторых вопросах применения законодательства о возмещении издержек, связанных с рассмотрением дела» указано, что после принятия итогового судебного акта по делу лицо, участвующее в деле, вправе обратиться в суд с заявлением по вопросу о судебных издержках, понесенных в связи с рассмотрением дела, о возмещении которых не было заявлено при его рассмотрении. Такой вопрос разрешается судом в судебном заседании по правилам, предусмотренным статьей 166 ГПК РФ , статьей 154 КАС РФ , статьей 159 АПК РФ . По результатам его разрешения выносится определение.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(часть 2 статьи 110 АПК РФ ). Таким образом, возмещению подлежат все фактически понесенные судебные расходы, связанные с рассмотрением дела, в том числе с рассмотрением заявления о взыскании судебных расходов, в разумных пределах. При этом право на возмещение судебных расходов обусловлено принятием судебного акта в пользу (полностью либо частично) лица, обратившегося с заявлением о взыскании судебных расходов. Пунктом 10 постановления Пленума Верховного Суда Российской Федерации № 1 от 21.01.2016 «О некоторых вопросах применения законодательства о возмещении издержек, связанных с рассмотрением дела» разъяснено,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правовой позиции Конституционного Суда Российской Федерации, изложенной в определении № 22-О от 20.02.2002, законодатель не установил каких-либо ограничений по возмещению имущественных затрат на представительство в суде интересов лица, чье право нарушено. Иное противоречило бы обязанности государства по обеспечению конституционных прав и свобод. Вместе с тем, в соответствии с правовой позицией Конституционного Суда Российской Федерации, изложенной в определении № 454-О от 21.12.2004,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АПК РФ речь идет, по существу, об обязанности суда установить баланс между правами лиц, участвующих в деле. С учетом правовой позиции Конституционного Суда Российской Федерации, изложенной в определении № 454-О от 21.12.2004, реализация права по уменьшению суммы расходов судом возможна лишь в случае, если он признает эти расходы чрезмерными в силу конкретных обстоятельств дела. Истцом заявлено о взыскании судебных расходов, понесенных им при рассмотрении настоящего дела, связанных с оказанием ему юридических услуг представителя, в подтверждение чего представлен договор возмездного оказания услуг от 31.01.2022г., акт приема-передачи оказанных услуг от 01.02.2022, чек на сумму 6 000 руб. от 03.02.2022. В результате оценки указанных доказательств по правилам статьи 71 АПК РФ , с учетом принципов разумности и соразмерности, суд посчитал обоснованными требования заявителя о взыскании судебных расходов на оплату юридических услуг по составлению искового заявления в размере 6 000 руб. Доводов о несогласии с установленной судом первой инстанции суммой судебных расходов ответчиком не заявлено. Судебные расходы по уплате государственной пошлины о оплате экспертизы распределены в соответствии со статьей 110 АПК РФ . Суд первой инстанции полно установил фактические обстоятельства дела, всесторонне исследовал доказательства, представленные лицами, участвующими в деле, дал им правильную правовую оценку и принял обоснованное решение, соответствующее требованиям норм материального и процессуального права. По существу доводы апелляционной жалобы повторяет позицию истца при рассмотрении заявления в суде первой инстанции, не опровергает выводы суда и не свидетельствует о незаконности обжалуемого судебного акта. У суда апелляционной инстанции отсутствуют основания полагать, что при оценке имеющихся в материалах дела доказательств судом первой инстанции нарушены положения ст. 71 АПК РФ . Убедительных аргументов, основанных на доказательственной базе и опровергающих выводы суда первой инстанции, апелляционная жалоба не содержит, в силу чего удовлетворению не подлежит. Нарушений норм процессуального законодательства, являющихся в силу части 4 статьи 270 АПК РФ безусловным основанием для отмены принятого судебного акта, допущено не было. В силу положений статьи 110 АПК РФ и с учетом результатов рассмотрения дела расходы за рассмотрение апелляционной жалобы в виде государственной пошлины в сумме 3 000 руб. относятся на заявителя. Руководствуясь статьями 269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