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Удмуртской Республики от 27 мая 2024 года (мотивированное решение от 06 июня 2024 года) по делу № А71-5070/2024 отменить.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Заявленные требования удовлетворить.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незаконным и отменить постановление административной комиссии при администрации Первомайского района города Ижевска от 14.02.2024 №18ОН005690 о назначении обществу с ограниченной ответственностью «Управляющая компания «Друзья» административного наказания по части 1 статьи 11.2 Закона Удмуртской Республики от 13.10.2011 № 57-РЗ «Об административных правонарушениях». Постановление может быть обжаловано по основаниям, предусмотренным частью 3 статьи 288.2 Арбитражного процессуального кодекса Российской Федерации в порядке кассационного производства в Арбитражный суд Уральского округа в срок, не превышающий двух месяцев со дня его принятия, через Арбитражный суд Удмуртской Республики. Судья Е.В. Васильева Суд: 17 ААС (Семнадцатый арбитражный апелляционный суд) (подробнее) Истцы: ООО "Управляющая компания Друзья" (ИНН: 1841100855) (подробнее) Ответчики: Административная комиссия при Администрации Первомайского района г. Ижевска (ИНН: 1835071691) (подробнее) Судьи дела: Васильева Е.В. (судья) (подробнее) Последние документы по делу: Постановление от 12 сентября 2024 г. по делу № А71-5070/2024 Решение от 5 июня 2024 г. по делу № А71-5070/2024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