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2024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«Ландиа-Принт» обратилось в Арбитражный суд Московской области с исковым заявлением к ЗАО «Сормовская кондитерская фабрика» о взыскании задолженности по договору № 01-22 от 07 апреля 2022 года в размере 29 077 068 (Двадцать девять миллионов семьдесят семь тысяч шестьдесят восемь) рублей, 1484 611, 05 (Один миллион четыреста восемьдесят четыре тысячи шестьсот одиннадцать) рублей 05 копеек пени, а также судебных расходов по оплате государственной пошлины в размере 174 212 (Сто семьдесят четыре тысячи двести двенадцать) рублей. Определением от 21 мая 2024 года Арбитражный суд Московской области возвратил ЗАО «Сормовская кондитерская фабрика» встречный иск. Определение от 21 мая 2024 года о возвращении встречного иска обжаловано ЗАО «Сормовская кондитерская фабрика» в Десятый арбитражный апелляционный суд. Решением Арбитражного суда Московской области от 04 июня 2024 года иск удовлетворен. Решение от 04 июня 2024 года обжаловано ЗАО «Сормовская кондитерская фабрика» в Десятый арбитражный апелляционный суд.</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Стороны договорились об урегулировании спора путем заключения мирового соглашения на следующих условиях: 2.1. ЗАО «Сормовская кондитерская фабрика» уплачивает ООО «Ландиа- Принт» в срок не позднее даты утверждения настоящего мирового соглашения Десятым арбитражным апелляционным судом 29 077 068 (Двадцать девять миллионов семьдесят семь тысяч шестьдесят восемь) рублей основного долга, 1 484 611, 05 (Один миллион четыреста восемьдесят четыре тысячи шестьсот одиннадцать) рублей 05 копеек пени. ООО «Ландиа-Принт» отказывается от взыскания с ЗАО «Сормовская кондитерская фабрика» иных санкций, которые могли быть начислены по договору № 01-22 от 07 апреля 2022 года. 2.2. ЗАО «Сормовская кондитерская фабрика» отказывается от апелляционной жалобы на определение Арбитражного суда Московской области от 21 мая 2024 года о возвращении встречного искового заявления. 2.3. ЗАО «Сормовская кондитерская фабрика» отказывается от взыскания с ООО «Ландиа-Принт» предусмотренной договором № 01-22 от 07 апреля 2022 года пени, которая могла быть начислена по состоянию на дату заключения настоящего мирового соглашения, а также от взыскания других санкций. 2.4. ООО «Ландиа-Принт» предоставит ЗАО «Сормовская кондитерская фабрика» исключительное право использования промышленного образца по патенту № 107085, заявка подана 08 ноября 2016 года, зарегистрированному 15 февраля 2018 года. ООО «Ландиа-Принт» предоставит ЗАО «Сормовская кондитерская фабрика» исключительное право использования вышеуказанного промышленного образца в сфере производства и реализации пищевых продуктов путем изготовления упаковки товаров с использованием промышленного образца, предложения к продаже и продажи таких товаров, их демонстрации на выставках и ярмарках и введения в гражданский оборот на территории РФ иными способами, а также путем хранения, перевозки таких товаров и ввоза на территорию РФ с целью их введения в гражданский оборот на территории РФ. ЗАО «Сормовская кондитерская фабрика» вправе воспроизводить/приводить изображения любых видов промышленного образца по патенту № 107085 или его частей, а также товаров в упаковке, изготовленной с использованием промышленного образца, в любых проекциях и с установлением любого масштаба в предложениях о продаже товаров в упаковке, на вывесках и в рекламе, включая сеть «Интернет», а также на документации, связанной с введением таких товаров в гражданский оборот. ЗАО «Сормовская кондитерская фабрика» вправе изготовить и ввести в гражданский оборот до 16 800 (Шестнадцать тысяч восемьсот) экземпляров упаковки с использованием промышленного образца по патенту № 107085. ООО «Ландиа-Принт» предоставит ЗАО «Сормовская кондитерская фабрика» исключительное право использование промышленного образца по патенту № 107085 на всей территории РФ начиная с даты утверждения мирового соглашения Десятым арбитражным апелляционным судом на срок до 01 февраля 2025 года. 2.4. Судебные расходы подлежат распределению следующим образом: - 50 процентов от суммы уплаченной государственной пошлины, что составляет 87 106 (Восемьдесят семь тысяч сто шесть) рублей, подлежат возврату ООО «Ландиа-Принт» из Федерального бюджета РФ в соответствии с абзацем 2 подпункта 3 пункта 1 статьи 333.40 Налогового кодекса РФ; - 50 процентов от суммы уплаченной государственной пошлины, что составляет 87 106 (Восемьдесят семь тысяч сто шесть) рублей, возмещаются ООО «Ландиа-Принт» со стороны ЗАО «Сормовская кондитерская фабрика» и подлежат оплате одновременно с погашением основного долга (пункт 2.1. настоящего мирового соглашения). ЗАО «Сормовская кондитерская фабрика» возмещает ООО «Ландиа- Принт» также расходы на оплату услуг представителя в размере 150 000 (Сто пятьдесят тысяч) рублей, которые подлежат оплате ООО «Ландиа-Принт» одновременно с погашением основного долга (пункт 2.1. настоящего мирового соглашения). Иные расходы сторон, понесенные сторонами при рассмотрении настоящего дела, возлагаются на понесшую их сторону и другой стороне не возмещаются. Расходы по оплате государственной пошлины в размере 3 000 (Три тысячи) рублей за подачу апелляционной жалобы на решение Арбитражного суда Московской области от 04 июня 2024 года, уплаченные ЗАО «Сормовская кондитерская фабрика», относятся на ЗАО «Сормовская кондитерская фабрика».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Мировое соглашение не нарушает прав и законных интересов других лиц и не противоречит закону.</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мировое соглашение составлено в четырех экземплярах, имеющих равную юридическую силу, по одному экземпляру для каждой из сторон, один экземпляр предоставляется в материалы дела № А41-20752/2024.</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Мировое соглашение вступает в силу с момента его утверждения Десятым арбитражным апелляционным судом. Решение Арбитражного суда Московской области от 04.06.2024 по делу № А41-20752/24 отменить, производство по делу прекратить. Возвратить ООО "Ландиа-принт" из федерального бюджета 87 106 руб. государственной пошлины, уплаченной платежным поручением от 11.03.2024 №50. Взыскать с ЗАО "Сормовская кондитерская фабрика" в доход федерального бюджета государственную пошлину в размере 2 298 руб. Производство по апелляционной жалобе ЗАО "Сормовская кондитерская фабрика" на определение Арбитражного суда Московской области от 21.05.2024 прекратить. Постановление может быть обжаловано в кассационном порядке в Арбитражный суд Московского округа через арбитражный суд первой инстанции в двухмесячный срок со дня его изготовления в полном объеме. Председательствующий cудья М.И. Погонцев Судьи Е.А. Бархатова Е.Н. Виткалова Суд: 10 ААС (Десятый арбитражный апелляционный суд) (подробнее) Истцы: ЗАО ОБЩЕСТВО С ОГРАНИЧЕННОЙ ОТВЕТСТВЕННОСТЬЮ ОБЪЕДИНЕННЫЕ КОНДИТЕРЫ (ИНН: 7705475711) (подробнее) ООО ЛАНДИА-ПРИНТ (ИНН: 7716198330) (подробнее) Ответчики: ЗАО СОРМОВСКАЯ КОНДИТЕРСКАЯ ФАБРИКА (ИНН: 5263001532) (подробнее) Судьи дела: Виткалова Е.Н. (судья) (подробнее) Последние документы по делу: Постановление от 12 сентября 2024 г. по делу № А41-20752/2024 Решение от 3 июня 2024 г. по делу № А41-20752/2024 Резолютивная часть решения от 20 мая 2024 г. по делу № А41-20752/2024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