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руководствуясь ч. 2 ст. 49 Арбитражного процессуального кодекса РФ, подписанием настоящего Мирового соглашения отказывается от предъявленных в рамках настоящего дела № А14-14683/2023 требований к заинтересованному лицу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Заинтересованное лицо и третье лицо, руководствуясь ч. 2 ст. 49 Арбитражного процессуального кодекса РФ, подписанием настоящего Мирового соглашения отказываются от заявленных каждым из указанных лиц в рамках настоящего дела № А14-14683/2023 апелляционных жалоб на решение Арбитражного суда Воронежской области от 17.11.2023, в полном объеме.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№1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36:24:7900012:270, площадью 84954 кв.м, расположенный по адресу: Воронежская область, Подгоренский район, юго-западная часть кадастрового квартала 36:24:7900012, участок №3, подтверждается записью о государственной регистрации права в Едином государственном реестре недвижимости № 36:24:7900012:270-36/088/2022-3 от 02.09.2022. Срок действия аренды - по 22.05.2071. Размер годовой арендной платы составляет 16 651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36:24:7900012:270,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№2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36:24:7900012:272, площадью 25138 кв. м, расположенный по адресу: Воронежская область, Подгоренский район, юго-западная часть кадастрового квартала 36:24:7900012, участок №4, подтверждается записью о государственной регистрации права в Едином государственном реестре недвижимости № 36:24:7900012:272-36/088/2022-3 от 02.09.2022. Срок действия аренды - по 22.05.2071. Размер годовой арендной платы составляет 4 852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36:24:7900012:272,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№3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36:24:7900012:273, площадью 157339 кв. м, расположенный по адресу: Воронежская область, Подгоренский район, юго-западная часть кадастрового квартала 36:24:7900012, участок №1, подтверждается записью о государственной регистрации права в Едином государственном реестре недвижимости № 36:24:7900012:273-36/088/2022-3 от 02.09.2022. Срок действия аренды - по 22.05.2071. Размер годовой арендной платы составляет 25 646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36:24:7900012:273,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Заинтересованное лицо подписанием настоящего Мирового соглашения, в соответствии с ч. 2 ст. 615 Гражданского кодекса РФ, как арендодатель дает свое согласие на передачу прав и обязанностей третьего лица как арендатора земельных участков заявителю по договорам, поименованным в пунктах 3, 4, 5 настоящего Мирового соглашения, а именно: - по Договору №1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36:24:7900012:270); - по Договору №2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36:24:7900012:272); - по Договору №3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Заявитель обязуется уплачивать арендную плату в соответствии с договорами аренды, поименованными в пункте 6 настоящего Мирового соглашения, начиная с даты регистрации перехода прав арендатора от третьего лица к заявителю после утверждения настоящего Мирового соглашения Девятнадцатым арбитражным апелляционным судом, соответственно с указанной даты третье лицо арендную плату по названным договорам аренды не уплачивает.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соответствии со ст. 615 Гражданского кодекса РФ, учитывая соблюдение третьим лицом уведомительного порядка (направление уведомления в адрес Министерства имущественных и земельных отношений Воронежской области (арендодателя) 01.08.2024), предусмотренного п.9 ст. 22 Земельного кодекса Российской Федерации, в целях получения права аренды нижеуказанных земельных участков заявителем, третье лицо (арендатор) передает, а заявитель принимает все права и обязанности арендатора, предусмотренные Договором №3014-14/сх аренды земельных участков сельскохозяйственного назначения от 07.07.2014 в отношении: - земельного участка с кадастровым номером 36:24:7900018:193, площадью 199500 кв. м, расположенного по адресу: Воронежская область, р-н Подгоренский, в южной части кадастрового квартала 36:24:7900018. Срок действия аренды - по 07.07.2063. Размер годовой арендной платы составляет 9 133 руб. 11 коп., - земельного участка с кадастровым номером 36:24:7900018:189, площадью 446700 кв. м, расположенного по адресу: Воронежская область, р-н Подгоренский, в северной части кадастрового квартала 36:24:7900018. Срок действия аренды - по 07.07.2063. Размер годовой арендной платы составляет 20 449 руб. 93 коп., - земельного участка с кадастровым номером 36:24:7900018:188, площадью 422200 кв. м, расположенного по адресу: Воронежская область, р-н Подгоренский, в центральной части кадастрового квартала 36:24:7900018. Срок действия аренды - по 07.07.2063. Размер годовой арендной платы составляет 19 328 руб. 32 коп. Государственная регистрация Договора №3014-14/сх аренды земельных участков сельскохозяйственного назначения от 07.07.2014 подтверждается записью о государственной регистрации права в Едином государственном реестре недвижимости № 36-36-01/239/2014-416 от 08.12.2014. На момент подписания настоящего Мирового соглашения вышеуказанные земельные участки с кадастровыми номерами 36:24:7900018:193, 36:24:7900018:189, 36:24:7900018:188 осмотрены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(на каждый земельный участок соответственно) - земельный участок с кадастровым номером 36:24:7900018:193, земельный участок с кадастровым номером 36:24:7900018:189, земельный участок с кадастровым номером 36:24:7900018:188, в том числе заявителю известно об установленных ограничениях прав и обременениях каждого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на земельные участки с кадастровыми номерами 36:24:7900018:193, 36:24:7900018:189, 36:24:7900018:188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Заинтересованное лицо в течение 10 рабочих дней с даты утверждения настоящего Мирового соглашения Девятнадцатым арбитражным апелляционным судом обязуется обеспечить проведение сверки расчетов с третьим лицом по арендным платежам по договорам аренды, поименованным в пункте 3, 4, 5 настоящего Мирового соглашения.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 момент подписания настоящего Мирового соглашениязаинтересованное лицо подтверждает, что в отношении спорных земельных участков, поименованных по тексту настоящего пункта ниже, в адрес Заинтересованного лица или иного органа, уполномоченного на распоряжение данными земельными участками, не поступали заявления о предоставлении названных спорных земельных участков в аренду, иное разрешенное законом пользование или о их выкупе, от каких-либо иных лиц, кроме третьего лица и заявителя. Заинтересованное лицо не позднее 10 рабочих дней с даты утверждения настоящего Мирового соглашения и прекращения производства по делу № А14-14683/2023 (№19АП-775/2024) обязуется рассмотреть заявление третьего лица от 13 марта 2024 года исх. № 1-ю (поступившее в адрес заинтересованного лица 13 марта 2024 года, зарегистрированное за вх. № 1381) о предоставлении третьему лицу в аренду на срок 4 года 11 месяцев земельных участков сельскохозяйственного назначения с кадастровыми номерами: 36:24:7900001:591 площадью 217 194 кв.м, 36:24:7900001:592 площадью 633 568 кв.м, 36:24:7900001:593 площадью 283 353 кв.м, 36:24:7900007:429 площадью 255 018 кв.м, принять решение о предоставлении в аренду на основании п. 8 статьи 10 Федерального закона от 24.07.2002 № 101-ФЗ «Об обороте земель сельскохозяйственного назначения» и заключении соответствующих договоров аренды указанных земельных участков с третьим лицом.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Судебные расходы на оплату услуг представителей сторон, а также иные расходы, прямо или косвенно связанные с настоящим делом, в том числе расходы на уплату государственной пошлины, сторонами друг другу не возмещаются и лежат исключительно на той стороне, которая их понесла.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Стороны подтверждают, что им известно о том, что в силу статьи 142 Арбитражного процессуального кодекса РФ мировое соглашение исполняется лицами, его заключившими, добровольно в порядке и в сроки, которые предусмотрены этим соглашением. Мировое соглашение, не исполненное добровольно, подлежит принудительному исполнению по правилам раздела VII Арбитражного процессуального кодекса РФ на основании исполнительного листа, выдаваемого арбитражным судом по ходатайству лица, заключившего мировое соглашение.</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Настоящее Мировое соглашение вступает в силу после его утверждения Девятнадцатым арбитражным апелляционным судом и действует до полного исполнения сторонами своих обязательств.</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Настоящее Мировое соглашение является добровольным, составлено в четырех экземплярах, имеющих одинаковую юридическую силу, по одному для каждой из сторон, один - для Девятнадцатого арбитражного апелляционного суда. Стороны гарантируют, что настоящее соглашение не нарушает права и законные интересы других лиц и не противоречит закону.</w:t>
      </w:r>
    </w:p>
    <w:p>
      <w:pPr>
        <w:pStyle w:val="Heading3"/>
      </w:pPr>
      <w:r>
        <w:rPr>
          <w:rFonts w:ascii="Times New Roman" w:hAnsi="Times New Roman" w:eastAsia="Times New Roman" w:cs="Times New Roman"/>
          <w:b/>
          <w:i w:val="0"/>
          <w:sz w:val="22"/>
        </w:rPr>
        <w:t>Пункт 15. Выводы</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Правовые последствия прекращения производства по делу в связи с заключением настоящего Мирового соглашения, предусмотренные ст. 151 Арбитражного процессуального кодекса РФ, сторонам известны и понятны. В подтверждение права на подписание мирового соглашения со стороны ООО «Заречное» представлена копия нотариальной доверенности от 24.06.2024г. серии 77 АД № 5215545 (зарегистрировано в реестре №77-1686-н/77-2024-3-898) на ФИО4 , в которой оговорено право на представление интересов ООО «Заречное» в арбитражных судах с правом заключения мирового соглашения. Со стороны Администрации и Главы КФХ ФИО1 мировое соглашение от 07.08.2024 подписано законными представителями. Согласно пункту 1 постановления Пленума ВАС РФ от 18.07.2014 № 50 «О примирении сторон в арбитражном процессе» на основании части 1 статьи 138 Арбитражного процессуального кодекса Российской Федерации арбитражный суд при рассмотрении дела обязан принимать меры для примирения сторон, содействовать им в урегулировании спора, руководствуясь при этом интересами сторон и задачами судопроизводства в арбитражных судах. С учетом положений части 2 статьи 138 и части 1 статьи 139 АПК РФ стороны могут использовать любые примирительные процедуры, в том числе процедуру медиации, на любой стадии арбитражного процесса и при исполнении судебного акта, при этом предполагаются добросовестность участников гражданских правоотношений и разумность их действий. Из содержания норм, регламентирующих примирительные процедуры, а также исходя из задач судопроизводства в арбитражных судах следует, что утвержденное судом мировое соглашение по своей природе является таким процессуальным способом урегулирования спора, который основывается на примирении сторон на взаимоприемлемых условиях, что влечет за собой ликвидацию спора о праве в полном объеме. В силу принципа свободы договора (статья 421 ГК РФ ) мировое соглашение может содержать любые не противоречащие закону или иным правовым актам условия. При этом Кодексом установлен исчерпывающий перечень оснований, при наличии которых арбитражный суд отказывает в утверждении мирового соглашения, а именно: его противоречие закону и нарушение этим соглашением прав и законных интересов иных лиц согласно части 6 статьи 141 Арбитражного процессуального кодекса Российской Федерации (пункт 13 постановления Пленума ВАС РФ от 18.07.2014 № 50). Стороны при заключении мирового соглашения могут самостоятельно распоряжаться принадлежащими им материальными правами, они свободны в согласовании любых условий мирового соглашения, не противоречащих федеральному закону и не нарушающих права и законные интересы других лиц, в том числе при включении в мировое соглашение положений, которые связаны с заявленными требованиями, но не были предметом судебного разбирательства. Исследовав материалы условия мирового соглашения, суд апелляционной инстанции полагает, что данное мировое соглашение не противоречит законам, иным нормативным актам и не нарушает права и законные интересы других лиц, соответствует требованиям, предъявляемым к нему процессуальным законодательством, его условия изложены четко и определенно, каких-либо неясностей по поводу его содержания не усматривается. На основании вышеизложенного представленное сторонами мировое соглашение подлежит утверждению арбитражным судом апелляционной инстанции. Указанные обстоятельства являются основанием для прекращения производства по делу в силу ч.2 ст. 150 АПК РФ . Согласно ч.9 ст. 141 АПК РФ в определении арбитражного суда об утверждении мирового соглашения указываются: 1) утверждение мирового соглашения или отказ в утверждении мирового соглашения; 2) условия мирового соглашения; 3) возвращение истцу из федерального бюджета части уплаченной им государственной пошлины в размерах, установленных федеральными законами о налогах и сборах; 4) распределение судебных расходов. Согласно п. 35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прекращая производство по делу, арбитражный суд апелляционной инстанции со ссылкой на часть 1 статьи 151 Арбитражного процессуального кодекса Российской Федерации и подпункт 3 пункта 1 статьи 333.40 Налогового кодекса Российской Федерации решает вопрос о возврате суммы государственной пошлины, уплаченной как при подаче апелляционной жалобы, так и при рассмотрении дела судом первой инстанции. Согласно пп.3 п.1 ст. 333.40 Налогового кодекса РФ уплаченная государственная пошлина подлежит возврату частично или полностью в случае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 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 дела судом кассационной инстанции, пересмотра судебных актов в порядке надзора - 30 процентов. При подаче заявления в суд первой инстанции Главой КФХ ФИО1 уплачена государственная пошлина в общем размере 3000 руб., тогда как в силу положений статьи пп.3 п.1 ст. 333.21 НК РФ (в редакции, действующей до 09.09.2024), исходя из предмета заявленных требований (обжалуется 6 ненормативных актов), размер государственной пошлины по заявлению физического лица составляет 1 800 руб. (1200руб. уплачено излишне-пп.1 п.1 ст. 333.40 НК РФ ). Таким образом, заявителю подлежит возврату из федерального бюджета 50% государственной пошлины за рассмотрение дела в суде первой инстанции в связи с утверждением мирового соглашения ( 900руб.) и 1200руб. излишне уплаченной государственной пошлины в суде первой инстанции. ООО «Заречное» при подаче апелляционной жалобы уплачено 1500руб. государственной пошлины платежным поручением от 09.02.2024 №6131, возврату подлежит 750руб. Руководствуясь статьями 139 - 141 , 150 - 151 , 269 - 271 Арбитражного процессуального кодекса РФ, арбитражный апелляционный суд</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руководствуясь ч. 2 ст. 49 Арбитражного процессуального кодекса РФ, подписанием настоящего Мирового соглашения отказывается от предъявленных в рамках настоящего дела № А14-14683/2023 требований к заинтересованному лицу в полном объеме.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Заинтересованное лицо и третье лицо, руководствуясь ч. 2 ст. 49 Арбитражного процессуального кодекса РФ, подписанием настоящего Мирового соглашения отказываются от заявленных каждым из указанных лиц в рамках настоящего дела № А14-14683/2023 апелляционных жалоб на решение Арбитражного суда Воронежской области от 17.11.2023, в полном объеме.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№1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36:24:7900012:270, площадью 84954 кв.м, расположенный по адресу: Воронежская область, Подгоренский район, юго-западная часть кадастрового квартала 36:24:7900012, участок №3, подтверждается записью о государственной регистрации права в Едином государственном реестре недвижимости № 36:24:7900012:270-36/088/2022-3 от 02.09.2022. Срок действия аренды - по 22.05.2071. Размер годовой арендной платы составляет 16 651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36:24:7900012:270,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№2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36:24:7900012:272, площадью 25138 кв. м, расположенный по адресу: Воронежская область, Подгоренский район, юго-западная часть кадастрового квартала 36:24:7900012, участок №4, подтверждается записью о государственной регистрации права в Едином государственном реестре недвижимости № 36:24:7900012:272-36/088/2022-3 от 02.09.2022. Срок действия аренды - по 22.05.2071. Размер годовой арендной платы составляет 4 852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36:24:7900012:272,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 615 Гражданского кодекса РФ третье лицо передает, а заявитель принимает все права и обязанности третьего лица как арендатора земельного участка, предусмотренные Договором №3 аренды земельного участка сельскохозяйственного назначения, находящегося в собственности муниципального образования - Подгоренское городское поселение Подгоренского муниципального района Воронежской области от 23.05.2022. Право аренды третьего лица на указанный земельный участок с кадастровым номером 36:24:7900012:273, площадью 157339 кв. м, расположенный по адресу: Воронежская область, Подгоренский район, юго-западная часть кадастрового квартала 36:24:7900012, участок №1, подтверждается записью о государственной регистрации права в Едином государственном реестре недвижимости № 36:24:7900012:273-36/088/2022-3 от 02.09.2022. Срок действия аренды - по 22.05.2071. Размер годовой арендной платы составляет 25 646 руб. На момент подписания настоящего Мирового соглашения вышеуказанный земельный участок осмотрен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 земельный участок с кадастровым номером 36:24:7900012:273, в том числе заявителю известно об установленных ограничениях прав и обременениях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Заинтересованное лицо подписанием настоящего Мирового соглашения, в соответствии с ч. 2 ст. 615 Гражданского кодекса РФ, как арендодатель дает свое согласие на передачу прав и обязанностей третьего лица как арендатора земельных участков заявителю по договорам, поименованным в пунктах 3, 4, 5 настоящего Мирового соглашения, а именно: - по Договору №1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36:24:7900012:270); - по Договору №2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36:24:7900012:272); - по Договору №3 аренды земельного участка сельскохозяйственного назначения, находящегося в собственности муниципального образования -Подгоренское городское поселение Подгоренского муниципального района Воронежской области от 23.05.2022 (земельный участок с кадастровым номером 36:24:7900012:273).</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Заявитель обязуется уплачивать арендную плату в соответствии с договорами аренды, поименованными в пункте 6 настоящего Мирового соглашения, начиная с даты регистрации перехода прав арендатора от третьего лица к заявителю после утверждения настоящего Мирового соглашения Девятнадцатым арбитражным апелляционным судом, соответственно с указанной даты третье лицо арендную плату по названным договорам аренды не уплачивает.</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соответствии со ст. 615 Гражданского кодекса РФ, учитывая соблюдение третьим лицом уведомительного порядка (направление уведомления в адрес Министерства имущественных и земельных отношений Воронежской области (арендодателя) 01.08.2024), предусмотренного п.9 ст. 22 Земельного кодекса Российской Федерации, в целях получения права аренды нижеуказанных земельных участков заявителем, третье лицо (арендатор) передает, а заявитель принимает все права и обязанности арендатора, предусмотренные Договором №3014-14/сх аренды земельных участков сельскохозяйственного назначения от 07.07.2014 в отношении: - земельного участка с кадастровым номером 36:24:7900018:193, площадью 199500 кв. м, расположенного по адресу: Воронежская область, р-н Подгоренский, в южной части кадастрового квартала 36:24:7900018. Срок действия аренды - по 07.07.2063. Размер годовой арендной платы составляет 9 133 руб. 11 коп., - земельного участка с кадастровым номером 36:24:7900018:189, площадью 446700 кв. м, расположенного по адресу: Воронежская область, р-н Подгоренский, в северной части кадастрового квартала 36:24:7900018. Срок действия аренды - по 07.07.2063. Размер годовой арендной платы составляет 20 449 руб. 93 коп., - земельного участка с кадастровым номером 36:24:7900018:188, площадью 422200 кв. м, расположенного по адресу: Воронежская область, р-н Подгоренский, в центральной части кадастрового квартала 36:24:7900018. Срок действия аренды - по 07.07.2063. Размер годовой арендной платы составляет 19 328 руб. 32 коп. Государственная регистрация Договора №3014-14/сх аренды земельных участков сельскохозяйственного назначения от 07.07.2014 подтверждается записью о государственной регистрации права в Едином государственном реестре недвижимости № 36-36-01/239/2014-416 от 08.12.2014. На момент подписания настоящего Мирового соглашения вышеуказанные земельные участки с кадастровыми номерами 36:24:7900018:193, 36:24:7900018:189, 36:24:7900018:188 осмотрены заявителем, каких-либо претензий у заявителя не имеется. Заявитель до подписания настоящего Мирового соглашения ознакомился с Выпиской из Единого государственного реестра недвижимости об объекте недвижимости (на каждый земельный участок соответственно) - земельный участок с кадастровым номером 36:24:7900018:193, земельный участок с кадастровым номером 36:24:7900018:189, земельный участок с кадастровым номером 36:24:7900018:188, в том числе заявителю известно об установленных ограничениях прав и обременениях каждого названного земельного участка, сведения о которых содержатся в Едином государственном реестре недвижимости на момент подписания настоящего Мирового соглашения, каких-либо претензий у заявителя не имеется. Заявитель и третье лицо обязаны в течение 20 рабочих дней с даты утверждения настоящего Мирового соглашения Девятнадцатым арбитражным апелляционным судом и прекращения производства по делу № А14-14683/2023 (№19АП-775/2024) совершить все действия, необходимые для государственной регистрации перехода права аренды на земельные участки с кадастровыми номерами 36:24:7900018:193, 36:24:7900018:189, 36:24:7900018:188 по указанному в настоящем пункте договору, при этом все расходы, связанные с государственной регистрацией перехода прав арендатора от третьего лица к заявителю, несет заявитель.</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Заинтересованное лицо в течение 10 рабочих дней с даты утверждения настоящего Мирового соглашения Девятнадцатым арбитражным апелляционным судом обязуется обеспечить проведение сверки расчетов с третьим лицом по арендным платежам по договорам аренды, поименованным в пункте 3, 4, 5 настоящего Мирового соглашения.</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 момент подписания настоящего Мирового соглашениязаинтересованное лицо подтверждает, что в отношении спорных земельных участков, поименованных по тексту настоящего пункта ниже, в адрес Заинтересованного лица или иного органа, уполномоченного на распоряжение данными земельными участками, не поступали заявления о предоставлении названных спорных земельных участков в аренду, иное разрешенное законом пользование или о их выкупе, от каких-либо иных лиц, кроме третьего лица и заявителя. Заинтересованное лицо не позднее 10 рабочих дней с даты утверждения настоящего Мирового соглашения и прекращения производства по делу № А14-14683/2023 (№19АП-775/2024) обязуется рассмотреть заявление третьего лица от 13 марта 2024 года исх. № 1-ю (поступившее в адрес заинтересованного лица 13 марта 2024 года, зарегистрированное за вх. № 1381) о предоставлении третьему лицу в аренду на срок 4 года 11 месяцев земельных участков сельскохозяйственного назначения с кадастровыми номерами: 36:24:7900001:591 площадью 217 194 кв.м, 36:24:7900001:592 площадью 633 568 кв.м, 36:24:7900001:593 площадью 283 353 кв.м, 36:24:7900007:429 площадью 255 018 кв.м, принять решение о предоставлении в аренду на основании п. 8 статьи 10 Федерального закона от 24.07.2002 № 101-ФЗ «Об обороте земель сельскохозяйственного назначения» и заключении соответствующих договоров аренды указанных земельных участков с третьим лицом.</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Судебные расходы на оплату услуг представителей сторон, а также иные расходы, прямо или косвенно связанные с настоящим делом, в том числе расходы на уплату государственной пошлины, сторонами друг другу не возмещаются и лежат исключительно на той стороне, которая их понесла.</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Стороны подтверждают, что им известно о том, что в силу статьи 142 Арбитражного процессуального кодекса РФ мировое соглашение исполняется лицами, его заключившими, добровольно в порядке и в сроки, которые предусмотрены этим соглашением. Мировое соглашение, не исполненное добровольно, подлежит принудительному исполнению по правилам раздела VII Арбитражного процессуального кодекса РФ на основании исполнительного листа, выдаваемого арбитражным судом по ходатайству лица, заключившего мировое соглашение.</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Настоящее Мировое соглашение вступает в силу после его утверждения Девятнадцатым арбитражным апелляционным судом и действует до полного исполнения сторонами своих обязательств.</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Настоящее Мировое соглашение является добровольным, составлено в четырех экземплярах, имеющих одинаковую юридическую силу, по одному для каждой из сторон, один - для Девятнадцатого арбитражного апелляционного суда. Стороны гарантируют, что настоящее соглашение не нарушает права и законные интересы других лиц и не противоречит закону.</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Правовые последствия прекращения производства по делу в связи с заключением настоящего Мирового соглашения, предусмотренные ст. 151 Арбитражного процессуального кодекса РФ, сторонам известны и понятны». Решение Арбитражного суда Воронежской области от 17.11.2023 по делу А14-14683/2023 отменить, производство по делу № А14-14683/2023 прекратить. Возвратить главе крестьянского (фермерского) хозяйства ФИО1 (ОГРНИП &lt;***&gt;, ИНН &lt;***&gt;) из средств федерального бюджета 2100руб. государственной пошлины, уплаченной в суде первой инстанции. Возвратить обществу с ограниченной ответственностью «Заречное» (ОГРН &lt;***&gt;, ИНН &lt;***&gt;) из федерального бюджета 750 руб. государственной пошлины, уплаченной при подаче апелляционной жалобы. Постановление вступает в законную силу со дня принятия и может быть обжаловано в кассационном порядке в Арбитражный суд Центрального округа в двухмесячный срок через арбитражный суд первой инстанции. Председательствующий судья Т.И. Капишникова Судьи П.В. Донцов А.А. Пороник Суд: 19 ААС (Девятнадцатый арбитражный апелляционный суд) (подробнее) Истцы: ИП глава Кфх Бакаев Дмитрий Николаевич (ИНН: 362402722623) (подробнее) Ответчики: Администрация Подгоренского муниципального района Воронежской области (ИНН: 3624001385) (подробнее) Иные лица: ООО "Заречное" (ИНН: 3625011330) (подробнее) Судьи дела: Миронцева Н.Д. (судья) (подробнее) Последние документы по делу: Постановление от 1 октября 2024 г. по делу № А14-14683/2023 Решение от 17 ноября 2023 г. по делу № А14-14683/2023 Резолютивная часть решения от 10 ноября 2023 г. по делу № А14-14683/2023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