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&lt;...&gt; (октябрь 2022 - октябрь 2023); 2. &lt;...&gt; (октябрь 2022 - октябрь 2023); 3. &lt;...&gt; (октябрь 2022 - октябрь 2023); 4. &lt;...&gt; (январь 2023 - октябрь 2023);</w:t>
      </w:r>
    </w:p>
    <w:p>
      <w:pPr>
        <w:pStyle w:val="Heading3"/>
      </w:pPr>
      <w:r>
        <w:rPr>
          <w:rFonts w:ascii="Times New Roman" w:hAnsi="Times New Roman" w:eastAsia="Times New Roman" w:cs="Times New Roman"/>
          <w:b/>
          <w:i w:val="0"/>
          <w:sz w:val="22"/>
        </w:rPr>
        <w:t>Пункт 5.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&lt;...&gt; (октябрь 2022 — октябрь 2023), произведен отпуск горячего водоснабжения и отопления, что подтверждается актами выполненных работ и актами подключения МКД к системе теплоснабжения. За потребленную коммунальную услугу ответчику были направлены счета-фактуры и акты выполненных работ. Выставленные счета-фактуры не были оплачены ответчиком в установленный срок в полном объеме, в связи с чем, на его стороне образовалась задолженность перед истцом за общий период с октября 2022 года по октябрь 2023 года в размере 65 518,18 руб. Поскольку оплата услуг не произведена, досудебная претензия от 25.03.2024 № 1.2/200 оставлена без удовлетворения, истец обратился в арбитражный суд с соответствующим исковым заявлением Суд первой инстанции, оценив представленные в дело доказательства, пришел к выводу о наличии правовых оснований для удовлетворения исковых требований в полном объеме, с чем выразил несогласие ответчик. Проверив законность и обоснованность решения суда первой инстанции в порядке статей 266 , 268 АПК РФ , суд апелляционной инстанции не усматривает оснований для его отмены или изменения, исходя из следующего. В соответствии со статьей 539 Гражданского кодекса Российской Федерации (далее - ГК РФ)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На основании пункта 1 статьи 541 ГК РФ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(пункт 1 статьи 544 ГК РФ ). В силу пункта 1 статьи 548 ГК РФ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 В соответствии с пунктом 2 Информационного письма Президиума Высшего Арбитражного Суда Российской Федерации от 05.05.1997 № 14 «Обзор практики разрешения споров, связанных с заключением, изменением и расторжением договоров», фактическое пользование потребителем услугами обязанной стороны следует считать в соответствии с частью 3 статьи 438 ГК РФ как акцепт абонентом оферты, предложенной стороной, оказывающей услуги. Такие отношения следует считать как договорные. В пункте 3 информационного письма Президиума Высшего Арбитражного Суда Российской Федерации от 17.02.1998 № 30 «Обзор практики разрешения споров, связанных с договором энергоснабжения» разъяснено, что отсутствие договорных отношений с организацией, чьи энергопотребляющие установки присоединены к сетям энергоснабжающей организации, не освобождает потребителя от обязанности возместить стоимость отпущенной ему энергии. В связи с вышеизложенными разъяснениями отклоняется как несостоятельный довод апеллянта об отсутствии между сторонами договора теплоснабжения. Поскольку коммунальными ресурсами в рассматриваемом случае обеспечивались МКД, то к спорным правоотношениям применяются нормы Жилищного кодекса Российской Федерации (далее - ЖК РФ), Правил, обязательных при заключении договоров снабжения коммунальными ресурсами, утвержденных постановлением Правительства Российской Федерации от 14.02.2012 № 124 (далее - Правила № 124), 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В соответствии с частями 2, 12, 15 статьи 161 , частью 2 статьи 162 ЖК РФ , пунктом 13 Правил № 354, пунктом 17 Правил № 124 в обязанности управляющей организации по договору управления МКД входит предоставление собственникам помещений в таком доме и пользующимся помещениями в этом доме лицам коммунальных услуг, которые, в свою очередь, она за установленную законом плату приобретает у ресурсоснабжающей организации. При рассмотрении настоящего спора судом первой инстанции установлено и ответчиком не оспаривается, что задолженность по оплате коммунальных ресурсов в заявленном размере образовалась в период, когда управление споными МКД осуществлялось ООО «Вектор строй сервис». Факт потребления коммунальных ресурсов истца в исковой период, их объем и стоимость ответчиком не опровергнуты (статьи 9 , 65 АПК РФ ). Проверяя довод апеллянта о том, что общество является ненадлежащим ответчиком по спору, суд апелляционной инстанции приходит к следующим выводам. Собственники помещений в МКД вносят плату за коммунальные услуги управляющей организации, за исключением установленных законом случаев (часть 7 статьи 155 ЖК РФ ). В соответствии с положениями частей 1, 2.3, 12 статьи 161 ЖК РФ управление многоквартирным домом включает предоставление коммунальных услуг гражданам, проживающим в таком доме, за качество которых управляющая организация несет ответственность перед собственниками помещений в многоквартирном доме.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части 1 статьи 157 ЖК РФ , договоров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Применительно к положениям статьи 539 ГК РФ в отношениях по поставке коммунальных ресурсов обязательственные отношения возникают между управляющей и ресурсоснабжающей организацией. При этом независимо от того, кому вносят платежи собственники и наниматели помещений многоквартирного жилого дома, лицом, обязанным произвести расчеты с ресурсоснабжающей организацией за ресурс, остается управляющая организация. В любом случае получение хозяйствующим субъектом в установленном законом порядке статуса управляющей организации влечет за собой возникновение у него статуса исполнителя коммунальных услуг с неотъемлемой обязанностью по предоставлению коммунальных услуг конечным потребителям и расчетом за коммунальные ресурсы с ресурсоснабжающими организациями. Неисполнение конечными потребителями своих обязательств перед управляющей организацией не освобождает последнюю от обязательств, возложенных на нее законом и договором по оплате потребленных энергоресурсов ресурсоснабжающей организации (определение Верховного Суда Российской Федерации от 07.11.2014 № 301-ЭС14-2280). 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коммунальных услуг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 (абзац 2 пункта 64 Правил № 354). Положениями Федерального закона от 03.04.2018 № 59-ФЗ «О внесении изменений в Жилищный кодекс Российской Федерации» (далее - Закон № 59-ФЗ) введена в действие статья 157.2 ЖК РФ , позволяющая передать функцию предоставления коммунальных услуг ресурсоснабжающей организации. Одним из оснований для возникновения соответствующих правоотношений является принятие общим собранием собственников помещений в многоквартирном доме предусмотренного пунктом 4.4 части 2 статьи 44 ЖК РФ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В силу пункта 1 части 7 статьи 157.2 ЖК РФ договор, содержащий положения о предоставлении коммунальных услуг, между собственником помещения в МКД и РСО считается заключенным со всеми собственниками помещений в МКД одновременно в случае, предусмотренном пунктом 1 части 1 настоящей статьи, с даты, определенной в решении общего собрания собственников помещений в МКД, предусмотренном пунктом 4.4 части 2 статьи 44 настоящего Кодекса. По решению РСО указанный срок может быть перенесен, но не более чем на три календарных месяца. О таком решении РСО уведомляет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МКД в порядке, предусмотренном частью 1 статьи 46 ЖК РФ . В указанной части судом первой инстанции справедливо отмечено, что в материалах дела отсутствуют доказательства, подтверждающие то обстоятельство, что в отношении спорных домов собственниками когда-либо принималось решение о выборе непосредственного способа управления, а также доказательства наличия между истцом и собственниками помещений многоквартирных домов договоров, заключенных до дня вступления в силу данного Федерального закона. Соответствующие протоколы общих собраний и решения о заключении собственниками прямых договоров энергоснабжения в материалы дела не представлены. Согласно части 1 статьи 46 ЖК РФ ,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обязанностей или освобождения этих собственников от обязанностей. Однако такие последствия в отношении ресурсоснабжающей организации возникают только в случае реализации соответствующего решения в порядке, установленном этой же нормой права, а именно, в силу части 1 статьи 46 ЖК РФ копии решений и протокол общего собрания собственников помещений в многоквартирном доме по вопросу, указанному в пункте 4.4 части 2 статьи 44 настоящего Кодекса, подлежат направлению лицом, по инициативе которого было созвано общее собрание, в срок, указанный в настоящей части (не позднее чем через десять дней после проведения общего собрания собственников помещений в многоквартирном доме),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 Как установлено выше, в рассматриваемом случае доказательств соблюдения положений части 1 статьи 46 ЖК РФ о переходе на прямые договоры, в материалы дела не представлено. С учетом изложенного, удовлетворение судом первой инстанции исковых требований о взыскании задолженности по оплате коммунальных ресурсов, поставленных в спорные многоквартирные дома, находившиеся в исковой период в управлении ответчика, является обоснованным. Так как ответчиком допущена просрочка оплаты потребленного ресурса, истцом заявлено требование о взыскании пени за период с 11.11.2023 по 03.04.2024, в размере 3 878 руб. 17 коп. с дальнейшим ее начислением по день фактической оплаты долга (статьи 330, 332, пункт 14 статьи 155 ЖК РФ , пункт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Поскольку факт нарушения ответчиком обязательства по оплате потребленной тепловой энергии установлен, доказательств надлежащего исполнения обязательств или отсутствия вины в допущенном нарушении в материалы дела не представлено, наличие оснований для уменьшения заявленной к взысканию неустойки в соответствии с положениями статьи 333 ГК РФ ответчиком не доказано и судом первой инстанции не установлено, суд апелляционной инстанции пришел к выводу о наличии оснований для взыскания неустойки за период с 11.11.2023 по 03.04.2024 в сумме 3 878 руб. 17 коп., с последующим начислением неустойки по день фактической оплаты задолженности. Доводы апелляционной жалобы, идентичные доводам, содержащимся в письменном отзыве на иск, не содержат фактов, которые не были бы проверены и не оценены судом первой инстанции при рассмотрении дела, имели бы юридическое значение и влияли на его законность и обоснованность, не нашли своего подтверждения и не опровергают выводы суда первой инстанции, признаются судом апелляционной инстанции несостоятельными и не могут служить основанием для отмены обжалуемого судебного акта. Нарушений норм процессуального и материального права, являющихся в силу статьи 270 Арбитражного процессуального кодекса Российской Федерации безусловным основанием для отмены принятого судебного акта, судом апелляционной инстанции не установлено. В соответствии со статьей 110 АПК РФ судебные расходы по госпошлине по апелляционной жалобе относятся на заявителя. Руководствуясь статьями 258 , 266 - 271 , 272.1 Арбитражного процессуального кодекса Российской Федерации,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