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Неявка налогоплательщика (его представителя) при отсутствии доказательств надлежащего извещения о времени рассмотрения и месте проведения проверки;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Неявка налогоплательщика (его представителя) при наличии доказательств надлежащего извещения о месте и времени рассмотрения. В этом случае руководитель налогового органа (его заместитель) решает, является ли присутствие налогоплательщика или его представителя необходимым и, следовательно, надо ли откладывать рассмотрение (пункт 2, подпункты 2 и 5 пункта 3 статьи 101 НК РФ );</w:t>
      </w:r>
    </w:p>
    <w:p>
      <w:pPr>
        <w:pStyle w:val="Heading3"/>
      </w:pPr>
      <w:r>
        <w:rPr>
          <w:rFonts w:ascii="Times New Roman" w:hAnsi="Times New Roman" w:eastAsia="Times New Roman" w:cs="Times New Roman"/>
          <w:b/>
          <w:i w:val="0"/>
          <w:sz w:val="22"/>
        </w:rPr>
        <w:t>Пункт 3.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Неявка другого лица (не налогоплательщика), приглашенного на рассмотрение (подпункты 2 и 5 пункта 3 статьи 101 НК РФ ). Это может быть приглашенный на рассмотрение свидетель, эксперт или специалист (в том числе переводчик). Исходя из складывающейся практики, рассмотрение материалов проверки также может быть отложено и в иных случаях в целях обеспечения реализации прав налогоплательщика. В данном случае должностное лицо налогового органа не усмотрело оснований для отложения рассмотрения материалов налоговой проверки. Таким образом, Инспекцией не принималось решение об отложении рассмотрения материалов налоговой проверки, оно было завершено в тот же день. Само по себе наличие требования налогоплательщика о повторном ознакомлении с материалами проверки, по итогам рассмотрения материалов налоговой проверки не является основанием препятствующим вынесению решения по результатам проверки. Таким образом, довод налогоплательщика, что решение вынесено Инспекцией в нарушение порядка рассмотрения материалов налоговой проверки, а именно в отсутствие налогоплательщика после рассмотрения, проходившего с его участием, не обоснован. Тот факт, что 05.12.2022 заявитель направил в налоговый орган ходатайство о передаче ему документов, не свидетельствует об отложении рассмотрения материалов проверки, не следует это и из содержания ходатайства. Инспекцией по итогам проведенного 30.11.2022 рассмотрения материалов выездной налоговой проверки 30.11.2022 вынесено решение N 6682. Кроме того, судом первой инстанции верно отмечено, что сумма доначислений налога на добавленную стоимость по оспариваемому решению составила 237 121 046 руб., что свидетельствует о том, что часть возражений налогоплательщика на акт проверки, где сумма доначислений составляла 363 630 551 руб., и дополнение к нему была принята налоговым органом и учтена при вынесении итогового решения. Таким образом, вопреки доводам апелляционной жалобы заявителю была обеспечена реализация его права на представление возражений, возражения были рассмотрены заместителем руководителя налогового органа лично в течение, как следует из протокола, 2 час. 35 мин., в присутствии и с участием представителей лица, в отношении которого проводилась проверка, которые представили свои объяснения как в письменной форме возражений, так и устно в рамках непосредственной процедуры рассмотрения материалов проверки. Доводы заявителя о невозможности представить все желаемые возражения устно, материалами дела не подтверждены, аудиозапись в ходе рассмотрения возражений не велась, а, кроме того, ставят под сомнение разумное время проведения спорной административной процедуры с учетом ее длительности. Указанное решение N 6682 от 30.11.2022 об отказе в привлечении к ответственности за совершение налогового правонарушения вместе с описью документов, передаваемых в электронном виде на электронном носителе, было получено представителем заявителя 07.06.2023. В целях дополнительного ознакомления с материалами проверки вместе с оспариваемым решением об отказе в привлечении к ответственности за совершение налогового правонарушения от 30.11.2022 N 6682 представителю ООО "Агро-Авто" 07.06.2023 на диске вручены документы, перечисленные в соответствующей описи, представленной налоговым органом, в частности выписки по расчетным счетам спорных контрагентов и книги покупок. 07.07.2023 ООО "Агро-Авто" через Межрайонную ИФНС России N 13 по Московской области в УФНС России по Московской области направлена апелляционная жалоба решение Инспекции от 30.11.2022. В представленной апелляционной жалобе Общество заявляло о не ознакомлении с документами, полученными Инспекцией в рамках выездной налоговой проверки, в частности протоколами допросов, банковскими выписками спорных контрагентов и контрагентов последующего звена, информацией о контрагентах последующего звена, а также требованиями о представлении документов (информации), направленных в адрес ФИО7, ФИО8, ФИО9, ФИО10 22.08.2023 УФНС России по Московской области в адрес налогового органа направлено письмо N 07-17/049861@ о необходимости обеспечить ознакомление налогоплательщика с отсутствующими у него документами. Инспекцией в адрес Общества по телекоммуникационным каналам связи направлено уведомление от 22.08.2023 N 12929 о вызове в налоговый орган налогоплательщика 24.08.2023 в 11:00 для ознакомления с материалами выездной налоговой проверки. Кроме того, письмом Межрайонной ИФНС России N 13 по Московской области от 23.08.2023 в адрес ООО "Агро-Авто" направлены непереданные протоколы допросов свидетелей. В назначенное время заявитель не явился в налоговый орган, в связи с чем по юридическому адресу Общества заказным почтовым отправлением направлены ранее не врученные протоколы допросов (ШПИ N 14140288084217 - получено адресатом 25.08.2023). Сопроводительными письмами от 24.08.2023 N 14-10/1488 и от 25.08.2023 N 14-10/1491 в адрес Общества, согласно описям, представленным Инспекцией, направлены Требования о представлении документов, направленные в адрес ФИО7, ФИО8, ФИО9, ФИО10, банковские выписки контрагентов, протокол осмотра объекта недвижимости ООО "Лактранс", повторно протоколы допросов, досье контрагентов на CD-дисках: - 24.08.2023 налоговым органом в адрес налогоплательщика направлено Письмо N 14-10/1488 с описью на 36 наименований на CD-диске (получено Заявителем 25.08.2023); - 25.08.2023 Инспекцией в адрес Общества направлено Письмо N 14-10/1491 с описью на 97 наименований на CD-диске (получено ООО "Агро-Авто" 25.08.2023). Управлением 28.08.2023 в адрес Общества направлено письмо N 07-19/051016, в котором ООО "Агро-Авто" после ознакомления с направленными документами и при наличии претензий к ним предложено до 28.09.2023 представить дополнение к апелляционной жалобе (ШПИ N 80104887265708). Согласно сведениям из информационной сети "Интернет" и ШПИ 80104887265708 данное письмо вышестоящего налогового органа получено ООО "Агро-Авто" 01.09.2023. Налогоплательщику предоставлен месяц для ознакомления с документами. По состоянию на 28.09.2023 (дату принятия решения по апелляционной жалобе) Обществом не представлено дополнений к апелляционной жалобе. Таким образом, довод налогоплательщика о том, что Общество не имело возможности предоставления мотивированных возражений на доводы налогового органа, которые основаны на непереданных или несвоевременно переданных ему документах, является несостоятельным. Рассмотрение апелляционной жалобы происходило без участия налогоплательщика, что не противоречит закону. По результатам рассмотрения апелляционной жалобы Управление не усмотрело существенных нарушений порядка проведения налоговой проверки, оставив апелляционную жалобу в указанной части без удовлетворения. Судом первой инстанции установлено, что анализ направленных в адрес Общества в рамках рассмотрения апелляционной жалобы документов, изложен Инспекцией по тексту оспариваемого решения. Невручение Обществу соответствующей информации в виде отдельных приложений (выписок) с учетом иных установленных обстоятельств противоправных действий налогоплательщика, подтвержденных представленными доказательствами, которые не были оспорены заявителем по существу, не является достаточным основанием для признания процедуры рассмотрения материалов проверки существенно нарушенной. Более того, в возражениях от 14.06.2022 к акту проверки и в возражениях от 17.11.2022 на дополнение к акту проверки Общество указывало на невручение ему "документов, подтверждающих совершенное правонарушение", без конкретизации, какие именно документы не были им получены. В рамках судебного разбирательства установлено, что налогоплательщик самостоятельно отказывался от представления документов на стадии представления возражений, проведения дополнительных мероприятий на основании того, что к акту не были приложены доказательства. В частности, в ответ на требование N 18403 о представлении документов по взаимоотношениям со спорными контрагентами, выставленное в рамках дополнительных мероприятий налогового контроля, общество указало, что налоговый орган ограничен в истребовании документов содержанием акта проверки, который, по мнению общества, не содержит нарушений общества по сделкам с вышеуказанными лицами. Ходатайство либо письмо об ознакомлении с документами по акту проверки в налоговый орган до 30.11.2022 также не поступало. Документы, отправленные налоговым органом в адрес Общества на стадии апелляционного обжалования были в большой части продублированы, то есть направлены повторно. Таким образом, вышеуказанные обстоятельства свидетельствуют об отсутствии существенных нарушений процедуры проведения проверки со стороны Инспекции, действия налогового органа были направлены на соблюдение прав и законных интересов Общества, в свою очередь довод заявителя о непредоставлении ООО "Агро-Авто" материалов выездной налоговой проверки для ознакомления в полном объеме, в установленный законом срок и в установленном законом порядке является несостоятельным. Ссылки заявителя на решение Управления по результатам рассмотрения апелляционной жалобы другого налогоплательщика, в рамках которого Управлением было отменено решение нижестоящего органа в связи с нарушением права на ознакомление с материалами дела, арбитражным судом не принимается, поскольку указанное решение было вынесено при иных обстоятельствах. Таким образом, налогоплательщик изначально занимал формальную позицию во взаимоотношениях с налоговым органом по ходу проверки, отказался от представления дополнений к апелляционной жалобе даже после направления в его адрес материалов, отсутствие которых препятствовало, по его мнению, формированию позиции, а также сознательно отказался от оснований оспаривания решения по существу доначислений в суде. В отношении довода заявителя о том, что налоговым органом в нарушение порядка проведения проверки осуществлялись мероприятия налогового контроля после даты вынесения акта проверки (21.09.2020), который был вручен Обществу 12.05.2022, а также после даты принятия решения (30.11.2022), врученного Обществу 07.06.2023, арбитражный суд полагает следующее. Из акта проверки от 21.09.2020 и решения Инспекции от 30.11.2022 следует, что мероприятия налогового контроля фактически не прекращались до даты вручения указанных документов налогоплательщику, о чем свидетельствуют многочисленные ссылки по тексту акта и решения на документы/информацию, а также обстоятельства, датированные позднее дат вынесения соответствующих ненормативных актов Инспекции. Арбитражный суд считает недопустимым использовать доказательства, полученные после даты вынесения акта проверки (21.09.2020), который был вручен Обществу 12.05.2022, а также после даты принятия решения (30.11.2022), врученного Обществу 07.06.2023. Между тем, в рассматриваемом случае налоговым органом описано достаточное количество иных обстоятельств и доказательств, позволяющих установить существо вменяемого правонарушения, в связи с чем исключение из доказательной базы спорных доказательств не опровергает выводов Инспекции о нарушении заявителем положений пункта 2 статьи 54.1 Кодекса, выразившимся в неправомерном уменьшении исчисленного НДС на суммы вычетов по взаимоотношениям со спорными контрагентами. При этом, налоговым органом действительно были допущены определенные нарушения процедуры оформления результатов налоговой проверки, однако данные нарушения не являются существенными, поскольку являются восполнимыми и устранимыми, что обеспечивало соблюдение прав налогоплательщика путем дополнения своих возражений по существу доначислений на стадии апелляционного обжалования, чем сам налогоплательщик не воспользовался. В отношении довода налогоплательщика о том, что в акте налоговой проверки и решении N 6682 от 30.11.2022 Инспекцией не отражены конкретные нарушения, допущенные Обществом по взаимоотношениям с контрагентами ООО "СПК Транс", ООО "Волфтранс", ООО "Рефавтотранс", ООО "Конттранс", ООО "ЛК Н-Транс", ООО "Юнионтранс", не соответствует реальным обстоятельствам дела, арбитражный суд полагает следующее. В ходе мероприятий налогового контроля Инспекцией в отношении спорных контрагентов Общества установлены признаки, характеризующие указанные организации, как "технические" компании, а также установленные расхождения вида "разрыв" с участием этих компаний, все эти нарушения нашли свое отражение в Акте налоговой проверки. Общество знало о претензиях налогового органа, в том числе в части контрагентов ООО "СПК Транс", ООО "Волфтранс", ООО "Рефавтотранс", ООО "Конттранс", ООО "ЛК Н-Транс", ООО "Юнионтранс". В рамках выездной налоговой проверки, Инспекцией установлены обстоятельства, свидетельствующие об отсутствии реальной возможности выполнения оказания услуг вышеуказанными сомнительными контрагентами, в частности контрагенты ООО "Юнионтранс", ООО "Волфтранс", ООО "Транспроект" зарегистрированы незадолго до заключения договоров с ООО "Агро-Авто". У организаций ООО "Рефавтотранс", ООО "ЛК Н-Транс", ООО "Олимпик", ООО "Транспроект", ООО "Лактранс", ООО "Волфтранс", ООО "ТК "Трансмайл" отсутствуют сотрудники (водители, диспетчера, технический персонал и т.д.), либо заявлена минимальная численность, справки 2-НДФЛ за проверяемый период представлены без фактической выплаты заработной платы, начислений и перечислений налогов в бюджет. Операции по расчетным счетам контрагентов свидетельствуют об отсутствии достаточных затрат на аренду транспортных средств, операций по приобретению ГСМ, запасных частей, вознаграждения водителям, что свидетельствует об отсутствии ресурсов для непосредственного исполнения договора транспортной экспедиции. При анализе отчетности сомнительных контрагентов ООО "Агро-Авто", установлено, что контрагенты перечисляют минимальное количество налогов в бюджет Российской Федерации и, соответственно, имеют низкую налоговую нагрузку. Доля НДС, подлежащего к вычету по отношению к исчисленному налогу, составила от 90% до 99,99%. Установлены обстоятельства взаимозависимости и согласованности действий между налогоплательщиком и контрагентами ООО "СПК Транс", ООО "Юнионтранс", ООО "Рефавтотранс", ООО "Контранс", ООО "ЛК Н-Транс". Установлено, что данные контрагенты уклонялись от уплаты налогов, источник формирования вычетов, которые предоставляются в адрес ООО "Агро-Авто", не сформирован - в книгах покупок отражены организации, имеющие признаки технических и имеющие "разрывы" на втором и последующих звеньях. Значительная часть денежных средств, поступивших на счета данных контрагентов от ООО "Агро-Авто", направляются в адрес физических лиц за оказание услуг по перевозке и в дальнейшем обналичиваются. В целях получения дополнительных доказательств для подтверждения факта совершения нарушений законодательства о налогах и сборах Инспекцией в рамках дополнительных мероприятий налогового контроля или отсутствия таковых в адрес Общества направлены требования о представлении документов (информации) от 02.08.2022 N 18403, N 18406, N 18412, которыми у налогоплательщика, в том числе запрашивались первичные документы по взаимоотношениям с вышеуказанными контрагентами ООО "СПК Транс", ООО "Волфтранс", ООО "Рефавтотранс", ООО "Конттранс", ООО "ЛК Н-Транс", ООО "Юнионтранс" (договоры, счета-фактуры и т.д.). Вместе с тем, Общество в ответе от 23.08.2023 N СЦ-08/232 на требование от 02.08.2022 N 18403 сообщило о том, что в акте проверки от 21.09.2020 N 6190 не указаны какие-либо нарушения со стороны Общества по сделкам с вышеуказанными лицами, документы. При таких обстоятельствах довод заявителя, что в отношении контрагентов Общества ООО "СПК Транс", ООО "Волфтранс", ООО "Рефавтотранс", ООО "Конттранс", ООО "ЛК Н-Транс", ООО "Юнионтранс" Инспекцией не проводились мероприятия налогового контроля, в акте отсутствуют какие-либо нарушения, является несостоятельным. В отношении довода заявителя о существенном нарушении срока рассмотрения материалов налоговой проверки, вынесения и вручения оспариваемого решения налогового органа арбитражный суд полагает следующее. Положения НК РФ не содержат условий недействительности решения налогового органа, принятого по результатам выездной проверки в случае нарушения срока вручения ненормативных актов налогового органа. По смыслу налогового законодательства нарушение налоговым органом сроков рассмотрения материалов налоговой проверки не препятствует ему в принятии того или иного итогового решения и не может само по себе предрешать его законность, что не позволяет признать такое процессуальное нарушение в качестве безусловного основания для отмены итогового решения налогового органа (Определение Конституционного Суда Российской Федерации от 20.04.2017 N 790-0). В силу пункта 9 статьи 101 Кодекса решение о привлечении к ответственности за совершение налогового правонарушения и решение об отказе в привлечении к ответственности за совершение налогового правонарушения (за исключением решений, вынесенных по результатам рассмотрения материалов выездной налоговой проверки консолидированной группы налогоплательщиков) вступают в силу по истечении одного месяца со дня вручения лицу, в отношении которого было вынесено соответствующее решение (его представителю). Указанное решение в течение пяти дней со дня его вынесения должно быть вручено лицу, в отношении которого оно вынесено (его представителю), под расписку или передано иным способом, свидетельствующим о дате получения этим лицом (его представителем). Согласно пункту 14 статьи 101 НК РФ нарушение существенных условий процедуры рассмотрения материалов налоговой проверки является основанием для отмены вышестоящим налоговым органом или судом решения налогового органа об отказе в привлечении к налоговой ответственности. К существенным условиям относятся обеспечение возможности лица, в отношении которого проводилась проверка, участвовать в рассмотрении материалов налоговой проверки лично и (или) через своего представителя и обеспечение возможности налогоплательщика представить объяснения. Следовательно, безусловным основанием для отмены решения является допущенное налоговым органом нарушение существенных условий процедуры рассмотрения материалов проверки. Под такими нарушениями понимаются нарушения, влекущие необеспечение прав налогоплательщика на участие в рассмотрении материалов проверки, препятствующие праву на представление объяснений. Иные нарушения процедуры рассмотрения материалов проверки могут являться основанием для отмены решения налогового органа только в тех случаях, когда такие нарушения привели к принятию неправомерного решения. Основаниями для отмены обжалуемого решения налогового органа вышестоящим налоговым органом или судом могут являться иные нарушения процедуры рассмотрения материалов налоговой проверки, если только такие нарушения привели или могли привести к принятию руководителю (заместителем руководителя) налогового органа неправомерного решения. Материалами дела подтверждается, что процедура рассмотрения материалов налоговой проверки налоговым органом не нарушена, права и законные интересы Общества по ознакомлению с материалами проверки и представлению возражений на акт налоговой проверки, на дополнение к акту, соблюдены в полном объеме. Более того, решение об отказе в привлечении к ответственности, вынесенное Инспекцией и не доведенное в установленный срок до налогоплательщика, не может считаться вступившим в законную силу и формально оно не нарушает прав заявителя, в том числе права на обжалование данного решения, поскольку срок для обжалования начинает исчисляться с даты получения данного решения. В этой связи несвоевременное вручения решения Инспекции от 30.11.2022 не повлекло сокращение срока на представление возражений, так как этот срок начинает течь с момента вручения оспариваемого решения налогового органа. Таким образом, факт несвоевременного вручения оспариваемого решения налогового органа не может являться самостоятельным основанием для отмены решения налогового органа. На основании части 3 статьи 201 АПК РФ арбитражный суд, установив, что оспариваемый ненормативный правовой акт, решения и действия (бездействие) государственных органов, органов местного самоуправления, иных органов,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 Учитывая изложенные обстоятельства, оценив все имеющиеся доказательства по делу в их совокупности и взаимосвязи, как того требуют положения, содержащиеся в части 2 статьи 71 Арбитражного процессуального кодекса Российской Федерации и другие положения Кодекса, суд первой инстанции пришел к обоснованному выводу об отсутствии оснований для удовлетворения заявленных требований. Доводы заявителя апелляционной жалобы фактически сводятся к повторению утверждений, исследованных и правомерно отклоненных арбитражным судом первой инстанции, и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акта, либо опровергали выводы суда первой инстанции, в связи с чем признаются судом апелляционной инстанции несостоятельными и не могут служить основанием для отмены обжалуемого судебного акта, поскольку не свидетельствуют о нарушении судом первой инстанции норм материального и процессуального права, а лишь указывают на несогласие заявителя апелляционной жалобы с оценкой судом доказательств. Нарушений норм процессуального права, являющихся в силу части 4 статьи 270 АПК РФ основанием для отмены принятого судебного акта, арбитражным апелляционным судом не установлено. Апелляционная жалоба заявителя удовлетворению не подлежит. Руководствуясь статьями 266 , 268 , пунктом 1 статьи 269 , статьей 271 Арбитражного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