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остов-на-Дон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