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11.12.1982, пос. Ледмлзеро, Муезерского р-на, Карельской АССР, адрес регистрации: 188425, &lt;...&gt; кв. 76, ИНН &lt;***&gt;,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12.05.2025.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19700, адрес для корреспонденции: 430011, &lt;...&gt; а/я 23), члена Саморегулируемой межрегиональной общественной организации «Ассоциация антикризисных управляющих» (ИНН &lt;***&gt;; адрес: 443072,&lt;...&gt; км).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13.05.2025. Разъяснить участникам дела, что в соответствии с изменениями, внесенными в Федеральный закон «О несостоятельности (банкротстве)» 29.05.2024г.,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супруги,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Овчинникова Н.Ю. Суд: АС Санкт-Петербурга и Ленинградской обл. (подробнее) Иные лица: Межрайонная ИФНС России 11 по Ленинградской области (подробнее) Саморегулируемой межрегиональной общественной организации "Ассоциация антикризисных управляющих" (подробнее) Управление Федеральной службы государственной регистрации, кадастра и картографии по Ленинградской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