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0356043010324011902000210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