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28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Эксперт имеет образование в области сельскохозяйственных машин, сельскохозяйственного оборудования и обработки почв? Где получал? Какой практический опыт работы в данных направлениях?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экспертном заключении отсутствуют заводские технические характеристики трактора, к которому был сагрегатирован дискатор БДМ-4х4ПР, техпаспорт на трактор не приложен. Как эксперт может подтвердить, что испытания дискатора им были выполнены с трактором подходящей мощности в соответствии с пп.3.3 раздела 3 инструкции по эксплуатации дискатора?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Почему не производился замер скорости прохода дискатора БДМ-4х4ПР, в то время как согласно разделу 8 инструкции по эксплуатации дискатора степень крошения почвы улучшается при увеличении скорости, а соответственно влияет на качество обработки почвы?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Почему не производились оценка глубины и качества обработки поверхности почвы дискатором БДМ-4х4ПР на максимальной разрешенной скорости и максимально разрешенных углах атаки дисков предусмотренных заводом-изготовителем?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Почему замеры глубины обработки почвы дискатора БДМ-4х4ПР за второй проход были произведены на поле, которое было обработано не после одного прохода дискатора БДМ-Агро, а после одного прохода бороной иного производителя (стр.17) - ведь выбранная методика не даёт действительных показателей глубины обработки дискатора БДМ-4х4П фирмы БДМ-Агро?</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Каким образом эксперт может ссылаться на достоверность измеренных габаритных размеров дискатора БДМ-4х4ПР, если он производил измерения не согласно ГОСТ 54784-2022 и ГОСТ 26025-83, а в полевых условиях?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Какое отношение к эксперту имеет измерительный прибор - рулетка металлическая, принадлежащая ООО «Экспертиза». Почему документы об относимости прибора измерения к эксперту не приложены к экспертному заключению?</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Каким образом выявленное экспертом несоответствие линейных параметров (размеров) может влиять на качество работы дискатора (со ссылками на нормативную базу)?</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Когда производился отбор образцом почвы привлеченной лабораторией? Каким образом производился отбор образцов (поле для отбора образцов, количество мест забора почвы, глубина забора почвы)? Эксперт присутствовал при отборе образцов?</w:t>
      </w:r>
    </w:p>
    <w:p>
      <w:pPr>
        <w:pStyle w:val="Heading3"/>
      </w:pPr>
      <w:r>
        <w:rPr>
          <w:rFonts w:ascii="Times New Roman" w:hAnsi="Times New Roman" w:eastAsia="Times New Roman" w:cs="Times New Roman"/>
          <w:b/>
          <w:i w:val="0"/>
          <w:sz w:val="22"/>
        </w:rPr>
        <w:t>Пункт 10. Выводы</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Эксперт проверял документы об аккредитации испытательной лаборатории? Почему такие документы не приложены к экспертному заключению? Суд первой инстанции определил вызвать в судебное заседание эксперта ФИО9, представить письменные ответы на вопросы ответчика. Во исполнение определения суда от ФИО9 ответы на вопросы к заключению эксперта, в которых эксперт пояснил следующее. При натурном осмотре эксперту не были предоставлены документы по тягачу дискатора - трактору «Кировец». Мощность трактора определена на основании эмблем завода-изготовителя на корпусе трактора. Исследование технических характеристик трактора экспертом не проводилось по причине отсутствия поставленных перед экспертом вопросов, связанных с исследованием трактора. Исследование всех технических характеристик трактора является выходом за пределы поставленных вопросов. Мощность ДВС трактора указана в заключении и соответствует мощности, требуемой для работы с исследуемым дискатором. Ответчик мог убедиться в технических данных трактора при натурном осмотре, при этом на осмотр ни один из представителей ответчика не явился. При осмотре экспертом определено, что угол атаки дисков на дискаторе отрегулирован исоставляет 15 градусов (стр. 9 заключения), что находится в диапазоне, допустимым заводом-изготовителем. Согласно инструкции по эксплуатации при допустимых углах атаки, глубина обработки почвы составляет не менее 12 см, а экспертом определена глубина до 8 см. Согласно данным завода-изготовителя с установленным углом атаки в 15 градусов глубина обработки все равно должна быть соответствующей глубине не менее 12 см. Скорость прогона дискатора выбрана исходя из скорости движения тягача (трактора). Скорость трактора была установлена механизатором в значении 12 км/ч с допуском в движении +/- 0,2км/ч в автоматическом режиме коробки передач и поддерживалась трактором автоматически. В процессе движения трактора и дискатора экспертом проводился натурный осмотр качества обработанной почвы и работы самого дискатора в процессе обработки. Размеры дискатора определялись на территории КФХ. Техническая возможность замера размеров на бетоне/асфальте отсутствовала, т.к. до хутора Баклановский асфальтовое покрытие отсутствует. Ближайшее асфальтовое покрытие находится в х.Куликовский, в 9 км. В связи с этим, для проведения замеров было выбрано визуально ровное покрытие. Для замеров экспертом использовалось оборудование, предоставленное руководителем экспертной организации. К экспертному заключению приложены документы по калибровке прибора измерения. Перед экспертом был поставлен вопрос определения соответствия данных завода-изготовителя натурным данным. Вопрос практической применимости отличия размеров дискатора от заявленных в технической документации перед экспертом не ставился. Отбор почвы проводился в день осмотра. Отбор проводился на тех же участках, где проводились технические испытания. Количество мест и глубина отбора проводились на основании методик и положений ГОСТ 20915-2011, что подробно указано в протоколе испытаний. Аккредитация испытательной лаборатории в обязательном порядке действующим законодательством не требуется. Согласно п.5, ч.2 ст.5 ФЗ № 412-ФЗ «Об аккредитации в национальной системе аккредитации» аккредитация осуществляется на принципах добровольности. Определение обязательности аккредитации либо аттестации оценки состояния измерения грунтов, лабораторий, производящих лабораторные исследования, в частности, грунтов не относится к полномочиям Росаккредитации. Эксперт присутствовал в судебном заседании 29.02.2024 и давал пояснения по вопросам, возникшим у ответчика по заключению эксперта № 152/08. Таким образом, экспертное заключение №152/08 оформлено в соответствии с требованиями статей 82 , 83 , 86 Арбитражного процессуального кодекса Российской Федерации, в нем отражены все предусмотренные частью 2 статьи 86 Арбитражного процессуального кодекса Российской Федерации сведения, экспертное заключение основано на материалах дела, является ясным и полным. В силу статей 64 , 68 Арбитражного процессуального кодекса Российской Федерации экспертное заключение является надлежащим доказательством, поскольку получено с соблюдением требований статей 82 , 87 Арбитражного процессуального кодекса Российской Федерации, выводы эксперта достоверны, не содержат противоречий, в заключении имеется подписка эксперта о предупреждении об уголовной ответственности за дачу заведомо ложного заключения, поэтому оснований сомневаться в обоснованности заключения у суда апелляционной инстанции не имеется. С учетом изложенного, требования истца о взыскании стоимости некачественного товара в сумме 1 385 677 руб. обоснованно удовлетворены судом первой инстнции. Кроме того, суд обязал ООО «БДМ-Агро» самовывозом забрать некачественную продукцию – Дискатор БДМ- 4х 4ПР, номер 10410 год выпуска 2022 у ИП ФИО5 КФХ ФИО3, в течение десяти дней с момента поступления денежных средств и вступления решения в законную силу. Истец также просил взыскать с ответчика 28 000 руб., оплаченных платежным поручением № 122 от 26.08.2022, согласно договору оказания услуг №БД-0389 от 26.08.2022 г. По мнению истца, денежные средства в сумме 28 000 руб. являются неосновательным обогащением на стороне ответчика, поскольку истец был вынужден оплатить 28 000 руб., в связи с вызовом специалиста ответчика для проведения консультационных услуг. Как следует из материалов дела, между истцом (заказчик) и ответчиком (исполнитель) был заключен договор возмездного оказания услуг № БД-0389 от 26.08.2022, согласно которому исполнитель обязался оплатить услуги по консультированию заказчика о применении и настройке Дисатора БДМ-4х4 ПР №10410 в технологическом процессе ,а заказчик обязался оплатить эти услуги. Согласно п. 1.3. договора исполнитель обязался выполнить услуги с момента оплаты счета на услуги по настройке Дискатора №10410 в течение 7 рабочих дней. В соответствии с п. 2.4 договора, услуги считаются оказанными с момента подписания сторонами Акта приемки-сдачи оказанных услуг. Согласно п. 3.1. договора, общая стоимость услуг составляет 28 000 руб. Оплата услуг осуществляется заказчиком на основании счета исполнителя путем перечисления денежных средств на расчетный счет исполнителя в виде 100% оплаты суммы договора не позднее 29.08.2022. Истец оплатил оказанные услуги в сумме 28 000 руб., что подтверждается платежным поручением №122 от 26.08.2022 . Ответчик оказал услуги в соответствии с подписанным договором возмездного оказания услуг от 26.08.2022 № БД-0389, что подтверждается актом оказанных услуг, подписанных истцом и ответчиком без каких-либо замечаний. Подписывая указанный договор, истец согласился со всеми его условиями. Следовательно, услуги по договору от 26.08.2022 № БД-0389 оказаны ответчиком надлежащим образом, иного истом не доказано. На основании статьи 779 Гражданского кодекса Российской Федерации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Правила настоящей главы применяются к договорам оказания услуг связи, медицинских, ветеринарных, аудиторских, консультационных, информационных услуг, услуг по обучению, туристическому обслуживанию и иных (пункт 2 статьи 779 Гражданского кодекса Российской Федерации). В соответствии со статьей 781 Гражданского кодекса Российской Федерации заказчик обязан оплатить оказанные ему услуги в сроки и в порядке, которые указаны в договоре возмездного оказания услуг. Следовательно, требование о взыскании с ответчика 28 000 руб. не подлежит удовлетворению. Поскольку требования удовлетворены судом первой инстанции частично, суд распределил судебные расходы пропорционально удовлетворенным требованиям. В суде первой и апелляционной инстанции ответчик ходатайствовал о назначении по делу дополнительной экспертизы. В соответствии с частью 1 статьи 82 Арбитражного процессуального кодекса Российской Федерации вопрос о назначении экспертизы отнесен на усмотрение арбитражного суда и разрешается в зависимости от необходимости разъяснения возникающих при рассмотрении дела вопросов, требующих специальных знаний. Назначение экспертизы является способом получения доказательств по делу и направлено на всестороннее, полное и объективное его рассмотрение, находятся в компетенции суда, разрешающего дело по существу. Согласно выраженной в постановлении Президиума ВАС РФ от 09.03.2011 № 13765/10 правовой позиции, судебная экспертиза назначается судом в случаях, когда вопросы права нельзя разрешить без оценки фактов, для установления которых требуются специальные познания, следовательно, требование одной из сторон о назначении судебной экспертизы не создает обязанности суда ее назначить. В соответствии с положениями статьи 82 Арбитражного процессуального кодекса Российской Федерации арбитражный суд назначает экспертизу для разъяснения возникающих вопросов, требующих специальных знаний. Целесообразность проведения экспертизы определяет суд. По смыслу названных норм суд может отказать в назначении экспертизы, если у него исходя из оценки уже имеющихся в деле доказательств сложилось убеждение, что имеющиеся доказательства в достаточной мере подтверждают или опровергают то или иное обстоятельство. Согласно части 1 статьи 87 Арбитражного процессуального кодекса Российской Федерации при недостаточной ясности или полноте заключения эксперта, а также при возникновении вопросов в отношении ранее исследованных обстоятельств дела может быть назначена дополнительная экспертиза, проведение которой поручается тому же или другому эксперту. Поскольку при проведении первоначальной экспертизы эксперт в полном объеме ответил на поставленные перед ним вопросы, у суда первой инстанции отсутствовали основания для удовлетворения ходатайства о назначении дополнительной экспертизы. Указанные основания не усматриваются и судом апелляционной инстанции. При проведении экспертизы эксперт руководствовался инструкцией по эксплуатации. Объектом экспертного исследования являлось оборудование, настроенное в соответствии с требованиями инструкции по эксплуатации. Уровень квалификации эксперта соответствует требованиям Федерального закона от 31.05.2001 № 73-ФЗ «О государственной судебно-экспертной деятельности в Российской Федерации», что подтверждается материалами судебного дела. Практический опыт эксперта включает в себя в том числе исследование сельскохозяйственного оборудования, например, по делам № А12-36057/2021 и № А12-26777/2022). Относительно привлечения ООО «Центр Экспертиз» для проведения лабораторных исследований почв суд апелляционной инстанции отмечает, что эксперт при проведении экспертизы, порученной ему судом, свободен в выборе методов и способов исследований. Проведение в ходе экспертизы лабораторных исследований не свидетельствует о проведении экспертизы лицами, не привлеченными в качестве эксперта. В материалах дела не имеется доказательств того, что выбранные экспертом способы и методы исследования привели к неправильным выводам. Суд апелляционной инстанции учитывает, что доводы, изложенные в рецензии опровергаются инструкцией по эксплуатации (т.1 л.д.100-120). В обоснование довода о необходимости назначения по делу экспертизы заявитель ссылается на п.8 инструкции (л.д.110 т.1), согласно которому угол атаки (15-25 градусов) устанавливается в зависимости от влажности и плотности почвы, наличия растительных остатков. Увеличение угла атаки приводит к более полному подрезанию и обороту почвенного пласта. Степень крошения почвы улучшается при увеличении рабочей скорости. Довод заявителя апелляционной жалобы о том, что эксперт должен был изменять угол атаки, рабочую скорость и проводить испытания дискатора, отклоняется судом, поскольку согласно инструкции увеличение угла атаки приводит к более полному подрезанию и обороту почвенного пласта, а не к увеличению глубины обработки, которая согласно техническим характеристикам дискатора составляет не менее 12 см (т.1 л.д.94). Относительно незаконности судебного акта в части понуждения ответчика самовывозом забрать некачественную продукцию в течение 10 дней с момента поступления денежных средств на счет истца суд апелляционной инстанции отмечает следующее. Когда покупатель (получатель) в соответствии с законом, иными правовыми актами или договором поставки отказывается от переданного поставщиком товара, он обязан обеспечить сохранность этого товара (ответственное хранение) и незамедлительно уведомить поставщика (пункт 1 статьи 514 Гражданского кодекса Российской Федерации). Поставщик обязан вывезти товар, принятый покупателем (получателем) на ответственное хранение, или распорядиться им в разумный срок (пункт 2 статьи 514 Гражданского кодекса Российской Федерации). Нормой статьи 514 Гражданского кодекса Российской Федерации предусмотрено право покупателя реализовать товар или возвратить его поставщику, если он не распорядиться им в разумный срок. В свою очередь вывоз некачественного товара является именно обязанностью поставщика, исполнение которого, в отсутствии объективных препятствий для исполнения данной обязанности, не поставлено в зависимость от желания (отсутствия такового) поставщика. Кроме того, согласно пункту 24 "Обзора судебной практики Верховного Суда Российской Федерации N 3 (2020)" (утв. Президиумом Верховного Суда РФ 25.11.2020) рассматривая спор о расторжении договора поставки, по которому поставщик передал в собственность покупателя определенное имущество, и установив предусмотренные п. 2 ст. 475 ГК РФ основания для возврата уплаченной покупателем денежной суммы, суд должен одновременно рассмотреть вопрос о возврате продавцу переданного покупателю товара независимо от предъявления данного требования продавцом. Поскольку в рамках настоящего дела взыскивается стоимость поставленного товара, то товар должен быть возвращен продавцу. Суд апелляционной инстанции не усматривает наличия фактических обстоятельств, препятствующих вывозу поставщиком данного товара. При таких обстоятельствах данный довод апелляционной жалобы подлежит отклонению. Довод о том, что экспертиза назначена арбитражным судом без внесения денежных средств на депозитный счет суда лицом, ходатайствовавшим о назначении экспертизы, подлежит отклонению как несоответствующий материалам дела. Принимая во внимание изложенное, оснований для удовлетворения апелляционной жалобы у суда не имеется. Судом первой инстанции верно установлены фактические обстоятельства, имеющие значение для правильного рассмотрения дела, дана правильная оценка доказательствам и доводам участвующих в деле лиц. Нарушений или неправильного применения норм материального или процессуального права, являющихся в силу статьи 270 Арбитражного процессуального кодекса Российской Федерации основанием к отмене или изменению решения, апелляционной инстанцией не установлено. Расходы по государственной пошлине по апелляционной жалобе в порядке статьи 110 Арбитражного процессуального кодекса Российской Федерации относятся на заявителя жалобы.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