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щучьему велению 27.10.23 31.10.23 356 000,00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КОШКИ-МЫШКИ 26.10.23 31.10.23 161 000,00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SuperКопы: миссия "Бабушка" 26.10.23 31.10.23 66 000,00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Страсти по Матвею 21.10.23 27.10.23 101 000,00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Лесси - лохматый детектив 21.10.23 29.10.23 45 000,00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ТЕЛОХРАНИТЕЛЬ НА ФРИЛАНСЕ 19.10.23 31.10.23 787 000,00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Анатомия падения 19.10.23 31.10.23 340 000,00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Искушение 19.10.23 31.10.23 282 000,00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Иди ко мне, детка 14.10.23 22.10.23 122 000,00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Смешарики снимают кино 14.10.23 21.10.23 54 000,00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Вася не в себе 12.10.23 22.10.23 245 000,00</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Выжившая 12.10.23 25.10.23 395 000,00</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Повелитель ветра 05.10.23 21.10.23 771 000,00</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Дурные деньги 05.10.23 17.10.23 582 000,00</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"Гардемарины 1787. Мир" (расширенная версия) 05.10.23 05.10.23 6 000,00</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Луна 01.10.23 03.10.23 30 000,00</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1993 29.09.23 04.10.23 54 000,00</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ВЕЛИКАЯ ИРОНИЯ 28.09.23 17.10.23 820 000,00</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ФИО3: Большой поход 28.09.23 07.10.23 84 500,00</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Неудержимые 4 21.09.23 11.10.23 1 410 000,00</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Чужая 21.09.23 24.09.23 54 000,00</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ЯБОГИНЯ 21.09.23 27.09.23 84 000,00</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Пернатый патруль 16.09.23 16.09.23 11 000,00</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Искусство по понятиям 14.09.23 01.10.23 983 000,00</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ПОСЛЕ. НАВСЕГДА 14.09.23 19.09.23 118 000,00</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Звук свободы 14.09.23 11.10.23 564 000,00</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Голда. Судный день 08.09.23 16.09.23 136 000,00</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Гнев материнский 07.09.23 13.09.23 158 000,00</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ПРАЗДНИКИ 07.09.23 14.09.23 107 000,00</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Чижик-Пыжик возвращается 03.09.23 03.09.23 14 500,00</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Гонщики на драйве 02.09.23 13.09.23 211 000,00</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Джулс 01.09.23 06.09.23 76 000,00</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Охота на короля 31.08.23 10.09.23 200 000,00</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Руслан и Людмила. Больше, чем сказка 25.08.23 10.09.23 88 000,00</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Мой Хатико 25.08.23 04.09.23 148 000,00</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Заложники 24.08.23 06.09.23 1 045 000,00</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Подводный капкан 24.08.23 01.09.23 244 000,00</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Только ты и я 18.08.23 30.08.23 158 000,00</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КАК ЗВЕЗДЫ 18.08.23 30.08.23 59 000,00</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Ограбление из будущего 17.08.23 30.08.23 501 000,00</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Леди Баг и Супер-Кот: Пробуждение силы 11.08.23 31.08.23 273 000,00</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Идеальная ложь 10.08.23 23.08.23 261 000,00</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Запертый заживо 10.08.23 16.08.23 70 000,00</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Домовята: Навстречу приключениям 06.08.23 06.08.23 8 500,00</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Криминальный город: Разборки в Пусане 05.08.23 12.08.23 135 000,00</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10 дней без мамы в Куршевеле 05.08.23 13.08.23 42 000,00</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Космос. Смерть. Роботы 05.08.23 16.08.23 84 000,00</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ФИО4. Спасает мир 03.08.23 30.08.23 267 500,00</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ЗА ПАЛЫЧА! 27.07.23 05.08.23 51 000,00</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О чем говорят незнакомцы 27.07.23 16.08.23 702 000,00</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Рай для дурака 23.07.23 01.08.23 15 000,00</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Просто супер 22.07.23 29.07.23 87 000,00</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Схватка с дьяволом 21.07.23 02.08.23 287 000,00</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Жанна Дюбарри 20.07.23 13.09.23 7 621 000,00</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Побег из страны роботов 16.07.23 18.07.23 25 500,00</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КРУЧЕ НЕКУДА 13.07.23 08.08.23 552 000,00</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Кентавр 13.07.23 06.08.23 360 000,00</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Гипнотик 06.07.23 22.08.23 3 532 000,00</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Назад к динозаврам 02.07.23 08.07.23 47 000,00</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КРУИЗ ПО ДЖУНГЛЯМ: ТАЙНА ВАЛЬВЕРДЕ 01.07.23 06.07.23 136 000,00</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(Не)идеальные роботы 30.06.23 12.07.23 322 000,00</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Мэгги Мур(ы) 29.06.23 12.07.23 215 000,00</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Больше, чем люди 29.06.23 06.07.23 214 000,00</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Моё преступление 22.06.23 12.07.23 338 000,00</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ЗВЕРОГОНЩИКИ 22.06.23 26.06.23 29 500,00</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Мальдивы подождут 21.06.23 08.07.23 453 000,00</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В ожидании Дали 17.06.23 18.06.23 35 000,00</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Не буди во мне киллера 16.06.23 27.06.23 100 000,00</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Сквозь время 16.06.23 19.06.23 28 000,00</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Проникновение 15.06.23 02.07.23 443 000,00</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Снегирь 10.06.23 25.06.23 316 000,00</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Стоп-слово 08.06.23 21.06.23 399 000,00</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Рождение Легенд 08.06.23 17.06.23 66 000,00</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ФИО5 08.06.23 19.06.23 78 000,00</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Трио в перьях 2 04.06.23 04.06.23 8 500,00</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Дом удовольствий 02.06.23 07.06.23 161 000,00</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Уикенд с батей 01.06.23 26.06.23 707 000,00</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Комната чудес 01.06.23 01.06.23 9 000,00</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Переводчик 01.06.23 12.07.23 4 030 000,00</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Быть Сальвадором Дали 26.05.23 06.06.23 98 000,00</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Три разбойника и лев 26.05.23 26.05.23 8 500,00</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Беглец 25.05.23 04.06.23 120 000,00</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Непосредственно Каха. Другой фильм 25.05.23 06.06.23 284 000,00</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Остров иллюзий 19.05.23 24.05.23 188 000,00</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Мегалодон 18.05.23 31.05.23 327 000,00</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Большая или маленькая ложь 18.05.23 24.05.23 38 000,00</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Хитровка. Знак четырёх 18.05.23 03.06.23 729 000,00</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Кто убил BlackBerry 11.05.23 24.05.23 333 000,00</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Без фильтров 11.05.23 15.05.23 98 000,00</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Мама мафия 11.05.23 31.05.23 761 000,00</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Юра дворник 08.05.23 10.05.23 41 000,00</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Помилование 06.05.23 13.05.23 26 000,00</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Миссия "НЛО" 05.05.23 05.05.23 28 000,00</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Все страхи Бо 04.05.23 07.05.23 34 000,00</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Кунг-фу жеребец 04.05.23 13.05.23 37 000,00</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Миссия ФИО6 04.05.23 17.05.23 70 000,00</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Банды Парижа 04.05.23 17.05.23 313 000,00</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Волшебная флейта 30.04.23 04.05.23 41 000,00</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Яга и книга заклинаний 28.04.23 14.05.23 151 500,00</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Третий не лишний 28.04.23 09.05.23 292 000,00</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Возр ожденные 27.04.23 07.05.23 185 000,00</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Банк Дэйва 27.04.23 30.04.23 49 000,00</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Мизантроп 20.04.23 03.05.23 288 000,00</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Вызов 20.04.23 28.05.23 4 314 000,00</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История одного ограбления 13.04.23 24.04.23 110 000,00</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Черный лотос 13.04.23 25.04.23 141 000,00</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Блуждающая Земля 2 12.04.23 29.04.23 192 000,00</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Принц пустыни 07.04.23 25.04.23 126 000,00</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Бюро магических услуг 06.04.23 15.04.23 289 000,00</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Три мушкетёра: Д'Артаньян 06.04.23 03.05.23 1 433 000,00</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Моё прекрасное несчастье 06.04.23 11.04.23 71 000,00</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Профессор и призрачный убийца 06.04.23 18.04.23 321 000,00</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Приключения аргонавтов 01.04.23 09.04.23 44 500,00</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Взломщик 31.03.23 09.04.23 220 000,00</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Любовь-морковь. Восстание машин 31.03.23 12.04.23 90 000,00</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Тень Караваджо 30.03.23 10.04.23 229 000,00</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Моя фея - проказница 26.03.23 26.03.23 34 000,00</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Коты Эрмитажа 25.03.23 05.04.23 95 500,00</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Джон Уик 4 23.03.23 21.05.23 6 545 000,00</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Сергий против нечисти. Шабаш 17.03.23 19.03.23 33 000,00</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На солнце, вдоль рядов кукурузы 17.03.23 29.03.23 315 000,00</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При чём тут любовь? 09.03.23 19.03.23 75 000,00</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Эскортница 08.03.23 28.03.23 779 000,00</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Очень плохая семейка 08.03.23 12.03.23 105 000,00</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Поехавшая 08.03.23 29.03.23 319 000,00</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Царевны и таинственная гостья 08.03.23 19.03.23 53 000,00</w:t>
      </w:r>
    </w:p>
    <w:p>
      <w:pPr>
        <w:pStyle w:val="Heading3"/>
      </w:pPr>
      <w:r>
        <w:rPr>
          <w:rFonts w:ascii="Times New Roman" w:hAnsi="Times New Roman" w:eastAsia="Times New Roman" w:cs="Times New Roman"/>
          <w:b/>
          <w:i w:val="0"/>
          <w:sz w:val="22"/>
        </w:rPr>
        <w:t>Пункт 127. Правовой анализ</w:t>
      </w:r>
    </w:p>
    <w:p>
      <w:pPr>
        <w:spacing w:after="120" w:before="160"/>
        <w:ind w:firstLine="720"/>
        <w:jc w:val="both"/>
      </w:pPr>
      <w:r>
        <w:rPr>
          <w:rFonts w:ascii="Times New Roman" w:hAnsi="Times New Roman" w:eastAsia="Times New Roman" w:cs="Times New Roman"/>
          <w:b/>
          <w:i w:val="0"/>
          <w:sz w:val="22"/>
        </w:rPr>
        <w:t xml:space="preserve">127. </w:t>
      </w:r>
      <w:r>
        <w:rPr>
          <w:rFonts w:ascii="Times New Roman" w:hAnsi="Times New Roman" w:eastAsia="Times New Roman" w:cs="Times New Roman"/>
          <w:b w:val="0"/>
          <w:i w:val="0"/>
          <w:sz w:val="22"/>
        </w:rPr>
        <w:t>Величайший детектив-паук 03.03.23 12.03.23 91 500,00</w:t>
      </w:r>
    </w:p>
    <w:p>
      <w:pPr>
        <w:pStyle w:val="Heading3"/>
      </w:pPr>
      <w:r>
        <w:rPr>
          <w:rFonts w:ascii="Times New Roman" w:hAnsi="Times New Roman" w:eastAsia="Times New Roman" w:cs="Times New Roman"/>
          <w:b/>
          <w:i w:val="0"/>
          <w:sz w:val="22"/>
        </w:rPr>
        <w:t>Пункт 128. Правовой анализ</w:t>
      </w:r>
    </w:p>
    <w:p>
      <w:pPr>
        <w:spacing w:after="120" w:before="160"/>
        <w:ind w:firstLine="720"/>
        <w:jc w:val="both"/>
      </w:pPr>
      <w:r>
        <w:rPr>
          <w:rFonts w:ascii="Times New Roman" w:hAnsi="Times New Roman" w:eastAsia="Times New Roman" w:cs="Times New Roman"/>
          <w:b/>
          <w:i w:val="0"/>
          <w:sz w:val="22"/>
        </w:rPr>
        <w:t xml:space="preserve">128. </w:t>
      </w:r>
      <w:r>
        <w:rPr>
          <w:rFonts w:ascii="Times New Roman" w:hAnsi="Times New Roman" w:eastAsia="Times New Roman" w:cs="Times New Roman"/>
          <w:b w:val="0"/>
          <w:i w:val="0"/>
          <w:sz w:val="22"/>
        </w:rPr>
        <w:t>Беспринципные в деревне 02.03.23 10.04.23 3 829 000,00</w:t>
      </w:r>
    </w:p>
    <w:p>
      <w:pPr>
        <w:pStyle w:val="Heading3"/>
      </w:pPr>
      <w:r>
        <w:rPr>
          <w:rFonts w:ascii="Times New Roman" w:hAnsi="Times New Roman" w:eastAsia="Times New Roman" w:cs="Times New Roman"/>
          <w:b/>
          <w:i w:val="0"/>
          <w:sz w:val="22"/>
        </w:rPr>
        <w:t>Пункт 129. Правовой анализ</w:t>
      </w:r>
    </w:p>
    <w:p>
      <w:pPr>
        <w:spacing w:after="120" w:before="160"/>
        <w:ind w:firstLine="720"/>
        <w:jc w:val="both"/>
      </w:pPr>
      <w:r>
        <w:rPr>
          <w:rFonts w:ascii="Times New Roman" w:hAnsi="Times New Roman" w:eastAsia="Times New Roman" w:cs="Times New Roman"/>
          <w:b/>
          <w:i w:val="0"/>
          <w:sz w:val="22"/>
        </w:rPr>
        <w:t xml:space="preserve">129. </w:t>
      </w:r>
      <w:r>
        <w:rPr>
          <w:rFonts w:ascii="Times New Roman" w:hAnsi="Times New Roman" w:eastAsia="Times New Roman" w:cs="Times New Roman"/>
          <w:b w:val="0"/>
          <w:i w:val="0"/>
          <w:sz w:val="22"/>
        </w:rPr>
        <w:t>Нюрнберг 02.03.23 21.03.23 876 000,00</w:t>
      </w:r>
    </w:p>
    <w:p>
      <w:pPr>
        <w:pStyle w:val="Heading3"/>
      </w:pPr>
      <w:r>
        <w:rPr>
          <w:rFonts w:ascii="Times New Roman" w:hAnsi="Times New Roman" w:eastAsia="Times New Roman" w:cs="Times New Roman"/>
          <w:b/>
          <w:i w:val="0"/>
          <w:sz w:val="22"/>
        </w:rPr>
        <w:t>Пункт 130. Правовой анализ</w:t>
      </w:r>
    </w:p>
    <w:p>
      <w:pPr>
        <w:spacing w:after="120" w:before="160"/>
        <w:ind w:firstLine="720"/>
        <w:jc w:val="both"/>
      </w:pPr>
      <w:r>
        <w:rPr>
          <w:rFonts w:ascii="Times New Roman" w:hAnsi="Times New Roman" w:eastAsia="Times New Roman" w:cs="Times New Roman"/>
          <w:b/>
          <w:i w:val="0"/>
          <w:sz w:val="22"/>
        </w:rPr>
        <w:t xml:space="preserve">130. </w:t>
      </w:r>
      <w:r>
        <w:rPr>
          <w:rFonts w:ascii="Times New Roman" w:hAnsi="Times New Roman" w:eastAsia="Times New Roman" w:cs="Times New Roman"/>
          <w:b w:val="0"/>
          <w:i w:val="0"/>
          <w:sz w:val="22"/>
        </w:rPr>
        <w:t>Чекаго 25.02.23 28.02.23 28 000,00</w:t>
      </w:r>
    </w:p>
    <w:p>
      <w:pPr>
        <w:pStyle w:val="Heading3"/>
      </w:pPr>
      <w:r>
        <w:rPr>
          <w:rFonts w:ascii="Times New Roman" w:hAnsi="Times New Roman" w:eastAsia="Times New Roman" w:cs="Times New Roman"/>
          <w:b/>
          <w:i w:val="0"/>
          <w:sz w:val="22"/>
        </w:rPr>
        <w:t>Пункт 131. Правовой анализ</w:t>
      </w:r>
    </w:p>
    <w:p>
      <w:pPr>
        <w:spacing w:after="120" w:before="160"/>
        <w:ind w:firstLine="720"/>
        <w:jc w:val="both"/>
      </w:pPr>
      <w:r>
        <w:rPr>
          <w:rFonts w:ascii="Times New Roman" w:hAnsi="Times New Roman" w:eastAsia="Times New Roman" w:cs="Times New Roman"/>
          <w:b/>
          <w:i w:val="0"/>
          <w:sz w:val="22"/>
        </w:rPr>
        <w:t xml:space="preserve">131. </w:t>
      </w:r>
      <w:r>
        <w:rPr>
          <w:rFonts w:ascii="Times New Roman" w:hAnsi="Times New Roman" w:eastAsia="Times New Roman" w:cs="Times New Roman"/>
          <w:b w:val="0"/>
          <w:i w:val="0"/>
          <w:sz w:val="22"/>
        </w:rPr>
        <w:t>Рок Дог 3: Битва за бит 24.02.23 05.03.23 40 000,00</w:t>
      </w:r>
    </w:p>
    <w:p>
      <w:pPr>
        <w:pStyle w:val="Heading3"/>
      </w:pPr>
      <w:r>
        <w:rPr>
          <w:rFonts w:ascii="Times New Roman" w:hAnsi="Times New Roman" w:eastAsia="Times New Roman" w:cs="Times New Roman"/>
          <w:b/>
          <w:i w:val="0"/>
          <w:sz w:val="22"/>
        </w:rPr>
        <w:t>Пункт 132. Правовой анализ</w:t>
      </w:r>
    </w:p>
    <w:p>
      <w:pPr>
        <w:spacing w:after="120" w:before="160"/>
        <w:ind w:firstLine="720"/>
        <w:jc w:val="both"/>
      </w:pPr>
      <w:r>
        <w:rPr>
          <w:rFonts w:ascii="Times New Roman" w:hAnsi="Times New Roman" w:eastAsia="Times New Roman" w:cs="Times New Roman"/>
          <w:b/>
          <w:i w:val="0"/>
          <w:sz w:val="22"/>
        </w:rPr>
        <w:t xml:space="preserve">132. </w:t>
      </w:r>
      <w:r>
        <w:rPr>
          <w:rFonts w:ascii="Times New Roman" w:hAnsi="Times New Roman" w:eastAsia="Times New Roman" w:cs="Times New Roman"/>
          <w:b w:val="0"/>
          <w:i w:val="0"/>
          <w:sz w:val="22"/>
        </w:rPr>
        <w:t>Папы против мам 24.02.23 24.02.23 21 000,00</w:t>
      </w:r>
    </w:p>
    <w:p>
      <w:pPr>
        <w:pStyle w:val="Heading3"/>
      </w:pPr>
      <w:r>
        <w:rPr>
          <w:rFonts w:ascii="Times New Roman" w:hAnsi="Times New Roman" w:eastAsia="Times New Roman" w:cs="Times New Roman"/>
          <w:b/>
          <w:i w:val="0"/>
          <w:sz w:val="22"/>
        </w:rPr>
        <w:t>Пункт 133. Правовой анализ</w:t>
      </w:r>
    </w:p>
    <w:p>
      <w:pPr>
        <w:spacing w:after="120" w:before="160"/>
        <w:ind w:firstLine="720"/>
        <w:jc w:val="both"/>
      </w:pPr>
      <w:r>
        <w:rPr>
          <w:rFonts w:ascii="Times New Roman" w:hAnsi="Times New Roman" w:eastAsia="Times New Roman" w:cs="Times New Roman"/>
          <w:b/>
          <w:i w:val="0"/>
          <w:sz w:val="22"/>
        </w:rPr>
        <w:t xml:space="preserve">133. </w:t>
      </w:r>
      <w:r>
        <w:rPr>
          <w:rFonts w:ascii="Times New Roman" w:hAnsi="Times New Roman" w:eastAsia="Times New Roman" w:cs="Times New Roman"/>
          <w:b w:val="0"/>
          <w:i w:val="0"/>
          <w:sz w:val="22"/>
        </w:rPr>
        <w:t>Сын 23.02.23 06.03.23 102 000,00</w:t>
      </w:r>
    </w:p>
    <w:p>
      <w:pPr>
        <w:pStyle w:val="Heading3"/>
      </w:pPr>
      <w:r>
        <w:rPr>
          <w:rFonts w:ascii="Times New Roman" w:hAnsi="Times New Roman" w:eastAsia="Times New Roman" w:cs="Times New Roman"/>
          <w:b/>
          <w:i w:val="0"/>
          <w:sz w:val="22"/>
        </w:rPr>
        <w:t>Пункт 134. Правовой анализ</w:t>
      </w:r>
    </w:p>
    <w:p>
      <w:pPr>
        <w:spacing w:after="120" w:before="160"/>
        <w:ind w:firstLine="720"/>
        <w:jc w:val="both"/>
      </w:pPr>
      <w:r>
        <w:rPr>
          <w:rFonts w:ascii="Times New Roman" w:hAnsi="Times New Roman" w:eastAsia="Times New Roman" w:cs="Times New Roman"/>
          <w:b/>
          <w:i w:val="0"/>
          <w:sz w:val="22"/>
        </w:rPr>
        <w:t xml:space="preserve">134. </w:t>
      </w:r>
      <w:r>
        <w:rPr>
          <w:rFonts w:ascii="Times New Roman" w:hAnsi="Times New Roman" w:eastAsia="Times New Roman" w:cs="Times New Roman"/>
          <w:b w:val="0"/>
          <w:i w:val="0"/>
          <w:sz w:val="22"/>
        </w:rPr>
        <w:t>Марлоу 23.02.23 01.03.23 308 000,00</w:t>
      </w:r>
    </w:p>
    <w:p>
      <w:pPr>
        <w:pStyle w:val="Heading3"/>
      </w:pPr>
      <w:r>
        <w:rPr>
          <w:rFonts w:ascii="Times New Roman" w:hAnsi="Times New Roman" w:eastAsia="Times New Roman" w:cs="Times New Roman"/>
          <w:b/>
          <w:i w:val="0"/>
          <w:sz w:val="22"/>
        </w:rPr>
        <w:t>Пункт 135. Правовой анализ</w:t>
      </w:r>
    </w:p>
    <w:p>
      <w:pPr>
        <w:spacing w:after="120" w:before="160"/>
        <w:ind w:firstLine="720"/>
        <w:jc w:val="both"/>
      </w:pPr>
      <w:r>
        <w:rPr>
          <w:rFonts w:ascii="Times New Roman" w:hAnsi="Times New Roman" w:eastAsia="Times New Roman" w:cs="Times New Roman"/>
          <w:b/>
          <w:i w:val="0"/>
          <w:sz w:val="22"/>
        </w:rPr>
        <w:t xml:space="preserve">135. </w:t>
      </w:r>
      <w:r>
        <w:rPr>
          <w:rFonts w:ascii="Times New Roman" w:hAnsi="Times New Roman" w:eastAsia="Times New Roman" w:cs="Times New Roman"/>
          <w:b w:val="0"/>
          <w:i w:val="0"/>
          <w:sz w:val="22"/>
        </w:rPr>
        <w:t>Рыцарь теней 23.02.23 01.03.23 81 000,00</w:t>
      </w:r>
    </w:p>
    <w:p>
      <w:pPr>
        <w:pStyle w:val="Heading3"/>
      </w:pPr>
      <w:r>
        <w:rPr>
          <w:rFonts w:ascii="Times New Roman" w:hAnsi="Times New Roman" w:eastAsia="Times New Roman" w:cs="Times New Roman"/>
          <w:b/>
          <w:i w:val="0"/>
          <w:sz w:val="22"/>
        </w:rPr>
        <w:t>Пункт 136. Правовой анализ</w:t>
      </w:r>
    </w:p>
    <w:p>
      <w:pPr>
        <w:spacing w:after="120" w:before="160"/>
        <w:ind w:firstLine="720"/>
        <w:jc w:val="both"/>
      </w:pPr>
      <w:r>
        <w:rPr>
          <w:rFonts w:ascii="Times New Roman" w:hAnsi="Times New Roman" w:eastAsia="Times New Roman" w:cs="Times New Roman"/>
          <w:b/>
          <w:i w:val="0"/>
          <w:sz w:val="22"/>
        </w:rPr>
        <w:t xml:space="preserve">136. </w:t>
      </w:r>
      <w:r>
        <w:rPr>
          <w:rFonts w:ascii="Times New Roman" w:hAnsi="Times New Roman" w:eastAsia="Times New Roman" w:cs="Times New Roman"/>
          <w:b w:val="0"/>
          <w:i w:val="0"/>
          <w:sz w:val="22"/>
        </w:rPr>
        <w:t>Снежная королева. Разморозка 18.02.23 26.02.23 77 500,00</w:t>
      </w:r>
    </w:p>
    <w:p>
      <w:pPr>
        <w:pStyle w:val="Heading3"/>
      </w:pPr>
      <w:r>
        <w:rPr>
          <w:rFonts w:ascii="Times New Roman" w:hAnsi="Times New Roman" w:eastAsia="Times New Roman" w:cs="Times New Roman"/>
          <w:b/>
          <w:i w:val="0"/>
          <w:sz w:val="22"/>
        </w:rPr>
        <w:t>Пункт 137. Правовой анализ</w:t>
      </w:r>
    </w:p>
    <w:p>
      <w:pPr>
        <w:spacing w:after="120" w:before="160"/>
        <w:ind w:firstLine="720"/>
        <w:jc w:val="both"/>
      </w:pPr>
      <w:r>
        <w:rPr>
          <w:rFonts w:ascii="Times New Roman" w:hAnsi="Times New Roman" w:eastAsia="Times New Roman" w:cs="Times New Roman"/>
          <w:b/>
          <w:i w:val="0"/>
          <w:sz w:val="22"/>
        </w:rPr>
        <w:t xml:space="preserve">137. </w:t>
      </w:r>
      <w:r>
        <w:rPr>
          <w:rFonts w:ascii="Times New Roman" w:hAnsi="Times New Roman" w:eastAsia="Times New Roman" w:cs="Times New Roman"/>
          <w:b w:val="0"/>
          <w:i w:val="0"/>
          <w:sz w:val="22"/>
        </w:rPr>
        <w:t>Праведник 16.02.23 01.03.23 519 000,00</w:t>
      </w:r>
    </w:p>
    <w:p>
      <w:pPr>
        <w:pStyle w:val="Heading3"/>
      </w:pPr>
      <w:r>
        <w:rPr>
          <w:rFonts w:ascii="Times New Roman" w:hAnsi="Times New Roman" w:eastAsia="Times New Roman" w:cs="Times New Roman"/>
          <w:b/>
          <w:i w:val="0"/>
          <w:sz w:val="22"/>
        </w:rPr>
        <w:t>Пункт 138. Правовой анализ</w:t>
      </w:r>
    </w:p>
    <w:p>
      <w:pPr>
        <w:spacing w:after="120" w:before="160"/>
        <w:ind w:firstLine="720"/>
        <w:jc w:val="both"/>
      </w:pPr>
      <w:r>
        <w:rPr>
          <w:rFonts w:ascii="Times New Roman" w:hAnsi="Times New Roman" w:eastAsia="Times New Roman" w:cs="Times New Roman"/>
          <w:b/>
          <w:i w:val="0"/>
          <w:sz w:val="22"/>
        </w:rPr>
        <w:t xml:space="preserve">138. </w:t>
      </w:r>
      <w:r>
        <w:rPr>
          <w:rFonts w:ascii="Times New Roman" w:hAnsi="Times New Roman" w:eastAsia="Times New Roman" w:cs="Times New Roman"/>
          <w:b w:val="0"/>
          <w:i w:val="0"/>
          <w:sz w:val="22"/>
        </w:rPr>
        <w:t>Моя пиратская свадьба 14.02.23 08.03.23 1 018 000,00</w:t>
      </w:r>
    </w:p>
    <w:p>
      <w:pPr>
        <w:pStyle w:val="Heading3"/>
      </w:pPr>
      <w:r>
        <w:rPr>
          <w:rFonts w:ascii="Times New Roman" w:hAnsi="Times New Roman" w:eastAsia="Times New Roman" w:cs="Times New Roman"/>
          <w:b/>
          <w:i w:val="0"/>
          <w:sz w:val="22"/>
        </w:rPr>
        <w:t>Пункт 139. Правовой анализ</w:t>
      </w:r>
    </w:p>
    <w:p>
      <w:pPr>
        <w:spacing w:after="120" w:before="160"/>
        <w:ind w:firstLine="720"/>
        <w:jc w:val="both"/>
      </w:pPr>
      <w:r>
        <w:rPr>
          <w:rFonts w:ascii="Times New Roman" w:hAnsi="Times New Roman" w:eastAsia="Times New Roman" w:cs="Times New Roman"/>
          <w:b/>
          <w:i w:val="0"/>
          <w:sz w:val="22"/>
        </w:rPr>
        <w:t xml:space="preserve">139. </w:t>
      </w:r>
      <w:r>
        <w:rPr>
          <w:rFonts w:ascii="Times New Roman" w:hAnsi="Times New Roman" w:eastAsia="Times New Roman" w:cs="Times New Roman"/>
          <w:b w:val="0"/>
          <w:i w:val="0"/>
          <w:sz w:val="22"/>
        </w:rPr>
        <w:t>Непослушная 14.02.23 09.03.23 1 418 000,00</w:t>
      </w:r>
    </w:p>
    <w:p>
      <w:pPr>
        <w:pStyle w:val="Heading3"/>
      </w:pPr>
      <w:r>
        <w:rPr>
          <w:rFonts w:ascii="Times New Roman" w:hAnsi="Times New Roman" w:eastAsia="Times New Roman" w:cs="Times New Roman"/>
          <w:b/>
          <w:i w:val="0"/>
          <w:sz w:val="22"/>
        </w:rPr>
        <w:t>Пункт 140. Правовой анализ</w:t>
      </w:r>
    </w:p>
    <w:p>
      <w:pPr>
        <w:spacing w:after="120" w:before="160"/>
        <w:ind w:firstLine="720"/>
        <w:jc w:val="both"/>
      </w:pPr>
      <w:r>
        <w:rPr>
          <w:rFonts w:ascii="Times New Roman" w:hAnsi="Times New Roman" w:eastAsia="Times New Roman" w:cs="Times New Roman"/>
          <w:b/>
          <w:i w:val="0"/>
          <w:sz w:val="22"/>
        </w:rPr>
        <w:t xml:space="preserve">140. </w:t>
      </w:r>
      <w:r>
        <w:rPr>
          <w:rFonts w:ascii="Times New Roman" w:hAnsi="Times New Roman" w:eastAsia="Times New Roman" w:cs="Times New Roman"/>
          <w:b w:val="0"/>
          <w:i w:val="0"/>
          <w:sz w:val="22"/>
        </w:rPr>
        <w:t>Быть 11.02.23 22.02.23 259 000,00</w:t>
      </w:r>
    </w:p>
    <w:p>
      <w:pPr>
        <w:pStyle w:val="Heading3"/>
      </w:pPr>
      <w:r>
        <w:rPr>
          <w:rFonts w:ascii="Times New Roman" w:hAnsi="Times New Roman" w:eastAsia="Times New Roman" w:cs="Times New Roman"/>
          <w:b/>
          <w:i w:val="0"/>
          <w:sz w:val="22"/>
        </w:rPr>
        <w:t>Пункт 141. Правовой анализ</w:t>
      </w:r>
    </w:p>
    <w:p>
      <w:pPr>
        <w:spacing w:after="120" w:before="160"/>
        <w:ind w:firstLine="720"/>
        <w:jc w:val="both"/>
      </w:pPr>
      <w:r>
        <w:rPr>
          <w:rFonts w:ascii="Times New Roman" w:hAnsi="Times New Roman" w:eastAsia="Times New Roman" w:cs="Times New Roman"/>
          <w:b/>
          <w:i w:val="0"/>
          <w:sz w:val="22"/>
        </w:rPr>
        <w:t xml:space="preserve">141. </w:t>
      </w:r>
      <w:r>
        <w:rPr>
          <w:rFonts w:ascii="Times New Roman" w:hAnsi="Times New Roman" w:eastAsia="Times New Roman" w:cs="Times New Roman"/>
          <w:b w:val="0"/>
          <w:i w:val="0"/>
          <w:sz w:val="22"/>
        </w:rPr>
        <w:t>Знакомство родителей 09.02.23 28.02.23 870 000,00</w:t>
      </w:r>
    </w:p>
    <w:p>
      <w:pPr>
        <w:pStyle w:val="Heading3"/>
      </w:pPr>
      <w:r>
        <w:rPr>
          <w:rFonts w:ascii="Times New Roman" w:hAnsi="Times New Roman" w:eastAsia="Times New Roman" w:cs="Times New Roman"/>
          <w:b/>
          <w:i w:val="0"/>
          <w:sz w:val="22"/>
        </w:rPr>
        <w:t>Пункт 142. Правовой анализ</w:t>
      </w:r>
    </w:p>
    <w:p>
      <w:pPr>
        <w:spacing w:after="120" w:before="160"/>
        <w:ind w:firstLine="720"/>
        <w:jc w:val="both"/>
      </w:pPr>
      <w:r>
        <w:rPr>
          <w:rFonts w:ascii="Times New Roman" w:hAnsi="Times New Roman" w:eastAsia="Times New Roman" w:cs="Times New Roman"/>
          <w:b/>
          <w:i w:val="0"/>
          <w:sz w:val="22"/>
        </w:rPr>
        <w:t xml:space="preserve">142. </w:t>
      </w:r>
      <w:r>
        <w:rPr>
          <w:rFonts w:ascii="Times New Roman" w:hAnsi="Times New Roman" w:eastAsia="Times New Roman" w:cs="Times New Roman"/>
          <w:b w:val="0"/>
          <w:i w:val="0"/>
          <w:sz w:val="22"/>
        </w:rPr>
        <w:t>Свободные отношения 09.02.23 26.02.23 388 000,00</w:t>
      </w:r>
    </w:p>
    <w:p>
      <w:pPr>
        <w:pStyle w:val="Heading3"/>
      </w:pPr>
      <w:r>
        <w:rPr>
          <w:rFonts w:ascii="Times New Roman" w:hAnsi="Times New Roman" w:eastAsia="Times New Roman" w:cs="Times New Roman"/>
          <w:b/>
          <w:i w:val="0"/>
          <w:sz w:val="22"/>
        </w:rPr>
        <w:t>Пункт 143. Правовой анализ</w:t>
      </w:r>
    </w:p>
    <w:p>
      <w:pPr>
        <w:spacing w:after="120" w:before="160"/>
        <w:ind w:firstLine="720"/>
        <w:jc w:val="both"/>
      </w:pPr>
      <w:r>
        <w:rPr>
          <w:rFonts w:ascii="Times New Roman" w:hAnsi="Times New Roman" w:eastAsia="Times New Roman" w:cs="Times New Roman"/>
          <w:b/>
          <w:i w:val="0"/>
          <w:sz w:val="22"/>
        </w:rPr>
        <w:t xml:space="preserve">143. </w:t>
      </w:r>
      <w:r>
        <w:rPr>
          <w:rFonts w:ascii="Times New Roman" w:hAnsi="Times New Roman" w:eastAsia="Times New Roman" w:cs="Times New Roman"/>
          <w:b w:val="0"/>
          <w:i w:val="0"/>
          <w:sz w:val="22"/>
        </w:rPr>
        <w:t>О чем говорят мужчины. Простые удовольствия 02.02.23 22.02.23 1 081 000,00</w:t>
      </w:r>
    </w:p>
    <w:p>
      <w:pPr>
        <w:pStyle w:val="Heading3"/>
      </w:pPr>
      <w:r>
        <w:rPr>
          <w:rFonts w:ascii="Times New Roman" w:hAnsi="Times New Roman" w:eastAsia="Times New Roman" w:cs="Times New Roman"/>
          <w:b/>
          <w:i w:val="0"/>
          <w:sz w:val="22"/>
        </w:rPr>
        <w:t>Пункт 144. Правовой анализ</w:t>
      </w:r>
    </w:p>
    <w:p>
      <w:pPr>
        <w:spacing w:after="120" w:before="160"/>
        <w:ind w:firstLine="720"/>
        <w:jc w:val="both"/>
      </w:pPr>
      <w:r>
        <w:rPr>
          <w:rFonts w:ascii="Times New Roman" w:hAnsi="Times New Roman" w:eastAsia="Times New Roman" w:cs="Times New Roman"/>
          <w:b/>
          <w:i w:val="0"/>
          <w:sz w:val="22"/>
        </w:rPr>
        <w:t xml:space="preserve">144. </w:t>
      </w:r>
      <w:r>
        <w:rPr>
          <w:rFonts w:ascii="Times New Roman" w:hAnsi="Times New Roman" w:eastAsia="Times New Roman" w:cs="Times New Roman"/>
          <w:b w:val="0"/>
          <w:i w:val="0"/>
          <w:sz w:val="22"/>
        </w:rPr>
        <w:t>ФИО7 28.01.23 14.02.23 299 000,00</w:t>
      </w:r>
    </w:p>
    <w:p>
      <w:pPr>
        <w:pStyle w:val="Heading3"/>
      </w:pPr>
      <w:r>
        <w:rPr>
          <w:rFonts w:ascii="Times New Roman" w:hAnsi="Times New Roman" w:eastAsia="Times New Roman" w:cs="Times New Roman"/>
          <w:b/>
          <w:i w:val="0"/>
          <w:sz w:val="22"/>
        </w:rPr>
        <w:t>Пункт 145. Правовой анализ</w:t>
      </w:r>
    </w:p>
    <w:p>
      <w:pPr>
        <w:spacing w:after="120" w:before="160"/>
        <w:ind w:firstLine="720"/>
        <w:jc w:val="both"/>
      </w:pPr>
      <w:r>
        <w:rPr>
          <w:rFonts w:ascii="Times New Roman" w:hAnsi="Times New Roman" w:eastAsia="Times New Roman" w:cs="Times New Roman"/>
          <w:b/>
          <w:i w:val="0"/>
          <w:sz w:val="22"/>
        </w:rPr>
        <w:t xml:space="preserve">145. </w:t>
      </w:r>
      <w:r>
        <w:rPr>
          <w:rFonts w:ascii="Times New Roman" w:hAnsi="Times New Roman" w:eastAsia="Times New Roman" w:cs="Times New Roman"/>
          <w:b w:val="0"/>
          <w:i w:val="0"/>
          <w:sz w:val="22"/>
        </w:rPr>
        <w:t>Крушение 26.01.23 14.02.23 1 077 000,00</w:t>
      </w:r>
    </w:p>
    <w:p>
      <w:pPr>
        <w:pStyle w:val="Heading3"/>
      </w:pPr>
      <w:r>
        <w:rPr>
          <w:rFonts w:ascii="Times New Roman" w:hAnsi="Times New Roman" w:eastAsia="Times New Roman" w:cs="Times New Roman"/>
          <w:b/>
          <w:i w:val="0"/>
          <w:sz w:val="22"/>
        </w:rPr>
        <w:t>Пункт 146. Правовой анализ</w:t>
      </w:r>
    </w:p>
    <w:p>
      <w:pPr>
        <w:spacing w:after="120" w:before="160"/>
        <w:ind w:firstLine="720"/>
        <w:jc w:val="both"/>
      </w:pPr>
      <w:r>
        <w:rPr>
          <w:rFonts w:ascii="Times New Roman" w:hAnsi="Times New Roman" w:eastAsia="Times New Roman" w:cs="Times New Roman"/>
          <w:b/>
          <w:i w:val="0"/>
          <w:sz w:val="22"/>
        </w:rPr>
        <w:t xml:space="preserve">146. </w:t>
      </w:r>
      <w:r>
        <w:rPr>
          <w:rFonts w:ascii="Times New Roman" w:hAnsi="Times New Roman" w:eastAsia="Times New Roman" w:cs="Times New Roman"/>
          <w:b w:val="0"/>
          <w:i w:val="0"/>
          <w:sz w:val="22"/>
        </w:rPr>
        <w:t>На краю 19.01.23 31.01.23 293 000,00</w:t>
      </w:r>
    </w:p>
    <w:p>
      <w:pPr>
        <w:pStyle w:val="Heading3"/>
      </w:pPr>
      <w:r>
        <w:rPr>
          <w:rFonts w:ascii="Times New Roman" w:hAnsi="Times New Roman" w:eastAsia="Times New Roman" w:cs="Times New Roman"/>
          <w:b/>
          <w:i w:val="0"/>
          <w:sz w:val="22"/>
        </w:rPr>
        <w:t>Пункт 147. Правовой анализ</w:t>
      </w:r>
    </w:p>
    <w:p>
      <w:pPr>
        <w:spacing w:after="120" w:before="160"/>
        <w:ind w:firstLine="720"/>
        <w:jc w:val="both"/>
      </w:pPr>
      <w:r>
        <w:rPr>
          <w:rFonts w:ascii="Times New Roman" w:hAnsi="Times New Roman" w:eastAsia="Times New Roman" w:cs="Times New Roman"/>
          <w:b/>
          <w:i w:val="0"/>
          <w:sz w:val="22"/>
        </w:rPr>
        <w:t xml:space="preserve">147. </w:t>
      </w:r>
      <w:r>
        <w:rPr>
          <w:rFonts w:ascii="Times New Roman" w:hAnsi="Times New Roman" w:eastAsia="Times New Roman" w:cs="Times New Roman"/>
          <w:b w:val="0"/>
          <w:i w:val="0"/>
          <w:sz w:val="22"/>
        </w:rPr>
        <w:t>Битва шефов 14.01.23 21.01.23 53 000,00</w:t>
      </w:r>
    </w:p>
    <w:p>
      <w:pPr>
        <w:pStyle w:val="Heading3"/>
      </w:pPr>
      <w:r>
        <w:rPr>
          <w:rFonts w:ascii="Times New Roman" w:hAnsi="Times New Roman" w:eastAsia="Times New Roman" w:cs="Times New Roman"/>
          <w:b/>
          <w:i w:val="0"/>
          <w:sz w:val="22"/>
        </w:rPr>
        <w:t>Пункт 148. Правовой анализ</w:t>
      </w:r>
    </w:p>
    <w:p>
      <w:pPr>
        <w:spacing w:after="120" w:before="160"/>
        <w:ind w:firstLine="720"/>
        <w:jc w:val="both"/>
      </w:pPr>
      <w:r>
        <w:rPr>
          <w:rFonts w:ascii="Times New Roman" w:hAnsi="Times New Roman" w:eastAsia="Times New Roman" w:cs="Times New Roman"/>
          <w:b/>
          <w:i w:val="0"/>
          <w:sz w:val="22"/>
        </w:rPr>
        <w:t xml:space="preserve">148. </w:t>
      </w:r>
      <w:r>
        <w:rPr>
          <w:rFonts w:ascii="Times New Roman" w:hAnsi="Times New Roman" w:eastAsia="Times New Roman" w:cs="Times New Roman"/>
          <w:b w:val="0"/>
          <w:i w:val="0"/>
          <w:sz w:val="22"/>
        </w:rPr>
        <w:t>Операция "Фортуна": Искусство побеждать 12.01.23 26.02.23 5 987 000,00</w:t>
      </w:r>
    </w:p>
    <w:p>
      <w:pPr>
        <w:pStyle w:val="Heading3"/>
      </w:pPr>
      <w:r>
        <w:rPr>
          <w:rFonts w:ascii="Times New Roman" w:hAnsi="Times New Roman" w:eastAsia="Times New Roman" w:cs="Times New Roman"/>
          <w:b/>
          <w:i w:val="0"/>
          <w:sz w:val="22"/>
        </w:rPr>
        <w:t>Пункт 149. Правовой анализ</w:t>
      </w:r>
    </w:p>
    <w:p>
      <w:pPr>
        <w:spacing w:after="120" w:before="160"/>
        <w:ind w:firstLine="720"/>
        <w:jc w:val="both"/>
      </w:pPr>
      <w:r>
        <w:rPr>
          <w:rFonts w:ascii="Times New Roman" w:hAnsi="Times New Roman" w:eastAsia="Times New Roman" w:cs="Times New Roman"/>
          <w:b/>
          <w:i w:val="0"/>
          <w:sz w:val="22"/>
        </w:rPr>
        <w:t xml:space="preserve">149. </w:t>
      </w:r>
      <w:r>
        <w:rPr>
          <w:rFonts w:ascii="Times New Roman" w:hAnsi="Times New Roman" w:eastAsia="Times New Roman" w:cs="Times New Roman"/>
          <w:b w:val="0"/>
          <w:i w:val="0"/>
          <w:sz w:val="22"/>
        </w:rPr>
        <w:t>Клипмейкеры 05.01.23 11.01.23 56 000,00</w:t>
      </w:r>
    </w:p>
    <w:p>
      <w:pPr>
        <w:pStyle w:val="Heading3"/>
      </w:pPr>
      <w:r>
        <w:rPr>
          <w:rFonts w:ascii="Times New Roman" w:hAnsi="Times New Roman" w:eastAsia="Times New Roman" w:cs="Times New Roman"/>
          <w:b/>
          <w:i w:val="0"/>
          <w:sz w:val="22"/>
        </w:rPr>
        <w:t>Пункт 150. Правовой анализ</w:t>
      </w:r>
    </w:p>
    <w:p>
      <w:pPr>
        <w:spacing w:after="120" w:before="160"/>
        <w:ind w:firstLine="720"/>
        <w:jc w:val="both"/>
      </w:pPr>
      <w:r>
        <w:rPr>
          <w:rFonts w:ascii="Times New Roman" w:hAnsi="Times New Roman" w:eastAsia="Times New Roman" w:cs="Times New Roman"/>
          <w:b/>
          <w:i w:val="0"/>
          <w:sz w:val="22"/>
        </w:rPr>
        <w:t xml:space="preserve">150. </w:t>
      </w:r>
      <w:r>
        <w:rPr>
          <w:rFonts w:ascii="Times New Roman" w:hAnsi="Times New Roman" w:eastAsia="Times New Roman" w:cs="Times New Roman"/>
          <w:b w:val="0"/>
          <w:i w:val="0"/>
          <w:sz w:val="22"/>
        </w:rPr>
        <w:t>ФИО8 и Серый Волк 5 31.12.22 09.01.23 75 000,00</w:t>
      </w:r>
    </w:p>
    <w:p>
      <w:pPr>
        <w:pStyle w:val="Heading3"/>
      </w:pPr>
      <w:r>
        <w:rPr>
          <w:rFonts w:ascii="Times New Roman" w:hAnsi="Times New Roman" w:eastAsia="Times New Roman" w:cs="Times New Roman"/>
          <w:b/>
          <w:i w:val="0"/>
          <w:sz w:val="22"/>
        </w:rPr>
        <w:t>Пункт 151. Правовой анализ</w:t>
      </w:r>
    </w:p>
    <w:p>
      <w:pPr>
        <w:spacing w:after="120" w:before="160"/>
        <w:ind w:firstLine="720"/>
        <w:jc w:val="both"/>
      </w:pPr>
      <w:r>
        <w:rPr>
          <w:rFonts w:ascii="Times New Roman" w:hAnsi="Times New Roman" w:eastAsia="Times New Roman" w:cs="Times New Roman"/>
          <w:b/>
          <w:i w:val="0"/>
          <w:sz w:val="22"/>
        </w:rPr>
        <w:t xml:space="preserve">151. </w:t>
      </w:r>
      <w:r>
        <w:rPr>
          <w:rFonts w:ascii="Times New Roman" w:hAnsi="Times New Roman" w:eastAsia="Times New Roman" w:cs="Times New Roman"/>
          <w:b w:val="0"/>
          <w:i w:val="0"/>
          <w:sz w:val="22"/>
        </w:rPr>
        <w:t>Чук и Гек. Большое приключение 28.12.22 08.01.23 133 000,00</w:t>
      </w:r>
    </w:p>
    <w:p>
      <w:pPr>
        <w:pStyle w:val="Heading3"/>
      </w:pPr>
      <w:r>
        <w:rPr>
          <w:rFonts w:ascii="Times New Roman" w:hAnsi="Times New Roman" w:eastAsia="Times New Roman" w:cs="Times New Roman"/>
          <w:b/>
          <w:i w:val="0"/>
          <w:sz w:val="22"/>
        </w:rPr>
        <w:t>Пункт 152. Правовой анализ</w:t>
      </w:r>
    </w:p>
    <w:p>
      <w:pPr>
        <w:spacing w:after="120" w:before="160"/>
        <w:ind w:firstLine="720"/>
        <w:jc w:val="both"/>
      </w:pPr>
      <w:r>
        <w:rPr>
          <w:rFonts w:ascii="Times New Roman" w:hAnsi="Times New Roman" w:eastAsia="Times New Roman" w:cs="Times New Roman"/>
          <w:b/>
          <w:i w:val="0"/>
          <w:sz w:val="22"/>
        </w:rPr>
        <w:t xml:space="preserve">152. </w:t>
      </w:r>
      <w:r>
        <w:rPr>
          <w:rFonts w:ascii="Times New Roman" w:hAnsi="Times New Roman" w:eastAsia="Times New Roman" w:cs="Times New Roman"/>
          <w:b w:val="0"/>
          <w:i w:val="0"/>
          <w:sz w:val="22"/>
        </w:rPr>
        <w:t>Чебурашка 24.12.22 26.02.23 4 461 000,00</w:t>
      </w:r>
    </w:p>
    <w:p>
      <w:pPr>
        <w:pStyle w:val="Heading3"/>
      </w:pPr>
      <w:r>
        <w:rPr>
          <w:rFonts w:ascii="Times New Roman" w:hAnsi="Times New Roman" w:eastAsia="Times New Roman" w:cs="Times New Roman"/>
          <w:b/>
          <w:i w:val="0"/>
          <w:sz w:val="22"/>
        </w:rPr>
        <w:t>Пункт 153. Правовой анализ</w:t>
      </w:r>
    </w:p>
    <w:p>
      <w:pPr>
        <w:spacing w:after="120" w:before="160"/>
        <w:ind w:firstLine="720"/>
        <w:jc w:val="both"/>
      </w:pPr>
      <w:r>
        <w:rPr>
          <w:rFonts w:ascii="Times New Roman" w:hAnsi="Times New Roman" w:eastAsia="Times New Roman" w:cs="Times New Roman"/>
          <w:b/>
          <w:i w:val="0"/>
          <w:sz w:val="22"/>
        </w:rPr>
        <w:t xml:space="preserve">153. </w:t>
      </w:r>
      <w:r>
        <w:rPr>
          <w:rFonts w:ascii="Times New Roman" w:hAnsi="Times New Roman" w:eastAsia="Times New Roman" w:cs="Times New Roman"/>
          <w:b w:val="0"/>
          <w:i w:val="0"/>
          <w:sz w:val="22"/>
        </w:rPr>
        <w:t>Бывшие. Happy end 22.12.22 11.01.23 978 000,00</w:t>
      </w:r>
    </w:p>
    <w:p>
      <w:pPr>
        <w:pStyle w:val="Heading3"/>
      </w:pPr>
      <w:r>
        <w:rPr>
          <w:rFonts w:ascii="Times New Roman" w:hAnsi="Times New Roman" w:eastAsia="Times New Roman" w:cs="Times New Roman"/>
          <w:b/>
          <w:i w:val="0"/>
          <w:sz w:val="22"/>
        </w:rPr>
        <w:t>Пункт 154. Правовой анализ</w:t>
      </w:r>
    </w:p>
    <w:p>
      <w:pPr>
        <w:spacing w:after="120" w:before="160"/>
        <w:ind w:firstLine="720"/>
        <w:jc w:val="both"/>
      </w:pPr>
      <w:r>
        <w:rPr>
          <w:rFonts w:ascii="Times New Roman" w:hAnsi="Times New Roman" w:eastAsia="Times New Roman" w:cs="Times New Roman"/>
          <w:b/>
          <w:i w:val="0"/>
          <w:sz w:val="22"/>
        </w:rPr>
        <w:t xml:space="preserve">154. </w:t>
      </w:r>
      <w:r>
        <w:rPr>
          <w:rFonts w:ascii="Times New Roman" w:hAnsi="Times New Roman" w:eastAsia="Times New Roman" w:cs="Times New Roman"/>
          <w:b w:val="0"/>
          <w:i w:val="0"/>
          <w:sz w:val="22"/>
        </w:rPr>
        <w:t>Мира 17.12.22 10.01.23 378 000,00</w:t>
      </w:r>
    </w:p>
    <w:p>
      <w:pPr>
        <w:pStyle w:val="Heading3"/>
      </w:pPr>
      <w:r>
        <w:rPr>
          <w:rFonts w:ascii="Times New Roman" w:hAnsi="Times New Roman" w:eastAsia="Times New Roman" w:cs="Times New Roman"/>
          <w:b/>
          <w:i w:val="0"/>
          <w:sz w:val="22"/>
        </w:rPr>
        <w:t>Пункт 155. Правовой анализ</w:t>
      </w:r>
    </w:p>
    <w:p>
      <w:pPr>
        <w:spacing w:after="120" w:before="160"/>
        <w:ind w:firstLine="720"/>
        <w:jc w:val="both"/>
      </w:pPr>
      <w:r>
        <w:rPr>
          <w:rFonts w:ascii="Times New Roman" w:hAnsi="Times New Roman" w:eastAsia="Times New Roman" w:cs="Times New Roman"/>
          <w:b/>
          <w:i w:val="0"/>
          <w:sz w:val="22"/>
        </w:rPr>
        <w:t xml:space="preserve">155. </w:t>
      </w:r>
      <w:r>
        <w:rPr>
          <w:rFonts w:ascii="Times New Roman" w:hAnsi="Times New Roman" w:eastAsia="Times New Roman" w:cs="Times New Roman"/>
          <w:b w:val="0"/>
          <w:i w:val="0"/>
          <w:sz w:val="22"/>
        </w:rPr>
        <w:t>Непослушник 2 15.12.22 07.01.23 453 000,00</w:t>
      </w:r>
    </w:p>
    <w:p>
      <w:pPr>
        <w:pStyle w:val="Heading3"/>
      </w:pPr>
      <w:r>
        <w:rPr>
          <w:rFonts w:ascii="Times New Roman" w:hAnsi="Times New Roman" w:eastAsia="Times New Roman" w:cs="Times New Roman"/>
          <w:b/>
          <w:i w:val="0"/>
          <w:sz w:val="22"/>
        </w:rPr>
        <w:t>Пункт 156. Правовой анализ</w:t>
      </w:r>
    </w:p>
    <w:p>
      <w:pPr>
        <w:spacing w:after="120" w:before="160"/>
        <w:ind w:firstLine="720"/>
        <w:jc w:val="both"/>
      </w:pPr>
      <w:r>
        <w:rPr>
          <w:rFonts w:ascii="Times New Roman" w:hAnsi="Times New Roman" w:eastAsia="Times New Roman" w:cs="Times New Roman"/>
          <w:b/>
          <w:i w:val="0"/>
          <w:sz w:val="22"/>
        </w:rPr>
        <w:t xml:space="preserve">156. </w:t>
      </w:r>
      <w:r>
        <w:rPr>
          <w:rFonts w:ascii="Times New Roman" w:hAnsi="Times New Roman" w:eastAsia="Times New Roman" w:cs="Times New Roman"/>
          <w:b w:val="0"/>
          <w:i w:val="0"/>
          <w:sz w:val="22"/>
        </w:rPr>
        <w:t>Тайный Санта 11.12.22 17.12.22 37 000,00</w:t>
      </w:r>
    </w:p>
    <w:p>
      <w:pPr>
        <w:pStyle w:val="Heading3"/>
      </w:pPr>
      <w:r>
        <w:rPr>
          <w:rFonts w:ascii="Times New Roman" w:hAnsi="Times New Roman" w:eastAsia="Times New Roman" w:cs="Times New Roman"/>
          <w:b/>
          <w:i w:val="0"/>
          <w:sz w:val="22"/>
        </w:rPr>
        <w:t>Пункт 157. Правовой анализ</w:t>
      </w:r>
    </w:p>
    <w:p>
      <w:pPr>
        <w:spacing w:after="120" w:before="160"/>
        <w:ind w:firstLine="720"/>
        <w:jc w:val="both"/>
      </w:pPr>
      <w:r>
        <w:rPr>
          <w:rFonts w:ascii="Times New Roman" w:hAnsi="Times New Roman" w:eastAsia="Times New Roman" w:cs="Times New Roman"/>
          <w:b/>
          <w:i w:val="0"/>
          <w:sz w:val="22"/>
        </w:rPr>
        <w:t xml:space="preserve">157. </w:t>
      </w:r>
      <w:r>
        <w:rPr>
          <w:rFonts w:ascii="Times New Roman" w:hAnsi="Times New Roman" w:eastAsia="Times New Roman" w:cs="Times New Roman"/>
          <w:b w:val="0"/>
          <w:i w:val="0"/>
          <w:sz w:val="22"/>
        </w:rPr>
        <w:t>Приключения Тедди 10.12.22 20.12.22 63 000,00</w:t>
      </w:r>
    </w:p>
    <w:p>
      <w:pPr>
        <w:pStyle w:val="Heading3"/>
      </w:pPr>
      <w:r>
        <w:rPr>
          <w:rFonts w:ascii="Times New Roman" w:hAnsi="Times New Roman" w:eastAsia="Times New Roman" w:cs="Times New Roman"/>
          <w:b/>
          <w:i w:val="0"/>
          <w:sz w:val="22"/>
        </w:rPr>
        <w:t>Пункт 158. Правовой анализ</w:t>
      </w:r>
    </w:p>
    <w:p>
      <w:pPr>
        <w:spacing w:after="120" w:before="160"/>
        <w:ind w:firstLine="720"/>
        <w:jc w:val="both"/>
      </w:pPr>
      <w:r>
        <w:rPr>
          <w:rFonts w:ascii="Times New Roman" w:hAnsi="Times New Roman" w:eastAsia="Times New Roman" w:cs="Times New Roman"/>
          <w:b/>
          <w:i w:val="0"/>
          <w:sz w:val="22"/>
        </w:rPr>
        <w:t xml:space="preserve">158. </w:t>
      </w:r>
      <w:r>
        <w:rPr>
          <w:rFonts w:ascii="Times New Roman" w:hAnsi="Times New Roman" w:eastAsia="Times New Roman" w:cs="Times New Roman"/>
          <w:b w:val="0"/>
          <w:i w:val="0"/>
          <w:sz w:val="22"/>
        </w:rPr>
        <w:t>Тень. Взять Гордея 09.12.22 17.12.22 115 000,00</w:t>
      </w:r>
    </w:p>
    <w:p>
      <w:pPr>
        <w:pStyle w:val="Heading3"/>
      </w:pPr>
      <w:r>
        <w:rPr>
          <w:rFonts w:ascii="Times New Roman" w:hAnsi="Times New Roman" w:eastAsia="Times New Roman" w:cs="Times New Roman"/>
          <w:b/>
          <w:i w:val="0"/>
          <w:sz w:val="22"/>
        </w:rPr>
        <w:t>Пункт 159. Правовой анализ</w:t>
      </w:r>
    </w:p>
    <w:p>
      <w:pPr>
        <w:spacing w:after="120" w:before="160"/>
        <w:ind w:firstLine="720"/>
        <w:jc w:val="both"/>
      </w:pPr>
      <w:r>
        <w:rPr>
          <w:rFonts w:ascii="Times New Roman" w:hAnsi="Times New Roman" w:eastAsia="Times New Roman" w:cs="Times New Roman"/>
          <w:b/>
          <w:i w:val="0"/>
          <w:sz w:val="22"/>
        </w:rPr>
        <w:t xml:space="preserve">159. </w:t>
      </w:r>
      <w:r>
        <w:rPr>
          <w:rFonts w:ascii="Times New Roman" w:hAnsi="Times New Roman" w:eastAsia="Times New Roman" w:cs="Times New Roman"/>
          <w:b w:val="0"/>
          <w:i w:val="0"/>
          <w:sz w:val="22"/>
        </w:rPr>
        <w:t>Боль шой золотой слиток 09.12.22 21.12.22 128 000,00</w:t>
      </w:r>
    </w:p>
    <w:p>
      <w:pPr>
        <w:pStyle w:val="Heading3"/>
      </w:pPr>
      <w:r>
        <w:rPr>
          <w:rFonts w:ascii="Times New Roman" w:hAnsi="Times New Roman" w:eastAsia="Times New Roman" w:cs="Times New Roman"/>
          <w:b/>
          <w:i w:val="0"/>
          <w:sz w:val="22"/>
        </w:rPr>
        <w:t>Пункт 160. Правовой анализ</w:t>
      </w:r>
    </w:p>
    <w:p>
      <w:pPr>
        <w:spacing w:after="120" w:before="160"/>
        <w:ind w:firstLine="720"/>
        <w:jc w:val="both"/>
      </w:pPr>
      <w:r>
        <w:rPr>
          <w:rFonts w:ascii="Times New Roman" w:hAnsi="Times New Roman" w:eastAsia="Times New Roman" w:cs="Times New Roman"/>
          <w:b/>
          <w:i w:val="0"/>
          <w:sz w:val="22"/>
        </w:rPr>
        <w:t xml:space="preserve">160. </w:t>
      </w:r>
      <w:r>
        <w:rPr>
          <w:rFonts w:ascii="Times New Roman" w:hAnsi="Times New Roman" w:eastAsia="Times New Roman" w:cs="Times New Roman"/>
          <w:b w:val="0"/>
          <w:i w:val="0"/>
          <w:sz w:val="22"/>
        </w:rPr>
        <w:t>Помнить 08.12.22 21.12.22 132 000,00</w:t>
      </w:r>
    </w:p>
    <w:p>
      <w:pPr>
        <w:pStyle w:val="Heading3"/>
      </w:pPr>
      <w:r>
        <w:rPr>
          <w:rFonts w:ascii="Times New Roman" w:hAnsi="Times New Roman" w:eastAsia="Times New Roman" w:cs="Times New Roman"/>
          <w:b/>
          <w:i w:val="0"/>
          <w:sz w:val="22"/>
        </w:rPr>
        <w:t>Пункт 161. Правовой анализ</w:t>
      </w:r>
    </w:p>
    <w:p>
      <w:pPr>
        <w:spacing w:after="120" w:before="160"/>
        <w:ind w:firstLine="720"/>
        <w:jc w:val="both"/>
      </w:pPr>
      <w:r>
        <w:rPr>
          <w:rFonts w:ascii="Times New Roman" w:hAnsi="Times New Roman" w:eastAsia="Times New Roman" w:cs="Times New Roman"/>
          <w:b/>
          <w:i w:val="0"/>
          <w:sz w:val="22"/>
        </w:rPr>
        <w:t xml:space="preserve">161. </w:t>
      </w:r>
      <w:r>
        <w:rPr>
          <w:rFonts w:ascii="Times New Roman" w:hAnsi="Times New Roman" w:eastAsia="Times New Roman" w:cs="Times New Roman"/>
          <w:b w:val="0"/>
          <w:i w:val="0"/>
          <w:sz w:val="22"/>
        </w:rPr>
        <w:t>Щелкунчик и волшебная флейта 03.12.22 27.12.22 124 000,00</w:t>
      </w:r>
    </w:p>
    <w:p>
      <w:pPr>
        <w:pStyle w:val="Heading3"/>
      </w:pPr>
      <w:r>
        <w:rPr>
          <w:rFonts w:ascii="Times New Roman" w:hAnsi="Times New Roman" w:eastAsia="Times New Roman" w:cs="Times New Roman"/>
          <w:b/>
          <w:i w:val="0"/>
          <w:sz w:val="22"/>
        </w:rPr>
        <w:t>Пункт 162. Правовой анализ</w:t>
      </w:r>
    </w:p>
    <w:p>
      <w:pPr>
        <w:spacing w:after="120" w:before="160"/>
        <w:ind w:firstLine="720"/>
        <w:jc w:val="both"/>
      </w:pPr>
      <w:r>
        <w:rPr>
          <w:rFonts w:ascii="Times New Roman" w:hAnsi="Times New Roman" w:eastAsia="Times New Roman" w:cs="Times New Roman"/>
          <w:b/>
          <w:i w:val="0"/>
          <w:sz w:val="22"/>
        </w:rPr>
        <w:t xml:space="preserve">162. </w:t>
      </w:r>
      <w:r>
        <w:rPr>
          <w:rFonts w:ascii="Times New Roman" w:hAnsi="Times New Roman" w:eastAsia="Times New Roman" w:cs="Times New Roman"/>
          <w:b w:val="0"/>
          <w:i w:val="0"/>
          <w:sz w:val="22"/>
        </w:rPr>
        <w:t>Двойная петля 02.12.22 11.12.22 299 000,00</w:t>
      </w:r>
    </w:p>
    <w:p>
      <w:pPr>
        <w:pStyle w:val="Heading3"/>
      </w:pPr>
      <w:r>
        <w:rPr>
          <w:rFonts w:ascii="Times New Roman" w:hAnsi="Times New Roman" w:eastAsia="Times New Roman" w:cs="Times New Roman"/>
          <w:b/>
          <w:i w:val="0"/>
          <w:sz w:val="22"/>
        </w:rPr>
        <w:t>Пункт 163. Правовой анализ</w:t>
      </w:r>
    </w:p>
    <w:p>
      <w:pPr>
        <w:spacing w:after="120" w:before="160"/>
        <w:ind w:firstLine="720"/>
        <w:jc w:val="both"/>
      </w:pPr>
      <w:r>
        <w:rPr>
          <w:rFonts w:ascii="Times New Roman" w:hAnsi="Times New Roman" w:eastAsia="Times New Roman" w:cs="Times New Roman"/>
          <w:b/>
          <w:i w:val="0"/>
          <w:sz w:val="22"/>
        </w:rPr>
        <w:t xml:space="preserve">163. </w:t>
      </w:r>
      <w:r>
        <w:rPr>
          <w:rFonts w:ascii="Times New Roman" w:hAnsi="Times New Roman" w:eastAsia="Times New Roman" w:cs="Times New Roman"/>
          <w:b w:val="0"/>
          <w:i w:val="0"/>
          <w:sz w:val="22"/>
        </w:rPr>
        <w:t>Елки 9 01.12.22 28.12.22 550 000,00</w:t>
      </w:r>
    </w:p>
    <w:p>
      <w:pPr>
        <w:pStyle w:val="Heading3"/>
      </w:pPr>
      <w:r>
        <w:rPr>
          <w:rFonts w:ascii="Times New Roman" w:hAnsi="Times New Roman" w:eastAsia="Times New Roman" w:cs="Times New Roman"/>
          <w:b/>
          <w:i w:val="0"/>
          <w:sz w:val="22"/>
        </w:rPr>
        <w:t>Пункт 164. Правовой анализ</w:t>
      </w:r>
    </w:p>
    <w:p>
      <w:pPr>
        <w:spacing w:after="120" w:before="160"/>
        <w:ind w:firstLine="720"/>
        <w:jc w:val="both"/>
      </w:pPr>
      <w:r>
        <w:rPr>
          <w:rFonts w:ascii="Times New Roman" w:hAnsi="Times New Roman" w:eastAsia="Times New Roman" w:cs="Times New Roman"/>
          <w:b/>
          <w:i w:val="0"/>
          <w:sz w:val="22"/>
        </w:rPr>
        <w:t xml:space="preserve">164. </w:t>
      </w:r>
      <w:r>
        <w:rPr>
          <w:rFonts w:ascii="Times New Roman" w:hAnsi="Times New Roman" w:eastAsia="Times New Roman" w:cs="Times New Roman"/>
          <w:b w:val="0"/>
          <w:i w:val="0"/>
          <w:sz w:val="22"/>
        </w:rPr>
        <w:t>На ощупь 01.12.22 03.12.22 56 000,00</w:t>
      </w:r>
    </w:p>
    <w:p>
      <w:pPr>
        <w:pStyle w:val="Heading3"/>
      </w:pPr>
      <w:r>
        <w:rPr>
          <w:rFonts w:ascii="Times New Roman" w:hAnsi="Times New Roman" w:eastAsia="Times New Roman" w:cs="Times New Roman"/>
          <w:b/>
          <w:i w:val="0"/>
          <w:sz w:val="22"/>
        </w:rPr>
        <w:t>Пункт 165. Правовой анализ</w:t>
      </w:r>
    </w:p>
    <w:p>
      <w:pPr>
        <w:spacing w:after="120" w:before="160"/>
        <w:ind w:firstLine="720"/>
        <w:jc w:val="both"/>
      </w:pPr>
      <w:r>
        <w:rPr>
          <w:rFonts w:ascii="Times New Roman" w:hAnsi="Times New Roman" w:eastAsia="Times New Roman" w:cs="Times New Roman"/>
          <w:b/>
          <w:i w:val="0"/>
          <w:sz w:val="22"/>
        </w:rPr>
        <w:t xml:space="preserve">165. </w:t>
      </w:r>
      <w:r>
        <w:rPr>
          <w:rFonts w:ascii="Times New Roman" w:hAnsi="Times New Roman" w:eastAsia="Times New Roman" w:cs="Times New Roman"/>
          <w:b w:val="0"/>
          <w:i w:val="0"/>
          <w:sz w:val="22"/>
        </w:rPr>
        <w:t>Треугольник печали 01.12.22 20.12.22 803 000,00</w:t>
      </w:r>
    </w:p>
    <w:p>
      <w:pPr>
        <w:pStyle w:val="Heading3"/>
      </w:pPr>
      <w:r>
        <w:rPr>
          <w:rFonts w:ascii="Times New Roman" w:hAnsi="Times New Roman" w:eastAsia="Times New Roman" w:cs="Times New Roman"/>
          <w:b/>
          <w:i w:val="0"/>
          <w:sz w:val="22"/>
        </w:rPr>
        <w:t>Пункт 166. Правовой анализ</w:t>
      </w:r>
    </w:p>
    <w:p>
      <w:pPr>
        <w:spacing w:after="120" w:before="160"/>
        <w:ind w:firstLine="720"/>
        <w:jc w:val="both"/>
      </w:pPr>
      <w:r>
        <w:rPr>
          <w:rFonts w:ascii="Times New Roman" w:hAnsi="Times New Roman" w:eastAsia="Times New Roman" w:cs="Times New Roman"/>
          <w:b/>
          <w:i w:val="0"/>
          <w:sz w:val="22"/>
        </w:rPr>
        <w:t xml:space="preserve">166. </w:t>
      </w:r>
      <w:r>
        <w:rPr>
          <w:rFonts w:ascii="Times New Roman" w:hAnsi="Times New Roman" w:eastAsia="Times New Roman" w:cs="Times New Roman"/>
          <w:b w:val="0"/>
          <w:i w:val="0"/>
          <w:sz w:val="22"/>
        </w:rPr>
        <w:t>Умная Маша 30.11.22 04.12.22 18 000,00</w:t>
      </w:r>
    </w:p>
    <w:p>
      <w:pPr>
        <w:pStyle w:val="Heading3"/>
      </w:pPr>
      <w:r>
        <w:rPr>
          <w:rFonts w:ascii="Times New Roman" w:hAnsi="Times New Roman" w:eastAsia="Times New Roman" w:cs="Times New Roman"/>
          <w:b/>
          <w:i w:val="0"/>
          <w:sz w:val="22"/>
        </w:rPr>
        <w:t>Пункт 167. Правовой анализ</w:t>
      </w:r>
    </w:p>
    <w:p>
      <w:pPr>
        <w:spacing w:after="120" w:before="160"/>
        <w:ind w:firstLine="720"/>
        <w:jc w:val="both"/>
      </w:pPr>
      <w:r>
        <w:rPr>
          <w:rFonts w:ascii="Times New Roman" w:hAnsi="Times New Roman" w:eastAsia="Times New Roman" w:cs="Times New Roman"/>
          <w:b/>
          <w:i w:val="0"/>
          <w:sz w:val="22"/>
        </w:rPr>
        <w:t xml:space="preserve">167. </w:t>
      </w:r>
      <w:r>
        <w:rPr>
          <w:rFonts w:ascii="Times New Roman" w:hAnsi="Times New Roman" w:eastAsia="Times New Roman" w:cs="Times New Roman"/>
          <w:b w:val="0"/>
          <w:i w:val="0"/>
          <w:sz w:val="22"/>
        </w:rPr>
        <w:t>Царство против разбойников 26.11.22 03.12.22 65 500,00</w:t>
      </w:r>
    </w:p>
    <w:p>
      <w:pPr>
        <w:pStyle w:val="Heading3"/>
      </w:pPr>
      <w:r>
        <w:rPr>
          <w:rFonts w:ascii="Times New Roman" w:hAnsi="Times New Roman" w:eastAsia="Times New Roman" w:cs="Times New Roman"/>
          <w:b/>
          <w:i w:val="0"/>
          <w:sz w:val="22"/>
        </w:rPr>
        <w:t>Пункт 168. Правовой анализ</w:t>
      </w:r>
    </w:p>
    <w:p>
      <w:pPr>
        <w:spacing w:after="120" w:before="160"/>
        <w:ind w:firstLine="720"/>
        <w:jc w:val="both"/>
      </w:pPr>
      <w:r>
        <w:rPr>
          <w:rFonts w:ascii="Times New Roman" w:hAnsi="Times New Roman" w:eastAsia="Times New Roman" w:cs="Times New Roman"/>
          <w:b/>
          <w:i w:val="0"/>
          <w:sz w:val="22"/>
        </w:rPr>
        <w:t xml:space="preserve">168. </w:t>
      </w:r>
      <w:r>
        <w:rPr>
          <w:rFonts w:ascii="Times New Roman" w:hAnsi="Times New Roman" w:eastAsia="Times New Roman" w:cs="Times New Roman"/>
          <w:b w:val="0"/>
          <w:i w:val="0"/>
          <w:sz w:val="22"/>
        </w:rPr>
        <w:t>Ламборгини: человек-легенда 24.11.22 28.12.22 2 708 000,00</w:t>
      </w:r>
    </w:p>
    <w:p>
      <w:pPr>
        <w:pStyle w:val="Heading3"/>
      </w:pPr>
      <w:r>
        <w:rPr>
          <w:rFonts w:ascii="Times New Roman" w:hAnsi="Times New Roman" w:eastAsia="Times New Roman" w:cs="Times New Roman"/>
          <w:b/>
          <w:i w:val="0"/>
          <w:sz w:val="22"/>
        </w:rPr>
        <w:t>Пункт 169. Правовой анализ</w:t>
      </w:r>
    </w:p>
    <w:p>
      <w:pPr>
        <w:spacing w:after="120" w:before="160"/>
        <w:ind w:firstLine="720"/>
        <w:jc w:val="both"/>
      </w:pPr>
      <w:r>
        <w:rPr>
          <w:rFonts w:ascii="Times New Roman" w:hAnsi="Times New Roman" w:eastAsia="Times New Roman" w:cs="Times New Roman"/>
          <w:b/>
          <w:i w:val="0"/>
          <w:sz w:val="22"/>
        </w:rPr>
        <w:t xml:space="preserve">169. </w:t>
      </w:r>
      <w:r>
        <w:rPr>
          <w:rFonts w:ascii="Times New Roman" w:hAnsi="Times New Roman" w:eastAsia="Times New Roman" w:cs="Times New Roman"/>
          <w:b w:val="0"/>
          <w:i w:val="0"/>
          <w:sz w:val="22"/>
        </w:rPr>
        <w:t>Честный развод 2 24.11.22 29.11.22 83 000,00</w:t>
      </w:r>
    </w:p>
    <w:p>
      <w:pPr>
        <w:pStyle w:val="Heading3"/>
      </w:pPr>
      <w:r>
        <w:rPr>
          <w:rFonts w:ascii="Times New Roman" w:hAnsi="Times New Roman" w:eastAsia="Times New Roman" w:cs="Times New Roman"/>
          <w:b/>
          <w:i w:val="0"/>
          <w:sz w:val="22"/>
        </w:rPr>
        <w:t>Пункт 170. Правовой анализ</w:t>
      </w:r>
    </w:p>
    <w:p>
      <w:pPr>
        <w:spacing w:after="120" w:before="160"/>
        <w:ind w:firstLine="720"/>
        <w:jc w:val="both"/>
      </w:pPr>
      <w:r>
        <w:rPr>
          <w:rFonts w:ascii="Times New Roman" w:hAnsi="Times New Roman" w:eastAsia="Times New Roman" w:cs="Times New Roman"/>
          <w:b/>
          <w:i w:val="0"/>
          <w:sz w:val="22"/>
        </w:rPr>
        <w:t xml:space="preserve">170. </w:t>
      </w:r>
      <w:r>
        <w:rPr>
          <w:rFonts w:ascii="Times New Roman" w:hAnsi="Times New Roman" w:eastAsia="Times New Roman" w:cs="Times New Roman"/>
          <w:b w:val="0"/>
          <w:i w:val="0"/>
          <w:sz w:val="22"/>
        </w:rPr>
        <w:t>Чинк: хвостатый детектив 20.11.22 20.11.22 17 000,00</w:t>
      </w:r>
    </w:p>
    <w:p>
      <w:pPr>
        <w:pStyle w:val="Heading3"/>
      </w:pPr>
      <w:r>
        <w:rPr>
          <w:rFonts w:ascii="Times New Roman" w:hAnsi="Times New Roman" w:eastAsia="Times New Roman" w:cs="Times New Roman"/>
          <w:b/>
          <w:i w:val="0"/>
          <w:sz w:val="22"/>
        </w:rPr>
        <w:t>Пункт 171. Правовой анализ</w:t>
      </w:r>
    </w:p>
    <w:p>
      <w:pPr>
        <w:spacing w:after="120" w:before="160"/>
        <w:ind w:firstLine="720"/>
        <w:jc w:val="both"/>
      </w:pPr>
      <w:r>
        <w:rPr>
          <w:rFonts w:ascii="Times New Roman" w:hAnsi="Times New Roman" w:eastAsia="Times New Roman" w:cs="Times New Roman"/>
          <w:b/>
          <w:i w:val="0"/>
          <w:sz w:val="22"/>
        </w:rPr>
        <w:t xml:space="preserve">171. </w:t>
      </w:r>
      <w:r>
        <w:rPr>
          <w:rFonts w:ascii="Times New Roman" w:hAnsi="Times New Roman" w:eastAsia="Times New Roman" w:cs="Times New Roman"/>
          <w:b w:val="0"/>
          <w:i w:val="0"/>
          <w:sz w:val="22"/>
        </w:rPr>
        <w:t>Я НА ПЕРЕМОТКЕ! 19.11.22 21.11.22 49 000,00</w:t>
      </w:r>
    </w:p>
    <w:p>
      <w:pPr>
        <w:pStyle w:val="Heading3"/>
      </w:pPr>
      <w:r>
        <w:rPr>
          <w:rFonts w:ascii="Times New Roman" w:hAnsi="Times New Roman" w:eastAsia="Times New Roman" w:cs="Times New Roman"/>
          <w:b/>
          <w:i w:val="0"/>
          <w:sz w:val="22"/>
        </w:rPr>
        <w:t>Пункт 172. Правовой анализ</w:t>
      </w:r>
    </w:p>
    <w:p>
      <w:pPr>
        <w:spacing w:after="120" w:before="160"/>
        <w:ind w:firstLine="720"/>
        <w:jc w:val="both"/>
      </w:pPr>
      <w:r>
        <w:rPr>
          <w:rFonts w:ascii="Times New Roman" w:hAnsi="Times New Roman" w:eastAsia="Times New Roman" w:cs="Times New Roman"/>
          <w:b/>
          <w:i w:val="0"/>
          <w:sz w:val="22"/>
        </w:rPr>
        <w:t xml:space="preserve">172. </w:t>
      </w:r>
      <w:r>
        <w:rPr>
          <w:rFonts w:ascii="Times New Roman" w:hAnsi="Times New Roman" w:eastAsia="Times New Roman" w:cs="Times New Roman"/>
          <w:b w:val="0"/>
          <w:i w:val="0"/>
          <w:sz w:val="22"/>
        </w:rPr>
        <w:t>Слон 18.11.22 26.11.22 71 000,00</w:t>
      </w:r>
    </w:p>
    <w:p>
      <w:pPr>
        <w:pStyle w:val="Heading3"/>
      </w:pPr>
      <w:r>
        <w:rPr>
          <w:rFonts w:ascii="Times New Roman" w:hAnsi="Times New Roman" w:eastAsia="Times New Roman" w:cs="Times New Roman"/>
          <w:b/>
          <w:i w:val="0"/>
          <w:sz w:val="22"/>
        </w:rPr>
        <w:t>Пункт 173. Правовой анализ</w:t>
      </w:r>
    </w:p>
    <w:p>
      <w:pPr>
        <w:spacing w:after="120" w:before="160"/>
        <w:ind w:firstLine="720"/>
        <w:jc w:val="both"/>
      </w:pPr>
      <w:r>
        <w:rPr>
          <w:rFonts w:ascii="Times New Roman" w:hAnsi="Times New Roman" w:eastAsia="Times New Roman" w:cs="Times New Roman"/>
          <w:b/>
          <w:i w:val="0"/>
          <w:sz w:val="22"/>
        </w:rPr>
        <w:t xml:space="preserve">173. </w:t>
      </w:r>
      <w:r>
        <w:rPr>
          <w:rFonts w:ascii="Times New Roman" w:hAnsi="Times New Roman" w:eastAsia="Times New Roman" w:cs="Times New Roman"/>
          <w:b w:val="0"/>
          <w:i w:val="0"/>
          <w:sz w:val="22"/>
        </w:rPr>
        <w:t>Покерфейс 17.11.22 07.12.22 1 129 000,00</w:t>
      </w:r>
    </w:p>
    <w:p>
      <w:pPr>
        <w:pStyle w:val="Heading3"/>
      </w:pPr>
      <w:r>
        <w:rPr>
          <w:rFonts w:ascii="Times New Roman" w:hAnsi="Times New Roman" w:eastAsia="Times New Roman" w:cs="Times New Roman"/>
          <w:b/>
          <w:i w:val="0"/>
          <w:sz w:val="22"/>
        </w:rPr>
        <w:t>Пункт 174. Правовой анализ</w:t>
      </w:r>
    </w:p>
    <w:p>
      <w:pPr>
        <w:spacing w:after="120" w:before="160"/>
        <w:ind w:firstLine="720"/>
        <w:jc w:val="both"/>
      </w:pPr>
      <w:r>
        <w:rPr>
          <w:rFonts w:ascii="Times New Roman" w:hAnsi="Times New Roman" w:eastAsia="Times New Roman" w:cs="Times New Roman"/>
          <w:b/>
          <w:i w:val="0"/>
          <w:sz w:val="22"/>
        </w:rPr>
        <w:t xml:space="preserve">174. </w:t>
      </w:r>
      <w:r>
        <w:rPr>
          <w:rFonts w:ascii="Times New Roman" w:hAnsi="Times New Roman" w:eastAsia="Times New Roman" w:cs="Times New Roman"/>
          <w:b w:val="0"/>
          <w:i w:val="0"/>
          <w:sz w:val="22"/>
        </w:rPr>
        <w:t>Райский город 17.11.22 30.11.22 173 000,00</w:t>
      </w:r>
    </w:p>
    <w:p>
      <w:pPr>
        <w:pStyle w:val="Heading3"/>
      </w:pPr>
      <w:r>
        <w:rPr>
          <w:rFonts w:ascii="Times New Roman" w:hAnsi="Times New Roman" w:eastAsia="Times New Roman" w:cs="Times New Roman"/>
          <w:b/>
          <w:i w:val="0"/>
          <w:sz w:val="22"/>
        </w:rPr>
        <w:t>Пункт 175. Правовой анализ</w:t>
      </w:r>
    </w:p>
    <w:p>
      <w:pPr>
        <w:spacing w:after="120" w:before="160"/>
        <w:ind w:firstLine="720"/>
        <w:jc w:val="both"/>
      </w:pPr>
      <w:r>
        <w:rPr>
          <w:rFonts w:ascii="Times New Roman" w:hAnsi="Times New Roman" w:eastAsia="Times New Roman" w:cs="Times New Roman"/>
          <w:b/>
          <w:i w:val="0"/>
          <w:sz w:val="22"/>
        </w:rPr>
        <w:t xml:space="preserve">175. </w:t>
      </w:r>
      <w:r>
        <w:rPr>
          <w:rFonts w:ascii="Times New Roman" w:hAnsi="Times New Roman" w:eastAsia="Times New Roman" w:cs="Times New Roman"/>
          <w:b w:val="0"/>
          <w:i w:val="0"/>
          <w:sz w:val="22"/>
        </w:rPr>
        <w:t>Волшебники 11.11.22 23.11.22 96 000,00</w:t>
      </w:r>
    </w:p>
    <w:p>
      <w:pPr>
        <w:pStyle w:val="Heading3"/>
      </w:pPr>
      <w:r>
        <w:rPr>
          <w:rFonts w:ascii="Times New Roman" w:hAnsi="Times New Roman" w:eastAsia="Times New Roman" w:cs="Times New Roman"/>
          <w:b/>
          <w:i w:val="0"/>
          <w:sz w:val="22"/>
        </w:rPr>
        <w:t>Пункт 176. Правовой анализ</w:t>
      </w:r>
    </w:p>
    <w:p>
      <w:pPr>
        <w:spacing w:after="120" w:before="160"/>
        <w:ind w:firstLine="720"/>
        <w:jc w:val="both"/>
      </w:pPr>
      <w:r>
        <w:rPr>
          <w:rFonts w:ascii="Times New Roman" w:hAnsi="Times New Roman" w:eastAsia="Times New Roman" w:cs="Times New Roman"/>
          <w:b/>
          <w:i w:val="0"/>
          <w:sz w:val="22"/>
        </w:rPr>
        <w:t xml:space="preserve">176. </w:t>
      </w:r>
      <w:r>
        <w:rPr>
          <w:rFonts w:ascii="Times New Roman" w:hAnsi="Times New Roman" w:eastAsia="Times New Roman" w:cs="Times New Roman"/>
          <w:b w:val="0"/>
          <w:i w:val="0"/>
          <w:sz w:val="22"/>
        </w:rPr>
        <w:t>Заговор в Каире 11.11.22 26.11.22 242 000,00</w:t>
      </w:r>
    </w:p>
    <w:p>
      <w:pPr>
        <w:pStyle w:val="Heading3"/>
      </w:pPr>
      <w:r>
        <w:rPr>
          <w:rFonts w:ascii="Times New Roman" w:hAnsi="Times New Roman" w:eastAsia="Times New Roman" w:cs="Times New Roman"/>
          <w:b/>
          <w:i w:val="0"/>
          <w:sz w:val="22"/>
        </w:rPr>
        <w:t>Пункт 177. Правовой анализ</w:t>
      </w:r>
    </w:p>
    <w:p>
      <w:pPr>
        <w:spacing w:after="120" w:before="160"/>
        <w:ind w:firstLine="720"/>
        <w:jc w:val="both"/>
      </w:pPr>
      <w:r>
        <w:rPr>
          <w:rFonts w:ascii="Times New Roman" w:hAnsi="Times New Roman" w:eastAsia="Times New Roman" w:cs="Times New Roman"/>
          <w:b/>
          <w:i w:val="0"/>
          <w:sz w:val="22"/>
        </w:rPr>
        <w:t xml:space="preserve">177. </w:t>
      </w:r>
      <w:r>
        <w:rPr>
          <w:rFonts w:ascii="Times New Roman" w:hAnsi="Times New Roman" w:eastAsia="Times New Roman" w:cs="Times New Roman"/>
          <w:b w:val="0"/>
          <w:i w:val="0"/>
          <w:sz w:val="22"/>
        </w:rPr>
        <w:t>Не дыши: Начало 11.11.22 15.11.22 72 000,00</w:t>
      </w:r>
    </w:p>
    <w:p>
      <w:pPr>
        <w:pStyle w:val="Heading3"/>
      </w:pPr>
      <w:r>
        <w:rPr>
          <w:rFonts w:ascii="Times New Roman" w:hAnsi="Times New Roman" w:eastAsia="Times New Roman" w:cs="Times New Roman"/>
          <w:b/>
          <w:i w:val="0"/>
          <w:sz w:val="22"/>
        </w:rPr>
        <w:t>Пункт 178. Правовой анализ</w:t>
      </w:r>
    </w:p>
    <w:p>
      <w:pPr>
        <w:spacing w:after="120" w:before="160"/>
        <w:ind w:firstLine="720"/>
        <w:jc w:val="both"/>
      </w:pPr>
      <w:r>
        <w:rPr>
          <w:rFonts w:ascii="Times New Roman" w:hAnsi="Times New Roman" w:eastAsia="Times New Roman" w:cs="Times New Roman"/>
          <w:b/>
          <w:i w:val="0"/>
          <w:sz w:val="22"/>
        </w:rPr>
        <w:t xml:space="preserve">178. </w:t>
      </w:r>
      <w:r>
        <w:rPr>
          <w:rFonts w:ascii="Times New Roman" w:hAnsi="Times New Roman" w:eastAsia="Times New Roman" w:cs="Times New Roman"/>
          <w:b w:val="0"/>
          <w:i w:val="0"/>
          <w:sz w:val="22"/>
        </w:rPr>
        <w:t>По-мужски 10.11.22 19.11.22 212 000,00</w:t>
      </w:r>
    </w:p>
    <w:p>
      <w:pPr>
        <w:pStyle w:val="Heading3"/>
      </w:pPr>
      <w:r>
        <w:rPr>
          <w:rFonts w:ascii="Times New Roman" w:hAnsi="Times New Roman" w:eastAsia="Times New Roman" w:cs="Times New Roman"/>
          <w:b/>
          <w:i w:val="0"/>
          <w:sz w:val="22"/>
        </w:rPr>
        <w:t>Пункт 179. Правовой анализ</w:t>
      </w:r>
    </w:p>
    <w:p>
      <w:pPr>
        <w:spacing w:after="120" w:before="160"/>
        <w:ind w:firstLine="720"/>
        <w:jc w:val="both"/>
      </w:pPr>
      <w:r>
        <w:rPr>
          <w:rFonts w:ascii="Times New Roman" w:hAnsi="Times New Roman" w:eastAsia="Times New Roman" w:cs="Times New Roman"/>
          <w:b/>
          <w:i w:val="0"/>
          <w:sz w:val="22"/>
        </w:rPr>
        <w:t xml:space="preserve">179. </w:t>
      </w:r>
      <w:r>
        <w:rPr>
          <w:rFonts w:ascii="Times New Roman" w:hAnsi="Times New Roman" w:eastAsia="Times New Roman" w:cs="Times New Roman"/>
          <w:b w:val="0"/>
          <w:i w:val="0"/>
          <w:sz w:val="22"/>
        </w:rPr>
        <w:t>Грозный папа 06.11.22 06.11.22 17 000,00</w:t>
      </w:r>
    </w:p>
    <w:p>
      <w:pPr>
        <w:pStyle w:val="Heading3"/>
      </w:pPr>
      <w:r>
        <w:rPr>
          <w:rFonts w:ascii="Times New Roman" w:hAnsi="Times New Roman" w:eastAsia="Times New Roman" w:cs="Times New Roman"/>
          <w:b/>
          <w:i w:val="0"/>
          <w:sz w:val="22"/>
        </w:rPr>
        <w:t>Пункт 180. Правовой анализ</w:t>
      </w:r>
    </w:p>
    <w:p>
      <w:pPr>
        <w:spacing w:after="120" w:before="160"/>
        <w:ind w:firstLine="720"/>
        <w:jc w:val="both"/>
      </w:pPr>
      <w:r>
        <w:rPr>
          <w:rFonts w:ascii="Times New Roman" w:hAnsi="Times New Roman" w:eastAsia="Times New Roman" w:cs="Times New Roman"/>
          <w:b/>
          <w:i w:val="0"/>
          <w:sz w:val="22"/>
        </w:rPr>
        <w:t xml:space="preserve">180. </w:t>
      </w:r>
      <w:r>
        <w:rPr>
          <w:rFonts w:ascii="Times New Roman" w:hAnsi="Times New Roman" w:eastAsia="Times New Roman" w:cs="Times New Roman"/>
          <w:b w:val="0"/>
          <w:i w:val="0"/>
          <w:sz w:val="22"/>
        </w:rPr>
        <w:t>Я буду жить 06.11.22 06.11.22 24 000,00</w:t>
      </w:r>
    </w:p>
    <w:p>
      <w:pPr>
        <w:pStyle w:val="Heading3"/>
      </w:pPr>
      <w:r>
        <w:rPr>
          <w:rFonts w:ascii="Times New Roman" w:hAnsi="Times New Roman" w:eastAsia="Times New Roman" w:cs="Times New Roman"/>
          <w:b/>
          <w:i w:val="0"/>
          <w:sz w:val="22"/>
        </w:rPr>
        <w:t>Пункт 181. Правовой анализ</w:t>
      </w:r>
    </w:p>
    <w:p>
      <w:pPr>
        <w:spacing w:after="120" w:before="160"/>
        <w:ind w:firstLine="720"/>
        <w:jc w:val="both"/>
      </w:pPr>
      <w:r>
        <w:rPr>
          <w:rFonts w:ascii="Times New Roman" w:hAnsi="Times New Roman" w:eastAsia="Times New Roman" w:cs="Times New Roman"/>
          <w:b/>
          <w:i w:val="0"/>
          <w:sz w:val="22"/>
        </w:rPr>
        <w:t xml:space="preserve">181. </w:t>
      </w:r>
      <w:r>
        <w:rPr>
          <w:rFonts w:ascii="Times New Roman" w:hAnsi="Times New Roman" w:eastAsia="Times New Roman" w:cs="Times New Roman"/>
          <w:b w:val="0"/>
          <w:i w:val="0"/>
          <w:sz w:val="22"/>
        </w:rPr>
        <w:t>Любовники 03.11.22 16.11.22 357 000,00</w:t>
      </w:r>
    </w:p>
    <w:p>
      <w:pPr>
        <w:pStyle w:val="Heading3"/>
      </w:pPr>
      <w:r>
        <w:rPr>
          <w:rFonts w:ascii="Times New Roman" w:hAnsi="Times New Roman" w:eastAsia="Times New Roman" w:cs="Times New Roman"/>
          <w:b/>
          <w:i w:val="0"/>
          <w:sz w:val="22"/>
        </w:rPr>
        <w:t>Пункт 182. Правовой анализ</w:t>
      </w:r>
    </w:p>
    <w:p>
      <w:pPr>
        <w:spacing w:after="120" w:before="160"/>
        <w:ind w:firstLine="720"/>
        <w:jc w:val="both"/>
      </w:pPr>
      <w:r>
        <w:rPr>
          <w:rFonts w:ascii="Times New Roman" w:hAnsi="Times New Roman" w:eastAsia="Times New Roman" w:cs="Times New Roman"/>
          <w:b/>
          <w:i w:val="0"/>
          <w:sz w:val="22"/>
        </w:rPr>
        <w:t xml:space="preserve">182. </w:t>
      </w:r>
      <w:r>
        <w:rPr>
          <w:rFonts w:ascii="Times New Roman" w:hAnsi="Times New Roman" w:eastAsia="Times New Roman" w:cs="Times New Roman"/>
          <w:b w:val="0"/>
          <w:i w:val="0"/>
          <w:sz w:val="22"/>
        </w:rPr>
        <w:t>В эфире 03.11.22 16.11.22 978 000,00</w:t>
      </w:r>
    </w:p>
    <w:p>
      <w:pPr>
        <w:pStyle w:val="Heading3"/>
      </w:pPr>
      <w:r>
        <w:rPr>
          <w:rFonts w:ascii="Times New Roman" w:hAnsi="Times New Roman" w:eastAsia="Times New Roman" w:cs="Times New Roman"/>
          <w:b/>
          <w:i w:val="0"/>
          <w:sz w:val="22"/>
        </w:rPr>
        <w:t>Пункт 183. Правовой анализ</w:t>
      </w:r>
    </w:p>
    <w:p>
      <w:pPr>
        <w:spacing w:after="120" w:before="160"/>
        <w:ind w:firstLine="720"/>
        <w:jc w:val="both"/>
      </w:pPr>
      <w:r>
        <w:rPr>
          <w:rFonts w:ascii="Times New Roman" w:hAnsi="Times New Roman" w:eastAsia="Times New Roman" w:cs="Times New Roman"/>
          <w:b/>
          <w:i w:val="0"/>
          <w:sz w:val="22"/>
        </w:rPr>
        <w:t xml:space="preserve">183. </w:t>
      </w:r>
      <w:r>
        <w:rPr>
          <w:rFonts w:ascii="Times New Roman" w:hAnsi="Times New Roman" w:eastAsia="Times New Roman" w:cs="Times New Roman"/>
          <w:b w:val="0"/>
          <w:i w:val="0"/>
          <w:sz w:val="22"/>
        </w:rPr>
        <w:t>Чрезвычайная ситуация 03.11.22 16.11.22 178 000,00</w:t>
      </w:r>
    </w:p>
    <w:p>
      <w:pPr>
        <w:pStyle w:val="Heading3"/>
      </w:pPr>
      <w:r>
        <w:rPr>
          <w:rFonts w:ascii="Times New Roman" w:hAnsi="Times New Roman" w:eastAsia="Times New Roman" w:cs="Times New Roman"/>
          <w:b/>
          <w:i w:val="0"/>
          <w:sz w:val="22"/>
        </w:rPr>
        <w:t>Пункт 184. Правовой анализ</w:t>
      </w:r>
    </w:p>
    <w:p>
      <w:pPr>
        <w:spacing w:after="120" w:before="160"/>
        <w:ind w:firstLine="720"/>
        <w:jc w:val="both"/>
      </w:pPr>
      <w:r>
        <w:rPr>
          <w:rFonts w:ascii="Times New Roman" w:hAnsi="Times New Roman" w:eastAsia="Times New Roman" w:cs="Times New Roman"/>
          <w:b/>
          <w:i w:val="0"/>
          <w:sz w:val="22"/>
        </w:rPr>
        <w:t xml:space="preserve">184. </w:t>
      </w:r>
      <w:r>
        <w:rPr>
          <w:rFonts w:ascii="Times New Roman" w:hAnsi="Times New Roman" w:eastAsia="Times New Roman" w:cs="Times New Roman"/>
          <w:b w:val="0"/>
          <w:i w:val="0"/>
          <w:sz w:val="22"/>
        </w:rPr>
        <w:t>Плотник 29.10.22 30.10.22 28 000,00</w:t>
      </w:r>
    </w:p>
    <w:p>
      <w:pPr>
        <w:pStyle w:val="Heading3"/>
      </w:pPr>
      <w:r>
        <w:rPr>
          <w:rFonts w:ascii="Times New Roman" w:hAnsi="Times New Roman" w:eastAsia="Times New Roman" w:cs="Times New Roman"/>
          <w:b/>
          <w:i w:val="0"/>
          <w:sz w:val="22"/>
        </w:rPr>
        <w:t>Пункт 185. Правовой анализ</w:t>
      </w:r>
    </w:p>
    <w:p>
      <w:pPr>
        <w:spacing w:after="120" w:before="160"/>
        <w:ind w:firstLine="720"/>
        <w:jc w:val="both"/>
      </w:pPr>
      <w:r>
        <w:rPr>
          <w:rFonts w:ascii="Times New Roman" w:hAnsi="Times New Roman" w:eastAsia="Times New Roman" w:cs="Times New Roman"/>
          <w:b/>
          <w:i w:val="0"/>
          <w:sz w:val="22"/>
        </w:rPr>
        <w:t xml:space="preserve">185. </w:t>
      </w:r>
      <w:r>
        <w:rPr>
          <w:rFonts w:ascii="Times New Roman" w:hAnsi="Times New Roman" w:eastAsia="Times New Roman" w:cs="Times New Roman"/>
          <w:b w:val="0"/>
          <w:i w:val="0"/>
          <w:sz w:val="22"/>
        </w:rPr>
        <w:t>Петрополис 28.10.22 02.11.22 63 000,00</w:t>
      </w:r>
    </w:p>
    <w:p>
      <w:pPr>
        <w:pStyle w:val="Heading3"/>
      </w:pPr>
      <w:r>
        <w:rPr>
          <w:rFonts w:ascii="Times New Roman" w:hAnsi="Times New Roman" w:eastAsia="Times New Roman" w:cs="Times New Roman"/>
          <w:b/>
          <w:i w:val="0"/>
          <w:sz w:val="22"/>
        </w:rPr>
        <w:t>Пункт 186. Правовой анализ</w:t>
      </w:r>
    </w:p>
    <w:p>
      <w:pPr>
        <w:spacing w:after="120" w:before="160"/>
        <w:ind w:firstLine="720"/>
        <w:jc w:val="both"/>
      </w:pPr>
      <w:r>
        <w:rPr>
          <w:rFonts w:ascii="Times New Roman" w:hAnsi="Times New Roman" w:eastAsia="Times New Roman" w:cs="Times New Roman"/>
          <w:b/>
          <w:i w:val="0"/>
          <w:sz w:val="22"/>
        </w:rPr>
        <w:t xml:space="preserve">186. </w:t>
      </w:r>
      <w:r>
        <w:rPr>
          <w:rFonts w:ascii="Times New Roman" w:hAnsi="Times New Roman" w:eastAsia="Times New Roman" w:cs="Times New Roman"/>
          <w:b w:val="0"/>
          <w:i w:val="0"/>
          <w:sz w:val="22"/>
        </w:rPr>
        <w:t>Большое путешествие. Специальная доставка 28.10.22 05.11.22 71 000,00</w:t>
      </w:r>
    </w:p>
    <w:p>
      <w:pPr>
        <w:pStyle w:val="Heading3"/>
      </w:pPr>
      <w:r>
        <w:rPr>
          <w:rFonts w:ascii="Times New Roman" w:hAnsi="Times New Roman" w:eastAsia="Times New Roman" w:cs="Times New Roman"/>
          <w:b/>
          <w:i w:val="0"/>
          <w:sz w:val="22"/>
        </w:rPr>
        <w:t>Пункт 187. Правовой анализ</w:t>
      </w:r>
    </w:p>
    <w:p>
      <w:pPr>
        <w:spacing w:after="120" w:before="160"/>
        <w:ind w:firstLine="720"/>
        <w:jc w:val="both"/>
      </w:pPr>
      <w:r>
        <w:rPr>
          <w:rFonts w:ascii="Times New Roman" w:hAnsi="Times New Roman" w:eastAsia="Times New Roman" w:cs="Times New Roman"/>
          <w:b/>
          <w:i w:val="0"/>
          <w:sz w:val="22"/>
        </w:rPr>
        <w:t xml:space="preserve">187. </w:t>
      </w:r>
      <w:r>
        <w:rPr>
          <w:rFonts w:ascii="Times New Roman" w:hAnsi="Times New Roman" w:eastAsia="Times New Roman" w:cs="Times New Roman"/>
          <w:b w:val="0"/>
          <w:i w:val="0"/>
          <w:sz w:val="22"/>
        </w:rPr>
        <w:t>Либерея: Охотники за сокровищами 27.10.22 05.11.22 118 000,00</w:t>
      </w:r>
    </w:p>
    <w:p>
      <w:pPr>
        <w:pStyle w:val="Heading3"/>
      </w:pPr>
      <w:r>
        <w:rPr>
          <w:rFonts w:ascii="Times New Roman" w:hAnsi="Times New Roman" w:eastAsia="Times New Roman" w:cs="Times New Roman"/>
          <w:b/>
          <w:i w:val="0"/>
          <w:sz w:val="22"/>
        </w:rPr>
        <w:t>Пункт 188. Правовой анализ</w:t>
      </w:r>
    </w:p>
    <w:p>
      <w:pPr>
        <w:spacing w:after="120" w:before="160"/>
        <w:ind w:firstLine="720"/>
        <w:jc w:val="both"/>
      </w:pPr>
      <w:r>
        <w:rPr>
          <w:rFonts w:ascii="Times New Roman" w:hAnsi="Times New Roman" w:eastAsia="Times New Roman" w:cs="Times New Roman"/>
          <w:b/>
          <w:i w:val="0"/>
          <w:sz w:val="22"/>
        </w:rPr>
        <w:t xml:space="preserve">188. </w:t>
      </w:r>
      <w:r>
        <w:rPr>
          <w:rFonts w:ascii="Times New Roman" w:hAnsi="Times New Roman" w:eastAsia="Times New Roman" w:cs="Times New Roman"/>
          <w:b w:val="0"/>
          <w:i w:val="0"/>
          <w:sz w:val="22"/>
        </w:rPr>
        <w:t>Звоните Джейн 27.10.22 01.11.22 24 000,00</w:t>
      </w:r>
    </w:p>
    <w:p>
      <w:pPr>
        <w:pStyle w:val="Heading3"/>
      </w:pPr>
      <w:r>
        <w:rPr>
          <w:rFonts w:ascii="Times New Roman" w:hAnsi="Times New Roman" w:eastAsia="Times New Roman" w:cs="Times New Roman"/>
          <w:b/>
          <w:i w:val="0"/>
          <w:sz w:val="22"/>
        </w:rPr>
        <w:t>Пункт 189. Правовой анализ</w:t>
      </w:r>
    </w:p>
    <w:p>
      <w:pPr>
        <w:spacing w:after="120" w:before="160"/>
        <w:ind w:firstLine="720"/>
        <w:jc w:val="both"/>
      </w:pPr>
      <w:r>
        <w:rPr>
          <w:rFonts w:ascii="Times New Roman" w:hAnsi="Times New Roman" w:eastAsia="Times New Roman" w:cs="Times New Roman"/>
          <w:b/>
          <w:i w:val="0"/>
          <w:sz w:val="22"/>
        </w:rPr>
        <w:t xml:space="preserve">189. </w:t>
      </w:r>
      <w:r>
        <w:rPr>
          <w:rFonts w:ascii="Times New Roman" w:hAnsi="Times New Roman" w:eastAsia="Times New Roman" w:cs="Times New Roman"/>
          <w:b w:val="0"/>
          <w:i w:val="0"/>
          <w:sz w:val="22"/>
        </w:rPr>
        <w:t>Средневековье 21.10.22 27.10.22 261 000,00</w:t>
      </w:r>
    </w:p>
    <w:p>
      <w:pPr>
        <w:pStyle w:val="Heading3"/>
      </w:pPr>
      <w:r>
        <w:rPr>
          <w:rFonts w:ascii="Times New Roman" w:hAnsi="Times New Roman" w:eastAsia="Times New Roman" w:cs="Times New Roman"/>
          <w:b/>
          <w:i w:val="0"/>
          <w:sz w:val="22"/>
        </w:rPr>
        <w:t>Пункт 190. Правовой анализ</w:t>
      </w:r>
    </w:p>
    <w:p>
      <w:pPr>
        <w:spacing w:after="120" w:before="160"/>
        <w:ind w:firstLine="720"/>
        <w:jc w:val="both"/>
      </w:pPr>
      <w:r>
        <w:rPr>
          <w:rFonts w:ascii="Times New Roman" w:hAnsi="Times New Roman" w:eastAsia="Times New Roman" w:cs="Times New Roman"/>
          <w:b/>
          <w:i w:val="0"/>
          <w:sz w:val="22"/>
        </w:rPr>
        <w:t xml:space="preserve">190. </w:t>
      </w:r>
      <w:r>
        <w:rPr>
          <w:rFonts w:ascii="Times New Roman" w:hAnsi="Times New Roman" w:eastAsia="Times New Roman" w:cs="Times New Roman"/>
          <w:b w:val="0"/>
          <w:i w:val="0"/>
          <w:sz w:val="22"/>
        </w:rPr>
        <w:t>Бандит 20.10.22 05.11.22 667 000,00</w:t>
      </w:r>
    </w:p>
    <w:p>
      <w:pPr>
        <w:pStyle w:val="Heading3"/>
      </w:pPr>
      <w:r>
        <w:rPr>
          <w:rFonts w:ascii="Times New Roman" w:hAnsi="Times New Roman" w:eastAsia="Times New Roman" w:cs="Times New Roman"/>
          <w:b/>
          <w:i w:val="0"/>
          <w:sz w:val="22"/>
        </w:rPr>
        <w:t>Пункт 191. Правовой анализ</w:t>
      </w:r>
    </w:p>
    <w:p>
      <w:pPr>
        <w:spacing w:after="120" w:before="160"/>
        <w:ind w:firstLine="720"/>
        <w:jc w:val="both"/>
      </w:pPr>
      <w:r>
        <w:rPr>
          <w:rFonts w:ascii="Times New Roman" w:hAnsi="Times New Roman" w:eastAsia="Times New Roman" w:cs="Times New Roman"/>
          <w:b/>
          <w:i w:val="0"/>
          <w:sz w:val="22"/>
        </w:rPr>
        <w:t xml:space="preserve">191. </w:t>
      </w:r>
      <w:r>
        <w:rPr>
          <w:rFonts w:ascii="Times New Roman" w:hAnsi="Times New Roman" w:eastAsia="Times New Roman" w:cs="Times New Roman"/>
          <w:b w:val="0"/>
          <w:i w:val="0"/>
          <w:sz w:val="22"/>
        </w:rPr>
        <w:t>Пришелец из будущего 20.10.22 30.10.22 77 000,00</w:t>
      </w:r>
    </w:p>
    <w:p>
      <w:pPr>
        <w:pStyle w:val="Heading3"/>
      </w:pPr>
      <w:r>
        <w:rPr>
          <w:rFonts w:ascii="Times New Roman" w:hAnsi="Times New Roman" w:eastAsia="Times New Roman" w:cs="Times New Roman"/>
          <w:b/>
          <w:i w:val="0"/>
          <w:sz w:val="22"/>
        </w:rPr>
        <w:t>Пункт 192. Правовой анализ</w:t>
      </w:r>
    </w:p>
    <w:p>
      <w:pPr>
        <w:spacing w:after="120" w:before="160"/>
        <w:ind w:firstLine="720"/>
        <w:jc w:val="both"/>
      </w:pPr>
      <w:r>
        <w:rPr>
          <w:rFonts w:ascii="Times New Roman" w:hAnsi="Times New Roman" w:eastAsia="Times New Roman" w:cs="Times New Roman"/>
          <w:b/>
          <w:i w:val="0"/>
          <w:sz w:val="22"/>
        </w:rPr>
        <w:t xml:space="preserve">192. </w:t>
      </w:r>
      <w:r>
        <w:rPr>
          <w:rFonts w:ascii="Times New Roman" w:hAnsi="Times New Roman" w:eastAsia="Times New Roman" w:cs="Times New Roman"/>
          <w:b w:val="0"/>
          <w:i w:val="0"/>
          <w:sz w:val="22"/>
        </w:rPr>
        <w:t>СЕЗОН ИЗМЕН 20.10.22 28.10.22 124 000,00</w:t>
      </w:r>
    </w:p>
    <w:p>
      <w:pPr>
        <w:pStyle w:val="Heading3"/>
      </w:pPr>
      <w:r>
        <w:rPr>
          <w:rFonts w:ascii="Times New Roman" w:hAnsi="Times New Roman" w:eastAsia="Times New Roman" w:cs="Times New Roman"/>
          <w:b/>
          <w:i w:val="0"/>
          <w:sz w:val="22"/>
        </w:rPr>
        <w:t>Пункт 193. Правовой анализ</w:t>
      </w:r>
    </w:p>
    <w:p>
      <w:pPr>
        <w:spacing w:after="120" w:before="160"/>
        <w:ind w:firstLine="720"/>
        <w:jc w:val="both"/>
      </w:pPr>
      <w:r>
        <w:rPr>
          <w:rFonts w:ascii="Times New Roman" w:hAnsi="Times New Roman" w:eastAsia="Times New Roman" w:cs="Times New Roman"/>
          <w:b/>
          <w:i w:val="0"/>
          <w:sz w:val="22"/>
        </w:rPr>
        <w:t xml:space="preserve">193. </w:t>
      </w:r>
      <w:r>
        <w:rPr>
          <w:rFonts w:ascii="Times New Roman" w:hAnsi="Times New Roman" w:eastAsia="Times New Roman" w:cs="Times New Roman"/>
          <w:b w:val="0"/>
          <w:i w:val="0"/>
          <w:sz w:val="22"/>
        </w:rPr>
        <w:t>Сказка для старых 16.10.22 24.10.22 41 000,00</w:t>
      </w:r>
    </w:p>
    <w:p>
      <w:pPr>
        <w:pStyle w:val="Heading3"/>
      </w:pPr>
      <w:r>
        <w:rPr>
          <w:rFonts w:ascii="Times New Roman" w:hAnsi="Times New Roman" w:eastAsia="Times New Roman" w:cs="Times New Roman"/>
          <w:b/>
          <w:i w:val="0"/>
          <w:sz w:val="22"/>
        </w:rPr>
        <w:t>Пункт 194. Правовой анализ</w:t>
      </w:r>
    </w:p>
    <w:p>
      <w:pPr>
        <w:spacing w:after="120" w:before="160"/>
        <w:ind w:firstLine="720"/>
        <w:jc w:val="both"/>
      </w:pPr>
      <w:r>
        <w:rPr>
          <w:rFonts w:ascii="Times New Roman" w:hAnsi="Times New Roman" w:eastAsia="Times New Roman" w:cs="Times New Roman"/>
          <w:b/>
          <w:i w:val="0"/>
          <w:sz w:val="22"/>
        </w:rPr>
        <w:t xml:space="preserve">194. </w:t>
      </w:r>
      <w:r>
        <w:rPr>
          <w:rFonts w:ascii="Times New Roman" w:hAnsi="Times New Roman" w:eastAsia="Times New Roman" w:cs="Times New Roman"/>
          <w:b w:val="0"/>
          <w:i w:val="0"/>
          <w:sz w:val="22"/>
        </w:rPr>
        <w:t>ФИО3 - школьный переполох! 15.10.22 23.10.22 31 500,00</w:t>
      </w:r>
    </w:p>
    <w:p>
      <w:pPr>
        <w:pStyle w:val="Heading3"/>
      </w:pPr>
      <w:r>
        <w:rPr>
          <w:rFonts w:ascii="Times New Roman" w:hAnsi="Times New Roman" w:eastAsia="Times New Roman" w:cs="Times New Roman"/>
          <w:b/>
          <w:i w:val="0"/>
          <w:sz w:val="22"/>
        </w:rPr>
        <w:t>Пункт 195. Правовой анализ</w:t>
      </w:r>
    </w:p>
    <w:p>
      <w:pPr>
        <w:spacing w:after="120" w:before="160"/>
        <w:ind w:firstLine="720"/>
        <w:jc w:val="both"/>
      </w:pPr>
      <w:r>
        <w:rPr>
          <w:rFonts w:ascii="Times New Roman" w:hAnsi="Times New Roman" w:eastAsia="Times New Roman" w:cs="Times New Roman"/>
          <w:b/>
          <w:i w:val="0"/>
          <w:sz w:val="22"/>
        </w:rPr>
        <w:t xml:space="preserve">195. </w:t>
      </w:r>
      <w:r>
        <w:rPr>
          <w:rFonts w:ascii="Times New Roman" w:hAnsi="Times New Roman" w:eastAsia="Times New Roman" w:cs="Times New Roman"/>
          <w:b w:val="0"/>
          <w:i w:val="0"/>
          <w:sz w:val="22"/>
        </w:rPr>
        <w:t>Любовь: Инструкция по расставанию 13.10.22 22.10.22 36 000,00</w:t>
      </w:r>
    </w:p>
    <w:p>
      <w:pPr>
        <w:pStyle w:val="Heading3"/>
      </w:pPr>
      <w:r>
        <w:rPr>
          <w:rFonts w:ascii="Times New Roman" w:hAnsi="Times New Roman" w:eastAsia="Times New Roman" w:cs="Times New Roman"/>
          <w:b/>
          <w:i w:val="0"/>
          <w:sz w:val="22"/>
        </w:rPr>
        <w:t>Пункт 196. Правовой анализ</w:t>
      </w:r>
    </w:p>
    <w:p>
      <w:pPr>
        <w:spacing w:after="120" w:before="160"/>
        <w:ind w:firstLine="720"/>
        <w:jc w:val="both"/>
      </w:pPr>
      <w:r>
        <w:rPr>
          <w:rFonts w:ascii="Times New Roman" w:hAnsi="Times New Roman" w:eastAsia="Times New Roman" w:cs="Times New Roman"/>
          <w:b/>
          <w:i w:val="0"/>
          <w:sz w:val="22"/>
        </w:rPr>
        <w:t xml:space="preserve">196. </w:t>
      </w:r>
      <w:r>
        <w:rPr>
          <w:rFonts w:ascii="Times New Roman" w:hAnsi="Times New Roman" w:eastAsia="Times New Roman" w:cs="Times New Roman"/>
          <w:b w:val="0"/>
          <w:i w:val="0"/>
          <w:sz w:val="22"/>
        </w:rPr>
        <w:t>Лавстори 13.10.22 25.10.22 133 000,00</w:t>
      </w:r>
    </w:p>
    <w:p>
      <w:pPr>
        <w:pStyle w:val="Heading3"/>
      </w:pPr>
      <w:r>
        <w:rPr>
          <w:rFonts w:ascii="Times New Roman" w:hAnsi="Times New Roman" w:eastAsia="Times New Roman" w:cs="Times New Roman"/>
          <w:b/>
          <w:i w:val="0"/>
          <w:sz w:val="22"/>
        </w:rPr>
        <w:t>Пункт 197. Правовой анализ</w:t>
      </w:r>
    </w:p>
    <w:p>
      <w:pPr>
        <w:spacing w:after="120" w:before="160"/>
        <w:ind w:firstLine="720"/>
        <w:jc w:val="both"/>
      </w:pPr>
      <w:r>
        <w:rPr>
          <w:rFonts w:ascii="Times New Roman" w:hAnsi="Times New Roman" w:eastAsia="Times New Roman" w:cs="Times New Roman"/>
          <w:b/>
          <w:i w:val="0"/>
          <w:sz w:val="22"/>
        </w:rPr>
        <w:t xml:space="preserve">197. </w:t>
      </w:r>
      <w:r>
        <w:rPr>
          <w:rFonts w:ascii="Times New Roman" w:hAnsi="Times New Roman" w:eastAsia="Times New Roman" w:cs="Times New Roman"/>
          <w:b w:val="0"/>
          <w:i w:val="0"/>
          <w:sz w:val="22"/>
        </w:rPr>
        <w:t>Вершина страха 13.10.22 24.10.22 272 000,00</w:t>
      </w:r>
    </w:p>
    <w:p>
      <w:pPr>
        <w:pStyle w:val="Heading3"/>
      </w:pPr>
      <w:r>
        <w:rPr>
          <w:rFonts w:ascii="Times New Roman" w:hAnsi="Times New Roman" w:eastAsia="Times New Roman" w:cs="Times New Roman"/>
          <w:b/>
          <w:i w:val="0"/>
          <w:sz w:val="22"/>
        </w:rPr>
        <w:t>Пункт 198. Правовой анализ</w:t>
      </w:r>
    </w:p>
    <w:p>
      <w:pPr>
        <w:spacing w:after="120" w:before="160"/>
        <w:ind w:firstLine="720"/>
        <w:jc w:val="both"/>
      </w:pPr>
      <w:r>
        <w:rPr>
          <w:rFonts w:ascii="Times New Roman" w:hAnsi="Times New Roman" w:eastAsia="Times New Roman" w:cs="Times New Roman"/>
          <w:b/>
          <w:i w:val="0"/>
          <w:sz w:val="22"/>
        </w:rPr>
        <w:t xml:space="preserve">198. </w:t>
      </w:r>
      <w:r>
        <w:rPr>
          <w:rFonts w:ascii="Times New Roman" w:hAnsi="Times New Roman" w:eastAsia="Times New Roman" w:cs="Times New Roman"/>
          <w:b w:val="0"/>
          <w:i w:val="0"/>
          <w:sz w:val="22"/>
        </w:rPr>
        <w:t>Дикий мужчина 13.10.22 21.10.22 150 000,00</w:t>
      </w:r>
    </w:p>
    <w:p>
      <w:pPr>
        <w:pStyle w:val="Heading3"/>
      </w:pPr>
      <w:r>
        <w:rPr>
          <w:rFonts w:ascii="Times New Roman" w:hAnsi="Times New Roman" w:eastAsia="Times New Roman" w:cs="Times New Roman"/>
          <w:b/>
          <w:i w:val="0"/>
          <w:sz w:val="22"/>
        </w:rPr>
        <w:t>Пункт 199. Правовой анализ</w:t>
      </w:r>
    </w:p>
    <w:p>
      <w:pPr>
        <w:spacing w:after="120" w:before="160"/>
        <w:ind w:firstLine="720"/>
        <w:jc w:val="both"/>
      </w:pPr>
      <w:r>
        <w:rPr>
          <w:rFonts w:ascii="Times New Roman" w:hAnsi="Times New Roman" w:eastAsia="Times New Roman" w:cs="Times New Roman"/>
          <w:b/>
          <w:i w:val="0"/>
          <w:sz w:val="22"/>
        </w:rPr>
        <w:t xml:space="preserve">199. </w:t>
      </w:r>
      <w:r>
        <w:rPr>
          <w:rFonts w:ascii="Times New Roman" w:hAnsi="Times New Roman" w:eastAsia="Times New Roman" w:cs="Times New Roman"/>
          <w:b w:val="0"/>
          <w:i w:val="0"/>
          <w:sz w:val="22"/>
        </w:rPr>
        <w:t>Исповедь 12.10.22 13.10.22 18 000,00</w:t>
      </w:r>
    </w:p>
    <w:p>
      <w:pPr>
        <w:pStyle w:val="Heading3"/>
      </w:pPr>
      <w:r>
        <w:rPr>
          <w:rFonts w:ascii="Times New Roman" w:hAnsi="Times New Roman" w:eastAsia="Times New Roman" w:cs="Times New Roman"/>
          <w:b/>
          <w:i w:val="0"/>
          <w:sz w:val="22"/>
        </w:rPr>
        <w:t>Пункт 200. Правовой анализ</w:t>
      </w:r>
    </w:p>
    <w:p>
      <w:pPr>
        <w:spacing w:after="120" w:before="160"/>
        <w:ind w:firstLine="720"/>
        <w:jc w:val="both"/>
      </w:pPr>
      <w:r>
        <w:rPr>
          <w:rFonts w:ascii="Times New Roman" w:hAnsi="Times New Roman" w:eastAsia="Times New Roman" w:cs="Times New Roman"/>
          <w:b/>
          <w:i w:val="0"/>
          <w:sz w:val="22"/>
        </w:rPr>
        <w:t xml:space="preserve">200. </w:t>
      </w:r>
      <w:r>
        <w:rPr>
          <w:rFonts w:ascii="Times New Roman" w:hAnsi="Times New Roman" w:eastAsia="Times New Roman" w:cs="Times New Roman"/>
          <w:b w:val="0"/>
          <w:i w:val="0"/>
          <w:sz w:val="22"/>
        </w:rPr>
        <w:t>Хранитель тайн 07.10.22 18.10.22 143 000,00</w:t>
      </w:r>
    </w:p>
    <w:p>
      <w:pPr>
        <w:pStyle w:val="Heading3"/>
      </w:pPr>
      <w:r>
        <w:rPr>
          <w:rFonts w:ascii="Times New Roman" w:hAnsi="Times New Roman" w:eastAsia="Times New Roman" w:cs="Times New Roman"/>
          <w:b/>
          <w:i w:val="0"/>
          <w:sz w:val="22"/>
        </w:rPr>
        <w:t>Пункт 201. Правовой анализ</w:t>
      </w:r>
    </w:p>
    <w:p>
      <w:pPr>
        <w:spacing w:after="120" w:before="160"/>
        <w:ind w:firstLine="720"/>
        <w:jc w:val="both"/>
      </w:pPr>
      <w:r>
        <w:rPr>
          <w:rFonts w:ascii="Times New Roman" w:hAnsi="Times New Roman" w:eastAsia="Times New Roman" w:cs="Times New Roman"/>
          <w:b/>
          <w:i w:val="0"/>
          <w:sz w:val="22"/>
        </w:rPr>
        <w:t xml:space="preserve">201. </w:t>
      </w:r>
      <w:r>
        <w:rPr>
          <w:rFonts w:ascii="Times New Roman" w:hAnsi="Times New Roman" w:eastAsia="Times New Roman" w:cs="Times New Roman"/>
          <w:b w:val="0"/>
          <w:i w:val="0"/>
          <w:sz w:val="22"/>
        </w:rPr>
        <w:t>Дале кие близкие 06.10.22 06.10.22 6 000,00</w:t>
      </w:r>
    </w:p>
    <w:p>
      <w:pPr>
        <w:pStyle w:val="Heading3"/>
      </w:pPr>
      <w:r>
        <w:rPr>
          <w:rFonts w:ascii="Times New Roman" w:hAnsi="Times New Roman" w:eastAsia="Times New Roman" w:cs="Times New Roman"/>
          <w:b/>
          <w:i w:val="0"/>
          <w:sz w:val="22"/>
        </w:rPr>
        <w:t>Пункт 202. Правовой анализ</w:t>
      </w:r>
    </w:p>
    <w:p>
      <w:pPr>
        <w:spacing w:after="120" w:before="160"/>
        <w:ind w:firstLine="720"/>
        <w:jc w:val="both"/>
      </w:pPr>
      <w:r>
        <w:rPr>
          <w:rFonts w:ascii="Times New Roman" w:hAnsi="Times New Roman" w:eastAsia="Times New Roman" w:cs="Times New Roman"/>
          <w:b/>
          <w:i w:val="0"/>
          <w:sz w:val="22"/>
        </w:rPr>
        <w:t xml:space="preserve">202. </w:t>
      </w:r>
      <w:r>
        <w:rPr>
          <w:rFonts w:ascii="Times New Roman" w:hAnsi="Times New Roman" w:eastAsia="Times New Roman" w:cs="Times New Roman"/>
          <w:b w:val="0"/>
          <w:i w:val="0"/>
          <w:sz w:val="22"/>
        </w:rPr>
        <w:t>СЕРДЦЕ ПАРМЫ 06.10.22 13.11.22 1 612 000,00</w:t>
      </w:r>
    </w:p>
    <w:p>
      <w:pPr>
        <w:pStyle w:val="Heading3"/>
      </w:pPr>
      <w:r>
        <w:rPr>
          <w:rFonts w:ascii="Times New Roman" w:hAnsi="Times New Roman" w:eastAsia="Times New Roman" w:cs="Times New Roman"/>
          <w:b/>
          <w:i w:val="0"/>
          <w:sz w:val="22"/>
        </w:rPr>
        <w:t>Пункт 203. Правовой анализ</w:t>
      </w:r>
    </w:p>
    <w:p>
      <w:pPr>
        <w:spacing w:after="120" w:before="160"/>
        <w:ind w:firstLine="720"/>
        <w:jc w:val="both"/>
      </w:pPr>
      <w:r>
        <w:rPr>
          <w:rFonts w:ascii="Times New Roman" w:hAnsi="Times New Roman" w:eastAsia="Times New Roman" w:cs="Times New Roman"/>
          <w:b/>
          <w:i w:val="0"/>
          <w:sz w:val="22"/>
        </w:rPr>
        <w:t xml:space="preserve">203. </w:t>
      </w:r>
      <w:r>
        <w:rPr>
          <w:rFonts w:ascii="Times New Roman" w:hAnsi="Times New Roman" w:eastAsia="Times New Roman" w:cs="Times New Roman"/>
          <w:b w:val="0"/>
          <w:i w:val="0"/>
          <w:sz w:val="22"/>
        </w:rPr>
        <w:t>Решение уйти 29.09.22 05.10.22 42 000,00</w:t>
      </w:r>
    </w:p>
    <w:p>
      <w:pPr>
        <w:pStyle w:val="Heading3"/>
      </w:pPr>
      <w:r>
        <w:rPr>
          <w:rFonts w:ascii="Times New Roman" w:hAnsi="Times New Roman" w:eastAsia="Times New Roman" w:cs="Times New Roman"/>
          <w:b/>
          <w:i w:val="0"/>
          <w:sz w:val="22"/>
        </w:rPr>
        <w:t>Пункт 204. Правовой анализ</w:t>
      </w:r>
    </w:p>
    <w:p>
      <w:pPr>
        <w:spacing w:after="120" w:before="160"/>
        <w:ind w:firstLine="720"/>
        <w:jc w:val="both"/>
      </w:pPr>
      <w:r>
        <w:rPr>
          <w:rFonts w:ascii="Times New Roman" w:hAnsi="Times New Roman" w:eastAsia="Times New Roman" w:cs="Times New Roman"/>
          <w:b/>
          <w:i w:val="0"/>
          <w:sz w:val="22"/>
        </w:rPr>
        <w:t xml:space="preserve">204. </w:t>
      </w:r>
      <w:r>
        <w:rPr>
          <w:rFonts w:ascii="Times New Roman" w:hAnsi="Times New Roman" w:eastAsia="Times New Roman" w:cs="Times New Roman"/>
          <w:b w:val="0"/>
          <w:i w:val="0"/>
          <w:sz w:val="22"/>
        </w:rPr>
        <w:t>Эра выживания 29.09.22 11.10.22 92 000,00</w:t>
      </w:r>
    </w:p>
    <w:p>
      <w:pPr>
        <w:pStyle w:val="Heading3"/>
      </w:pPr>
      <w:r>
        <w:rPr>
          <w:rFonts w:ascii="Times New Roman" w:hAnsi="Times New Roman" w:eastAsia="Times New Roman" w:cs="Times New Roman"/>
          <w:b/>
          <w:i w:val="0"/>
          <w:sz w:val="22"/>
        </w:rPr>
        <w:t>Пункт 205. Правовой анализ</w:t>
      </w:r>
    </w:p>
    <w:p>
      <w:pPr>
        <w:spacing w:after="120" w:before="160"/>
        <w:ind w:firstLine="720"/>
        <w:jc w:val="both"/>
      </w:pPr>
      <w:r>
        <w:rPr>
          <w:rFonts w:ascii="Times New Roman" w:hAnsi="Times New Roman" w:eastAsia="Times New Roman" w:cs="Times New Roman"/>
          <w:b/>
          <w:i w:val="0"/>
          <w:sz w:val="22"/>
        </w:rPr>
        <w:t xml:space="preserve">205. </w:t>
      </w:r>
      <w:r>
        <w:rPr>
          <w:rFonts w:ascii="Times New Roman" w:hAnsi="Times New Roman" w:eastAsia="Times New Roman" w:cs="Times New Roman"/>
          <w:b w:val="0"/>
          <w:i w:val="0"/>
          <w:sz w:val="22"/>
        </w:rPr>
        <w:t>Мать моего сына 29.09.22 05.10.22 84 000,00</w:t>
      </w:r>
    </w:p>
    <w:p>
      <w:pPr>
        <w:pStyle w:val="Heading3"/>
      </w:pPr>
      <w:r>
        <w:rPr>
          <w:rFonts w:ascii="Times New Roman" w:hAnsi="Times New Roman" w:eastAsia="Times New Roman" w:cs="Times New Roman"/>
          <w:b/>
          <w:i w:val="0"/>
          <w:sz w:val="22"/>
        </w:rPr>
        <w:t>Пункт 206. Правовой анализ</w:t>
      </w:r>
    </w:p>
    <w:p>
      <w:pPr>
        <w:spacing w:after="120" w:before="160"/>
        <w:ind w:firstLine="720"/>
        <w:jc w:val="both"/>
      </w:pPr>
      <w:r>
        <w:rPr>
          <w:rFonts w:ascii="Times New Roman" w:hAnsi="Times New Roman" w:eastAsia="Times New Roman" w:cs="Times New Roman"/>
          <w:b/>
          <w:i w:val="0"/>
          <w:sz w:val="22"/>
        </w:rPr>
        <w:t xml:space="preserve">206. </w:t>
      </w:r>
      <w:r>
        <w:rPr>
          <w:rFonts w:ascii="Times New Roman" w:hAnsi="Times New Roman" w:eastAsia="Times New Roman" w:cs="Times New Roman"/>
          <w:b w:val="0"/>
          <w:i w:val="0"/>
          <w:sz w:val="22"/>
        </w:rPr>
        <w:t>Красная шапочка 24.09.22 04.10.22 127 000,00</w:t>
      </w:r>
    </w:p>
    <w:p>
      <w:pPr>
        <w:pStyle w:val="Heading3"/>
      </w:pPr>
      <w:r>
        <w:rPr>
          <w:rFonts w:ascii="Times New Roman" w:hAnsi="Times New Roman" w:eastAsia="Times New Roman" w:cs="Times New Roman"/>
          <w:b/>
          <w:i w:val="0"/>
          <w:sz w:val="22"/>
        </w:rPr>
        <w:t>Пункт 207. Правовой анализ</w:t>
      </w:r>
    </w:p>
    <w:p>
      <w:pPr>
        <w:spacing w:after="120" w:before="160"/>
        <w:ind w:firstLine="720"/>
        <w:jc w:val="both"/>
      </w:pPr>
      <w:r>
        <w:rPr>
          <w:rFonts w:ascii="Times New Roman" w:hAnsi="Times New Roman" w:eastAsia="Times New Roman" w:cs="Times New Roman"/>
          <w:b/>
          <w:i w:val="0"/>
          <w:sz w:val="22"/>
        </w:rPr>
        <w:t xml:space="preserve">207. </w:t>
      </w:r>
      <w:r>
        <w:rPr>
          <w:rFonts w:ascii="Times New Roman" w:hAnsi="Times New Roman" w:eastAsia="Times New Roman" w:cs="Times New Roman"/>
          <w:b w:val="0"/>
          <w:i w:val="0"/>
          <w:sz w:val="22"/>
        </w:rPr>
        <w:t>Белый слон 24.09.22 02.10.22 110 000,00</w:t>
      </w:r>
    </w:p>
    <w:p>
      <w:pPr>
        <w:pStyle w:val="Heading3"/>
      </w:pPr>
      <w:r>
        <w:rPr>
          <w:rFonts w:ascii="Times New Roman" w:hAnsi="Times New Roman" w:eastAsia="Times New Roman" w:cs="Times New Roman"/>
          <w:b/>
          <w:i w:val="0"/>
          <w:sz w:val="22"/>
        </w:rPr>
        <w:t>Пункт 208. Правовой анализ</w:t>
      </w:r>
    </w:p>
    <w:p>
      <w:pPr>
        <w:spacing w:after="120" w:before="160"/>
        <w:ind w:firstLine="720"/>
        <w:jc w:val="both"/>
      </w:pPr>
      <w:r>
        <w:rPr>
          <w:rFonts w:ascii="Times New Roman" w:hAnsi="Times New Roman" w:eastAsia="Times New Roman" w:cs="Times New Roman"/>
          <w:b/>
          <w:i w:val="0"/>
          <w:sz w:val="22"/>
        </w:rPr>
        <w:t xml:space="preserve">208. </w:t>
      </w:r>
      <w:r>
        <w:rPr>
          <w:rFonts w:ascii="Times New Roman" w:hAnsi="Times New Roman" w:eastAsia="Times New Roman" w:cs="Times New Roman"/>
          <w:b w:val="0"/>
          <w:i w:val="0"/>
          <w:sz w:val="22"/>
        </w:rPr>
        <w:t>Барракуда 23.09.22 04.10.22 267 000,00</w:t>
      </w:r>
    </w:p>
    <w:p>
      <w:pPr>
        <w:pStyle w:val="Heading3"/>
      </w:pPr>
      <w:r>
        <w:rPr>
          <w:rFonts w:ascii="Times New Roman" w:hAnsi="Times New Roman" w:eastAsia="Times New Roman" w:cs="Times New Roman"/>
          <w:b/>
          <w:i w:val="0"/>
          <w:sz w:val="22"/>
        </w:rPr>
        <w:t>Пункт 209. Правовой анализ</w:t>
      </w:r>
    </w:p>
    <w:p>
      <w:pPr>
        <w:spacing w:after="120" w:before="160"/>
        <w:ind w:firstLine="720"/>
        <w:jc w:val="both"/>
      </w:pPr>
      <w:r>
        <w:rPr>
          <w:rFonts w:ascii="Times New Roman" w:hAnsi="Times New Roman" w:eastAsia="Times New Roman" w:cs="Times New Roman"/>
          <w:b/>
          <w:i w:val="0"/>
          <w:sz w:val="22"/>
        </w:rPr>
        <w:t xml:space="preserve">209. </w:t>
      </w:r>
      <w:r>
        <w:rPr>
          <w:rFonts w:ascii="Times New Roman" w:hAnsi="Times New Roman" w:eastAsia="Times New Roman" w:cs="Times New Roman"/>
          <w:b w:val="0"/>
          <w:i w:val="0"/>
          <w:sz w:val="22"/>
        </w:rPr>
        <w:t>Время между нами 23.09.22 02.10.22 116 000,00</w:t>
      </w:r>
    </w:p>
    <w:p>
      <w:pPr>
        <w:pStyle w:val="Heading3"/>
      </w:pPr>
      <w:r>
        <w:rPr>
          <w:rFonts w:ascii="Times New Roman" w:hAnsi="Times New Roman" w:eastAsia="Times New Roman" w:cs="Times New Roman"/>
          <w:b/>
          <w:i w:val="0"/>
          <w:sz w:val="22"/>
        </w:rPr>
        <w:t>Пункт 210. Правовой анализ</w:t>
      </w:r>
    </w:p>
    <w:p>
      <w:pPr>
        <w:spacing w:after="120" w:before="160"/>
        <w:ind w:firstLine="720"/>
        <w:jc w:val="both"/>
      </w:pPr>
      <w:r>
        <w:rPr>
          <w:rFonts w:ascii="Times New Roman" w:hAnsi="Times New Roman" w:eastAsia="Times New Roman" w:cs="Times New Roman"/>
          <w:b/>
          <w:i w:val="0"/>
          <w:sz w:val="22"/>
        </w:rPr>
        <w:t xml:space="preserve">210. </w:t>
      </w:r>
      <w:r>
        <w:rPr>
          <w:rFonts w:ascii="Times New Roman" w:hAnsi="Times New Roman" w:eastAsia="Times New Roman" w:cs="Times New Roman"/>
          <w:b w:val="0"/>
          <w:i w:val="0"/>
          <w:sz w:val="22"/>
        </w:rPr>
        <w:t>Воронья лощина 22.09.22 04.10.22 152 000,00</w:t>
      </w:r>
    </w:p>
    <w:p>
      <w:pPr>
        <w:pStyle w:val="Heading3"/>
      </w:pPr>
      <w:r>
        <w:rPr>
          <w:rFonts w:ascii="Times New Roman" w:hAnsi="Times New Roman" w:eastAsia="Times New Roman" w:cs="Times New Roman"/>
          <w:b/>
          <w:i w:val="0"/>
          <w:sz w:val="22"/>
        </w:rPr>
        <w:t>Пункт 211. Правовой анализ</w:t>
      </w:r>
    </w:p>
    <w:p>
      <w:pPr>
        <w:spacing w:after="120" w:before="160"/>
        <w:ind w:firstLine="720"/>
        <w:jc w:val="both"/>
      </w:pPr>
      <w:r>
        <w:rPr>
          <w:rFonts w:ascii="Times New Roman" w:hAnsi="Times New Roman" w:eastAsia="Times New Roman" w:cs="Times New Roman"/>
          <w:b/>
          <w:i w:val="0"/>
          <w:sz w:val="22"/>
        </w:rPr>
        <w:t xml:space="preserve">211. </w:t>
      </w:r>
      <w:r>
        <w:rPr>
          <w:rFonts w:ascii="Times New Roman" w:hAnsi="Times New Roman" w:eastAsia="Times New Roman" w:cs="Times New Roman"/>
          <w:b w:val="0"/>
          <w:i w:val="0"/>
          <w:sz w:val="22"/>
        </w:rPr>
        <w:t>Поехали! 17.09.22 27.09.22 58 000,00</w:t>
      </w:r>
    </w:p>
    <w:p>
      <w:pPr>
        <w:pStyle w:val="Heading3"/>
      </w:pPr>
      <w:r>
        <w:rPr>
          <w:rFonts w:ascii="Times New Roman" w:hAnsi="Times New Roman" w:eastAsia="Times New Roman" w:cs="Times New Roman"/>
          <w:b/>
          <w:i w:val="0"/>
          <w:sz w:val="22"/>
        </w:rPr>
        <w:t>Пункт 212. Правовой анализ</w:t>
      </w:r>
    </w:p>
    <w:p>
      <w:pPr>
        <w:spacing w:after="120" w:before="160"/>
        <w:ind w:firstLine="720"/>
        <w:jc w:val="both"/>
      </w:pPr>
      <w:r>
        <w:rPr>
          <w:rFonts w:ascii="Times New Roman" w:hAnsi="Times New Roman" w:eastAsia="Times New Roman" w:cs="Times New Roman"/>
          <w:b/>
          <w:i w:val="0"/>
          <w:sz w:val="22"/>
        </w:rPr>
        <w:t xml:space="preserve">212. </w:t>
      </w:r>
      <w:r>
        <w:rPr>
          <w:rFonts w:ascii="Times New Roman" w:hAnsi="Times New Roman" w:eastAsia="Times New Roman" w:cs="Times New Roman"/>
          <w:b w:val="0"/>
          <w:i w:val="0"/>
          <w:sz w:val="22"/>
        </w:rPr>
        <w:t>Кто там? 15.09.22 21.09.22 98 000,00</w:t>
      </w:r>
    </w:p>
    <w:p>
      <w:pPr>
        <w:pStyle w:val="Heading3"/>
      </w:pPr>
      <w:r>
        <w:rPr>
          <w:rFonts w:ascii="Times New Roman" w:hAnsi="Times New Roman" w:eastAsia="Times New Roman" w:cs="Times New Roman"/>
          <w:b/>
          <w:i w:val="0"/>
          <w:sz w:val="22"/>
        </w:rPr>
        <w:t>Пункт 213. Правовой анализ</w:t>
      </w:r>
    </w:p>
    <w:p>
      <w:pPr>
        <w:spacing w:after="120" w:before="160"/>
        <w:ind w:firstLine="720"/>
        <w:jc w:val="both"/>
      </w:pPr>
      <w:r>
        <w:rPr>
          <w:rFonts w:ascii="Times New Roman" w:hAnsi="Times New Roman" w:eastAsia="Times New Roman" w:cs="Times New Roman"/>
          <w:b/>
          <w:i w:val="0"/>
          <w:sz w:val="22"/>
        </w:rPr>
        <w:t xml:space="preserve">213. </w:t>
      </w:r>
      <w:r>
        <w:rPr>
          <w:rFonts w:ascii="Times New Roman" w:hAnsi="Times New Roman" w:eastAsia="Times New Roman" w:cs="Times New Roman"/>
          <w:b w:val="0"/>
          <w:i w:val="0"/>
          <w:sz w:val="22"/>
        </w:rPr>
        <w:t>Брат и Сестра 15.09.22 15.09.22 12 000,00</w:t>
      </w:r>
    </w:p>
    <w:p>
      <w:pPr>
        <w:pStyle w:val="Heading3"/>
      </w:pPr>
      <w:r>
        <w:rPr>
          <w:rFonts w:ascii="Times New Roman" w:hAnsi="Times New Roman" w:eastAsia="Times New Roman" w:cs="Times New Roman"/>
          <w:b/>
          <w:i w:val="0"/>
          <w:sz w:val="22"/>
        </w:rPr>
        <w:t>Пункт 214. Правовой анализ</w:t>
      </w:r>
    </w:p>
    <w:p>
      <w:pPr>
        <w:spacing w:after="120" w:before="160"/>
        <w:ind w:firstLine="720"/>
        <w:jc w:val="both"/>
      </w:pPr>
      <w:r>
        <w:rPr>
          <w:rFonts w:ascii="Times New Roman" w:hAnsi="Times New Roman" w:eastAsia="Times New Roman" w:cs="Times New Roman"/>
          <w:b/>
          <w:i w:val="0"/>
          <w:sz w:val="22"/>
        </w:rPr>
        <w:t xml:space="preserve">214. </w:t>
      </w:r>
      <w:r>
        <w:rPr>
          <w:rFonts w:ascii="Times New Roman" w:hAnsi="Times New Roman" w:eastAsia="Times New Roman" w:cs="Times New Roman"/>
          <w:b w:val="0"/>
          <w:i w:val="0"/>
          <w:sz w:val="22"/>
        </w:rPr>
        <w:t>Ирония судьбы в Голливуде 10.09.22 18.09.22 83 000,00</w:t>
      </w:r>
    </w:p>
    <w:p>
      <w:pPr>
        <w:pStyle w:val="Heading3"/>
      </w:pPr>
      <w:r>
        <w:rPr>
          <w:rFonts w:ascii="Times New Roman" w:hAnsi="Times New Roman" w:eastAsia="Times New Roman" w:cs="Times New Roman"/>
          <w:b/>
          <w:i w:val="0"/>
          <w:sz w:val="22"/>
        </w:rPr>
        <w:t>Пункт 215. Правовой анализ</w:t>
      </w:r>
    </w:p>
    <w:p>
      <w:pPr>
        <w:spacing w:after="120" w:before="160"/>
        <w:ind w:firstLine="720"/>
        <w:jc w:val="both"/>
      </w:pPr>
      <w:r>
        <w:rPr>
          <w:rFonts w:ascii="Times New Roman" w:hAnsi="Times New Roman" w:eastAsia="Times New Roman" w:cs="Times New Roman"/>
          <w:b/>
          <w:i w:val="0"/>
          <w:sz w:val="22"/>
        </w:rPr>
        <w:t xml:space="preserve">215. </w:t>
      </w:r>
      <w:r>
        <w:rPr>
          <w:rFonts w:ascii="Times New Roman" w:hAnsi="Times New Roman" w:eastAsia="Times New Roman" w:cs="Times New Roman"/>
          <w:b w:val="0"/>
          <w:i w:val="0"/>
          <w:sz w:val="22"/>
        </w:rPr>
        <w:t>Три тысячи лет желаний 08.09.22 08.10.22 1 595 000,00</w:t>
      </w:r>
    </w:p>
    <w:p>
      <w:pPr>
        <w:pStyle w:val="Heading3"/>
      </w:pPr>
      <w:r>
        <w:rPr>
          <w:rFonts w:ascii="Times New Roman" w:hAnsi="Times New Roman" w:eastAsia="Times New Roman" w:cs="Times New Roman"/>
          <w:b/>
          <w:i w:val="0"/>
          <w:sz w:val="22"/>
        </w:rPr>
        <w:t>Пункт 216. Правовой анализ</w:t>
      </w:r>
    </w:p>
    <w:p>
      <w:pPr>
        <w:spacing w:after="120" w:before="160"/>
        <w:ind w:firstLine="720"/>
        <w:jc w:val="both"/>
      </w:pPr>
      <w:r>
        <w:rPr>
          <w:rFonts w:ascii="Times New Roman" w:hAnsi="Times New Roman" w:eastAsia="Times New Roman" w:cs="Times New Roman"/>
          <w:b/>
          <w:i w:val="0"/>
          <w:sz w:val="22"/>
        </w:rPr>
        <w:t xml:space="preserve">216. </w:t>
      </w:r>
      <w:r>
        <w:rPr>
          <w:rFonts w:ascii="Times New Roman" w:hAnsi="Times New Roman" w:eastAsia="Times New Roman" w:cs="Times New Roman"/>
          <w:b w:val="0"/>
          <w:i w:val="0"/>
          <w:sz w:val="22"/>
        </w:rPr>
        <w:t>С любовью и яростью 08.09.22 08.09.22 12 000,00</w:t>
      </w:r>
    </w:p>
    <w:p>
      <w:pPr>
        <w:pStyle w:val="Heading3"/>
      </w:pPr>
      <w:r>
        <w:rPr>
          <w:rFonts w:ascii="Times New Roman" w:hAnsi="Times New Roman" w:eastAsia="Times New Roman" w:cs="Times New Roman"/>
          <w:b/>
          <w:i w:val="0"/>
          <w:sz w:val="22"/>
        </w:rPr>
        <w:t>Пункт 217. Правовой анализ</w:t>
      </w:r>
    </w:p>
    <w:p>
      <w:pPr>
        <w:spacing w:after="120" w:before="160"/>
        <w:ind w:firstLine="720"/>
        <w:jc w:val="both"/>
      </w:pPr>
      <w:r>
        <w:rPr>
          <w:rFonts w:ascii="Times New Roman" w:hAnsi="Times New Roman" w:eastAsia="Times New Roman" w:cs="Times New Roman"/>
          <w:b/>
          <w:i w:val="0"/>
          <w:sz w:val="22"/>
        </w:rPr>
        <w:t xml:space="preserve">217. </w:t>
      </w:r>
      <w:r>
        <w:rPr>
          <w:rFonts w:ascii="Times New Roman" w:hAnsi="Times New Roman" w:eastAsia="Times New Roman" w:cs="Times New Roman"/>
          <w:b w:val="0"/>
          <w:i w:val="0"/>
          <w:sz w:val="22"/>
        </w:rPr>
        <w:t>Календарь ма(й)я 03.09.22 17.09.22 120 000,00</w:t>
      </w:r>
    </w:p>
    <w:p>
      <w:pPr>
        <w:pStyle w:val="Heading3"/>
      </w:pPr>
      <w:r>
        <w:rPr>
          <w:rFonts w:ascii="Times New Roman" w:hAnsi="Times New Roman" w:eastAsia="Times New Roman" w:cs="Times New Roman"/>
          <w:b/>
          <w:i w:val="0"/>
          <w:sz w:val="22"/>
        </w:rPr>
        <w:t>Пункт 218. Правовой анализ</w:t>
      </w:r>
    </w:p>
    <w:p>
      <w:pPr>
        <w:spacing w:after="120" w:before="160"/>
        <w:ind w:firstLine="720"/>
        <w:jc w:val="both"/>
      </w:pPr>
      <w:r>
        <w:rPr>
          <w:rFonts w:ascii="Times New Roman" w:hAnsi="Times New Roman" w:eastAsia="Times New Roman" w:cs="Times New Roman"/>
          <w:b/>
          <w:i w:val="0"/>
          <w:sz w:val="22"/>
        </w:rPr>
        <w:t xml:space="preserve">218. </w:t>
      </w:r>
      <w:r>
        <w:rPr>
          <w:rFonts w:ascii="Times New Roman" w:hAnsi="Times New Roman" w:eastAsia="Times New Roman" w:cs="Times New Roman"/>
          <w:b w:val="0"/>
          <w:i w:val="0"/>
          <w:sz w:val="22"/>
        </w:rPr>
        <w:t>Залёт 01.09.22 05.09.22 36 000,00</w:t>
      </w:r>
    </w:p>
    <w:p>
      <w:pPr>
        <w:pStyle w:val="Heading3"/>
      </w:pPr>
      <w:r>
        <w:rPr>
          <w:rFonts w:ascii="Times New Roman" w:hAnsi="Times New Roman" w:eastAsia="Times New Roman" w:cs="Times New Roman"/>
          <w:b/>
          <w:i w:val="0"/>
          <w:sz w:val="22"/>
        </w:rPr>
        <w:t>Пункт 219. Правовой анализ</w:t>
      </w:r>
    </w:p>
    <w:p>
      <w:pPr>
        <w:spacing w:after="120" w:before="160"/>
        <w:ind w:firstLine="720"/>
        <w:jc w:val="both"/>
      </w:pPr>
      <w:r>
        <w:rPr>
          <w:rFonts w:ascii="Times New Roman" w:hAnsi="Times New Roman" w:eastAsia="Times New Roman" w:cs="Times New Roman"/>
          <w:b/>
          <w:i w:val="0"/>
          <w:sz w:val="22"/>
        </w:rPr>
        <w:t xml:space="preserve">219. </w:t>
      </w:r>
      <w:r>
        <w:rPr>
          <w:rFonts w:ascii="Times New Roman" w:hAnsi="Times New Roman" w:eastAsia="Times New Roman" w:cs="Times New Roman"/>
          <w:b w:val="0"/>
          <w:i w:val="0"/>
          <w:sz w:val="22"/>
        </w:rPr>
        <w:t>Преступления будущего 01.09.22 17.09.22 312 000,00</w:t>
      </w:r>
    </w:p>
    <w:p>
      <w:pPr>
        <w:pStyle w:val="Heading3"/>
      </w:pPr>
      <w:r>
        <w:rPr>
          <w:rFonts w:ascii="Times New Roman" w:hAnsi="Times New Roman" w:eastAsia="Times New Roman" w:cs="Times New Roman"/>
          <w:b/>
          <w:i w:val="0"/>
          <w:sz w:val="22"/>
        </w:rPr>
        <w:t>Пункт 220. Правовой анализ</w:t>
      </w:r>
    </w:p>
    <w:p>
      <w:pPr>
        <w:spacing w:after="120" w:before="160"/>
        <w:ind w:firstLine="720"/>
        <w:jc w:val="both"/>
      </w:pPr>
      <w:r>
        <w:rPr>
          <w:rFonts w:ascii="Times New Roman" w:hAnsi="Times New Roman" w:eastAsia="Times New Roman" w:cs="Times New Roman"/>
          <w:b/>
          <w:i w:val="0"/>
          <w:sz w:val="22"/>
        </w:rPr>
        <w:t xml:space="preserve">220. </w:t>
      </w:r>
      <w:r>
        <w:rPr>
          <w:rFonts w:ascii="Times New Roman" w:hAnsi="Times New Roman" w:eastAsia="Times New Roman" w:cs="Times New Roman"/>
          <w:b w:val="0"/>
          <w:i w:val="0"/>
          <w:sz w:val="22"/>
        </w:rPr>
        <w:t>Неубиваемый 25.08.22 06.09.22 80 000,00</w:t>
      </w:r>
    </w:p>
    <w:p>
      <w:pPr>
        <w:pStyle w:val="Heading3"/>
      </w:pPr>
      <w:r>
        <w:rPr>
          <w:rFonts w:ascii="Times New Roman" w:hAnsi="Times New Roman" w:eastAsia="Times New Roman" w:cs="Times New Roman"/>
          <w:b/>
          <w:i w:val="0"/>
          <w:sz w:val="22"/>
        </w:rPr>
        <w:t>Пункт 221. Правовой анализ</w:t>
      </w:r>
    </w:p>
    <w:p>
      <w:pPr>
        <w:spacing w:after="120" w:before="160"/>
        <w:ind w:firstLine="720"/>
        <w:jc w:val="both"/>
      </w:pPr>
      <w:r>
        <w:rPr>
          <w:rFonts w:ascii="Times New Roman" w:hAnsi="Times New Roman" w:eastAsia="Times New Roman" w:cs="Times New Roman"/>
          <w:b/>
          <w:i w:val="0"/>
          <w:sz w:val="22"/>
        </w:rPr>
        <w:t xml:space="preserve">221. </w:t>
      </w:r>
      <w:r>
        <w:rPr>
          <w:rFonts w:ascii="Times New Roman" w:hAnsi="Times New Roman" w:eastAsia="Times New Roman" w:cs="Times New Roman"/>
          <w:b w:val="0"/>
          <w:i w:val="0"/>
          <w:sz w:val="22"/>
        </w:rPr>
        <w:t>После. Долго и счастливо 25.08.22 07.09.22 152 000,00</w:t>
      </w:r>
    </w:p>
    <w:p>
      <w:pPr>
        <w:pStyle w:val="Heading3"/>
      </w:pPr>
      <w:r>
        <w:rPr>
          <w:rFonts w:ascii="Times New Roman" w:hAnsi="Times New Roman" w:eastAsia="Times New Roman" w:cs="Times New Roman"/>
          <w:b/>
          <w:i w:val="0"/>
          <w:sz w:val="22"/>
        </w:rPr>
        <w:t>Пункт 222. Правовой анализ</w:t>
      </w:r>
    </w:p>
    <w:p>
      <w:pPr>
        <w:spacing w:after="120" w:before="160"/>
        <w:ind w:firstLine="720"/>
        <w:jc w:val="both"/>
      </w:pPr>
      <w:r>
        <w:rPr>
          <w:rFonts w:ascii="Times New Roman" w:hAnsi="Times New Roman" w:eastAsia="Times New Roman" w:cs="Times New Roman"/>
          <w:b/>
          <w:i w:val="0"/>
          <w:sz w:val="22"/>
        </w:rPr>
        <w:t xml:space="preserve">222. </w:t>
      </w:r>
      <w:r>
        <w:rPr>
          <w:rFonts w:ascii="Times New Roman" w:hAnsi="Times New Roman" w:eastAsia="Times New Roman" w:cs="Times New Roman"/>
          <w:b w:val="0"/>
          <w:i w:val="0"/>
          <w:sz w:val="22"/>
        </w:rPr>
        <w:t>Легенды Орлёнка 20.08.22 21.08.22 31 500,00</w:t>
      </w:r>
    </w:p>
    <w:p>
      <w:pPr>
        <w:pStyle w:val="Heading3"/>
      </w:pPr>
      <w:r>
        <w:rPr>
          <w:rFonts w:ascii="Times New Roman" w:hAnsi="Times New Roman" w:eastAsia="Times New Roman" w:cs="Times New Roman"/>
          <w:b/>
          <w:i w:val="0"/>
          <w:sz w:val="22"/>
        </w:rPr>
        <w:t>Пункт 223. Правовой анализ</w:t>
      </w:r>
    </w:p>
    <w:p>
      <w:pPr>
        <w:spacing w:after="120" w:before="160"/>
        <w:ind w:firstLine="720"/>
        <w:jc w:val="both"/>
      </w:pPr>
      <w:r>
        <w:rPr>
          <w:rFonts w:ascii="Times New Roman" w:hAnsi="Times New Roman" w:eastAsia="Times New Roman" w:cs="Times New Roman"/>
          <w:b/>
          <w:i w:val="0"/>
          <w:sz w:val="22"/>
        </w:rPr>
        <w:t xml:space="preserve">223. </w:t>
      </w:r>
      <w:r>
        <w:rPr>
          <w:rFonts w:ascii="Times New Roman" w:hAnsi="Times New Roman" w:eastAsia="Times New Roman" w:cs="Times New Roman"/>
          <w:b w:val="0"/>
          <w:i w:val="0"/>
          <w:sz w:val="22"/>
        </w:rPr>
        <w:t>Развод в стиле кунг-фу 19.08.22 24.08.22 33 000,00</w:t>
      </w:r>
    </w:p>
    <w:p>
      <w:pPr>
        <w:pStyle w:val="Heading3"/>
      </w:pPr>
      <w:r>
        <w:rPr>
          <w:rFonts w:ascii="Times New Roman" w:hAnsi="Times New Roman" w:eastAsia="Times New Roman" w:cs="Times New Roman"/>
          <w:b/>
          <w:i w:val="0"/>
          <w:sz w:val="22"/>
        </w:rPr>
        <w:t>Пункт 224. Правовой анализ</w:t>
      </w:r>
    </w:p>
    <w:p>
      <w:pPr>
        <w:spacing w:after="120" w:before="160"/>
        <w:ind w:firstLine="720"/>
        <w:jc w:val="both"/>
      </w:pPr>
      <w:r>
        <w:rPr>
          <w:rFonts w:ascii="Times New Roman" w:hAnsi="Times New Roman" w:eastAsia="Times New Roman" w:cs="Times New Roman"/>
          <w:b/>
          <w:i w:val="0"/>
          <w:sz w:val="22"/>
        </w:rPr>
        <w:t xml:space="preserve">224. </w:t>
      </w:r>
      <w:r>
        <w:rPr>
          <w:rFonts w:ascii="Times New Roman" w:hAnsi="Times New Roman" w:eastAsia="Times New Roman" w:cs="Times New Roman"/>
          <w:b w:val="0"/>
          <w:i w:val="0"/>
          <w:sz w:val="22"/>
        </w:rPr>
        <w:t>Ночной режим 18.08.22 24.08.22 70 000,00</w:t>
      </w:r>
    </w:p>
    <w:p>
      <w:pPr>
        <w:pStyle w:val="Heading3"/>
      </w:pPr>
      <w:r>
        <w:rPr>
          <w:rFonts w:ascii="Times New Roman" w:hAnsi="Times New Roman" w:eastAsia="Times New Roman" w:cs="Times New Roman"/>
          <w:b/>
          <w:i w:val="0"/>
          <w:sz w:val="22"/>
        </w:rPr>
        <w:t>Пункт 225. Правовой анализ</w:t>
      </w:r>
    </w:p>
    <w:p>
      <w:pPr>
        <w:spacing w:after="120" w:before="160"/>
        <w:ind w:firstLine="720"/>
        <w:jc w:val="both"/>
      </w:pPr>
      <w:r>
        <w:rPr>
          <w:rFonts w:ascii="Times New Roman" w:hAnsi="Times New Roman" w:eastAsia="Times New Roman" w:cs="Times New Roman"/>
          <w:b/>
          <w:i w:val="0"/>
          <w:sz w:val="22"/>
        </w:rPr>
        <w:t xml:space="preserve">225. </w:t>
      </w:r>
      <w:r>
        <w:rPr>
          <w:rFonts w:ascii="Times New Roman" w:hAnsi="Times New Roman" w:eastAsia="Times New Roman" w:cs="Times New Roman"/>
          <w:b w:val="0"/>
          <w:i w:val="0"/>
          <w:sz w:val="22"/>
        </w:rPr>
        <w:t>Челюсти. Столкновение 18.08.22 05.09.22 178 000,00</w:t>
      </w:r>
    </w:p>
    <w:p>
      <w:pPr>
        <w:pStyle w:val="Heading3"/>
      </w:pPr>
      <w:r>
        <w:rPr>
          <w:rFonts w:ascii="Times New Roman" w:hAnsi="Times New Roman" w:eastAsia="Times New Roman" w:cs="Times New Roman"/>
          <w:b/>
          <w:i w:val="0"/>
          <w:sz w:val="22"/>
        </w:rPr>
        <w:t>Пункт 226. Правовой анализ</w:t>
      </w:r>
    </w:p>
    <w:p>
      <w:pPr>
        <w:spacing w:after="120" w:before="160"/>
        <w:ind w:firstLine="720"/>
        <w:jc w:val="both"/>
      </w:pPr>
      <w:r>
        <w:rPr>
          <w:rFonts w:ascii="Times New Roman" w:hAnsi="Times New Roman" w:eastAsia="Times New Roman" w:cs="Times New Roman"/>
          <w:b/>
          <w:i w:val="0"/>
          <w:sz w:val="22"/>
        </w:rPr>
        <w:t xml:space="preserve">226. </w:t>
      </w:r>
      <w:r>
        <w:rPr>
          <w:rFonts w:ascii="Times New Roman" w:hAnsi="Times New Roman" w:eastAsia="Times New Roman" w:cs="Times New Roman"/>
          <w:b w:val="0"/>
          <w:i w:val="0"/>
          <w:sz w:val="22"/>
        </w:rPr>
        <w:t>Русалка и дочь короля 12.08.22 04.09.22 120 000,00</w:t>
      </w:r>
    </w:p>
    <w:p>
      <w:pPr>
        <w:pStyle w:val="Heading3"/>
      </w:pPr>
      <w:r>
        <w:rPr>
          <w:rFonts w:ascii="Times New Roman" w:hAnsi="Times New Roman" w:eastAsia="Times New Roman" w:cs="Times New Roman"/>
          <w:b/>
          <w:i w:val="0"/>
          <w:sz w:val="22"/>
        </w:rPr>
        <w:t>Пункт 227. Правовой анализ</w:t>
      </w:r>
    </w:p>
    <w:p>
      <w:pPr>
        <w:spacing w:after="120" w:before="160"/>
        <w:ind w:firstLine="720"/>
        <w:jc w:val="both"/>
      </w:pPr>
      <w:r>
        <w:rPr>
          <w:rFonts w:ascii="Times New Roman" w:hAnsi="Times New Roman" w:eastAsia="Times New Roman" w:cs="Times New Roman"/>
          <w:b/>
          <w:i w:val="0"/>
          <w:sz w:val="22"/>
        </w:rPr>
        <w:t xml:space="preserve">227. </w:t>
      </w:r>
      <w:r>
        <w:rPr>
          <w:rFonts w:ascii="Times New Roman" w:hAnsi="Times New Roman" w:eastAsia="Times New Roman" w:cs="Times New Roman"/>
          <w:b w:val="0"/>
          <w:i w:val="0"/>
          <w:sz w:val="22"/>
        </w:rPr>
        <w:t>Форсаж. Китайский дрифт 11.08.22 14.08.22 63 000,00</w:t>
      </w:r>
    </w:p>
    <w:p>
      <w:pPr>
        <w:pStyle w:val="Heading3"/>
      </w:pPr>
      <w:r>
        <w:rPr>
          <w:rFonts w:ascii="Times New Roman" w:hAnsi="Times New Roman" w:eastAsia="Times New Roman" w:cs="Times New Roman"/>
          <w:b/>
          <w:i w:val="0"/>
          <w:sz w:val="22"/>
        </w:rPr>
        <w:t>Пункт 228. Правовой анализ</w:t>
      </w:r>
    </w:p>
    <w:p>
      <w:pPr>
        <w:spacing w:after="120" w:before="160"/>
        <w:ind w:firstLine="720"/>
        <w:jc w:val="both"/>
      </w:pPr>
      <w:r>
        <w:rPr>
          <w:rFonts w:ascii="Times New Roman" w:hAnsi="Times New Roman" w:eastAsia="Times New Roman" w:cs="Times New Roman"/>
          <w:b/>
          <w:i w:val="0"/>
          <w:sz w:val="22"/>
        </w:rPr>
        <w:t xml:space="preserve">228. </w:t>
      </w:r>
      <w:r>
        <w:rPr>
          <w:rFonts w:ascii="Times New Roman" w:hAnsi="Times New Roman" w:eastAsia="Times New Roman" w:cs="Times New Roman"/>
          <w:b w:val="0"/>
          <w:i w:val="0"/>
          <w:sz w:val="22"/>
        </w:rPr>
        <w:t>Вышка 11.08.22 04.09.22 245 000,00</w:t>
      </w:r>
    </w:p>
    <w:p>
      <w:pPr>
        <w:pStyle w:val="Heading3"/>
      </w:pPr>
      <w:r>
        <w:rPr>
          <w:rFonts w:ascii="Times New Roman" w:hAnsi="Times New Roman" w:eastAsia="Times New Roman" w:cs="Times New Roman"/>
          <w:b/>
          <w:i w:val="0"/>
          <w:sz w:val="22"/>
        </w:rPr>
        <w:t>Пункт 229. Правовой анализ</w:t>
      </w:r>
    </w:p>
    <w:p>
      <w:pPr>
        <w:spacing w:after="120" w:before="160"/>
        <w:ind w:firstLine="720"/>
        <w:jc w:val="both"/>
      </w:pPr>
      <w:r>
        <w:rPr>
          <w:rFonts w:ascii="Times New Roman" w:hAnsi="Times New Roman" w:eastAsia="Times New Roman" w:cs="Times New Roman"/>
          <w:b/>
          <w:i w:val="0"/>
          <w:sz w:val="22"/>
        </w:rPr>
        <w:t xml:space="preserve">229. </w:t>
      </w:r>
      <w:r>
        <w:rPr>
          <w:rFonts w:ascii="Times New Roman" w:hAnsi="Times New Roman" w:eastAsia="Times New Roman" w:cs="Times New Roman"/>
          <w:b w:val="0"/>
          <w:i w:val="0"/>
          <w:sz w:val="22"/>
        </w:rPr>
        <w:t>Стоп-кран 08.08.22 13.08.22 19 000,00</w:t>
      </w:r>
    </w:p>
    <w:p>
      <w:pPr>
        <w:pStyle w:val="Heading3"/>
      </w:pPr>
      <w:r>
        <w:rPr>
          <w:rFonts w:ascii="Times New Roman" w:hAnsi="Times New Roman" w:eastAsia="Times New Roman" w:cs="Times New Roman"/>
          <w:b/>
          <w:i w:val="0"/>
          <w:sz w:val="22"/>
        </w:rPr>
        <w:t>Пункт 230. Правовой анализ</w:t>
      </w:r>
    </w:p>
    <w:p>
      <w:pPr>
        <w:spacing w:after="120" w:before="160"/>
        <w:ind w:firstLine="720"/>
        <w:jc w:val="both"/>
      </w:pPr>
      <w:r>
        <w:rPr>
          <w:rFonts w:ascii="Times New Roman" w:hAnsi="Times New Roman" w:eastAsia="Times New Roman" w:cs="Times New Roman"/>
          <w:b/>
          <w:i w:val="0"/>
          <w:sz w:val="22"/>
        </w:rPr>
        <w:t xml:space="preserve">230. </w:t>
      </w:r>
      <w:r>
        <w:rPr>
          <w:rFonts w:ascii="Times New Roman" w:hAnsi="Times New Roman" w:eastAsia="Times New Roman" w:cs="Times New Roman"/>
          <w:b w:val="0"/>
          <w:i w:val="0"/>
          <w:sz w:val="22"/>
        </w:rPr>
        <w:t>Нахимовцы 07.08.22 10.08.22 18 000,00</w:t>
      </w:r>
    </w:p>
    <w:p>
      <w:pPr>
        <w:pStyle w:val="Heading3"/>
      </w:pPr>
      <w:r>
        <w:rPr>
          <w:rFonts w:ascii="Times New Roman" w:hAnsi="Times New Roman" w:eastAsia="Times New Roman" w:cs="Times New Roman"/>
          <w:b/>
          <w:i w:val="0"/>
          <w:sz w:val="22"/>
        </w:rPr>
        <w:t>Пункт 231. Правовой анализ</w:t>
      </w:r>
    </w:p>
    <w:p>
      <w:pPr>
        <w:spacing w:after="120" w:before="160"/>
        <w:ind w:firstLine="720"/>
        <w:jc w:val="both"/>
      </w:pPr>
      <w:r>
        <w:rPr>
          <w:rFonts w:ascii="Times New Roman" w:hAnsi="Times New Roman" w:eastAsia="Times New Roman" w:cs="Times New Roman"/>
          <w:b/>
          <w:i w:val="0"/>
          <w:sz w:val="22"/>
        </w:rPr>
        <w:t xml:space="preserve">231. </w:t>
      </w:r>
      <w:r>
        <w:rPr>
          <w:rFonts w:ascii="Times New Roman" w:hAnsi="Times New Roman" w:eastAsia="Times New Roman" w:cs="Times New Roman"/>
          <w:b w:val="0"/>
          <w:i w:val="0"/>
          <w:sz w:val="22"/>
        </w:rPr>
        <w:t>Убойный монтаж 06.08.22 06.08.22 14 000,00</w:t>
      </w:r>
    </w:p>
    <w:p>
      <w:pPr>
        <w:pStyle w:val="Heading3"/>
      </w:pPr>
      <w:r>
        <w:rPr>
          <w:rFonts w:ascii="Times New Roman" w:hAnsi="Times New Roman" w:eastAsia="Times New Roman" w:cs="Times New Roman"/>
          <w:b/>
          <w:i w:val="0"/>
          <w:sz w:val="22"/>
        </w:rPr>
        <w:t>Пункт 232. Правовой анализ</w:t>
      </w:r>
    </w:p>
    <w:p>
      <w:pPr>
        <w:spacing w:after="120" w:before="160"/>
        <w:ind w:firstLine="720"/>
        <w:jc w:val="both"/>
      </w:pPr>
      <w:r>
        <w:rPr>
          <w:rFonts w:ascii="Times New Roman" w:hAnsi="Times New Roman" w:eastAsia="Times New Roman" w:cs="Times New Roman"/>
          <w:b/>
          <w:i w:val="0"/>
          <w:sz w:val="22"/>
        </w:rPr>
        <w:t xml:space="preserve">232. </w:t>
      </w:r>
      <w:r>
        <w:rPr>
          <w:rFonts w:ascii="Times New Roman" w:hAnsi="Times New Roman" w:eastAsia="Times New Roman" w:cs="Times New Roman"/>
          <w:b w:val="0"/>
          <w:i w:val="0"/>
          <w:sz w:val="22"/>
        </w:rPr>
        <w:t>Земля. Перезагрузка 04.08.22 16.08.22 75 000,00</w:t>
      </w:r>
    </w:p>
    <w:p>
      <w:pPr>
        <w:pStyle w:val="Heading3"/>
      </w:pPr>
      <w:r>
        <w:rPr>
          <w:rFonts w:ascii="Times New Roman" w:hAnsi="Times New Roman" w:eastAsia="Times New Roman" w:cs="Times New Roman"/>
          <w:b/>
          <w:i w:val="0"/>
          <w:sz w:val="22"/>
        </w:rPr>
        <w:t>Пункт 233. Правовой анализ</w:t>
      </w:r>
    </w:p>
    <w:p>
      <w:pPr>
        <w:spacing w:after="120" w:before="160"/>
        <w:ind w:firstLine="720"/>
        <w:jc w:val="both"/>
      </w:pPr>
      <w:r>
        <w:rPr>
          <w:rFonts w:ascii="Times New Roman" w:hAnsi="Times New Roman" w:eastAsia="Times New Roman" w:cs="Times New Roman"/>
          <w:b/>
          <w:i w:val="0"/>
          <w:sz w:val="22"/>
        </w:rPr>
        <w:t xml:space="preserve">233. </w:t>
      </w:r>
      <w:r>
        <w:rPr>
          <w:rFonts w:ascii="Times New Roman" w:hAnsi="Times New Roman" w:eastAsia="Times New Roman" w:cs="Times New Roman"/>
          <w:b w:val="0"/>
          <w:i w:val="0"/>
          <w:sz w:val="22"/>
        </w:rPr>
        <w:t>ПЕС-САМУРАИ И ГОРОД КОШЕК 30.07.22 31.07.22 28 000,00</w:t>
      </w:r>
    </w:p>
    <w:p>
      <w:pPr>
        <w:pStyle w:val="Heading3"/>
      </w:pPr>
      <w:r>
        <w:rPr>
          <w:rFonts w:ascii="Times New Roman" w:hAnsi="Times New Roman" w:eastAsia="Times New Roman" w:cs="Times New Roman"/>
          <w:b/>
          <w:i w:val="0"/>
          <w:sz w:val="22"/>
        </w:rPr>
        <w:t>Пункт 234. Правовой анализ</w:t>
      </w:r>
    </w:p>
    <w:p>
      <w:pPr>
        <w:spacing w:after="120" w:before="160"/>
        <w:ind w:firstLine="720"/>
        <w:jc w:val="both"/>
      </w:pPr>
      <w:r>
        <w:rPr>
          <w:rFonts w:ascii="Times New Roman" w:hAnsi="Times New Roman" w:eastAsia="Times New Roman" w:cs="Times New Roman"/>
          <w:b/>
          <w:i w:val="0"/>
          <w:sz w:val="22"/>
        </w:rPr>
        <w:t xml:space="preserve">234. </w:t>
      </w:r>
      <w:r>
        <w:rPr>
          <w:rFonts w:ascii="Times New Roman" w:hAnsi="Times New Roman" w:eastAsia="Times New Roman" w:cs="Times New Roman"/>
          <w:b w:val="0"/>
          <w:i w:val="0"/>
          <w:sz w:val="22"/>
        </w:rPr>
        <w:t>Певица на всю голову 29.07.22 08.08.22 55 000,00</w:t>
      </w:r>
    </w:p>
    <w:p>
      <w:pPr>
        <w:pStyle w:val="Heading3"/>
      </w:pPr>
      <w:r>
        <w:rPr>
          <w:rFonts w:ascii="Times New Roman" w:hAnsi="Times New Roman" w:eastAsia="Times New Roman" w:cs="Times New Roman"/>
          <w:b/>
          <w:i w:val="0"/>
          <w:sz w:val="22"/>
        </w:rPr>
        <w:t>Пункт 235. Правовой анализ</w:t>
      </w:r>
    </w:p>
    <w:p>
      <w:pPr>
        <w:spacing w:after="120" w:before="160"/>
        <w:ind w:firstLine="720"/>
        <w:jc w:val="both"/>
      </w:pPr>
      <w:r>
        <w:rPr>
          <w:rFonts w:ascii="Times New Roman" w:hAnsi="Times New Roman" w:eastAsia="Times New Roman" w:cs="Times New Roman"/>
          <w:b/>
          <w:i w:val="0"/>
          <w:sz w:val="22"/>
        </w:rPr>
        <w:t xml:space="preserve">235. </w:t>
      </w:r>
      <w:r>
        <w:rPr>
          <w:rFonts w:ascii="Times New Roman" w:hAnsi="Times New Roman" w:eastAsia="Times New Roman" w:cs="Times New Roman"/>
          <w:b w:val="0"/>
          <w:i w:val="0"/>
          <w:sz w:val="22"/>
        </w:rPr>
        <w:t>Не звезди! 28.07.22 15.08.22 238 000,00</w:t>
      </w:r>
    </w:p>
    <w:p>
      <w:pPr>
        <w:pStyle w:val="Heading3"/>
      </w:pPr>
      <w:r>
        <w:rPr>
          <w:rFonts w:ascii="Times New Roman" w:hAnsi="Times New Roman" w:eastAsia="Times New Roman" w:cs="Times New Roman"/>
          <w:b/>
          <w:i w:val="0"/>
          <w:sz w:val="22"/>
        </w:rPr>
        <w:t>Пункт 236. Правовой анализ</w:t>
      </w:r>
    </w:p>
    <w:p>
      <w:pPr>
        <w:spacing w:after="120" w:before="160"/>
        <w:ind w:firstLine="720"/>
        <w:jc w:val="both"/>
      </w:pPr>
      <w:r>
        <w:rPr>
          <w:rFonts w:ascii="Times New Roman" w:hAnsi="Times New Roman" w:eastAsia="Times New Roman" w:cs="Times New Roman"/>
          <w:b/>
          <w:i w:val="0"/>
          <w:sz w:val="22"/>
        </w:rPr>
        <w:t xml:space="preserve">236. </w:t>
      </w:r>
      <w:r>
        <w:rPr>
          <w:rFonts w:ascii="Times New Roman" w:hAnsi="Times New Roman" w:eastAsia="Times New Roman" w:cs="Times New Roman"/>
          <w:b w:val="0"/>
          <w:i w:val="0"/>
          <w:sz w:val="22"/>
        </w:rPr>
        <w:t>ХРОНОС 24.07.22 01.08.22 29 000,00</w:t>
      </w:r>
    </w:p>
    <w:p>
      <w:pPr>
        <w:pStyle w:val="Heading3"/>
      </w:pPr>
      <w:r>
        <w:rPr>
          <w:rFonts w:ascii="Times New Roman" w:hAnsi="Times New Roman" w:eastAsia="Times New Roman" w:cs="Times New Roman"/>
          <w:b/>
          <w:i w:val="0"/>
          <w:sz w:val="22"/>
        </w:rPr>
        <w:t>Пункт 237. Правовой анализ</w:t>
      </w:r>
    </w:p>
    <w:p>
      <w:pPr>
        <w:spacing w:after="120" w:before="160"/>
        <w:ind w:firstLine="720"/>
        <w:jc w:val="both"/>
      </w:pPr>
      <w:r>
        <w:rPr>
          <w:rFonts w:ascii="Times New Roman" w:hAnsi="Times New Roman" w:eastAsia="Times New Roman" w:cs="Times New Roman"/>
          <w:b/>
          <w:i w:val="0"/>
          <w:sz w:val="22"/>
        </w:rPr>
        <w:t xml:space="preserve">237. </w:t>
      </w:r>
      <w:r>
        <w:rPr>
          <w:rFonts w:ascii="Times New Roman" w:hAnsi="Times New Roman" w:eastAsia="Times New Roman" w:cs="Times New Roman"/>
          <w:b w:val="0"/>
          <w:i w:val="0"/>
          <w:sz w:val="22"/>
        </w:rPr>
        <w:t>НЕУВОЛЬНЯЕМЫИ 23.07.22 06.08.22 81 000,00</w:t>
      </w:r>
    </w:p>
    <w:p>
      <w:pPr>
        <w:pStyle w:val="Heading3"/>
      </w:pPr>
      <w:r>
        <w:rPr>
          <w:rFonts w:ascii="Times New Roman" w:hAnsi="Times New Roman" w:eastAsia="Times New Roman" w:cs="Times New Roman"/>
          <w:b/>
          <w:i w:val="0"/>
          <w:sz w:val="22"/>
        </w:rPr>
        <w:t>Пункт 238. Правовой анализ</w:t>
      </w:r>
    </w:p>
    <w:p>
      <w:pPr>
        <w:spacing w:after="120" w:before="160"/>
        <w:ind w:firstLine="720"/>
        <w:jc w:val="both"/>
      </w:pPr>
      <w:r>
        <w:rPr>
          <w:rFonts w:ascii="Times New Roman" w:hAnsi="Times New Roman" w:eastAsia="Times New Roman" w:cs="Times New Roman"/>
          <w:b/>
          <w:i w:val="0"/>
          <w:sz w:val="22"/>
        </w:rPr>
        <w:t xml:space="preserve">238. </w:t>
      </w:r>
      <w:r>
        <w:rPr>
          <w:rFonts w:ascii="Times New Roman" w:hAnsi="Times New Roman" w:eastAsia="Times New Roman" w:cs="Times New Roman"/>
          <w:b w:val="0"/>
          <w:i w:val="0"/>
          <w:sz w:val="22"/>
        </w:rPr>
        <w:t>Финальный аккорд 21.07.22 22.07.22 42 000,00</w:t>
      </w:r>
    </w:p>
    <w:p>
      <w:pPr>
        <w:pStyle w:val="Heading3"/>
      </w:pPr>
      <w:r>
        <w:rPr>
          <w:rFonts w:ascii="Times New Roman" w:hAnsi="Times New Roman" w:eastAsia="Times New Roman" w:cs="Times New Roman"/>
          <w:b/>
          <w:i w:val="0"/>
          <w:sz w:val="22"/>
        </w:rPr>
        <w:t>Пункт 239. Правовой анализ</w:t>
      </w:r>
    </w:p>
    <w:p>
      <w:pPr>
        <w:spacing w:after="120" w:before="160"/>
        <w:ind w:firstLine="720"/>
        <w:jc w:val="both"/>
      </w:pPr>
      <w:r>
        <w:rPr>
          <w:rFonts w:ascii="Times New Roman" w:hAnsi="Times New Roman" w:eastAsia="Times New Roman" w:cs="Times New Roman"/>
          <w:b/>
          <w:i w:val="0"/>
          <w:sz w:val="22"/>
        </w:rPr>
        <w:t xml:space="preserve">239. </w:t>
      </w:r>
      <w:r>
        <w:rPr>
          <w:rFonts w:ascii="Times New Roman" w:hAnsi="Times New Roman" w:eastAsia="Times New Roman" w:cs="Times New Roman"/>
          <w:b w:val="0"/>
          <w:i w:val="0"/>
          <w:sz w:val="22"/>
        </w:rPr>
        <w:t>Побег из космоса 21.07.22 23.07.22 20 500,00</w:t>
      </w:r>
    </w:p>
    <w:p>
      <w:pPr>
        <w:pStyle w:val="Heading3"/>
      </w:pPr>
      <w:r>
        <w:rPr>
          <w:rFonts w:ascii="Times New Roman" w:hAnsi="Times New Roman" w:eastAsia="Times New Roman" w:cs="Times New Roman"/>
          <w:b/>
          <w:i w:val="0"/>
          <w:sz w:val="22"/>
        </w:rPr>
        <w:t>Пункт 240. Правовой анализ</w:t>
      </w:r>
    </w:p>
    <w:p>
      <w:pPr>
        <w:spacing w:after="120" w:before="160"/>
        <w:ind w:firstLine="720"/>
        <w:jc w:val="both"/>
      </w:pPr>
      <w:r>
        <w:rPr>
          <w:rFonts w:ascii="Times New Roman" w:hAnsi="Times New Roman" w:eastAsia="Times New Roman" w:cs="Times New Roman"/>
          <w:b/>
          <w:i w:val="0"/>
          <w:sz w:val="22"/>
        </w:rPr>
        <w:t xml:space="preserve">240. </w:t>
      </w:r>
      <w:r>
        <w:rPr>
          <w:rFonts w:ascii="Times New Roman" w:hAnsi="Times New Roman" w:eastAsia="Times New Roman" w:cs="Times New Roman"/>
          <w:b w:val="0"/>
          <w:i w:val="0"/>
          <w:sz w:val="22"/>
        </w:rPr>
        <w:t>Одержимая 15.07.22 20.07.22 45 000,00</w:t>
      </w:r>
    </w:p>
    <w:p>
      <w:pPr>
        <w:pStyle w:val="Heading3"/>
      </w:pPr>
      <w:r>
        <w:rPr>
          <w:rFonts w:ascii="Times New Roman" w:hAnsi="Times New Roman" w:eastAsia="Times New Roman" w:cs="Times New Roman"/>
          <w:b/>
          <w:i w:val="0"/>
          <w:sz w:val="22"/>
        </w:rPr>
        <w:t>Пункт 241. Правовой анализ</w:t>
      </w:r>
    </w:p>
    <w:p>
      <w:pPr>
        <w:spacing w:after="120" w:before="160"/>
        <w:ind w:firstLine="720"/>
        <w:jc w:val="both"/>
      </w:pPr>
      <w:r>
        <w:rPr>
          <w:rFonts w:ascii="Times New Roman" w:hAnsi="Times New Roman" w:eastAsia="Times New Roman" w:cs="Times New Roman"/>
          <w:b/>
          <w:i w:val="0"/>
          <w:sz w:val="22"/>
        </w:rPr>
        <w:t xml:space="preserve">241. </w:t>
      </w:r>
      <w:r>
        <w:rPr>
          <w:rFonts w:ascii="Times New Roman" w:hAnsi="Times New Roman" w:eastAsia="Times New Roman" w:cs="Times New Roman"/>
          <w:b w:val="0"/>
          <w:i w:val="0"/>
          <w:sz w:val="22"/>
        </w:rPr>
        <w:t>Месть Банши 15.07.22 30.07.22 178 000,00</w:t>
      </w:r>
    </w:p>
    <w:p>
      <w:pPr>
        <w:pStyle w:val="Heading3"/>
      </w:pPr>
      <w:r>
        <w:rPr>
          <w:rFonts w:ascii="Times New Roman" w:hAnsi="Times New Roman" w:eastAsia="Times New Roman" w:cs="Times New Roman"/>
          <w:b/>
          <w:i w:val="0"/>
          <w:sz w:val="22"/>
        </w:rPr>
        <w:t>Пункт 242. Правовой анализ</w:t>
      </w:r>
    </w:p>
    <w:p>
      <w:pPr>
        <w:spacing w:after="120" w:before="160"/>
        <w:ind w:firstLine="720"/>
        <w:jc w:val="both"/>
      </w:pPr>
      <w:r>
        <w:rPr>
          <w:rFonts w:ascii="Times New Roman" w:hAnsi="Times New Roman" w:eastAsia="Times New Roman" w:cs="Times New Roman"/>
          <w:b/>
          <w:i w:val="0"/>
          <w:sz w:val="22"/>
        </w:rPr>
        <w:t xml:space="preserve">242. </w:t>
      </w:r>
      <w:r>
        <w:rPr>
          <w:rFonts w:ascii="Times New Roman" w:hAnsi="Times New Roman" w:eastAsia="Times New Roman" w:cs="Times New Roman"/>
          <w:b w:val="0"/>
          <w:i w:val="0"/>
          <w:sz w:val="22"/>
        </w:rPr>
        <w:t>Открытое море: Монстр глубины 14.07.22 27.07.22 85 000,00</w:t>
      </w:r>
    </w:p>
    <w:p>
      <w:pPr>
        <w:pStyle w:val="Heading3"/>
      </w:pPr>
      <w:r>
        <w:rPr>
          <w:rFonts w:ascii="Times New Roman" w:hAnsi="Times New Roman" w:eastAsia="Times New Roman" w:cs="Times New Roman"/>
          <w:b/>
          <w:i w:val="0"/>
          <w:sz w:val="22"/>
        </w:rPr>
        <w:t>Пункт 243. Правовой анализ</w:t>
      </w:r>
    </w:p>
    <w:p>
      <w:pPr>
        <w:spacing w:after="120" w:before="160"/>
        <w:ind w:firstLine="720"/>
        <w:jc w:val="both"/>
      </w:pPr>
      <w:r>
        <w:rPr>
          <w:rFonts w:ascii="Times New Roman" w:hAnsi="Times New Roman" w:eastAsia="Times New Roman" w:cs="Times New Roman"/>
          <w:b/>
          <w:i w:val="0"/>
          <w:sz w:val="22"/>
        </w:rPr>
        <w:t xml:space="preserve">243. </w:t>
      </w:r>
      <w:r>
        <w:rPr>
          <w:rFonts w:ascii="Times New Roman" w:hAnsi="Times New Roman" w:eastAsia="Times New Roman" w:cs="Times New Roman"/>
          <w:b w:val="0"/>
          <w:i w:val="0"/>
          <w:sz w:val="22"/>
        </w:rPr>
        <w:t>Джейн глазами Шарлотты 10.07.22 12.07.22 26 000,00</w:t>
      </w:r>
    </w:p>
    <w:p>
      <w:pPr>
        <w:pStyle w:val="Heading3"/>
      </w:pPr>
      <w:r>
        <w:rPr>
          <w:rFonts w:ascii="Times New Roman" w:hAnsi="Times New Roman" w:eastAsia="Times New Roman" w:cs="Times New Roman"/>
          <w:b/>
          <w:i w:val="0"/>
          <w:sz w:val="22"/>
        </w:rPr>
        <w:t>Пункт 244. Правовой анализ</w:t>
      </w:r>
    </w:p>
    <w:p>
      <w:pPr>
        <w:spacing w:after="120" w:before="160"/>
        <w:ind w:firstLine="720"/>
        <w:jc w:val="both"/>
      </w:pPr>
      <w:r>
        <w:rPr>
          <w:rFonts w:ascii="Times New Roman" w:hAnsi="Times New Roman" w:eastAsia="Times New Roman" w:cs="Times New Roman"/>
          <w:b/>
          <w:i w:val="0"/>
          <w:sz w:val="22"/>
        </w:rPr>
        <w:t xml:space="preserve">244. </w:t>
      </w:r>
      <w:r>
        <w:rPr>
          <w:rFonts w:ascii="Times New Roman" w:hAnsi="Times New Roman" w:eastAsia="Times New Roman" w:cs="Times New Roman"/>
          <w:b w:val="0"/>
          <w:i w:val="0"/>
          <w:sz w:val="22"/>
        </w:rPr>
        <w:t>Первая любовь 09.07.22 18.07.22 69 000,00</w:t>
      </w:r>
    </w:p>
    <w:p>
      <w:pPr>
        <w:pStyle w:val="Heading3"/>
      </w:pPr>
      <w:r>
        <w:rPr>
          <w:rFonts w:ascii="Times New Roman" w:hAnsi="Times New Roman" w:eastAsia="Times New Roman" w:cs="Times New Roman"/>
          <w:b/>
          <w:i w:val="0"/>
          <w:sz w:val="22"/>
        </w:rPr>
        <w:t>Пункт 245. Правовой анализ</w:t>
      </w:r>
    </w:p>
    <w:p>
      <w:pPr>
        <w:spacing w:after="120" w:before="160"/>
        <w:ind w:firstLine="720"/>
        <w:jc w:val="both"/>
      </w:pPr>
      <w:r>
        <w:rPr>
          <w:rFonts w:ascii="Times New Roman" w:hAnsi="Times New Roman" w:eastAsia="Times New Roman" w:cs="Times New Roman"/>
          <w:b/>
          <w:i w:val="0"/>
          <w:sz w:val="22"/>
        </w:rPr>
        <w:t xml:space="preserve">245. </w:t>
      </w:r>
      <w:r>
        <w:rPr>
          <w:rFonts w:ascii="Times New Roman" w:hAnsi="Times New Roman" w:eastAsia="Times New Roman" w:cs="Times New Roman"/>
          <w:b w:val="0"/>
          <w:i w:val="0"/>
          <w:sz w:val="22"/>
        </w:rPr>
        <w:t>Супер Майки 08.07.22 24.07.22 156 000,00</w:t>
      </w:r>
    </w:p>
    <w:p>
      <w:pPr>
        <w:pStyle w:val="Heading3"/>
      </w:pPr>
      <w:r>
        <w:rPr>
          <w:rFonts w:ascii="Times New Roman" w:hAnsi="Times New Roman" w:eastAsia="Times New Roman" w:cs="Times New Roman"/>
          <w:b/>
          <w:i w:val="0"/>
          <w:sz w:val="22"/>
        </w:rPr>
        <w:t>Пункт 246. Правовой анализ</w:t>
      </w:r>
    </w:p>
    <w:p>
      <w:pPr>
        <w:spacing w:after="120" w:before="160"/>
        <w:ind w:firstLine="720"/>
        <w:jc w:val="both"/>
      </w:pPr>
      <w:r>
        <w:rPr>
          <w:rFonts w:ascii="Times New Roman" w:hAnsi="Times New Roman" w:eastAsia="Times New Roman" w:cs="Times New Roman"/>
          <w:b/>
          <w:i w:val="0"/>
          <w:sz w:val="22"/>
        </w:rPr>
        <w:t xml:space="preserve">246. </w:t>
      </w:r>
      <w:r>
        <w:rPr>
          <w:rFonts w:ascii="Times New Roman" w:hAnsi="Times New Roman" w:eastAsia="Times New Roman" w:cs="Times New Roman"/>
          <w:b w:val="0"/>
          <w:i w:val="0"/>
          <w:sz w:val="22"/>
        </w:rPr>
        <w:t>Булки 07.07.22 27.07.22 84 000,00</w:t>
      </w:r>
    </w:p>
    <w:p>
      <w:pPr>
        <w:pStyle w:val="Heading3"/>
      </w:pPr>
      <w:r>
        <w:rPr>
          <w:rFonts w:ascii="Times New Roman" w:hAnsi="Times New Roman" w:eastAsia="Times New Roman" w:cs="Times New Roman"/>
          <w:b/>
          <w:i w:val="0"/>
          <w:sz w:val="22"/>
        </w:rPr>
        <w:t>Пункт 247. Правовой анализ</w:t>
      </w:r>
    </w:p>
    <w:p>
      <w:pPr>
        <w:spacing w:after="120" w:before="160"/>
        <w:ind w:firstLine="720"/>
        <w:jc w:val="both"/>
      </w:pPr>
      <w:r>
        <w:rPr>
          <w:rFonts w:ascii="Times New Roman" w:hAnsi="Times New Roman" w:eastAsia="Times New Roman" w:cs="Times New Roman"/>
          <w:b/>
          <w:i w:val="0"/>
          <w:sz w:val="22"/>
        </w:rPr>
        <w:t xml:space="preserve">247. </w:t>
      </w:r>
      <w:r>
        <w:rPr>
          <w:rFonts w:ascii="Times New Roman" w:hAnsi="Times New Roman" w:eastAsia="Times New Roman" w:cs="Times New Roman"/>
          <w:b w:val="0"/>
          <w:i w:val="0"/>
          <w:sz w:val="22"/>
        </w:rPr>
        <w:t>Танцы на высоте! 04.07.22 09.07.22 49 000,00</w:t>
      </w:r>
    </w:p>
    <w:p>
      <w:pPr>
        <w:pStyle w:val="Heading3"/>
      </w:pPr>
      <w:r>
        <w:rPr>
          <w:rFonts w:ascii="Times New Roman" w:hAnsi="Times New Roman" w:eastAsia="Times New Roman" w:cs="Times New Roman"/>
          <w:b/>
          <w:i w:val="0"/>
          <w:sz w:val="22"/>
        </w:rPr>
        <w:t>Пункт 248. Правовой анализ</w:t>
      </w:r>
    </w:p>
    <w:p>
      <w:pPr>
        <w:spacing w:after="120" w:before="160"/>
        <w:ind w:firstLine="720"/>
        <w:jc w:val="both"/>
      </w:pPr>
      <w:r>
        <w:rPr>
          <w:rFonts w:ascii="Times New Roman" w:hAnsi="Times New Roman" w:eastAsia="Times New Roman" w:cs="Times New Roman"/>
          <w:b/>
          <w:i w:val="0"/>
          <w:sz w:val="22"/>
        </w:rPr>
        <w:t xml:space="preserve">248. </w:t>
      </w:r>
      <w:r>
        <w:rPr>
          <w:rFonts w:ascii="Times New Roman" w:hAnsi="Times New Roman" w:eastAsia="Times New Roman" w:cs="Times New Roman"/>
          <w:b w:val="0"/>
          <w:i w:val="0"/>
          <w:sz w:val="22"/>
        </w:rPr>
        <w:t>РАЗВОД. ФИЛЬМ ПЕРВЫЙ 01.07.22 06.07.22 48 000,00</w:t>
      </w:r>
    </w:p>
    <w:p>
      <w:pPr>
        <w:pStyle w:val="Heading3"/>
      </w:pPr>
      <w:r>
        <w:rPr>
          <w:rFonts w:ascii="Times New Roman" w:hAnsi="Times New Roman" w:eastAsia="Times New Roman" w:cs="Times New Roman"/>
          <w:b/>
          <w:i w:val="0"/>
          <w:sz w:val="22"/>
        </w:rPr>
        <w:t>Пункт 249. Правовой анализ</w:t>
      </w:r>
    </w:p>
    <w:p>
      <w:pPr>
        <w:spacing w:after="120" w:before="160"/>
        <w:ind w:firstLine="720"/>
        <w:jc w:val="both"/>
      </w:pPr>
      <w:r>
        <w:rPr>
          <w:rFonts w:ascii="Times New Roman" w:hAnsi="Times New Roman" w:eastAsia="Times New Roman" w:cs="Times New Roman"/>
          <w:b/>
          <w:i w:val="0"/>
          <w:sz w:val="22"/>
        </w:rPr>
        <w:t xml:space="preserve">249. </w:t>
      </w:r>
      <w:r>
        <w:rPr>
          <w:rFonts w:ascii="Times New Roman" w:hAnsi="Times New Roman" w:eastAsia="Times New Roman" w:cs="Times New Roman"/>
          <w:b w:val="0"/>
          <w:i w:val="0"/>
          <w:sz w:val="22"/>
        </w:rPr>
        <w:t>Межсезонье 01.07.22 01.07.22 6 000,00</w:t>
      </w:r>
    </w:p>
    <w:p>
      <w:pPr>
        <w:pStyle w:val="Heading3"/>
      </w:pPr>
      <w:r>
        <w:rPr>
          <w:rFonts w:ascii="Times New Roman" w:hAnsi="Times New Roman" w:eastAsia="Times New Roman" w:cs="Times New Roman"/>
          <w:b/>
          <w:i w:val="0"/>
          <w:sz w:val="22"/>
        </w:rPr>
        <w:t>Пункт 250. Правовой анализ</w:t>
      </w:r>
    </w:p>
    <w:p>
      <w:pPr>
        <w:spacing w:after="120" w:before="160"/>
        <w:ind w:firstLine="720"/>
        <w:jc w:val="both"/>
      </w:pPr>
      <w:r>
        <w:rPr>
          <w:rFonts w:ascii="Times New Roman" w:hAnsi="Times New Roman" w:eastAsia="Times New Roman" w:cs="Times New Roman"/>
          <w:b/>
          <w:i w:val="0"/>
          <w:sz w:val="22"/>
        </w:rPr>
        <w:t xml:space="preserve">250. </w:t>
      </w:r>
      <w:r>
        <w:rPr>
          <w:rFonts w:ascii="Times New Roman" w:hAnsi="Times New Roman" w:eastAsia="Times New Roman" w:cs="Times New Roman"/>
          <w:b w:val="0"/>
          <w:i w:val="0"/>
          <w:sz w:val="22"/>
        </w:rPr>
        <w:t>Главная роль 01.07.22 20.07.22 275 000,00</w:t>
      </w:r>
    </w:p>
    <w:p>
      <w:pPr>
        <w:pStyle w:val="Heading3"/>
      </w:pPr>
      <w:r>
        <w:rPr>
          <w:rFonts w:ascii="Times New Roman" w:hAnsi="Times New Roman" w:eastAsia="Times New Roman" w:cs="Times New Roman"/>
          <w:b/>
          <w:i w:val="0"/>
          <w:sz w:val="22"/>
        </w:rPr>
        <w:t>Пункт 251. Правовой анализ</w:t>
      </w:r>
    </w:p>
    <w:p>
      <w:pPr>
        <w:spacing w:after="120" w:before="160"/>
        <w:ind w:firstLine="720"/>
        <w:jc w:val="both"/>
      </w:pPr>
      <w:r>
        <w:rPr>
          <w:rFonts w:ascii="Times New Roman" w:hAnsi="Times New Roman" w:eastAsia="Times New Roman" w:cs="Times New Roman"/>
          <w:b/>
          <w:i w:val="0"/>
          <w:sz w:val="22"/>
        </w:rPr>
        <w:t xml:space="preserve">251. </w:t>
      </w:r>
      <w:r>
        <w:rPr>
          <w:rFonts w:ascii="Times New Roman" w:hAnsi="Times New Roman" w:eastAsia="Times New Roman" w:cs="Times New Roman"/>
          <w:b w:val="0"/>
          <w:i w:val="0"/>
          <w:sz w:val="22"/>
        </w:rPr>
        <w:t>Школа волшебства 30.06.22 03.07.22 25 500,00</w:t>
      </w:r>
    </w:p>
    <w:p>
      <w:pPr>
        <w:pStyle w:val="Heading3"/>
      </w:pPr>
      <w:r>
        <w:rPr>
          <w:rFonts w:ascii="Times New Roman" w:hAnsi="Times New Roman" w:eastAsia="Times New Roman" w:cs="Times New Roman"/>
          <w:b/>
          <w:i w:val="0"/>
          <w:sz w:val="22"/>
        </w:rPr>
        <w:t>Пункт 252. Правовой анализ</w:t>
      </w:r>
    </w:p>
    <w:p>
      <w:pPr>
        <w:spacing w:after="120" w:before="160"/>
        <w:ind w:firstLine="720"/>
        <w:jc w:val="both"/>
      </w:pPr>
      <w:r>
        <w:rPr>
          <w:rFonts w:ascii="Times New Roman" w:hAnsi="Times New Roman" w:eastAsia="Times New Roman" w:cs="Times New Roman"/>
          <w:b/>
          <w:i w:val="0"/>
          <w:sz w:val="22"/>
        </w:rPr>
        <w:t xml:space="preserve">252. </w:t>
      </w:r>
      <w:r>
        <w:rPr>
          <w:rFonts w:ascii="Times New Roman" w:hAnsi="Times New Roman" w:eastAsia="Times New Roman" w:cs="Times New Roman"/>
          <w:b w:val="0"/>
          <w:i w:val="0"/>
          <w:sz w:val="22"/>
        </w:rPr>
        <w:t>Проклятие Артура 30.06.22 06.07.22 36 000,00</w:t>
      </w:r>
    </w:p>
    <w:p>
      <w:pPr>
        <w:pStyle w:val="Heading3"/>
      </w:pPr>
      <w:r>
        <w:rPr>
          <w:rFonts w:ascii="Times New Roman" w:hAnsi="Times New Roman" w:eastAsia="Times New Roman" w:cs="Times New Roman"/>
          <w:b/>
          <w:i w:val="0"/>
          <w:sz w:val="22"/>
        </w:rPr>
        <w:t>Пункт 253. Правовой анализ</w:t>
      </w:r>
    </w:p>
    <w:p>
      <w:pPr>
        <w:spacing w:after="120" w:before="160"/>
        <w:ind w:firstLine="720"/>
        <w:jc w:val="both"/>
      </w:pPr>
      <w:r>
        <w:rPr>
          <w:rFonts w:ascii="Times New Roman" w:hAnsi="Times New Roman" w:eastAsia="Times New Roman" w:cs="Times New Roman"/>
          <w:b/>
          <w:i w:val="0"/>
          <w:sz w:val="22"/>
        </w:rPr>
        <w:t xml:space="preserve">253. </w:t>
      </w:r>
      <w:r>
        <w:rPr>
          <w:rFonts w:ascii="Times New Roman" w:hAnsi="Times New Roman" w:eastAsia="Times New Roman" w:cs="Times New Roman"/>
          <w:b w:val="0"/>
          <w:i w:val="0"/>
          <w:sz w:val="22"/>
        </w:rPr>
        <w:t>Мамочки 23.06.22 25.06.22 54 000,00</w:t>
      </w:r>
    </w:p>
    <w:p>
      <w:pPr>
        <w:pStyle w:val="Heading3"/>
      </w:pPr>
      <w:r>
        <w:rPr>
          <w:rFonts w:ascii="Times New Roman" w:hAnsi="Times New Roman" w:eastAsia="Times New Roman" w:cs="Times New Roman"/>
          <w:b/>
          <w:i w:val="0"/>
          <w:sz w:val="22"/>
        </w:rPr>
        <w:t>Пункт 254. Правовой анализ</w:t>
      </w:r>
    </w:p>
    <w:p>
      <w:pPr>
        <w:spacing w:after="120" w:before="160"/>
        <w:ind w:firstLine="720"/>
        <w:jc w:val="both"/>
      </w:pPr>
      <w:r>
        <w:rPr>
          <w:rFonts w:ascii="Times New Roman" w:hAnsi="Times New Roman" w:eastAsia="Times New Roman" w:cs="Times New Roman"/>
          <w:b/>
          <w:i w:val="0"/>
          <w:sz w:val="22"/>
        </w:rPr>
        <w:t xml:space="preserve">254. </w:t>
      </w:r>
      <w:r>
        <w:rPr>
          <w:rFonts w:ascii="Times New Roman" w:hAnsi="Times New Roman" w:eastAsia="Times New Roman" w:cs="Times New Roman"/>
          <w:b w:val="0"/>
          <w:i w:val="0"/>
          <w:sz w:val="22"/>
        </w:rPr>
        <w:t>Дикая 23.06.22 05.07.22 153 000,00</w:t>
      </w:r>
    </w:p>
    <w:p>
      <w:pPr>
        <w:pStyle w:val="Heading3"/>
      </w:pPr>
      <w:r>
        <w:rPr>
          <w:rFonts w:ascii="Times New Roman" w:hAnsi="Times New Roman" w:eastAsia="Times New Roman" w:cs="Times New Roman"/>
          <w:b/>
          <w:i w:val="0"/>
          <w:sz w:val="22"/>
        </w:rPr>
        <w:t>Пункт 255. Правовой анализ</w:t>
      </w:r>
    </w:p>
    <w:p>
      <w:pPr>
        <w:spacing w:after="120" w:before="160"/>
        <w:ind w:firstLine="720"/>
        <w:jc w:val="both"/>
      </w:pPr>
      <w:r>
        <w:rPr>
          <w:rFonts w:ascii="Times New Roman" w:hAnsi="Times New Roman" w:eastAsia="Times New Roman" w:cs="Times New Roman"/>
          <w:b/>
          <w:i w:val="0"/>
          <w:sz w:val="22"/>
        </w:rPr>
        <w:t xml:space="preserve">255. </w:t>
      </w:r>
      <w:r>
        <w:rPr>
          <w:rFonts w:ascii="Times New Roman" w:hAnsi="Times New Roman" w:eastAsia="Times New Roman" w:cs="Times New Roman"/>
          <w:b w:val="0"/>
          <w:i w:val="0"/>
          <w:sz w:val="22"/>
        </w:rPr>
        <w:t>Афера по-неаполитански 16.06.22 22.06.22 123 000,00</w:t>
      </w:r>
    </w:p>
    <w:p>
      <w:pPr>
        <w:pStyle w:val="Heading3"/>
      </w:pPr>
      <w:r>
        <w:rPr>
          <w:rFonts w:ascii="Times New Roman" w:hAnsi="Times New Roman" w:eastAsia="Times New Roman" w:cs="Times New Roman"/>
          <w:b/>
          <w:i w:val="0"/>
          <w:sz w:val="22"/>
        </w:rPr>
        <w:t>Пункт 256. Правовой анализ</w:t>
      </w:r>
    </w:p>
    <w:p>
      <w:pPr>
        <w:spacing w:after="120" w:before="160"/>
        <w:ind w:firstLine="720"/>
        <w:jc w:val="both"/>
      </w:pPr>
      <w:r>
        <w:rPr>
          <w:rFonts w:ascii="Times New Roman" w:hAnsi="Times New Roman" w:eastAsia="Times New Roman" w:cs="Times New Roman"/>
          <w:b/>
          <w:i w:val="0"/>
          <w:sz w:val="22"/>
        </w:rPr>
        <w:t xml:space="preserve">256. </w:t>
      </w:r>
      <w:r>
        <w:rPr>
          <w:rFonts w:ascii="Times New Roman" w:hAnsi="Times New Roman" w:eastAsia="Times New Roman" w:cs="Times New Roman"/>
          <w:b w:val="0"/>
          <w:i w:val="0"/>
          <w:sz w:val="22"/>
        </w:rPr>
        <w:t>Бультерьер 16.06.22 19.06.22 68 000,00</w:t>
      </w:r>
    </w:p>
    <w:p>
      <w:pPr>
        <w:pStyle w:val="Heading3"/>
      </w:pPr>
      <w:r>
        <w:rPr>
          <w:rFonts w:ascii="Times New Roman" w:hAnsi="Times New Roman" w:eastAsia="Times New Roman" w:cs="Times New Roman"/>
          <w:b/>
          <w:i w:val="0"/>
          <w:sz w:val="22"/>
        </w:rPr>
        <w:t>Пункт 257. Правовой анализ</w:t>
      </w:r>
    </w:p>
    <w:p>
      <w:pPr>
        <w:spacing w:after="120" w:before="160"/>
        <w:ind w:firstLine="720"/>
        <w:jc w:val="both"/>
      </w:pPr>
      <w:r>
        <w:rPr>
          <w:rFonts w:ascii="Times New Roman" w:hAnsi="Times New Roman" w:eastAsia="Times New Roman" w:cs="Times New Roman"/>
          <w:b/>
          <w:i w:val="0"/>
          <w:sz w:val="22"/>
        </w:rPr>
        <w:t xml:space="preserve">257. </w:t>
      </w:r>
      <w:r>
        <w:rPr>
          <w:rFonts w:ascii="Times New Roman" w:hAnsi="Times New Roman" w:eastAsia="Times New Roman" w:cs="Times New Roman"/>
          <w:b w:val="0"/>
          <w:i w:val="0"/>
          <w:sz w:val="22"/>
        </w:rPr>
        <w:t>Кощей. Похититель невест 11.06.22 21.06.22 69 500,00</w:t>
      </w:r>
    </w:p>
    <w:p>
      <w:pPr>
        <w:pStyle w:val="Heading3"/>
      </w:pPr>
      <w:r>
        <w:rPr>
          <w:rFonts w:ascii="Times New Roman" w:hAnsi="Times New Roman" w:eastAsia="Times New Roman" w:cs="Times New Roman"/>
          <w:b/>
          <w:i w:val="0"/>
          <w:sz w:val="22"/>
        </w:rPr>
        <w:t>Пункт 258. Правовой анализ</w:t>
      </w:r>
    </w:p>
    <w:p>
      <w:pPr>
        <w:spacing w:after="120" w:before="160"/>
        <w:ind w:firstLine="720"/>
        <w:jc w:val="both"/>
      </w:pPr>
      <w:r>
        <w:rPr>
          <w:rFonts w:ascii="Times New Roman" w:hAnsi="Times New Roman" w:eastAsia="Times New Roman" w:cs="Times New Roman"/>
          <w:b/>
          <w:i w:val="0"/>
          <w:sz w:val="22"/>
        </w:rPr>
        <w:t xml:space="preserve">258. </w:t>
      </w:r>
      <w:r>
        <w:rPr>
          <w:rFonts w:ascii="Times New Roman" w:hAnsi="Times New Roman" w:eastAsia="Times New Roman" w:cs="Times New Roman"/>
          <w:b w:val="0"/>
          <w:i w:val="0"/>
          <w:sz w:val="22"/>
        </w:rPr>
        <w:t>Одна 10.06.22 30.06.22 247 000,00</w:t>
      </w:r>
    </w:p>
    <w:p>
      <w:pPr>
        <w:pStyle w:val="Heading3"/>
      </w:pPr>
      <w:r>
        <w:rPr>
          <w:rFonts w:ascii="Times New Roman" w:hAnsi="Times New Roman" w:eastAsia="Times New Roman" w:cs="Times New Roman"/>
          <w:b/>
          <w:i w:val="0"/>
          <w:sz w:val="22"/>
        </w:rPr>
        <w:t>Пункт 259. Правовой анализ</w:t>
      </w:r>
    </w:p>
    <w:p>
      <w:pPr>
        <w:spacing w:after="120" w:before="160"/>
        <w:ind w:firstLine="720"/>
        <w:jc w:val="both"/>
      </w:pPr>
      <w:r>
        <w:rPr>
          <w:rFonts w:ascii="Times New Roman" w:hAnsi="Times New Roman" w:eastAsia="Times New Roman" w:cs="Times New Roman"/>
          <w:b/>
          <w:i w:val="0"/>
          <w:sz w:val="22"/>
        </w:rPr>
        <w:t xml:space="preserve">259. </w:t>
      </w:r>
      <w:r>
        <w:rPr>
          <w:rFonts w:ascii="Times New Roman" w:hAnsi="Times New Roman" w:eastAsia="Times New Roman" w:cs="Times New Roman"/>
          <w:b w:val="0"/>
          <w:i w:val="0"/>
          <w:sz w:val="22"/>
        </w:rPr>
        <w:t>Пропавшая 09.06.22 06.07.22 798 000,00</w:t>
      </w:r>
    </w:p>
    <w:p>
      <w:pPr>
        <w:pStyle w:val="Heading3"/>
      </w:pPr>
      <w:r>
        <w:rPr>
          <w:rFonts w:ascii="Times New Roman" w:hAnsi="Times New Roman" w:eastAsia="Times New Roman" w:cs="Times New Roman"/>
          <w:b/>
          <w:i w:val="0"/>
          <w:sz w:val="22"/>
        </w:rPr>
        <w:t>Пункт 260. Правовой анализ</w:t>
      </w:r>
    </w:p>
    <w:p>
      <w:pPr>
        <w:spacing w:after="120" w:before="160"/>
        <w:ind w:firstLine="720"/>
        <w:jc w:val="both"/>
      </w:pPr>
      <w:r>
        <w:rPr>
          <w:rFonts w:ascii="Times New Roman" w:hAnsi="Times New Roman" w:eastAsia="Times New Roman" w:cs="Times New Roman"/>
          <w:b/>
          <w:i w:val="0"/>
          <w:sz w:val="22"/>
        </w:rPr>
        <w:t xml:space="preserve">260. </w:t>
      </w:r>
      <w:r>
        <w:rPr>
          <w:rFonts w:ascii="Times New Roman" w:hAnsi="Times New Roman" w:eastAsia="Times New Roman" w:cs="Times New Roman"/>
          <w:b w:val="0"/>
          <w:i w:val="0"/>
          <w:sz w:val="22"/>
        </w:rPr>
        <w:t>Молодой человек 09.06.22 23.06.22 213 000,00</w:t>
      </w:r>
    </w:p>
    <w:p>
      <w:pPr>
        <w:pStyle w:val="Heading3"/>
      </w:pPr>
      <w:r>
        <w:rPr>
          <w:rFonts w:ascii="Times New Roman" w:hAnsi="Times New Roman" w:eastAsia="Times New Roman" w:cs="Times New Roman"/>
          <w:b/>
          <w:i w:val="0"/>
          <w:sz w:val="22"/>
        </w:rPr>
        <w:t>Пункт 261. Правовой анализ</w:t>
      </w:r>
    </w:p>
    <w:p>
      <w:pPr>
        <w:spacing w:after="120" w:before="160"/>
        <w:ind w:firstLine="720"/>
        <w:jc w:val="both"/>
      </w:pPr>
      <w:r>
        <w:rPr>
          <w:rFonts w:ascii="Times New Roman" w:hAnsi="Times New Roman" w:eastAsia="Times New Roman" w:cs="Times New Roman"/>
          <w:b/>
          <w:i w:val="0"/>
          <w:sz w:val="22"/>
        </w:rPr>
        <w:t xml:space="preserve">261. </w:t>
      </w:r>
      <w:r>
        <w:rPr>
          <w:rFonts w:ascii="Times New Roman" w:hAnsi="Times New Roman" w:eastAsia="Times New Roman" w:cs="Times New Roman"/>
          <w:b w:val="0"/>
          <w:i w:val="0"/>
          <w:sz w:val="22"/>
        </w:rPr>
        <w:t>Коати. Легенда джунглей 05.06.22 19.06.22 17 000,00</w:t>
      </w:r>
    </w:p>
    <w:p>
      <w:pPr>
        <w:pStyle w:val="Heading3"/>
      </w:pPr>
      <w:r>
        <w:rPr>
          <w:rFonts w:ascii="Times New Roman" w:hAnsi="Times New Roman" w:eastAsia="Times New Roman" w:cs="Times New Roman"/>
          <w:b/>
          <w:i w:val="0"/>
          <w:sz w:val="22"/>
        </w:rPr>
        <w:t>Пункт 262. Правовой анализ</w:t>
      </w:r>
    </w:p>
    <w:p>
      <w:pPr>
        <w:spacing w:after="120" w:before="160"/>
        <w:ind w:firstLine="720"/>
        <w:jc w:val="both"/>
      </w:pPr>
      <w:r>
        <w:rPr>
          <w:rFonts w:ascii="Times New Roman" w:hAnsi="Times New Roman" w:eastAsia="Times New Roman" w:cs="Times New Roman"/>
          <w:b/>
          <w:i w:val="0"/>
          <w:sz w:val="22"/>
        </w:rPr>
        <w:t xml:space="preserve">262. </w:t>
      </w:r>
      <w:r>
        <w:rPr>
          <w:rFonts w:ascii="Times New Roman" w:hAnsi="Times New Roman" w:eastAsia="Times New Roman" w:cs="Times New Roman"/>
          <w:b w:val="0"/>
          <w:i w:val="0"/>
          <w:sz w:val="22"/>
        </w:rPr>
        <w:t>Своя война: Шторм в пустыне 03.06.22 15.06.22 69 000,00</w:t>
      </w:r>
    </w:p>
    <w:p>
      <w:pPr>
        <w:pStyle w:val="Heading3"/>
      </w:pPr>
      <w:r>
        <w:rPr>
          <w:rFonts w:ascii="Times New Roman" w:hAnsi="Times New Roman" w:eastAsia="Times New Roman" w:cs="Times New Roman"/>
          <w:b/>
          <w:i w:val="0"/>
          <w:sz w:val="22"/>
        </w:rPr>
        <w:t>Пункт 263. Правовой анализ</w:t>
      </w:r>
    </w:p>
    <w:p>
      <w:pPr>
        <w:spacing w:after="120" w:before="160"/>
        <w:ind w:firstLine="720"/>
        <w:jc w:val="both"/>
      </w:pPr>
      <w:r>
        <w:rPr>
          <w:rFonts w:ascii="Times New Roman" w:hAnsi="Times New Roman" w:eastAsia="Times New Roman" w:cs="Times New Roman"/>
          <w:b/>
          <w:i w:val="0"/>
          <w:sz w:val="22"/>
        </w:rPr>
        <w:t xml:space="preserve">263. </w:t>
      </w:r>
      <w:r>
        <w:rPr>
          <w:rFonts w:ascii="Times New Roman" w:hAnsi="Times New Roman" w:eastAsia="Times New Roman" w:cs="Times New Roman"/>
          <w:b w:val="0"/>
          <w:i w:val="0"/>
          <w:sz w:val="22"/>
        </w:rPr>
        <w:t>Вендетта. Банды Атланты 02.06.22 22.06.22 193 000,00</w:t>
      </w:r>
    </w:p>
    <w:p>
      <w:pPr>
        <w:pStyle w:val="Heading3"/>
      </w:pPr>
      <w:r>
        <w:rPr>
          <w:rFonts w:ascii="Times New Roman" w:hAnsi="Times New Roman" w:eastAsia="Times New Roman" w:cs="Times New Roman"/>
          <w:b/>
          <w:i w:val="0"/>
          <w:sz w:val="22"/>
        </w:rPr>
        <w:t>Пункт 264. Правовой анализ</w:t>
      </w:r>
    </w:p>
    <w:p>
      <w:pPr>
        <w:spacing w:after="120" w:before="160"/>
        <w:ind w:firstLine="720"/>
        <w:jc w:val="both"/>
      </w:pPr>
      <w:r>
        <w:rPr>
          <w:rFonts w:ascii="Times New Roman" w:hAnsi="Times New Roman" w:eastAsia="Times New Roman" w:cs="Times New Roman"/>
          <w:b/>
          <w:i w:val="0"/>
          <w:sz w:val="22"/>
        </w:rPr>
        <w:t xml:space="preserve">264. </w:t>
      </w:r>
      <w:r>
        <w:rPr>
          <w:rFonts w:ascii="Times New Roman" w:hAnsi="Times New Roman" w:eastAsia="Times New Roman" w:cs="Times New Roman"/>
          <w:b w:val="0"/>
          <w:i w:val="0"/>
          <w:sz w:val="22"/>
        </w:rPr>
        <w:t>Три кота и Море приключений 02.06.22 21.06.22 78 000,00</w:t>
      </w:r>
    </w:p>
    <w:p>
      <w:pPr>
        <w:pStyle w:val="Heading3"/>
      </w:pPr>
      <w:r>
        <w:rPr>
          <w:rFonts w:ascii="Times New Roman" w:hAnsi="Times New Roman" w:eastAsia="Times New Roman" w:cs="Times New Roman"/>
          <w:b/>
          <w:i w:val="0"/>
          <w:sz w:val="22"/>
        </w:rPr>
        <w:t>Пункт 265. Правовой анализ</w:t>
      </w:r>
    </w:p>
    <w:p>
      <w:pPr>
        <w:spacing w:after="120" w:before="160"/>
        <w:ind w:firstLine="720"/>
        <w:jc w:val="both"/>
      </w:pPr>
      <w:r>
        <w:rPr>
          <w:rFonts w:ascii="Times New Roman" w:hAnsi="Times New Roman" w:eastAsia="Times New Roman" w:cs="Times New Roman"/>
          <w:b/>
          <w:i w:val="0"/>
          <w:sz w:val="22"/>
        </w:rPr>
        <w:t xml:space="preserve">265. </w:t>
      </w:r>
      <w:r>
        <w:rPr>
          <w:rFonts w:ascii="Times New Roman" w:hAnsi="Times New Roman" w:eastAsia="Times New Roman" w:cs="Times New Roman"/>
          <w:b w:val="0"/>
          <w:i w:val="0"/>
          <w:sz w:val="22"/>
        </w:rPr>
        <w:t>ТОЧКА КИПЕНИЯ 01.06.22 05.06.22 40 000,00</w:t>
      </w:r>
    </w:p>
    <w:p>
      <w:pPr>
        <w:pStyle w:val="Heading3"/>
      </w:pPr>
      <w:r>
        <w:rPr>
          <w:rFonts w:ascii="Times New Roman" w:hAnsi="Times New Roman" w:eastAsia="Times New Roman" w:cs="Times New Roman"/>
          <w:b/>
          <w:i w:val="0"/>
          <w:sz w:val="22"/>
        </w:rPr>
        <w:t>Пункт 266. Правовой анализ</w:t>
      </w:r>
    </w:p>
    <w:p>
      <w:pPr>
        <w:spacing w:after="120" w:before="160"/>
        <w:ind w:firstLine="720"/>
        <w:jc w:val="both"/>
      </w:pPr>
      <w:r>
        <w:rPr>
          <w:rFonts w:ascii="Times New Roman" w:hAnsi="Times New Roman" w:eastAsia="Times New Roman" w:cs="Times New Roman"/>
          <w:b/>
          <w:i w:val="0"/>
          <w:sz w:val="22"/>
        </w:rPr>
        <w:t xml:space="preserve">266. </w:t>
      </w:r>
      <w:r>
        <w:rPr>
          <w:rFonts w:ascii="Times New Roman" w:hAnsi="Times New Roman" w:eastAsia="Times New Roman" w:cs="Times New Roman"/>
          <w:b w:val="0"/>
          <w:i w:val="0"/>
          <w:sz w:val="22"/>
        </w:rPr>
        <w:t>Ника 28.05.22 30.05.22 12 000,00</w:t>
      </w:r>
    </w:p>
    <w:p>
      <w:pPr>
        <w:pStyle w:val="Heading3"/>
      </w:pPr>
      <w:r>
        <w:rPr>
          <w:rFonts w:ascii="Times New Roman" w:hAnsi="Times New Roman" w:eastAsia="Times New Roman" w:cs="Times New Roman"/>
          <w:b/>
          <w:i w:val="0"/>
          <w:sz w:val="22"/>
        </w:rPr>
        <w:t>Пункт 267. Правовой анализ</w:t>
      </w:r>
    </w:p>
    <w:p>
      <w:pPr>
        <w:spacing w:after="120" w:before="160"/>
        <w:ind w:firstLine="720"/>
        <w:jc w:val="both"/>
      </w:pPr>
      <w:r>
        <w:rPr>
          <w:rFonts w:ascii="Times New Roman" w:hAnsi="Times New Roman" w:eastAsia="Times New Roman" w:cs="Times New Roman"/>
          <w:b/>
          <w:i w:val="0"/>
          <w:sz w:val="22"/>
        </w:rPr>
        <w:t xml:space="preserve">267. </w:t>
      </w:r>
      <w:r>
        <w:rPr>
          <w:rFonts w:ascii="Times New Roman" w:hAnsi="Times New Roman" w:eastAsia="Times New Roman" w:cs="Times New Roman"/>
          <w:b w:val="0"/>
          <w:i w:val="0"/>
          <w:sz w:val="22"/>
        </w:rPr>
        <w:t>Святым тут не место 27.05.22 28.05.22 42 000,00</w:t>
      </w:r>
    </w:p>
    <w:p>
      <w:pPr>
        <w:pStyle w:val="Heading3"/>
      </w:pPr>
      <w:r>
        <w:rPr>
          <w:rFonts w:ascii="Times New Roman" w:hAnsi="Times New Roman" w:eastAsia="Times New Roman" w:cs="Times New Roman"/>
          <w:b/>
          <w:i w:val="0"/>
          <w:sz w:val="22"/>
        </w:rPr>
        <w:t>Пункт 268. Правовой анализ</w:t>
      </w:r>
    </w:p>
    <w:p>
      <w:pPr>
        <w:spacing w:after="120" w:before="160"/>
        <w:ind w:firstLine="720"/>
        <w:jc w:val="both"/>
      </w:pPr>
      <w:r>
        <w:rPr>
          <w:rFonts w:ascii="Times New Roman" w:hAnsi="Times New Roman" w:eastAsia="Times New Roman" w:cs="Times New Roman"/>
          <w:b/>
          <w:i w:val="0"/>
          <w:sz w:val="22"/>
        </w:rPr>
        <w:t xml:space="preserve">268. </w:t>
      </w:r>
      <w:r>
        <w:rPr>
          <w:rFonts w:ascii="Times New Roman" w:hAnsi="Times New Roman" w:eastAsia="Times New Roman" w:cs="Times New Roman"/>
          <w:b w:val="0"/>
          <w:i w:val="0"/>
          <w:sz w:val="22"/>
        </w:rPr>
        <w:t>Аманат 27.05.22 14.06.22 222 000,00</w:t>
      </w:r>
    </w:p>
    <w:p>
      <w:pPr>
        <w:pStyle w:val="Heading3"/>
      </w:pPr>
      <w:r>
        <w:rPr>
          <w:rFonts w:ascii="Times New Roman" w:hAnsi="Times New Roman" w:eastAsia="Times New Roman" w:cs="Times New Roman"/>
          <w:b/>
          <w:i w:val="0"/>
          <w:sz w:val="22"/>
        </w:rPr>
        <w:t>Пункт 269. Правовой анализ</w:t>
      </w:r>
    </w:p>
    <w:p>
      <w:pPr>
        <w:spacing w:after="120" w:before="160"/>
        <w:ind w:firstLine="720"/>
        <w:jc w:val="both"/>
      </w:pPr>
      <w:r>
        <w:rPr>
          <w:rFonts w:ascii="Times New Roman" w:hAnsi="Times New Roman" w:eastAsia="Times New Roman" w:cs="Times New Roman"/>
          <w:b/>
          <w:i w:val="0"/>
          <w:sz w:val="22"/>
        </w:rPr>
        <w:t xml:space="preserve">269. </w:t>
      </w:r>
      <w:r>
        <w:rPr>
          <w:rFonts w:ascii="Times New Roman" w:hAnsi="Times New Roman" w:eastAsia="Times New Roman" w:cs="Times New Roman"/>
          <w:b w:val="0"/>
          <w:i w:val="0"/>
          <w:sz w:val="22"/>
        </w:rPr>
        <w:t>Отряд "Призрак" 26.05.22 29.05.22 94 000,00</w:t>
      </w:r>
    </w:p>
    <w:p>
      <w:pPr>
        <w:pStyle w:val="Heading3"/>
      </w:pPr>
      <w:r>
        <w:rPr>
          <w:rFonts w:ascii="Times New Roman" w:hAnsi="Times New Roman" w:eastAsia="Times New Roman" w:cs="Times New Roman"/>
          <w:b/>
          <w:i w:val="0"/>
          <w:sz w:val="22"/>
        </w:rPr>
        <w:t>Пункт 270. Правовой анализ</w:t>
      </w:r>
    </w:p>
    <w:p>
      <w:pPr>
        <w:spacing w:after="120" w:before="160"/>
        <w:ind w:firstLine="720"/>
        <w:jc w:val="both"/>
      </w:pPr>
      <w:r>
        <w:rPr>
          <w:rFonts w:ascii="Times New Roman" w:hAnsi="Times New Roman" w:eastAsia="Times New Roman" w:cs="Times New Roman"/>
          <w:b/>
          <w:i w:val="0"/>
          <w:sz w:val="22"/>
        </w:rPr>
        <w:t xml:space="preserve">270. </w:t>
      </w:r>
      <w:r>
        <w:rPr>
          <w:rFonts w:ascii="Times New Roman" w:hAnsi="Times New Roman" w:eastAsia="Times New Roman" w:cs="Times New Roman"/>
          <w:b w:val="0"/>
          <w:i w:val="0"/>
          <w:sz w:val="22"/>
        </w:rPr>
        <w:t>Эскортницы 26.05.22 26.07.22 1 985 000,00</w:t>
      </w:r>
    </w:p>
    <w:p>
      <w:pPr>
        <w:pStyle w:val="Heading3"/>
      </w:pPr>
      <w:r>
        <w:rPr>
          <w:rFonts w:ascii="Times New Roman" w:hAnsi="Times New Roman" w:eastAsia="Times New Roman" w:cs="Times New Roman"/>
          <w:b/>
          <w:i w:val="0"/>
          <w:sz w:val="22"/>
        </w:rPr>
        <w:t>Пункт 271. Правовой анализ</w:t>
      </w:r>
    </w:p>
    <w:p>
      <w:pPr>
        <w:spacing w:after="120" w:before="160"/>
        <w:ind w:firstLine="720"/>
        <w:jc w:val="both"/>
      </w:pPr>
      <w:r>
        <w:rPr>
          <w:rFonts w:ascii="Times New Roman" w:hAnsi="Times New Roman" w:eastAsia="Times New Roman" w:cs="Times New Roman"/>
          <w:b/>
          <w:i w:val="0"/>
          <w:sz w:val="22"/>
        </w:rPr>
        <w:t xml:space="preserve">271. </w:t>
      </w:r>
      <w:r>
        <w:rPr>
          <w:rFonts w:ascii="Times New Roman" w:hAnsi="Times New Roman" w:eastAsia="Times New Roman" w:cs="Times New Roman"/>
          <w:b w:val="0"/>
          <w:i w:val="0"/>
          <w:sz w:val="22"/>
        </w:rPr>
        <w:t>Мой папа - вождь! 26.05.22 31.05.22 31 000,00</w:t>
      </w:r>
    </w:p>
    <w:p>
      <w:pPr>
        <w:pStyle w:val="Heading3"/>
      </w:pPr>
      <w:r>
        <w:rPr>
          <w:rFonts w:ascii="Times New Roman" w:hAnsi="Times New Roman" w:eastAsia="Times New Roman" w:cs="Times New Roman"/>
          <w:b/>
          <w:i w:val="0"/>
          <w:sz w:val="22"/>
        </w:rPr>
        <w:t>Пункт 272. Правовой анализ</w:t>
      </w:r>
    </w:p>
    <w:p>
      <w:pPr>
        <w:spacing w:after="120" w:before="160"/>
        <w:ind w:firstLine="720"/>
        <w:jc w:val="both"/>
      </w:pPr>
      <w:r>
        <w:rPr>
          <w:rFonts w:ascii="Times New Roman" w:hAnsi="Times New Roman" w:eastAsia="Times New Roman" w:cs="Times New Roman"/>
          <w:b/>
          <w:i w:val="0"/>
          <w:sz w:val="22"/>
        </w:rPr>
        <w:t xml:space="preserve">272. </w:t>
      </w:r>
      <w:r>
        <w:rPr>
          <w:rFonts w:ascii="Times New Roman" w:hAnsi="Times New Roman" w:eastAsia="Times New Roman" w:cs="Times New Roman"/>
          <w:b w:val="0"/>
          <w:i w:val="0"/>
          <w:sz w:val="22"/>
        </w:rPr>
        <w:t>Крутые яйца 2 21.05.22 21.05.22 14 500,00</w:t>
      </w:r>
    </w:p>
    <w:p>
      <w:pPr>
        <w:pStyle w:val="Heading3"/>
      </w:pPr>
      <w:r>
        <w:rPr>
          <w:rFonts w:ascii="Times New Roman" w:hAnsi="Times New Roman" w:eastAsia="Times New Roman" w:cs="Times New Roman"/>
          <w:b/>
          <w:i w:val="0"/>
          <w:sz w:val="22"/>
        </w:rPr>
        <w:t>Пункт 273. Правовой анализ</w:t>
      </w:r>
    </w:p>
    <w:p>
      <w:pPr>
        <w:spacing w:after="120" w:before="160"/>
        <w:ind w:firstLine="720"/>
        <w:jc w:val="both"/>
      </w:pPr>
      <w:r>
        <w:rPr>
          <w:rFonts w:ascii="Times New Roman" w:hAnsi="Times New Roman" w:eastAsia="Times New Roman" w:cs="Times New Roman"/>
          <w:b/>
          <w:i w:val="0"/>
          <w:sz w:val="22"/>
        </w:rPr>
        <w:t xml:space="preserve">273. </w:t>
      </w:r>
      <w:r>
        <w:rPr>
          <w:rFonts w:ascii="Times New Roman" w:hAnsi="Times New Roman" w:eastAsia="Times New Roman" w:cs="Times New Roman"/>
          <w:b w:val="0"/>
          <w:i w:val="0"/>
          <w:sz w:val="22"/>
        </w:rPr>
        <w:t>Будь моими глазами 20.05.22 25.05.22 42 000,00</w:t>
      </w:r>
    </w:p>
    <w:p>
      <w:pPr>
        <w:pStyle w:val="Heading3"/>
      </w:pPr>
      <w:r>
        <w:rPr>
          <w:rFonts w:ascii="Times New Roman" w:hAnsi="Times New Roman" w:eastAsia="Times New Roman" w:cs="Times New Roman"/>
          <w:b/>
          <w:i w:val="0"/>
          <w:sz w:val="22"/>
        </w:rPr>
        <w:t>Пункт 274. Правовой анализ</w:t>
      </w:r>
    </w:p>
    <w:p>
      <w:pPr>
        <w:spacing w:after="120" w:before="160"/>
        <w:ind w:firstLine="720"/>
        <w:jc w:val="both"/>
      </w:pPr>
      <w:r>
        <w:rPr>
          <w:rFonts w:ascii="Times New Roman" w:hAnsi="Times New Roman" w:eastAsia="Times New Roman" w:cs="Times New Roman"/>
          <w:b/>
          <w:i w:val="0"/>
          <w:sz w:val="22"/>
        </w:rPr>
        <w:t xml:space="preserve">274. </w:t>
      </w:r>
      <w:r>
        <w:rPr>
          <w:rFonts w:ascii="Times New Roman" w:hAnsi="Times New Roman" w:eastAsia="Times New Roman" w:cs="Times New Roman"/>
          <w:b w:val="0"/>
          <w:i w:val="0"/>
          <w:sz w:val="22"/>
        </w:rPr>
        <w:t>Приплыли! 19.05.22 08.06.22 196 000,00</w:t>
      </w:r>
    </w:p>
    <w:p>
      <w:pPr>
        <w:pStyle w:val="Heading3"/>
      </w:pPr>
      <w:r>
        <w:rPr>
          <w:rFonts w:ascii="Times New Roman" w:hAnsi="Times New Roman" w:eastAsia="Times New Roman" w:cs="Times New Roman"/>
          <w:b/>
          <w:i w:val="0"/>
          <w:sz w:val="22"/>
        </w:rPr>
        <w:t>Пункт 275. Правовой анализ</w:t>
      </w:r>
    </w:p>
    <w:p>
      <w:pPr>
        <w:spacing w:after="120" w:before="160"/>
        <w:ind w:firstLine="720"/>
        <w:jc w:val="both"/>
      </w:pPr>
      <w:r>
        <w:rPr>
          <w:rFonts w:ascii="Times New Roman" w:hAnsi="Times New Roman" w:eastAsia="Times New Roman" w:cs="Times New Roman"/>
          <w:b/>
          <w:i w:val="0"/>
          <w:sz w:val="22"/>
        </w:rPr>
        <w:t xml:space="preserve">275. </w:t>
      </w:r>
      <w:r>
        <w:rPr>
          <w:rFonts w:ascii="Times New Roman" w:hAnsi="Times New Roman" w:eastAsia="Times New Roman" w:cs="Times New Roman"/>
          <w:b w:val="0"/>
          <w:i w:val="0"/>
          <w:sz w:val="22"/>
        </w:rPr>
        <w:t>Особые приметы: красавчик 19.05.22 22.05.22 27 000,00</w:t>
      </w:r>
    </w:p>
    <w:p>
      <w:pPr>
        <w:pStyle w:val="Heading3"/>
      </w:pPr>
      <w:r>
        <w:rPr>
          <w:rFonts w:ascii="Times New Roman" w:hAnsi="Times New Roman" w:eastAsia="Times New Roman" w:cs="Times New Roman"/>
          <w:b/>
          <w:i w:val="0"/>
          <w:sz w:val="22"/>
        </w:rPr>
        <w:t>Пункт 276. Правовой анализ</w:t>
      </w:r>
    </w:p>
    <w:p>
      <w:pPr>
        <w:spacing w:after="120" w:before="160"/>
        <w:ind w:firstLine="720"/>
        <w:jc w:val="both"/>
      </w:pPr>
      <w:r>
        <w:rPr>
          <w:rFonts w:ascii="Times New Roman" w:hAnsi="Times New Roman" w:eastAsia="Times New Roman" w:cs="Times New Roman"/>
          <w:b/>
          <w:i w:val="0"/>
          <w:sz w:val="22"/>
        </w:rPr>
        <w:t xml:space="preserve">276. </w:t>
      </w:r>
      <w:r>
        <w:rPr>
          <w:rFonts w:ascii="Times New Roman" w:hAnsi="Times New Roman" w:eastAsia="Times New Roman" w:cs="Times New Roman"/>
          <w:b w:val="0"/>
          <w:i w:val="0"/>
          <w:sz w:val="22"/>
        </w:rPr>
        <w:t>Клон 19.05.22 29.05.22 172 000,00</w:t>
      </w:r>
    </w:p>
    <w:p>
      <w:pPr>
        <w:pStyle w:val="Heading3"/>
      </w:pPr>
      <w:r>
        <w:rPr>
          <w:rFonts w:ascii="Times New Roman" w:hAnsi="Times New Roman" w:eastAsia="Times New Roman" w:cs="Times New Roman"/>
          <w:b/>
          <w:i w:val="0"/>
          <w:sz w:val="22"/>
        </w:rPr>
        <w:t>Пункт 277. Правовой анализ</w:t>
      </w:r>
    </w:p>
    <w:p>
      <w:pPr>
        <w:spacing w:after="120" w:before="160"/>
        <w:ind w:firstLine="720"/>
        <w:jc w:val="both"/>
      </w:pPr>
      <w:r>
        <w:rPr>
          <w:rFonts w:ascii="Times New Roman" w:hAnsi="Times New Roman" w:eastAsia="Times New Roman" w:cs="Times New Roman"/>
          <w:b/>
          <w:i w:val="0"/>
          <w:sz w:val="22"/>
        </w:rPr>
        <w:t xml:space="preserve">277. </w:t>
      </w:r>
      <w:r>
        <w:rPr>
          <w:rFonts w:ascii="Times New Roman" w:hAnsi="Times New Roman" w:eastAsia="Times New Roman" w:cs="Times New Roman"/>
          <w:b w:val="0"/>
          <w:i w:val="0"/>
          <w:sz w:val="22"/>
        </w:rPr>
        <w:t>Тайна Амулета 14.05.22 22.05.22 78 000,00</w:t>
      </w:r>
    </w:p>
    <w:p>
      <w:pPr>
        <w:pStyle w:val="Heading3"/>
      </w:pPr>
      <w:r>
        <w:rPr>
          <w:rFonts w:ascii="Times New Roman" w:hAnsi="Times New Roman" w:eastAsia="Times New Roman" w:cs="Times New Roman"/>
          <w:b/>
          <w:i w:val="0"/>
          <w:sz w:val="22"/>
        </w:rPr>
        <w:t>Пункт 278. Правовой анализ</w:t>
      </w:r>
    </w:p>
    <w:p>
      <w:pPr>
        <w:spacing w:after="120" w:before="160"/>
        <w:ind w:firstLine="720"/>
        <w:jc w:val="both"/>
      </w:pPr>
      <w:r>
        <w:rPr>
          <w:rFonts w:ascii="Times New Roman" w:hAnsi="Times New Roman" w:eastAsia="Times New Roman" w:cs="Times New Roman"/>
          <w:b/>
          <w:i w:val="0"/>
          <w:sz w:val="22"/>
        </w:rPr>
        <w:t xml:space="preserve">278. </w:t>
      </w:r>
      <w:r>
        <w:rPr>
          <w:rFonts w:ascii="Times New Roman" w:hAnsi="Times New Roman" w:eastAsia="Times New Roman" w:cs="Times New Roman"/>
          <w:b w:val="0"/>
          <w:i w:val="0"/>
          <w:sz w:val="22"/>
        </w:rPr>
        <w:t>Ботан и Супербаба 13.05.22 19.05.22 131 000,00</w:t>
      </w:r>
    </w:p>
    <w:p>
      <w:pPr>
        <w:pStyle w:val="Heading3"/>
      </w:pPr>
      <w:r>
        <w:rPr>
          <w:rFonts w:ascii="Times New Roman" w:hAnsi="Times New Roman" w:eastAsia="Times New Roman" w:cs="Times New Roman"/>
          <w:b/>
          <w:i w:val="0"/>
          <w:sz w:val="22"/>
        </w:rPr>
        <w:t>Пункт 279. Правовой анализ</w:t>
      </w:r>
    </w:p>
    <w:p>
      <w:pPr>
        <w:spacing w:after="120" w:before="160"/>
        <w:ind w:firstLine="720"/>
        <w:jc w:val="both"/>
      </w:pPr>
      <w:r>
        <w:rPr>
          <w:rFonts w:ascii="Times New Roman" w:hAnsi="Times New Roman" w:eastAsia="Times New Roman" w:cs="Times New Roman"/>
          <w:b/>
          <w:i w:val="0"/>
          <w:sz w:val="22"/>
        </w:rPr>
        <w:t xml:space="preserve">279. </w:t>
      </w:r>
      <w:r>
        <w:rPr>
          <w:rFonts w:ascii="Times New Roman" w:hAnsi="Times New Roman" w:eastAsia="Times New Roman" w:cs="Times New Roman"/>
          <w:b w:val="0"/>
          <w:i w:val="0"/>
          <w:sz w:val="22"/>
        </w:rPr>
        <w:t>Флешбэк 12.05.22 08.06.22 947 000,00</w:t>
      </w:r>
    </w:p>
    <w:p>
      <w:pPr>
        <w:pStyle w:val="Heading3"/>
      </w:pPr>
      <w:r>
        <w:rPr>
          <w:rFonts w:ascii="Times New Roman" w:hAnsi="Times New Roman" w:eastAsia="Times New Roman" w:cs="Times New Roman"/>
          <w:b/>
          <w:i w:val="0"/>
          <w:sz w:val="22"/>
        </w:rPr>
        <w:t>Пункт 280. Правовой анализ</w:t>
      </w:r>
    </w:p>
    <w:p>
      <w:pPr>
        <w:spacing w:after="120" w:before="160"/>
        <w:ind w:firstLine="720"/>
        <w:jc w:val="both"/>
      </w:pPr>
      <w:r>
        <w:rPr>
          <w:rFonts w:ascii="Times New Roman" w:hAnsi="Times New Roman" w:eastAsia="Times New Roman" w:cs="Times New Roman"/>
          <w:b/>
          <w:i w:val="0"/>
          <w:sz w:val="22"/>
        </w:rPr>
        <w:t xml:space="preserve">280. </w:t>
      </w:r>
      <w:r>
        <w:rPr>
          <w:rFonts w:ascii="Times New Roman" w:hAnsi="Times New Roman" w:eastAsia="Times New Roman" w:cs="Times New Roman"/>
          <w:b w:val="0"/>
          <w:i w:val="0"/>
          <w:sz w:val="22"/>
        </w:rPr>
        <w:t>ФИО9. Великое путешествие 08.05.22 10.05.22 29 000,00</w:t>
      </w:r>
    </w:p>
    <w:p>
      <w:pPr>
        <w:pStyle w:val="Heading3"/>
      </w:pPr>
      <w:r>
        <w:rPr>
          <w:rFonts w:ascii="Times New Roman" w:hAnsi="Times New Roman" w:eastAsia="Times New Roman" w:cs="Times New Roman"/>
          <w:b/>
          <w:i w:val="0"/>
          <w:sz w:val="22"/>
        </w:rPr>
        <w:t>Пункт 281. Правовой анализ</w:t>
      </w:r>
    </w:p>
    <w:p>
      <w:pPr>
        <w:spacing w:after="120" w:before="160"/>
        <w:ind w:firstLine="720"/>
        <w:jc w:val="both"/>
      </w:pPr>
      <w:r>
        <w:rPr>
          <w:rFonts w:ascii="Times New Roman" w:hAnsi="Times New Roman" w:eastAsia="Times New Roman" w:cs="Times New Roman"/>
          <w:b/>
          <w:i w:val="0"/>
          <w:sz w:val="22"/>
        </w:rPr>
        <w:t xml:space="preserve">281. </w:t>
      </w:r>
      <w:r>
        <w:rPr>
          <w:rFonts w:ascii="Times New Roman" w:hAnsi="Times New Roman" w:eastAsia="Times New Roman" w:cs="Times New Roman"/>
          <w:b w:val="0"/>
          <w:i w:val="0"/>
          <w:sz w:val="22"/>
        </w:rPr>
        <w:t>ФИО10 07.05.22 07.05.22 28 000,00</w:t>
      </w:r>
    </w:p>
    <w:p>
      <w:pPr>
        <w:pStyle w:val="Heading3"/>
      </w:pPr>
      <w:r>
        <w:rPr>
          <w:rFonts w:ascii="Times New Roman" w:hAnsi="Times New Roman" w:eastAsia="Times New Roman" w:cs="Times New Roman"/>
          <w:b/>
          <w:i w:val="0"/>
          <w:sz w:val="22"/>
        </w:rPr>
        <w:t>Пункт 282. Правовой анализ</w:t>
      </w:r>
    </w:p>
    <w:p>
      <w:pPr>
        <w:spacing w:after="120" w:before="160"/>
        <w:ind w:firstLine="720"/>
        <w:jc w:val="both"/>
      </w:pPr>
      <w:r>
        <w:rPr>
          <w:rFonts w:ascii="Times New Roman" w:hAnsi="Times New Roman" w:eastAsia="Times New Roman" w:cs="Times New Roman"/>
          <w:b/>
          <w:i w:val="0"/>
          <w:sz w:val="22"/>
        </w:rPr>
        <w:t xml:space="preserve">282. </w:t>
      </w:r>
      <w:r>
        <w:rPr>
          <w:rFonts w:ascii="Times New Roman" w:hAnsi="Times New Roman" w:eastAsia="Times New Roman" w:cs="Times New Roman"/>
          <w:b w:val="0"/>
          <w:i w:val="0"/>
          <w:sz w:val="22"/>
        </w:rPr>
        <w:t>Супергерои 06.05.22 25.05.22 142 000,00</w:t>
      </w:r>
    </w:p>
    <w:p>
      <w:pPr>
        <w:pStyle w:val="Heading3"/>
      </w:pPr>
      <w:r>
        <w:rPr>
          <w:rFonts w:ascii="Times New Roman" w:hAnsi="Times New Roman" w:eastAsia="Times New Roman" w:cs="Times New Roman"/>
          <w:b/>
          <w:i w:val="0"/>
          <w:sz w:val="22"/>
        </w:rPr>
        <w:t>Пункт 283. Правовой анализ</w:t>
      </w:r>
    </w:p>
    <w:p>
      <w:pPr>
        <w:spacing w:after="120" w:before="160"/>
        <w:ind w:firstLine="720"/>
        <w:jc w:val="both"/>
      </w:pPr>
      <w:r>
        <w:rPr>
          <w:rFonts w:ascii="Times New Roman" w:hAnsi="Times New Roman" w:eastAsia="Times New Roman" w:cs="Times New Roman"/>
          <w:b/>
          <w:i w:val="0"/>
          <w:sz w:val="22"/>
        </w:rPr>
        <w:t xml:space="preserve">283. </w:t>
      </w:r>
      <w:r>
        <w:rPr>
          <w:rFonts w:ascii="Times New Roman" w:hAnsi="Times New Roman" w:eastAsia="Times New Roman" w:cs="Times New Roman"/>
          <w:b w:val="0"/>
          <w:i w:val="0"/>
          <w:sz w:val="22"/>
        </w:rPr>
        <w:t>Вече ринка на вылет 05.05.22 17.05.22 261 000,00</w:t>
      </w:r>
    </w:p>
    <w:p>
      <w:pPr>
        <w:pStyle w:val="Heading3"/>
      </w:pPr>
      <w:r>
        <w:rPr>
          <w:rFonts w:ascii="Times New Roman" w:hAnsi="Times New Roman" w:eastAsia="Times New Roman" w:cs="Times New Roman"/>
          <w:b/>
          <w:i w:val="0"/>
          <w:sz w:val="22"/>
        </w:rPr>
        <w:t>Пункт 284. Правовой анализ</w:t>
      </w:r>
    </w:p>
    <w:p>
      <w:pPr>
        <w:spacing w:after="120" w:before="160"/>
        <w:ind w:firstLine="720"/>
        <w:jc w:val="both"/>
      </w:pPr>
      <w:r>
        <w:rPr>
          <w:rFonts w:ascii="Times New Roman" w:hAnsi="Times New Roman" w:eastAsia="Times New Roman" w:cs="Times New Roman"/>
          <w:b/>
          <w:i w:val="0"/>
          <w:sz w:val="22"/>
        </w:rPr>
        <w:t xml:space="preserve">284. </w:t>
      </w:r>
      <w:r>
        <w:rPr>
          <w:rFonts w:ascii="Times New Roman" w:hAnsi="Times New Roman" w:eastAsia="Times New Roman" w:cs="Times New Roman"/>
          <w:b w:val="0"/>
          <w:i w:val="0"/>
          <w:sz w:val="22"/>
        </w:rPr>
        <w:t>Бука . Мое любимое чудище 30.04.22 11.05.22 85 000,00</w:t>
      </w:r>
    </w:p>
    <w:p>
      <w:pPr>
        <w:pStyle w:val="Heading3"/>
      </w:pPr>
      <w:r>
        <w:rPr>
          <w:rFonts w:ascii="Times New Roman" w:hAnsi="Times New Roman" w:eastAsia="Times New Roman" w:cs="Times New Roman"/>
          <w:b/>
          <w:i w:val="0"/>
          <w:sz w:val="22"/>
        </w:rPr>
        <w:t>Пункт 285. Правовой анализ</w:t>
      </w:r>
    </w:p>
    <w:p>
      <w:pPr>
        <w:spacing w:after="120" w:before="160"/>
        <w:ind w:firstLine="720"/>
        <w:jc w:val="both"/>
      </w:pPr>
      <w:r>
        <w:rPr>
          <w:rFonts w:ascii="Times New Roman" w:hAnsi="Times New Roman" w:eastAsia="Times New Roman" w:cs="Times New Roman"/>
          <w:b/>
          <w:i w:val="0"/>
          <w:sz w:val="22"/>
        </w:rPr>
        <w:t xml:space="preserve">285. </w:t>
      </w:r>
      <w:r>
        <w:rPr>
          <w:rFonts w:ascii="Times New Roman" w:hAnsi="Times New Roman" w:eastAsia="Times New Roman" w:cs="Times New Roman"/>
          <w:b w:val="0"/>
          <w:i w:val="0"/>
          <w:sz w:val="22"/>
        </w:rPr>
        <w:t>Операция "Мясной фарш" 29.04.22 24.05.22 398 000,00</w:t>
      </w:r>
    </w:p>
    <w:p>
      <w:pPr>
        <w:pStyle w:val="Heading3"/>
      </w:pPr>
      <w:r>
        <w:rPr>
          <w:rFonts w:ascii="Times New Roman" w:hAnsi="Times New Roman" w:eastAsia="Times New Roman" w:cs="Times New Roman"/>
          <w:b/>
          <w:i w:val="0"/>
          <w:sz w:val="22"/>
        </w:rPr>
        <w:t>Пункт 286. Правовой анализ</w:t>
      </w:r>
    </w:p>
    <w:p>
      <w:pPr>
        <w:spacing w:after="120" w:before="160"/>
        <w:ind w:firstLine="720"/>
        <w:jc w:val="both"/>
      </w:pPr>
      <w:r>
        <w:rPr>
          <w:rFonts w:ascii="Times New Roman" w:hAnsi="Times New Roman" w:eastAsia="Times New Roman" w:cs="Times New Roman"/>
          <w:b/>
          <w:i w:val="0"/>
          <w:sz w:val="22"/>
        </w:rPr>
        <w:t xml:space="preserve">286. </w:t>
      </w:r>
      <w:r>
        <w:rPr>
          <w:rFonts w:ascii="Times New Roman" w:hAnsi="Times New Roman" w:eastAsia="Times New Roman" w:cs="Times New Roman"/>
          <w:b w:val="0"/>
          <w:i w:val="0"/>
          <w:sz w:val="22"/>
        </w:rPr>
        <w:t>1941 . Крылья над Берлином 28.04.22 15.05.22 186 000,00</w:t>
      </w:r>
    </w:p>
    <w:p>
      <w:pPr>
        <w:pStyle w:val="Heading3"/>
      </w:pPr>
      <w:r>
        <w:rPr>
          <w:rFonts w:ascii="Times New Roman" w:hAnsi="Times New Roman" w:eastAsia="Times New Roman" w:cs="Times New Roman"/>
          <w:b/>
          <w:i w:val="0"/>
          <w:sz w:val="22"/>
        </w:rPr>
        <w:t>Пункт 287. Правовой анализ</w:t>
      </w:r>
    </w:p>
    <w:p>
      <w:pPr>
        <w:spacing w:after="120" w:before="160"/>
        <w:ind w:firstLine="720"/>
        <w:jc w:val="both"/>
      </w:pPr>
      <w:r>
        <w:rPr>
          <w:rFonts w:ascii="Times New Roman" w:hAnsi="Times New Roman" w:eastAsia="Times New Roman" w:cs="Times New Roman"/>
          <w:b/>
          <w:i w:val="0"/>
          <w:sz w:val="22"/>
        </w:rPr>
        <w:t xml:space="preserve">287. </w:t>
      </w:r>
      <w:r>
        <w:rPr>
          <w:rFonts w:ascii="Times New Roman" w:hAnsi="Times New Roman" w:eastAsia="Times New Roman" w:cs="Times New Roman"/>
          <w:b w:val="0"/>
          <w:i w:val="0"/>
          <w:sz w:val="22"/>
        </w:rPr>
        <w:t>Арте к. Большое путешествие 28.04.22 16.05.22 113 000,00</w:t>
      </w:r>
    </w:p>
    <w:p>
      <w:pPr>
        <w:pStyle w:val="Heading3"/>
      </w:pPr>
      <w:r>
        <w:rPr>
          <w:rFonts w:ascii="Times New Roman" w:hAnsi="Times New Roman" w:eastAsia="Times New Roman" w:cs="Times New Roman"/>
          <w:b/>
          <w:i w:val="0"/>
          <w:sz w:val="22"/>
        </w:rPr>
        <w:t>Пункт 288. Правовой анализ</w:t>
      </w:r>
    </w:p>
    <w:p>
      <w:pPr>
        <w:spacing w:after="120" w:before="160"/>
        <w:ind w:firstLine="720"/>
        <w:jc w:val="both"/>
      </w:pPr>
      <w:r>
        <w:rPr>
          <w:rFonts w:ascii="Times New Roman" w:hAnsi="Times New Roman" w:eastAsia="Times New Roman" w:cs="Times New Roman"/>
          <w:b/>
          <w:i w:val="0"/>
          <w:sz w:val="22"/>
        </w:rPr>
        <w:t xml:space="preserve">288. </w:t>
      </w:r>
      <w:r>
        <w:rPr>
          <w:rFonts w:ascii="Times New Roman" w:hAnsi="Times New Roman" w:eastAsia="Times New Roman" w:cs="Times New Roman"/>
          <w:b w:val="0"/>
          <w:i w:val="0"/>
          <w:sz w:val="22"/>
        </w:rPr>
        <w:t>Отчаянные дольщики 28.04.22 12.05.22 278 000,00</w:t>
      </w:r>
    </w:p>
    <w:p>
      <w:pPr>
        <w:pStyle w:val="Heading3"/>
      </w:pPr>
      <w:r>
        <w:rPr>
          <w:rFonts w:ascii="Times New Roman" w:hAnsi="Times New Roman" w:eastAsia="Times New Roman" w:cs="Times New Roman"/>
          <w:b/>
          <w:i w:val="0"/>
          <w:sz w:val="22"/>
        </w:rPr>
        <w:t>Пункт 289. Правовой анализ</w:t>
      </w:r>
    </w:p>
    <w:p>
      <w:pPr>
        <w:spacing w:after="120" w:before="160"/>
        <w:ind w:firstLine="720"/>
        <w:jc w:val="both"/>
      </w:pPr>
      <w:r>
        <w:rPr>
          <w:rFonts w:ascii="Times New Roman" w:hAnsi="Times New Roman" w:eastAsia="Times New Roman" w:cs="Times New Roman"/>
          <w:b/>
          <w:i w:val="0"/>
          <w:sz w:val="22"/>
        </w:rPr>
        <w:t xml:space="preserve">289. </w:t>
      </w:r>
      <w:r>
        <w:rPr>
          <w:rFonts w:ascii="Times New Roman" w:hAnsi="Times New Roman" w:eastAsia="Times New Roman" w:cs="Times New Roman"/>
          <w:b w:val="0"/>
          <w:i w:val="0"/>
          <w:sz w:val="22"/>
        </w:rPr>
        <w:t>Братцы Кролики: Пасхальный переполох 23.04.22 27.04.22 68 000,00</w:t>
      </w:r>
    </w:p>
    <w:p>
      <w:pPr>
        <w:pStyle w:val="Heading3"/>
      </w:pPr>
      <w:r>
        <w:rPr>
          <w:rFonts w:ascii="Times New Roman" w:hAnsi="Times New Roman" w:eastAsia="Times New Roman" w:cs="Times New Roman"/>
          <w:b/>
          <w:i w:val="0"/>
          <w:sz w:val="22"/>
        </w:rPr>
        <w:t>Пункт 290. Правовой анализ</w:t>
      </w:r>
    </w:p>
    <w:p>
      <w:pPr>
        <w:spacing w:after="120" w:before="160"/>
        <w:ind w:firstLine="720"/>
        <w:jc w:val="both"/>
      </w:pPr>
      <w:r>
        <w:rPr>
          <w:rFonts w:ascii="Times New Roman" w:hAnsi="Times New Roman" w:eastAsia="Times New Roman" w:cs="Times New Roman"/>
          <w:b/>
          <w:i w:val="0"/>
          <w:sz w:val="22"/>
        </w:rPr>
        <w:t xml:space="preserve">290. </w:t>
      </w:r>
      <w:r>
        <w:rPr>
          <w:rFonts w:ascii="Times New Roman" w:hAnsi="Times New Roman" w:eastAsia="Times New Roman" w:cs="Times New Roman"/>
          <w:b w:val="0"/>
          <w:i w:val="0"/>
          <w:sz w:val="22"/>
        </w:rPr>
        <w:t>Оторви и выбрось 22.04.22 08.05.22 117 000,00</w:t>
      </w:r>
    </w:p>
    <w:p>
      <w:pPr>
        <w:pStyle w:val="Heading3"/>
      </w:pPr>
      <w:r>
        <w:rPr>
          <w:rFonts w:ascii="Times New Roman" w:hAnsi="Times New Roman" w:eastAsia="Times New Roman" w:cs="Times New Roman"/>
          <w:b/>
          <w:i w:val="0"/>
          <w:sz w:val="22"/>
        </w:rPr>
        <w:t>Пункт 291. Правовой анализ</w:t>
      </w:r>
    </w:p>
    <w:p>
      <w:pPr>
        <w:spacing w:after="120" w:before="160"/>
        <w:ind w:firstLine="720"/>
        <w:jc w:val="both"/>
      </w:pPr>
      <w:r>
        <w:rPr>
          <w:rFonts w:ascii="Times New Roman" w:hAnsi="Times New Roman" w:eastAsia="Times New Roman" w:cs="Times New Roman"/>
          <w:b/>
          <w:i w:val="0"/>
          <w:sz w:val="22"/>
        </w:rPr>
        <w:t xml:space="preserve">291. </w:t>
      </w:r>
      <w:r>
        <w:rPr>
          <w:rFonts w:ascii="Times New Roman" w:hAnsi="Times New Roman" w:eastAsia="Times New Roman" w:cs="Times New Roman"/>
          <w:b w:val="0"/>
          <w:i w:val="0"/>
          <w:sz w:val="22"/>
        </w:rPr>
        <w:t>Первый Оскар 22.04.22 10.05.22 267 000,00</w:t>
      </w:r>
    </w:p>
    <w:p>
      <w:pPr>
        <w:pStyle w:val="Heading3"/>
      </w:pPr>
      <w:r>
        <w:rPr>
          <w:rFonts w:ascii="Times New Roman" w:hAnsi="Times New Roman" w:eastAsia="Times New Roman" w:cs="Times New Roman"/>
          <w:b/>
          <w:i w:val="0"/>
          <w:sz w:val="22"/>
        </w:rPr>
        <w:t>Пункт 292. Правовой анализ</w:t>
      </w:r>
    </w:p>
    <w:p>
      <w:pPr>
        <w:spacing w:after="120" w:before="160"/>
        <w:ind w:firstLine="720"/>
        <w:jc w:val="both"/>
      </w:pPr>
      <w:r>
        <w:rPr>
          <w:rFonts w:ascii="Times New Roman" w:hAnsi="Times New Roman" w:eastAsia="Times New Roman" w:cs="Times New Roman"/>
          <w:b/>
          <w:i w:val="0"/>
          <w:sz w:val="22"/>
        </w:rPr>
        <w:t xml:space="preserve">292. </w:t>
      </w:r>
      <w:r>
        <w:rPr>
          <w:rFonts w:ascii="Times New Roman" w:hAnsi="Times New Roman" w:eastAsia="Times New Roman" w:cs="Times New Roman"/>
          <w:b w:val="0"/>
          <w:i w:val="0"/>
          <w:sz w:val="22"/>
        </w:rPr>
        <w:t>Стикер 22.04.22 27.04.22 62 000,00</w:t>
      </w:r>
    </w:p>
    <w:p>
      <w:pPr>
        <w:pStyle w:val="Heading3"/>
      </w:pPr>
      <w:r>
        <w:rPr>
          <w:rFonts w:ascii="Times New Roman" w:hAnsi="Times New Roman" w:eastAsia="Times New Roman" w:cs="Times New Roman"/>
          <w:b/>
          <w:i w:val="0"/>
          <w:sz w:val="22"/>
        </w:rPr>
        <w:t>Пункт 293. Правовой анализ</w:t>
      </w:r>
    </w:p>
    <w:p>
      <w:pPr>
        <w:spacing w:after="120" w:before="160"/>
        <w:ind w:firstLine="720"/>
        <w:jc w:val="both"/>
      </w:pPr>
      <w:r>
        <w:rPr>
          <w:rFonts w:ascii="Times New Roman" w:hAnsi="Times New Roman" w:eastAsia="Times New Roman" w:cs="Times New Roman"/>
          <w:b/>
          <w:i w:val="0"/>
          <w:sz w:val="22"/>
        </w:rPr>
        <w:t xml:space="preserve">293. </w:t>
      </w:r>
      <w:r>
        <w:rPr>
          <w:rFonts w:ascii="Times New Roman" w:hAnsi="Times New Roman" w:eastAsia="Times New Roman" w:cs="Times New Roman"/>
          <w:b w:val="0"/>
          <w:i w:val="0"/>
          <w:sz w:val="22"/>
        </w:rPr>
        <w:t>Казнь 22.04.22 29.04.22 36 000,00</w:t>
      </w:r>
    </w:p>
    <w:p>
      <w:pPr>
        <w:pStyle w:val="Heading3"/>
      </w:pPr>
      <w:r>
        <w:rPr>
          <w:rFonts w:ascii="Times New Roman" w:hAnsi="Times New Roman" w:eastAsia="Times New Roman" w:cs="Times New Roman"/>
          <w:b/>
          <w:i w:val="0"/>
          <w:sz w:val="22"/>
        </w:rPr>
        <w:t>Пункт 294. Правовой анализ</w:t>
      </w:r>
    </w:p>
    <w:p>
      <w:pPr>
        <w:spacing w:after="120" w:before="160"/>
        <w:ind w:firstLine="720"/>
        <w:jc w:val="both"/>
      </w:pPr>
      <w:r>
        <w:rPr>
          <w:rFonts w:ascii="Times New Roman" w:hAnsi="Times New Roman" w:eastAsia="Times New Roman" w:cs="Times New Roman"/>
          <w:b/>
          <w:i w:val="0"/>
          <w:sz w:val="22"/>
        </w:rPr>
        <w:t xml:space="preserve">294. </w:t>
      </w:r>
      <w:r>
        <w:rPr>
          <w:rFonts w:ascii="Times New Roman" w:hAnsi="Times New Roman" w:eastAsia="Times New Roman" w:cs="Times New Roman"/>
          <w:b w:val="0"/>
          <w:i w:val="0"/>
          <w:sz w:val="22"/>
        </w:rPr>
        <w:t>Этот новый мир 22.04.22 22.04.22 14 000,00</w:t>
      </w:r>
    </w:p>
    <w:p>
      <w:pPr>
        <w:pStyle w:val="Heading3"/>
      </w:pPr>
      <w:r>
        <w:rPr>
          <w:rFonts w:ascii="Times New Roman" w:hAnsi="Times New Roman" w:eastAsia="Times New Roman" w:cs="Times New Roman"/>
          <w:b/>
          <w:i w:val="0"/>
          <w:sz w:val="22"/>
        </w:rPr>
        <w:t>Пункт 295. Правовой анализ</w:t>
      </w:r>
    </w:p>
    <w:p>
      <w:pPr>
        <w:spacing w:after="120" w:before="160"/>
        <w:ind w:firstLine="720"/>
        <w:jc w:val="both"/>
      </w:pPr>
      <w:r>
        <w:rPr>
          <w:rFonts w:ascii="Times New Roman" w:hAnsi="Times New Roman" w:eastAsia="Times New Roman" w:cs="Times New Roman"/>
          <w:b/>
          <w:i w:val="0"/>
          <w:sz w:val="22"/>
        </w:rPr>
        <w:t xml:space="preserve">295. </w:t>
      </w:r>
      <w:r>
        <w:rPr>
          <w:rFonts w:ascii="Times New Roman" w:hAnsi="Times New Roman" w:eastAsia="Times New Roman" w:cs="Times New Roman"/>
          <w:b w:val="0"/>
          <w:i w:val="0"/>
          <w:sz w:val="22"/>
        </w:rPr>
        <w:t>Обратимая реальность 16.04.22 20.04.22 39 000,00</w:t>
      </w:r>
    </w:p>
    <w:p>
      <w:pPr>
        <w:pStyle w:val="Heading3"/>
      </w:pPr>
      <w:r>
        <w:rPr>
          <w:rFonts w:ascii="Times New Roman" w:hAnsi="Times New Roman" w:eastAsia="Times New Roman" w:cs="Times New Roman"/>
          <w:b/>
          <w:i w:val="0"/>
          <w:sz w:val="22"/>
        </w:rPr>
        <w:t>Пункт 296. Правовой анализ</w:t>
      </w:r>
    </w:p>
    <w:p>
      <w:pPr>
        <w:spacing w:after="120" w:before="160"/>
        <w:ind w:firstLine="720"/>
        <w:jc w:val="both"/>
      </w:pPr>
      <w:r>
        <w:rPr>
          <w:rFonts w:ascii="Times New Roman" w:hAnsi="Times New Roman" w:eastAsia="Times New Roman" w:cs="Times New Roman"/>
          <w:b/>
          <w:i w:val="0"/>
          <w:sz w:val="22"/>
        </w:rPr>
        <w:t xml:space="preserve">296. </w:t>
      </w:r>
      <w:r>
        <w:rPr>
          <w:rFonts w:ascii="Times New Roman" w:hAnsi="Times New Roman" w:eastAsia="Times New Roman" w:cs="Times New Roman"/>
          <w:b w:val="0"/>
          <w:i w:val="0"/>
          <w:sz w:val="22"/>
        </w:rPr>
        <w:t>РОДИТЕЛИ СТРОГОГО РЕЖИМА 14.04.22 26.04.22 238 000,00</w:t>
      </w:r>
    </w:p>
    <w:p>
      <w:pPr>
        <w:pStyle w:val="Heading3"/>
      </w:pPr>
      <w:r>
        <w:rPr>
          <w:rFonts w:ascii="Times New Roman" w:hAnsi="Times New Roman" w:eastAsia="Times New Roman" w:cs="Times New Roman"/>
          <w:b/>
          <w:i w:val="0"/>
          <w:sz w:val="22"/>
        </w:rPr>
        <w:t>Пункт 297. Правовой анализ</w:t>
      </w:r>
    </w:p>
    <w:p>
      <w:pPr>
        <w:spacing w:after="120" w:before="160"/>
        <w:ind w:firstLine="720"/>
        <w:jc w:val="both"/>
      </w:pPr>
      <w:r>
        <w:rPr>
          <w:rFonts w:ascii="Times New Roman" w:hAnsi="Times New Roman" w:eastAsia="Times New Roman" w:cs="Times New Roman"/>
          <w:b/>
          <w:i w:val="0"/>
          <w:sz w:val="22"/>
        </w:rPr>
        <w:t xml:space="preserve">297. </w:t>
      </w:r>
      <w:r>
        <w:rPr>
          <w:rFonts w:ascii="Times New Roman" w:hAnsi="Times New Roman" w:eastAsia="Times New Roman" w:cs="Times New Roman"/>
          <w:b w:val="0"/>
          <w:i w:val="0"/>
          <w:sz w:val="22"/>
        </w:rPr>
        <w:t>9 жизней 14.04.22 26.04.22 348 000,00</w:t>
      </w:r>
    </w:p>
    <w:p>
      <w:pPr>
        <w:pStyle w:val="Heading3"/>
      </w:pPr>
      <w:r>
        <w:rPr>
          <w:rFonts w:ascii="Times New Roman" w:hAnsi="Times New Roman" w:eastAsia="Times New Roman" w:cs="Times New Roman"/>
          <w:b/>
          <w:i w:val="0"/>
          <w:sz w:val="22"/>
        </w:rPr>
        <w:t>Пункт 298. Правовой анализ</w:t>
      </w:r>
    </w:p>
    <w:p>
      <w:pPr>
        <w:spacing w:after="120" w:before="160"/>
        <w:ind w:firstLine="720"/>
        <w:jc w:val="both"/>
      </w:pPr>
      <w:r>
        <w:rPr>
          <w:rFonts w:ascii="Times New Roman" w:hAnsi="Times New Roman" w:eastAsia="Times New Roman" w:cs="Times New Roman"/>
          <w:b/>
          <w:i w:val="0"/>
          <w:sz w:val="22"/>
        </w:rPr>
        <w:t xml:space="preserve">298. </w:t>
      </w:r>
      <w:r>
        <w:rPr>
          <w:rFonts w:ascii="Times New Roman" w:hAnsi="Times New Roman" w:eastAsia="Times New Roman" w:cs="Times New Roman"/>
          <w:b w:val="0"/>
          <w:i w:val="0"/>
          <w:sz w:val="22"/>
        </w:rPr>
        <w:t>ЗАКАТ 14.04.22 24.04.22 206 000,00</w:t>
      </w:r>
    </w:p>
    <w:p>
      <w:pPr>
        <w:pStyle w:val="Heading3"/>
      </w:pPr>
      <w:r>
        <w:rPr>
          <w:rFonts w:ascii="Times New Roman" w:hAnsi="Times New Roman" w:eastAsia="Times New Roman" w:cs="Times New Roman"/>
          <w:b/>
          <w:i w:val="0"/>
          <w:sz w:val="22"/>
        </w:rPr>
        <w:t>Пункт 299. Правовой анализ</w:t>
      </w:r>
    </w:p>
    <w:p>
      <w:pPr>
        <w:spacing w:after="120" w:before="160"/>
        <w:ind w:firstLine="720"/>
        <w:jc w:val="both"/>
      </w:pPr>
      <w:r>
        <w:rPr>
          <w:rFonts w:ascii="Times New Roman" w:hAnsi="Times New Roman" w:eastAsia="Times New Roman" w:cs="Times New Roman"/>
          <w:b/>
          <w:i w:val="0"/>
          <w:sz w:val="22"/>
        </w:rPr>
        <w:t xml:space="preserve">299. </w:t>
      </w:r>
      <w:r>
        <w:rPr>
          <w:rFonts w:ascii="Times New Roman" w:hAnsi="Times New Roman" w:eastAsia="Times New Roman" w:cs="Times New Roman"/>
          <w:b w:val="0"/>
          <w:i w:val="0"/>
          <w:sz w:val="22"/>
        </w:rPr>
        <w:t>ДЬЯВОЛИК 14.04.22 20.04.22 224 000,00</w:t>
      </w:r>
    </w:p>
    <w:p>
      <w:pPr>
        <w:pStyle w:val="Heading3"/>
      </w:pPr>
      <w:r>
        <w:rPr>
          <w:rFonts w:ascii="Times New Roman" w:hAnsi="Times New Roman" w:eastAsia="Times New Roman" w:cs="Times New Roman"/>
          <w:b/>
          <w:i w:val="0"/>
          <w:sz w:val="22"/>
        </w:rPr>
        <w:t>Пункт 300. Правовой анализ</w:t>
      </w:r>
    </w:p>
    <w:p>
      <w:pPr>
        <w:spacing w:after="120" w:before="160"/>
        <w:ind w:firstLine="720"/>
        <w:jc w:val="both"/>
      </w:pPr>
      <w:r>
        <w:rPr>
          <w:rFonts w:ascii="Times New Roman" w:hAnsi="Times New Roman" w:eastAsia="Times New Roman" w:cs="Times New Roman"/>
          <w:b/>
          <w:i w:val="0"/>
          <w:sz w:val="22"/>
        </w:rPr>
        <w:t xml:space="preserve">300. </w:t>
      </w:r>
      <w:r>
        <w:rPr>
          <w:rFonts w:ascii="Times New Roman" w:hAnsi="Times New Roman" w:eastAsia="Times New Roman" w:cs="Times New Roman"/>
          <w:b w:val="0"/>
          <w:i w:val="0"/>
          <w:sz w:val="22"/>
        </w:rPr>
        <w:t>Красавица и дракон 10.04.22 17.04.22 45 000,00</w:t>
      </w:r>
    </w:p>
    <w:p>
      <w:pPr>
        <w:pStyle w:val="Heading3"/>
      </w:pPr>
      <w:r>
        <w:rPr>
          <w:rFonts w:ascii="Times New Roman" w:hAnsi="Times New Roman" w:eastAsia="Times New Roman" w:cs="Times New Roman"/>
          <w:b/>
          <w:i w:val="0"/>
          <w:sz w:val="22"/>
        </w:rPr>
        <w:t>Пункт 301. Правовой анализ</w:t>
      </w:r>
    </w:p>
    <w:p>
      <w:pPr>
        <w:spacing w:after="120" w:before="160"/>
        <w:ind w:firstLine="720"/>
        <w:jc w:val="both"/>
      </w:pPr>
      <w:r>
        <w:rPr>
          <w:rFonts w:ascii="Times New Roman" w:hAnsi="Times New Roman" w:eastAsia="Times New Roman" w:cs="Times New Roman"/>
          <w:b/>
          <w:i w:val="0"/>
          <w:sz w:val="22"/>
        </w:rPr>
        <w:t xml:space="preserve">301. </w:t>
      </w:r>
      <w:r>
        <w:rPr>
          <w:rFonts w:ascii="Times New Roman" w:hAnsi="Times New Roman" w:eastAsia="Times New Roman" w:cs="Times New Roman"/>
          <w:b w:val="0"/>
          <w:i w:val="0"/>
          <w:sz w:val="22"/>
        </w:rPr>
        <w:t>ФИО11 09.04.22 23.04.22 155 000,00</w:t>
      </w:r>
    </w:p>
    <w:p>
      <w:pPr>
        <w:pStyle w:val="Heading3"/>
      </w:pPr>
      <w:r>
        <w:rPr>
          <w:rFonts w:ascii="Times New Roman" w:hAnsi="Times New Roman" w:eastAsia="Times New Roman" w:cs="Times New Roman"/>
          <w:b/>
          <w:i w:val="0"/>
          <w:sz w:val="22"/>
        </w:rPr>
        <w:t>Пункт 302. Правовой анализ</w:t>
      </w:r>
    </w:p>
    <w:p>
      <w:pPr>
        <w:spacing w:after="120" w:before="160"/>
        <w:ind w:firstLine="720"/>
        <w:jc w:val="both"/>
      </w:pPr>
      <w:r>
        <w:rPr>
          <w:rFonts w:ascii="Times New Roman" w:hAnsi="Times New Roman" w:eastAsia="Times New Roman" w:cs="Times New Roman"/>
          <w:b/>
          <w:i w:val="0"/>
          <w:sz w:val="22"/>
        </w:rPr>
        <w:t xml:space="preserve">302. </w:t>
      </w:r>
      <w:r>
        <w:rPr>
          <w:rFonts w:ascii="Times New Roman" w:hAnsi="Times New Roman" w:eastAsia="Times New Roman" w:cs="Times New Roman"/>
          <w:b w:val="0"/>
          <w:i w:val="0"/>
          <w:sz w:val="22"/>
        </w:rPr>
        <w:t>Гарри Хафт: Последний бой 07.04.22 17.04.22 166 000,00</w:t>
      </w:r>
    </w:p>
    <w:p>
      <w:pPr>
        <w:pStyle w:val="Heading3"/>
      </w:pPr>
      <w:r>
        <w:rPr>
          <w:rFonts w:ascii="Times New Roman" w:hAnsi="Times New Roman" w:eastAsia="Times New Roman" w:cs="Times New Roman"/>
          <w:b/>
          <w:i w:val="0"/>
          <w:sz w:val="22"/>
        </w:rPr>
        <w:t>Пункт 303. Правовой анализ</w:t>
      </w:r>
    </w:p>
    <w:p>
      <w:pPr>
        <w:spacing w:after="120" w:before="160"/>
        <w:ind w:firstLine="720"/>
        <w:jc w:val="both"/>
      </w:pPr>
      <w:r>
        <w:rPr>
          <w:rFonts w:ascii="Times New Roman" w:hAnsi="Times New Roman" w:eastAsia="Times New Roman" w:cs="Times New Roman"/>
          <w:b/>
          <w:i w:val="0"/>
          <w:sz w:val="22"/>
        </w:rPr>
        <w:t xml:space="preserve">303. </w:t>
      </w:r>
      <w:r>
        <w:rPr>
          <w:rFonts w:ascii="Times New Roman" w:hAnsi="Times New Roman" w:eastAsia="Times New Roman" w:cs="Times New Roman"/>
          <w:b w:val="0"/>
          <w:i w:val="0"/>
          <w:sz w:val="22"/>
        </w:rPr>
        <w:t>Скрежет 07.04.22 19.04.22 108 000,00</w:t>
      </w:r>
    </w:p>
    <w:p>
      <w:pPr>
        <w:pStyle w:val="Heading3"/>
      </w:pPr>
      <w:r>
        <w:rPr>
          <w:rFonts w:ascii="Times New Roman" w:hAnsi="Times New Roman" w:eastAsia="Times New Roman" w:cs="Times New Roman"/>
          <w:b/>
          <w:i w:val="0"/>
          <w:sz w:val="22"/>
        </w:rPr>
        <w:t>Пункт 304. Правовой анализ</w:t>
      </w:r>
    </w:p>
    <w:p>
      <w:pPr>
        <w:spacing w:after="120" w:before="160"/>
        <w:ind w:firstLine="720"/>
        <w:jc w:val="both"/>
      </w:pPr>
      <w:r>
        <w:rPr>
          <w:rFonts w:ascii="Times New Roman" w:hAnsi="Times New Roman" w:eastAsia="Times New Roman" w:cs="Times New Roman"/>
          <w:b/>
          <w:i w:val="0"/>
          <w:sz w:val="22"/>
        </w:rPr>
        <w:t xml:space="preserve">304. </w:t>
      </w:r>
      <w:r>
        <w:rPr>
          <w:rFonts w:ascii="Times New Roman" w:hAnsi="Times New Roman" w:eastAsia="Times New Roman" w:cs="Times New Roman"/>
          <w:b w:val="0"/>
          <w:i w:val="0"/>
          <w:sz w:val="22"/>
        </w:rPr>
        <w:t>Всё везде и сразу 07.04.22 17.04.22 401 000,00</w:t>
      </w:r>
    </w:p>
    <w:p>
      <w:pPr>
        <w:pStyle w:val="Heading3"/>
      </w:pPr>
      <w:r>
        <w:rPr>
          <w:rFonts w:ascii="Times New Roman" w:hAnsi="Times New Roman" w:eastAsia="Times New Roman" w:cs="Times New Roman"/>
          <w:b/>
          <w:i w:val="0"/>
          <w:sz w:val="22"/>
        </w:rPr>
        <w:t>Пункт 305. Правовой анализ</w:t>
      </w:r>
    </w:p>
    <w:p>
      <w:pPr>
        <w:spacing w:after="120" w:before="160"/>
        <w:ind w:firstLine="720"/>
        <w:jc w:val="both"/>
      </w:pPr>
      <w:r>
        <w:rPr>
          <w:rFonts w:ascii="Times New Roman" w:hAnsi="Times New Roman" w:eastAsia="Times New Roman" w:cs="Times New Roman"/>
          <w:b/>
          <w:i w:val="0"/>
          <w:sz w:val="22"/>
        </w:rPr>
        <w:t xml:space="preserve">305. </w:t>
      </w:r>
      <w:r>
        <w:rPr>
          <w:rFonts w:ascii="Times New Roman" w:hAnsi="Times New Roman" w:eastAsia="Times New Roman" w:cs="Times New Roman"/>
          <w:b w:val="0"/>
          <w:i w:val="0"/>
          <w:sz w:val="22"/>
        </w:rPr>
        <w:t>Поте ряшки и тайна волшебной пирамиды 02.04.22 12.04.22 28 500,00</w:t>
      </w:r>
    </w:p>
    <w:p>
      <w:pPr>
        <w:pStyle w:val="Heading3"/>
      </w:pPr>
      <w:r>
        <w:rPr>
          <w:rFonts w:ascii="Times New Roman" w:hAnsi="Times New Roman" w:eastAsia="Times New Roman" w:cs="Times New Roman"/>
          <w:b/>
          <w:i w:val="0"/>
          <w:sz w:val="22"/>
        </w:rPr>
        <w:t>Пункт 306. Правовой анализ</w:t>
      </w:r>
    </w:p>
    <w:p>
      <w:pPr>
        <w:spacing w:after="120" w:before="160"/>
        <w:ind w:firstLine="720"/>
        <w:jc w:val="both"/>
      </w:pPr>
      <w:r>
        <w:rPr>
          <w:rFonts w:ascii="Times New Roman" w:hAnsi="Times New Roman" w:eastAsia="Times New Roman" w:cs="Times New Roman"/>
          <w:b/>
          <w:i w:val="0"/>
          <w:sz w:val="22"/>
        </w:rPr>
        <w:t xml:space="preserve">306. </w:t>
      </w:r>
      <w:r>
        <w:rPr>
          <w:rFonts w:ascii="Times New Roman" w:hAnsi="Times New Roman" w:eastAsia="Times New Roman" w:cs="Times New Roman"/>
          <w:b w:val="0"/>
          <w:i w:val="0"/>
          <w:sz w:val="22"/>
        </w:rPr>
        <w:t>Золушка и тайна волшебного камня 02.04.22 03.04.22 23 000,00</w:t>
      </w:r>
    </w:p>
    <w:p>
      <w:pPr>
        <w:pStyle w:val="Heading3"/>
      </w:pPr>
      <w:r>
        <w:rPr>
          <w:rFonts w:ascii="Times New Roman" w:hAnsi="Times New Roman" w:eastAsia="Times New Roman" w:cs="Times New Roman"/>
          <w:b/>
          <w:i w:val="0"/>
          <w:sz w:val="22"/>
        </w:rPr>
        <w:t>Пункт 307. Правовой анализ</w:t>
      </w:r>
    </w:p>
    <w:p>
      <w:pPr>
        <w:spacing w:after="120" w:before="160"/>
        <w:ind w:firstLine="720"/>
        <w:jc w:val="both"/>
      </w:pPr>
      <w:r>
        <w:rPr>
          <w:rFonts w:ascii="Times New Roman" w:hAnsi="Times New Roman" w:eastAsia="Times New Roman" w:cs="Times New Roman"/>
          <w:b/>
          <w:i w:val="0"/>
          <w:sz w:val="22"/>
        </w:rPr>
        <w:t xml:space="preserve">307. </w:t>
      </w:r>
      <w:r>
        <w:rPr>
          <w:rFonts w:ascii="Times New Roman" w:hAnsi="Times New Roman" w:eastAsia="Times New Roman" w:cs="Times New Roman"/>
          <w:b w:val="0"/>
          <w:i w:val="0"/>
          <w:sz w:val="22"/>
        </w:rPr>
        <w:t>Осада 31.03.22 11.04.22 259 000,00</w:t>
      </w:r>
    </w:p>
    <w:p>
      <w:pPr>
        <w:pStyle w:val="Heading3"/>
      </w:pPr>
      <w:r>
        <w:rPr>
          <w:rFonts w:ascii="Times New Roman" w:hAnsi="Times New Roman" w:eastAsia="Times New Roman" w:cs="Times New Roman"/>
          <w:b/>
          <w:i w:val="0"/>
          <w:sz w:val="22"/>
        </w:rPr>
        <w:t>Пункт 308. Правовой анализ</w:t>
      </w:r>
    </w:p>
    <w:p>
      <w:pPr>
        <w:spacing w:after="120" w:before="160"/>
        <w:ind w:firstLine="720"/>
        <w:jc w:val="both"/>
      </w:pPr>
      <w:r>
        <w:rPr>
          <w:rFonts w:ascii="Times New Roman" w:hAnsi="Times New Roman" w:eastAsia="Times New Roman" w:cs="Times New Roman"/>
          <w:b/>
          <w:i w:val="0"/>
          <w:sz w:val="22"/>
        </w:rPr>
        <w:t xml:space="preserve">308. </w:t>
      </w:r>
      <w:r>
        <w:rPr>
          <w:rFonts w:ascii="Times New Roman" w:hAnsi="Times New Roman" w:eastAsia="Times New Roman" w:cs="Times New Roman"/>
          <w:b w:val="0"/>
          <w:i w:val="0"/>
          <w:sz w:val="22"/>
        </w:rPr>
        <w:t>Сядь за руль моей машины 31.03.22 09.04.22 47 000,00</w:t>
      </w:r>
    </w:p>
    <w:p>
      <w:pPr>
        <w:pStyle w:val="Heading3"/>
      </w:pPr>
      <w:r>
        <w:rPr>
          <w:rFonts w:ascii="Times New Roman" w:hAnsi="Times New Roman" w:eastAsia="Times New Roman" w:cs="Times New Roman"/>
          <w:b/>
          <w:i w:val="0"/>
          <w:sz w:val="22"/>
        </w:rPr>
        <w:t>Пункт 309. Правовой анализ</w:t>
      </w:r>
    </w:p>
    <w:p>
      <w:pPr>
        <w:spacing w:after="120" w:before="160"/>
        <w:ind w:firstLine="720"/>
        <w:jc w:val="both"/>
      </w:pPr>
      <w:r>
        <w:rPr>
          <w:rFonts w:ascii="Times New Roman" w:hAnsi="Times New Roman" w:eastAsia="Times New Roman" w:cs="Times New Roman"/>
          <w:b/>
          <w:i w:val="0"/>
          <w:sz w:val="22"/>
        </w:rPr>
        <w:t xml:space="preserve">309. </w:t>
      </w:r>
      <w:r>
        <w:rPr>
          <w:rFonts w:ascii="Times New Roman" w:hAnsi="Times New Roman" w:eastAsia="Times New Roman" w:cs="Times New Roman"/>
          <w:b w:val="0"/>
          <w:i w:val="0"/>
          <w:sz w:val="22"/>
        </w:rPr>
        <w:t>Мегрэ и таинственная девушка 31.03.22 20.04.22 729 000,00</w:t>
      </w:r>
    </w:p>
    <w:p>
      <w:pPr>
        <w:pStyle w:val="Heading3"/>
      </w:pPr>
      <w:r>
        <w:rPr>
          <w:rFonts w:ascii="Times New Roman" w:hAnsi="Times New Roman" w:eastAsia="Times New Roman" w:cs="Times New Roman"/>
          <w:b/>
          <w:i w:val="0"/>
          <w:sz w:val="22"/>
        </w:rPr>
        <w:t>Пункт 310. Правовой анализ</w:t>
      </w:r>
    </w:p>
    <w:p>
      <w:pPr>
        <w:spacing w:after="120" w:before="160"/>
        <w:ind w:firstLine="720"/>
        <w:jc w:val="both"/>
      </w:pPr>
      <w:r>
        <w:rPr>
          <w:rFonts w:ascii="Times New Roman" w:hAnsi="Times New Roman" w:eastAsia="Times New Roman" w:cs="Times New Roman"/>
          <w:b/>
          <w:i w:val="0"/>
          <w:sz w:val="22"/>
        </w:rPr>
        <w:t xml:space="preserve">310. </w:t>
      </w:r>
      <w:r>
        <w:rPr>
          <w:rFonts w:ascii="Times New Roman" w:hAnsi="Times New Roman" w:eastAsia="Times New Roman" w:cs="Times New Roman"/>
          <w:b w:val="0"/>
          <w:i w:val="0"/>
          <w:sz w:val="22"/>
        </w:rPr>
        <w:t>Роман служанки 31.03.22 13.04.22 332 000,00</w:t>
      </w:r>
    </w:p>
    <w:p>
      <w:pPr>
        <w:pStyle w:val="Heading3"/>
      </w:pPr>
      <w:r>
        <w:rPr>
          <w:rFonts w:ascii="Times New Roman" w:hAnsi="Times New Roman" w:eastAsia="Times New Roman" w:cs="Times New Roman"/>
          <w:b/>
          <w:i w:val="0"/>
          <w:sz w:val="22"/>
        </w:rPr>
        <w:t>Пункт 311. Правовой анализ</w:t>
      </w:r>
    </w:p>
    <w:p>
      <w:pPr>
        <w:spacing w:after="120" w:before="160"/>
        <w:ind w:firstLine="720"/>
        <w:jc w:val="both"/>
      </w:pPr>
      <w:r>
        <w:rPr>
          <w:rFonts w:ascii="Times New Roman" w:hAnsi="Times New Roman" w:eastAsia="Times New Roman" w:cs="Times New Roman"/>
          <w:b/>
          <w:i w:val="0"/>
          <w:sz w:val="22"/>
        </w:rPr>
        <w:t xml:space="preserve">311. </w:t>
      </w:r>
      <w:r>
        <w:rPr>
          <w:rFonts w:ascii="Times New Roman" w:hAnsi="Times New Roman" w:eastAsia="Times New Roman" w:cs="Times New Roman"/>
          <w:b w:val="0"/>
          <w:i w:val="0"/>
          <w:sz w:val="22"/>
        </w:rPr>
        <w:t>Прятки 31.03.22 17.04.22 128 000,00</w:t>
      </w:r>
    </w:p>
    <w:p>
      <w:pPr>
        <w:pStyle w:val="Heading3"/>
      </w:pPr>
      <w:r>
        <w:rPr>
          <w:rFonts w:ascii="Times New Roman" w:hAnsi="Times New Roman" w:eastAsia="Times New Roman" w:cs="Times New Roman"/>
          <w:b/>
          <w:i w:val="0"/>
          <w:sz w:val="22"/>
        </w:rPr>
        <w:t>Пункт 312. Правовой анализ</w:t>
      </w:r>
    </w:p>
    <w:p>
      <w:pPr>
        <w:spacing w:after="120" w:before="160"/>
        <w:ind w:firstLine="720"/>
        <w:jc w:val="both"/>
      </w:pPr>
      <w:r>
        <w:rPr>
          <w:rFonts w:ascii="Times New Roman" w:hAnsi="Times New Roman" w:eastAsia="Times New Roman" w:cs="Times New Roman"/>
          <w:b/>
          <w:i w:val="0"/>
          <w:sz w:val="22"/>
        </w:rPr>
        <w:t xml:space="preserve">312. </w:t>
      </w:r>
      <w:r>
        <w:rPr>
          <w:rFonts w:ascii="Times New Roman" w:hAnsi="Times New Roman" w:eastAsia="Times New Roman" w:cs="Times New Roman"/>
          <w:b w:val="0"/>
          <w:i w:val="0"/>
          <w:sz w:val="22"/>
        </w:rPr>
        <w:t>Брат 26.03.22 02.04.22 84 000,00</w:t>
      </w:r>
    </w:p>
    <w:p>
      <w:pPr>
        <w:pStyle w:val="Heading3"/>
      </w:pPr>
      <w:r>
        <w:rPr>
          <w:rFonts w:ascii="Times New Roman" w:hAnsi="Times New Roman" w:eastAsia="Times New Roman" w:cs="Times New Roman"/>
          <w:b/>
          <w:i w:val="0"/>
          <w:sz w:val="22"/>
        </w:rPr>
        <w:t>Пункт 313. Правовой анализ</w:t>
      </w:r>
    </w:p>
    <w:p>
      <w:pPr>
        <w:spacing w:after="120" w:before="160"/>
        <w:ind w:firstLine="720"/>
        <w:jc w:val="both"/>
      </w:pPr>
      <w:r>
        <w:rPr>
          <w:rFonts w:ascii="Times New Roman" w:hAnsi="Times New Roman" w:eastAsia="Times New Roman" w:cs="Times New Roman"/>
          <w:b/>
          <w:i w:val="0"/>
          <w:sz w:val="22"/>
        </w:rPr>
        <w:t xml:space="preserve">313. </w:t>
      </w:r>
      <w:r>
        <w:rPr>
          <w:rFonts w:ascii="Times New Roman" w:hAnsi="Times New Roman" w:eastAsia="Times New Roman" w:cs="Times New Roman"/>
          <w:b w:val="0"/>
          <w:i w:val="0"/>
          <w:sz w:val="22"/>
        </w:rPr>
        <w:t>Моя ужасная сестра 26.03.22 06.04.22 18 000,00</w:t>
      </w:r>
    </w:p>
    <w:p>
      <w:pPr>
        <w:pStyle w:val="Heading3"/>
      </w:pPr>
      <w:r>
        <w:rPr>
          <w:rFonts w:ascii="Times New Roman" w:hAnsi="Times New Roman" w:eastAsia="Times New Roman" w:cs="Times New Roman"/>
          <w:b/>
          <w:i w:val="0"/>
          <w:sz w:val="22"/>
        </w:rPr>
        <w:t>Пункт 314. Правовой анализ</w:t>
      </w:r>
    </w:p>
    <w:p>
      <w:pPr>
        <w:spacing w:after="120" w:before="160"/>
        <w:ind w:firstLine="720"/>
        <w:jc w:val="both"/>
      </w:pPr>
      <w:r>
        <w:rPr>
          <w:rFonts w:ascii="Times New Roman" w:hAnsi="Times New Roman" w:eastAsia="Times New Roman" w:cs="Times New Roman"/>
          <w:b/>
          <w:i w:val="0"/>
          <w:sz w:val="22"/>
        </w:rPr>
        <w:t xml:space="preserve">314. </w:t>
      </w:r>
      <w:r>
        <w:rPr>
          <w:rFonts w:ascii="Times New Roman" w:hAnsi="Times New Roman" w:eastAsia="Times New Roman" w:cs="Times New Roman"/>
          <w:b w:val="0"/>
          <w:i w:val="0"/>
          <w:sz w:val="22"/>
        </w:rPr>
        <w:t>Брат - 2 25.03.22 06.04.22 187 000,00</w:t>
      </w:r>
    </w:p>
    <w:p>
      <w:pPr>
        <w:pStyle w:val="Heading3"/>
      </w:pPr>
      <w:r>
        <w:rPr>
          <w:rFonts w:ascii="Times New Roman" w:hAnsi="Times New Roman" w:eastAsia="Times New Roman" w:cs="Times New Roman"/>
          <w:b/>
          <w:i w:val="0"/>
          <w:sz w:val="22"/>
        </w:rPr>
        <w:t>Пункт 315. Правовой анализ</w:t>
      </w:r>
    </w:p>
    <w:p>
      <w:pPr>
        <w:spacing w:after="120" w:before="160"/>
        <w:ind w:firstLine="720"/>
        <w:jc w:val="both"/>
      </w:pPr>
      <w:r>
        <w:rPr>
          <w:rFonts w:ascii="Times New Roman" w:hAnsi="Times New Roman" w:eastAsia="Times New Roman" w:cs="Times New Roman"/>
          <w:b/>
          <w:i w:val="0"/>
          <w:sz w:val="22"/>
        </w:rPr>
        <w:t xml:space="preserve">315. </w:t>
      </w:r>
      <w:r>
        <w:rPr>
          <w:rFonts w:ascii="Times New Roman" w:hAnsi="Times New Roman" w:eastAsia="Times New Roman" w:cs="Times New Roman"/>
          <w:b w:val="0"/>
          <w:i w:val="0"/>
          <w:sz w:val="22"/>
        </w:rPr>
        <w:t>Худший человек на свете 25.03.22 03.04.22 138 000,00</w:t>
      </w:r>
    </w:p>
    <w:p>
      <w:pPr>
        <w:pStyle w:val="Heading3"/>
      </w:pPr>
      <w:r>
        <w:rPr>
          <w:rFonts w:ascii="Times New Roman" w:hAnsi="Times New Roman" w:eastAsia="Times New Roman" w:cs="Times New Roman"/>
          <w:b/>
          <w:i w:val="0"/>
          <w:sz w:val="22"/>
        </w:rPr>
        <w:t>Пункт 316. Правовой анализ</w:t>
      </w:r>
    </w:p>
    <w:p>
      <w:pPr>
        <w:spacing w:after="120" w:before="160"/>
        <w:ind w:firstLine="720"/>
        <w:jc w:val="both"/>
      </w:pPr>
      <w:r>
        <w:rPr>
          <w:rFonts w:ascii="Times New Roman" w:hAnsi="Times New Roman" w:eastAsia="Times New Roman" w:cs="Times New Roman"/>
          <w:b/>
          <w:i w:val="0"/>
          <w:sz w:val="22"/>
        </w:rPr>
        <w:t xml:space="preserve">316. </w:t>
      </w:r>
      <w:r>
        <w:rPr>
          <w:rFonts w:ascii="Times New Roman" w:hAnsi="Times New Roman" w:eastAsia="Times New Roman" w:cs="Times New Roman"/>
          <w:b w:val="0"/>
          <w:i w:val="0"/>
          <w:sz w:val="22"/>
        </w:rPr>
        <w:t>Финник 25.03.22 10.04.22 218 500,00</w:t>
      </w:r>
    </w:p>
    <w:p>
      <w:pPr>
        <w:pStyle w:val="Heading3"/>
      </w:pPr>
      <w:r>
        <w:rPr>
          <w:rFonts w:ascii="Times New Roman" w:hAnsi="Times New Roman" w:eastAsia="Times New Roman" w:cs="Times New Roman"/>
          <w:b/>
          <w:i w:val="0"/>
          <w:sz w:val="22"/>
        </w:rPr>
        <w:t>Пункт 317. Правовой анализ</w:t>
      </w:r>
    </w:p>
    <w:p>
      <w:pPr>
        <w:spacing w:after="120" w:before="160"/>
        <w:ind w:firstLine="720"/>
        <w:jc w:val="both"/>
      </w:pPr>
      <w:r>
        <w:rPr>
          <w:rFonts w:ascii="Times New Roman" w:hAnsi="Times New Roman" w:eastAsia="Times New Roman" w:cs="Times New Roman"/>
          <w:b/>
          <w:i w:val="0"/>
          <w:sz w:val="22"/>
        </w:rPr>
        <w:t xml:space="preserve">317. </w:t>
      </w:r>
      <w:r>
        <w:rPr>
          <w:rFonts w:ascii="Times New Roman" w:hAnsi="Times New Roman" w:eastAsia="Times New Roman" w:cs="Times New Roman"/>
          <w:b w:val="0"/>
          <w:i w:val="0"/>
          <w:sz w:val="22"/>
        </w:rPr>
        <w:t>Мания 24.03.22 30.03.22 82 000,00</w:t>
      </w:r>
    </w:p>
    <w:p>
      <w:pPr>
        <w:pStyle w:val="Heading3"/>
      </w:pPr>
      <w:r>
        <w:rPr>
          <w:rFonts w:ascii="Times New Roman" w:hAnsi="Times New Roman" w:eastAsia="Times New Roman" w:cs="Times New Roman"/>
          <w:b/>
          <w:i w:val="0"/>
          <w:sz w:val="22"/>
        </w:rPr>
        <w:t>Пункт 318. Правовой анализ</w:t>
      </w:r>
    </w:p>
    <w:p>
      <w:pPr>
        <w:spacing w:after="120" w:before="160"/>
        <w:ind w:firstLine="720"/>
        <w:jc w:val="both"/>
      </w:pPr>
      <w:r>
        <w:rPr>
          <w:rFonts w:ascii="Times New Roman" w:hAnsi="Times New Roman" w:eastAsia="Times New Roman" w:cs="Times New Roman"/>
          <w:b/>
          <w:i w:val="0"/>
          <w:sz w:val="22"/>
        </w:rPr>
        <w:t xml:space="preserve">318. </w:t>
      </w:r>
      <w:r>
        <w:rPr>
          <w:rFonts w:ascii="Times New Roman" w:hAnsi="Times New Roman" w:eastAsia="Times New Roman" w:cs="Times New Roman"/>
          <w:b w:val="0"/>
          <w:i w:val="0"/>
          <w:sz w:val="22"/>
        </w:rPr>
        <w:t>Все прошло хорошо 24.03.22 02.04.22 54 000,00</w:t>
      </w:r>
    </w:p>
    <w:p>
      <w:pPr>
        <w:pStyle w:val="Heading3"/>
      </w:pPr>
      <w:r>
        <w:rPr>
          <w:rFonts w:ascii="Times New Roman" w:hAnsi="Times New Roman" w:eastAsia="Times New Roman" w:cs="Times New Roman"/>
          <w:b/>
          <w:i w:val="0"/>
          <w:sz w:val="22"/>
        </w:rPr>
        <w:t>Пункт 319. Правовой анализ</w:t>
      </w:r>
    </w:p>
    <w:p>
      <w:pPr>
        <w:spacing w:after="120" w:before="160"/>
        <w:ind w:firstLine="720"/>
        <w:jc w:val="both"/>
      </w:pPr>
      <w:r>
        <w:rPr>
          <w:rFonts w:ascii="Times New Roman" w:hAnsi="Times New Roman" w:eastAsia="Times New Roman" w:cs="Times New Roman"/>
          <w:b/>
          <w:i w:val="0"/>
          <w:sz w:val="22"/>
        </w:rPr>
        <w:t xml:space="preserve">319. </w:t>
      </w:r>
      <w:r>
        <w:rPr>
          <w:rFonts w:ascii="Times New Roman" w:hAnsi="Times New Roman" w:eastAsia="Times New Roman" w:cs="Times New Roman"/>
          <w:b w:val="0"/>
          <w:i w:val="0"/>
          <w:sz w:val="22"/>
        </w:rPr>
        <w:t>Маски для Николаса 19.03.22 22.03.22 20 500,00</w:t>
      </w:r>
    </w:p>
    <w:p>
      <w:pPr>
        <w:pStyle w:val="Heading3"/>
      </w:pPr>
      <w:r>
        <w:rPr>
          <w:rFonts w:ascii="Times New Roman" w:hAnsi="Times New Roman" w:eastAsia="Times New Roman" w:cs="Times New Roman"/>
          <w:b/>
          <w:i w:val="0"/>
          <w:sz w:val="22"/>
        </w:rPr>
        <w:t>Пункт 320. Правовой анализ</w:t>
      </w:r>
    </w:p>
    <w:p>
      <w:pPr>
        <w:spacing w:after="120" w:before="160"/>
        <w:ind w:firstLine="720"/>
        <w:jc w:val="both"/>
      </w:pPr>
      <w:r>
        <w:rPr>
          <w:rFonts w:ascii="Times New Roman" w:hAnsi="Times New Roman" w:eastAsia="Times New Roman" w:cs="Times New Roman"/>
          <w:b/>
          <w:i w:val="0"/>
          <w:sz w:val="22"/>
        </w:rPr>
        <w:t xml:space="preserve">320. </w:t>
      </w:r>
      <w:r>
        <w:rPr>
          <w:rFonts w:ascii="Times New Roman" w:hAnsi="Times New Roman" w:eastAsia="Times New Roman" w:cs="Times New Roman"/>
          <w:b w:val="0"/>
          <w:i w:val="0"/>
          <w:sz w:val="22"/>
        </w:rPr>
        <w:t>Утраченные иллюзии 18.03.22 30.03.22 173 000,00</w:t>
      </w:r>
    </w:p>
    <w:p>
      <w:pPr>
        <w:pStyle w:val="Heading3"/>
      </w:pPr>
      <w:r>
        <w:rPr>
          <w:rFonts w:ascii="Times New Roman" w:hAnsi="Times New Roman" w:eastAsia="Times New Roman" w:cs="Times New Roman"/>
          <w:b/>
          <w:i w:val="0"/>
          <w:sz w:val="22"/>
        </w:rPr>
        <w:t>Пункт 321. Правовой анализ</w:t>
      </w:r>
    </w:p>
    <w:p>
      <w:pPr>
        <w:spacing w:after="120" w:before="160"/>
        <w:ind w:firstLine="720"/>
        <w:jc w:val="both"/>
      </w:pPr>
      <w:r>
        <w:rPr>
          <w:rFonts w:ascii="Times New Roman" w:hAnsi="Times New Roman" w:eastAsia="Times New Roman" w:cs="Times New Roman"/>
          <w:b/>
          <w:i w:val="0"/>
          <w:sz w:val="22"/>
        </w:rPr>
        <w:t xml:space="preserve">321. </w:t>
      </w:r>
      <w:r>
        <w:rPr>
          <w:rFonts w:ascii="Times New Roman" w:hAnsi="Times New Roman" w:eastAsia="Times New Roman" w:cs="Times New Roman"/>
          <w:b w:val="0"/>
          <w:i w:val="0"/>
          <w:sz w:val="22"/>
        </w:rPr>
        <w:t>Доктор Свисток 18.03.22 21.03.22 61 000,00</w:t>
      </w:r>
    </w:p>
    <w:p>
      <w:pPr>
        <w:pStyle w:val="Heading3"/>
      </w:pPr>
      <w:r>
        <w:rPr>
          <w:rFonts w:ascii="Times New Roman" w:hAnsi="Times New Roman" w:eastAsia="Times New Roman" w:cs="Times New Roman"/>
          <w:b/>
          <w:i w:val="0"/>
          <w:sz w:val="22"/>
        </w:rPr>
        <w:t>Пункт 322. Правовой анализ</w:t>
      </w:r>
    </w:p>
    <w:p>
      <w:pPr>
        <w:spacing w:after="120" w:before="160"/>
        <w:ind w:firstLine="720"/>
        <w:jc w:val="both"/>
      </w:pPr>
      <w:r>
        <w:rPr>
          <w:rFonts w:ascii="Times New Roman" w:hAnsi="Times New Roman" w:eastAsia="Times New Roman" w:cs="Times New Roman"/>
          <w:b/>
          <w:i w:val="0"/>
          <w:sz w:val="22"/>
        </w:rPr>
        <w:t xml:space="preserve">322. </w:t>
      </w:r>
      <w:r>
        <w:rPr>
          <w:rFonts w:ascii="Times New Roman" w:hAnsi="Times New Roman" w:eastAsia="Times New Roman" w:cs="Times New Roman"/>
          <w:b w:val="0"/>
          <w:i w:val="0"/>
          <w:sz w:val="22"/>
        </w:rPr>
        <w:t>Парящий тигр 18.03.22 27.03.22 146 000,00</w:t>
      </w:r>
    </w:p>
    <w:p>
      <w:pPr>
        <w:pStyle w:val="Heading3"/>
      </w:pPr>
      <w:r>
        <w:rPr>
          <w:rFonts w:ascii="Times New Roman" w:hAnsi="Times New Roman" w:eastAsia="Times New Roman" w:cs="Times New Roman"/>
          <w:b/>
          <w:i w:val="0"/>
          <w:sz w:val="22"/>
        </w:rPr>
        <w:t>Пункт 323. Правовой анализ</w:t>
      </w:r>
    </w:p>
    <w:p>
      <w:pPr>
        <w:spacing w:after="120" w:before="160"/>
        <w:ind w:firstLine="720"/>
        <w:jc w:val="both"/>
      </w:pPr>
      <w:r>
        <w:rPr>
          <w:rFonts w:ascii="Times New Roman" w:hAnsi="Times New Roman" w:eastAsia="Times New Roman" w:cs="Times New Roman"/>
          <w:b/>
          <w:i w:val="0"/>
          <w:sz w:val="22"/>
        </w:rPr>
        <w:t xml:space="preserve">323. </w:t>
      </w:r>
      <w:r>
        <w:rPr>
          <w:rFonts w:ascii="Times New Roman" w:hAnsi="Times New Roman" w:eastAsia="Times New Roman" w:cs="Times New Roman"/>
          <w:b w:val="0"/>
          <w:i w:val="0"/>
          <w:sz w:val="22"/>
        </w:rPr>
        <w:t>Флирт с дьяволом 17.03.22 03.04.22 401 000,00 Добро пожаловать в Рим. Новые</w:t>
      </w:r>
    </w:p>
    <w:p>
      <w:pPr>
        <w:pStyle w:val="Heading3"/>
      </w:pPr>
      <w:r>
        <w:rPr>
          <w:rFonts w:ascii="Times New Roman" w:hAnsi="Times New Roman" w:eastAsia="Times New Roman" w:cs="Times New Roman"/>
          <w:b/>
          <w:i w:val="0"/>
          <w:sz w:val="22"/>
        </w:rPr>
        <w:t>Пункт 324. Правовой анализ</w:t>
      </w:r>
    </w:p>
    <w:p>
      <w:pPr>
        <w:spacing w:after="120" w:before="160"/>
        <w:ind w:firstLine="720"/>
        <w:jc w:val="both"/>
      </w:pPr>
      <w:r>
        <w:rPr>
          <w:rFonts w:ascii="Times New Roman" w:hAnsi="Times New Roman" w:eastAsia="Times New Roman" w:cs="Times New Roman"/>
          <w:b/>
          <w:i w:val="0"/>
          <w:sz w:val="22"/>
        </w:rPr>
        <w:t xml:space="preserve">324. </w:t>
      </w:r>
      <w:r>
        <w:rPr>
          <w:rFonts w:ascii="Times New Roman" w:hAnsi="Times New Roman" w:eastAsia="Times New Roman" w:cs="Times New Roman"/>
          <w:b w:val="0"/>
          <w:i w:val="0"/>
          <w:sz w:val="22"/>
        </w:rPr>
        <w:t>приключения 17.03.22 28.03.22 56 000,00</w:t>
      </w:r>
    </w:p>
    <w:p>
      <w:pPr>
        <w:pStyle w:val="Heading3"/>
      </w:pPr>
      <w:r>
        <w:rPr>
          <w:rFonts w:ascii="Times New Roman" w:hAnsi="Times New Roman" w:eastAsia="Times New Roman" w:cs="Times New Roman"/>
          <w:b/>
          <w:i w:val="0"/>
          <w:sz w:val="22"/>
        </w:rPr>
        <w:t>Пункт 325. Правовой анализ</w:t>
      </w:r>
    </w:p>
    <w:p>
      <w:pPr>
        <w:spacing w:after="120" w:before="160"/>
        <w:ind w:firstLine="720"/>
        <w:jc w:val="both"/>
      </w:pPr>
      <w:r>
        <w:rPr>
          <w:rFonts w:ascii="Times New Roman" w:hAnsi="Times New Roman" w:eastAsia="Times New Roman" w:cs="Times New Roman"/>
          <w:b/>
          <w:i w:val="0"/>
          <w:sz w:val="22"/>
        </w:rPr>
        <w:t xml:space="preserve">325. </w:t>
      </w:r>
      <w:r>
        <w:rPr>
          <w:rFonts w:ascii="Times New Roman" w:hAnsi="Times New Roman" w:eastAsia="Times New Roman" w:cs="Times New Roman"/>
          <w:b w:val="0"/>
          <w:i w:val="0"/>
          <w:sz w:val="22"/>
        </w:rPr>
        <w:t>Мой сосед Тоторо 12.03.22 20.03.22 65 000,00</w:t>
      </w:r>
    </w:p>
    <w:p>
      <w:pPr>
        <w:pStyle w:val="Heading3"/>
      </w:pPr>
      <w:r>
        <w:rPr>
          <w:rFonts w:ascii="Times New Roman" w:hAnsi="Times New Roman" w:eastAsia="Times New Roman" w:cs="Times New Roman"/>
          <w:b/>
          <w:i w:val="0"/>
          <w:sz w:val="22"/>
        </w:rPr>
        <w:t>Пункт 326. Правовой анализ</w:t>
      </w:r>
    </w:p>
    <w:p>
      <w:pPr>
        <w:spacing w:after="120" w:before="160"/>
        <w:ind w:firstLine="720"/>
        <w:jc w:val="both"/>
      </w:pPr>
      <w:r>
        <w:rPr>
          <w:rFonts w:ascii="Times New Roman" w:hAnsi="Times New Roman" w:eastAsia="Times New Roman" w:cs="Times New Roman"/>
          <w:b/>
          <w:i w:val="0"/>
          <w:sz w:val="22"/>
        </w:rPr>
        <w:t xml:space="preserve">326. </w:t>
      </w:r>
      <w:r>
        <w:rPr>
          <w:rFonts w:ascii="Times New Roman" w:hAnsi="Times New Roman" w:eastAsia="Times New Roman" w:cs="Times New Roman"/>
          <w:b w:val="0"/>
          <w:i w:val="0"/>
          <w:sz w:val="22"/>
        </w:rPr>
        <w:t>Наемник 10.03.22 22.03.22 312 000,00</w:t>
      </w:r>
    </w:p>
    <w:p>
      <w:pPr>
        <w:pStyle w:val="Heading3"/>
      </w:pPr>
      <w:r>
        <w:rPr>
          <w:rFonts w:ascii="Times New Roman" w:hAnsi="Times New Roman" w:eastAsia="Times New Roman" w:cs="Times New Roman"/>
          <w:b/>
          <w:i w:val="0"/>
          <w:sz w:val="22"/>
        </w:rPr>
        <w:t>Пункт 327. Правовой анализ</w:t>
      </w:r>
    </w:p>
    <w:p>
      <w:pPr>
        <w:spacing w:after="120" w:before="160"/>
        <w:ind w:firstLine="720"/>
        <w:jc w:val="both"/>
      </w:pPr>
      <w:r>
        <w:rPr>
          <w:rFonts w:ascii="Times New Roman" w:hAnsi="Times New Roman" w:eastAsia="Times New Roman" w:cs="Times New Roman"/>
          <w:b/>
          <w:i w:val="0"/>
          <w:sz w:val="22"/>
        </w:rPr>
        <w:t xml:space="preserve">327. </w:t>
      </w:r>
      <w:r>
        <w:rPr>
          <w:rFonts w:ascii="Times New Roman" w:hAnsi="Times New Roman" w:eastAsia="Times New Roman" w:cs="Times New Roman"/>
          <w:b w:val="0"/>
          <w:i w:val="0"/>
          <w:sz w:val="22"/>
        </w:rPr>
        <w:t>Потустороннее 10.03.22 17.03.22 118 000,00</w:t>
      </w:r>
    </w:p>
    <w:p>
      <w:pPr>
        <w:pStyle w:val="Heading3"/>
      </w:pPr>
      <w:r>
        <w:rPr>
          <w:rFonts w:ascii="Times New Roman" w:hAnsi="Times New Roman" w:eastAsia="Times New Roman" w:cs="Times New Roman"/>
          <w:b/>
          <w:i w:val="0"/>
          <w:sz w:val="22"/>
        </w:rPr>
        <w:t>Пункт 328. Правовой анализ</w:t>
      </w:r>
    </w:p>
    <w:p>
      <w:pPr>
        <w:spacing w:after="120" w:before="160"/>
        <w:ind w:firstLine="720"/>
        <w:jc w:val="both"/>
      </w:pPr>
      <w:r>
        <w:rPr>
          <w:rFonts w:ascii="Times New Roman" w:hAnsi="Times New Roman" w:eastAsia="Times New Roman" w:cs="Times New Roman"/>
          <w:b/>
          <w:i w:val="0"/>
          <w:sz w:val="22"/>
        </w:rPr>
        <w:t xml:space="preserve">328. </w:t>
      </w:r>
      <w:r>
        <w:rPr>
          <w:rFonts w:ascii="Times New Roman" w:hAnsi="Times New Roman" w:eastAsia="Times New Roman" w:cs="Times New Roman"/>
          <w:b w:val="0"/>
          <w:i w:val="0"/>
          <w:sz w:val="22"/>
        </w:rPr>
        <w:t>Парни под прикрытием 10.03.22 28.03.22 339 000,00</w:t>
      </w:r>
    </w:p>
    <w:p>
      <w:pPr>
        <w:pStyle w:val="Heading3"/>
      </w:pPr>
      <w:r>
        <w:rPr>
          <w:rFonts w:ascii="Times New Roman" w:hAnsi="Times New Roman" w:eastAsia="Times New Roman" w:cs="Times New Roman"/>
          <w:b/>
          <w:i w:val="0"/>
          <w:sz w:val="22"/>
        </w:rPr>
        <w:t>Пункт 329. Правовой анализ</w:t>
      </w:r>
    </w:p>
    <w:p>
      <w:pPr>
        <w:spacing w:after="120" w:before="160"/>
        <w:ind w:firstLine="720"/>
        <w:jc w:val="both"/>
      </w:pPr>
      <w:r>
        <w:rPr>
          <w:rFonts w:ascii="Times New Roman" w:hAnsi="Times New Roman" w:eastAsia="Times New Roman" w:cs="Times New Roman"/>
          <w:b/>
          <w:i w:val="0"/>
          <w:sz w:val="22"/>
        </w:rPr>
        <w:t xml:space="preserve">329. </w:t>
      </w:r>
      <w:r>
        <w:rPr>
          <w:rFonts w:ascii="Times New Roman" w:hAnsi="Times New Roman" w:eastAsia="Times New Roman" w:cs="Times New Roman"/>
          <w:b w:val="0"/>
          <w:i w:val="0"/>
          <w:sz w:val="22"/>
        </w:rPr>
        <w:t>Эта безумная любовь 06.03.22 15.03.22 115 000,00</w:t>
      </w:r>
    </w:p>
    <w:p>
      <w:pPr>
        <w:pStyle w:val="Heading3"/>
      </w:pPr>
      <w:r>
        <w:rPr>
          <w:rFonts w:ascii="Times New Roman" w:hAnsi="Times New Roman" w:eastAsia="Times New Roman" w:cs="Times New Roman"/>
          <w:b/>
          <w:i w:val="0"/>
          <w:sz w:val="22"/>
        </w:rPr>
        <w:t>Пункт 330. Правовой анализ</w:t>
      </w:r>
    </w:p>
    <w:p>
      <w:pPr>
        <w:spacing w:after="120" w:before="160"/>
        <w:ind w:firstLine="720"/>
        <w:jc w:val="both"/>
      </w:pPr>
      <w:r>
        <w:rPr>
          <w:rFonts w:ascii="Times New Roman" w:hAnsi="Times New Roman" w:eastAsia="Times New Roman" w:cs="Times New Roman"/>
          <w:b/>
          <w:i w:val="0"/>
          <w:sz w:val="22"/>
        </w:rPr>
        <w:t xml:space="preserve">330. </w:t>
      </w:r>
      <w:r>
        <w:rPr>
          <w:rFonts w:ascii="Times New Roman" w:hAnsi="Times New Roman" w:eastAsia="Times New Roman" w:cs="Times New Roman"/>
          <w:b w:val="0"/>
          <w:i w:val="0"/>
          <w:sz w:val="22"/>
        </w:rPr>
        <w:t>Хочу замуж 03.03.22 16.03.22 504 000,00</w:t>
      </w:r>
    </w:p>
    <w:p>
      <w:pPr>
        <w:pStyle w:val="Heading3"/>
      </w:pPr>
      <w:r>
        <w:rPr>
          <w:rFonts w:ascii="Times New Roman" w:hAnsi="Times New Roman" w:eastAsia="Times New Roman" w:cs="Times New Roman"/>
          <w:b/>
          <w:i w:val="0"/>
          <w:sz w:val="22"/>
        </w:rPr>
        <w:t>Пункт 331. Правовой анализ</w:t>
      </w:r>
    </w:p>
    <w:p>
      <w:pPr>
        <w:spacing w:after="120" w:before="160"/>
        <w:ind w:firstLine="720"/>
        <w:jc w:val="both"/>
      </w:pPr>
      <w:r>
        <w:rPr>
          <w:rFonts w:ascii="Times New Roman" w:hAnsi="Times New Roman" w:eastAsia="Times New Roman" w:cs="Times New Roman"/>
          <w:b/>
          <w:i w:val="0"/>
          <w:sz w:val="22"/>
        </w:rPr>
        <w:t xml:space="preserve">331. </w:t>
      </w:r>
      <w:r>
        <w:rPr>
          <w:rFonts w:ascii="Times New Roman" w:hAnsi="Times New Roman" w:eastAsia="Times New Roman" w:cs="Times New Roman"/>
          <w:b w:val="0"/>
          <w:i w:val="0"/>
          <w:sz w:val="22"/>
        </w:rPr>
        <w:t>Авантюристки 03.03.22 14.03.22 102 000,00</w:t>
      </w:r>
    </w:p>
    <w:p>
      <w:pPr>
        <w:pStyle w:val="Heading3"/>
      </w:pPr>
      <w:r>
        <w:rPr>
          <w:rFonts w:ascii="Times New Roman" w:hAnsi="Times New Roman" w:eastAsia="Times New Roman" w:cs="Times New Roman"/>
          <w:b/>
          <w:i w:val="0"/>
          <w:sz w:val="22"/>
        </w:rPr>
        <w:t>Пункт 332. Правовой анализ</w:t>
      </w:r>
    </w:p>
    <w:p>
      <w:pPr>
        <w:spacing w:after="120" w:before="160"/>
        <w:ind w:firstLine="720"/>
        <w:jc w:val="both"/>
      </w:pPr>
      <w:r>
        <w:rPr>
          <w:rFonts w:ascii="Times New Roman" w:hAnsi="Times New Roman" w:eastAsia="Times New Roman" w:cs="Times New Roman"/>
          <w:b/>
          <w:i w:val="0"/>
          <w:sz w:val="22"/>
        </w:rPr>
        <w:t xml:space="preserve">332. </w:t>
      </w:r>
      <w:r>
        <w:rPr>
          <w:rFonts w:ascii="Times New Roman" w:hAnsi="Times New Roman" w:eastAsia="Times New Roman" w:cs="Times New Roman"/>
          <w:b w:val="0"/>
          <w:i w:val="0"/>
          <w:sz w:val="22"/>
        </w:rPr>
        <w:t>Герой 03.03.22 16.03.22 100 000,00</w:t>
      </w:r>
    </w:p>
    <w:p>
      <w:pPr>
        <w:pStyle w:val="Heading3"/>
      </w:pPr>
      <w:r>
        <w:rPr>
          <w:rFonts w:ascii="Times New Roman" w:hAnsi="Times New Roman" w:eastAsia="Times New Roman" w:cs="Times New Roman"/>
          <w:b/>
          <w:i w:val="0"/>
          <w:sz w:val="22"/>
        </w:rPr>
        <w:t>Пункт 333. Правовой анализ</w:t>
      </w:r>
    </w:p>
    <w:p>
      <w:pPr>
        <w:spacing w:after="120" w:before="160"/>
        <w:ind w:firstLine="720"/>
        <w:jc w:val="both"/>
      </w:pPr>
      <w:r>
        <w:rPr>
          <w:rFonts w:ascii="Times New Roman" w:hAnsi="Times New Roman" w:eastAsia="Times New Roman" w:cs="Times New Roman"/>
          <w:b/>
          <w:i w:val="0"/>
          <w:sz w:val="22"/>
        </w:rPr>
        <w:t xml:space="preserve">333. </w:t>
      </w:r>
      <w:r>
        <w:rPr>
          <w:rFonts w:ascii="Times New Roman" w:hAnsi="Times New Roman" w:eastAsia="Times New Roman" w:cs="Times New Roman"/>
          <w:b w:val="0"/>
          <w:i w:val="0"/>
          <w:sz w:val="22"/>
        </w:rPr>
        <w:t>От кутюр 03.03.22 19.03.22 209 000,00</w:t>
      </w:r>
    </w:p>
    <w:p>
      <w:pPr>
        <w:pStyle w:val="Heading3"/>
      </w:pPr>
      <w:r>
        <w:rPr>
          <w:rFonts w:ascii="Times New Roman" w:hAnsi="Times New Roman" w:eastAsia="Times New Roman" w:cs="Times New Roman"/>
          <w:b/>
          <w:i w:val="0"/>
          <w:sz w:val="22"/>
        </w:rPr>
        <w:t>Пункт 334. Правовой анализ</w:t>
      </w:r>
    </w:p>
    <w:p>
      <w:pPr>
        <w:spacing w:after="120" w:before="160"/>
        <w:ind w:firstLine="720"/>
        <w:jc w:val="both"/>
      </w:pPr>
      <w:r>
        <w:rPr>
          <w:rFonts w:ascii="Times New Roman" w:hAnsi="Times New Roman" w:eastAsia="Times New Roman" w:cs="Times New Roman"/>
          <w:b/>
          <w:i w:val="0"/>
          <w:sz w:val="22"/>
        </w:rPr>
        <w:t xml:space="preserve">334. </w:t>
      </w:r>
      <w:r>
        <w:rPr>
          <w:rFonts w:ascii="Times New Roman" w:hAnsi="Times New Roman" w:eastAsia="Times New Roman" w:cs="Times New Roman"/>
          <w:b w:val="0"/>
          <w:i w:val="0"/>
          <w:sz w:val="22"/>
        </w:rPr>
        <w:t>Сирано 27.02.22 02.03.22 77 000,00</w:t>
      </w:r>
    </w:p>
    <w:p>
      <w:pPr>
        <w:pStyle w:val="Heading3"/>
      </w:pPr>
      <w:r>
        <w:rPr>
          <w:rFonts w:ascii="Times New Roman" w:hAnsi="Times New Roman" w:eastAsia="Times New Roman" w:cs="Times New Roman"/>
          <w:b/>
          <w:i w:val="0"/>
          <w:sz w:val="22"/>
        </w:rPr>
        <w:t>Пункт 335. Правовой анализ</w:t>
      </w:r>
    </w:p>
    <w:p>
      <w:pPr>
        <w:spacing w:after="120" w:before="160"/>
        <w:ind w:firstLine="720"/>
        <w:jc w:val="both"/>
      </w:pPr>
      <w:r>
        <w:rPr>
          <w:rFonts w:ascii="Times New Roman" w:hAnsi="Times New Roman" w:eastAsia="Times New Roman" w:cs="Times New Roman"/>
          <w:b/>
          <w:i w:val="0"/>
          <w:sz w:val="22"/>
        </w:rPr>
        <w:t xml:space="preserve">335. </w:t>
      </w:r>
      <w:r>
        <w:rPr>
          <w:rFonts w:ascii="Times New Roman" w:hAnsi="Times New Roman" w:eastAsia="Times New Roman" w:cs="Times New Roman"/>
          <w:b w:val="0"/>
          <w:i w:val="0"/>
          <w:sz w:val="22"/>
        </w:rPr>
        <w:t>Кролецып и Хомяк Тьмы 26.02.22 04.03.22 26 000,00</w:t>
      </w:r>
    </w:p>
    <w:p>
      <w:pPr>
        <w:pStyle w:val="Heading3"/>
      </w:pPr>
      <w:r>
        <w:rPr>
          <w:rFonts w:ascii="Times New Roman" w:hAnsi="Times New Roman" w:eastAsia="Times New Roman" w:cs="Times New Roman"/>
          <w:b/>
          <w:i w:val="0"/>
          <w:sz w:val="22"/>
        </w:rPr>
        <w:t>Пункт 336. Правовой анализ</w:t>
      </w:r>
    </w:p>
    <w:p>
      <w:pPr>
        <w:spacing w:after="120" w:before="160"/>
        <w:ind w:firstLine="720"/>
        <w:jc w:val="both"/>
      </w:pPr>
      <w:r>
        <w:rPr>
          <w:rFonts w:ascii="Times New Roman" w:hAnsi="Times New Roman" w:eastAsia="Times New Roman" w:cs="Times New Roman"/>
          <w:b/>
          <w:i w:val="0"/>
          <w:sz w:val="22"/>
        </w:rPr>
        <w:t xml:space="preserve">336. </w:t>
      </w:r>
      <w:r>
        <w:rPr>
          <w:rFonts w:ascii="Times New Roman" w:hAnsi="Times New Roman" w:eastAsia="Times New Roman" w:cs="Times New Roman"/>
          <w:b w:val="0"/>
          <w:i w:val="0"/>
          <w:sz w:val="22"/>
        </w:rPr>
        <w:t>Мистер нокаут 23.02.22 27.03.22 922 000,00</w:t>
      </w:r>
    </w:p>
    <w:p>
      <w:pPr>
        <w:pStyle w:val="Heading3"/>
      </w:pPr>
      <w:r>
        <w:rPr>
          <w:rFonts w:ascii="Times New Roman" w:hAnsi="Times New Roman" w:eastAsia="Times New Roman" w:cs="Times New Roman"/>
          <w:b/>
          <w:i w:val="0"/>
          <w:sz w:val="22"/>
        </w:rPr>
        <w:t>Пункт 337. Правовой анализ</w:t>
      </w:r>
    </w:p>
    <w:p>
      <w:pPr>
        <w:spacing w:after="120" w:before="160"/>
        <w:ind w:firstLine="720"/>
        <w:jc w:val="both"/>
      </w:pPr>
      <w:r>
        <w:rPr>
          <w:rFonts w:ascii="Times New Roman" w:hAnsi="Times New Roman" w:eastAsia="Times New Roman" w:cs="Times New Roman"/>
          <w:b/>
          <w:i w:val="0"/>
          <w:sz w:val="22"/>
        </w:rPr>
        <w:t xml:space="preserve">337. </w:t>
      </w:r>
      <w:r>
        <w:rPr>
          <w:rFonts w:ascii="Times New Roman" w:hAnsi="Times New Roman" w:eastAsia="Times New Roman" w:cs="Times New Roman"/>
          <w:b w:val="0"/>
          <w:i w:val="0"/>
          <w:sz w:val="22"/>
        </w:rPr>
        <w:t>Лулу и Бриггс 23.02.22 12.03.22 428 000,00</w:t>
      </w:r>
    </w:p>
    <w:p>
      <w:pPr>
        <w:pStyle w:val="Heading3"/>
      </w:pPr>
      <w:r>
        <w:rPr>
          <w:rFonts w:ascii="Times New Roman" w:hAnsi="Times New Roman" w:eastAsia="Times New Roman" w:cs="Times New Roman"/>
          <w:b/>
          <w:i w:val="0"/>
          <w:sz w:val="22"/>
        </w:rPr>
        <w:t>Пункт 338. Правовой анализ</w:t>
      </w:r>
    </w:p>
    <w:p>
      <w:pPr>
        <w:spacing w:after="120" w:before="160"/>
        <w:ind w:firstLine="720"/>
        <w:jc w:val="both"/>
      </w:pPr>
      <w:r>
        <w:rPr>
          <w:rFonts w:ascii="Times New Roman" w:hAnsi="Times New Roman" w:eastAsia="Times New Roman" w:cs="Times New Roman"/>
          <w:b/>
          <w:i w:val="0"/>
          <w:sz w:val="22"/>
        </w:rPr>
        <w:t xml:space="preserve">338. </w:t>
      </w:r>
      <w:r>
        <w:rPr>
          <w:rFonts w:ascii="Times New Roman" w:hAnsi="Times New Roman" w:eastAsia="Times New Roman" w:cs="Times New Roman"/>
          <w:b w:val="0"/>
          <w:i w:val="0"/>
          <w:sz w:val="22"/>
        </w:rPr>
        <w:t>Игра теней 23.02.22 05.03.22 417 000,00</w:t>
      </w:r>
    </w:p>
    <w:p>
      <w:pPr>
        <w:pStyle w:val="Heading3"/>
      </w:pPr>
      <w:r>
        <w:rPr>
          <w:rFonts w:ascii="Times New Roman" w:hAnsi="Times New Roman" w:eastAsia="Times New Roman" w:cs="Times New Roman"/>
          <w:b/>
          <w:i w:val="0"/>
          <w:sz w:val="22"/>
        </w:rPr>
        <w:t>Пункт 339. Правовой анализ</w:t>
      </w:r>
    </w:p>
    <w:p>
      <w:pPr>
        <w:spacing w:after="120" w:before="160"/>
        <w:ind w:firstLine="720"/>
        <w:jc w:val="both"/>
      </w:pPr>
      <w:r>
        <w:rPr>
          <w:rFonts w:ascii="Times New Roman" w:hAnsi="Times New Roman" w:eastAsia="Times New Roman" w:cs="Times New Roman"/>
          <w:b/>
          <w:i w:val="0"/>
          <w:sz w:val="22"/>
        </w:rPr>
        <w:t xml:space="preserve">339. </w:t>
      </w:r>
      <w:r>
        <w:rPr>
          <w:rFonts w:ascii="Times New Roman" w:hAnsi="Times New Roman" w:eastAsia="Times New Roman" w:cs="Times New Roman"/>
          <w:b w:val="0"/>
          <w:i w:val="0"/>
          <w:sz w:val="22"/>
        </w:rPr>
        <w:t>ПАПЫ 23.02.22 25.02.22 70 000,00</w:t>
      </w:r>
    </w:p>
    <w:p>
      <w:pPr>
        <w:pStyle w:val="Heading3"/>
      </w:pPr>
      <w:r>
        <w:rPr>
          <w:rFonts w:ascii="Times New Roman" w:hAnsi="Times New Roman" w:eastAsia="Times New Roman" w:cs="Times New Roman"/>
          <w:b/>
          <w:i w:val="0"/>
          <w:sz w:val="22"/>
        </w:rPr>
        <w:t>Пункт 340. Правовой анализ</w:t>
      </w:r>
    </w:p>
    <w:p>
      <w:pPr>
        <w:spacing w:after="120" w:before="160"/>
        <w:ind w:firstLine="720"/>
        <w:jc w:val="both"/>
      </w:pPr>
      <w:r>
        <w:rPr>
          <w:rFonts w:ascii="Times New Roman" w:hAnsi="Times New Roman" w:eastAsia="Times New Roman" w:cs="Times New Roman"/>
          <w:b/>
          <w:i w:val="0"/>
          <w:sz w:val="22"/>
        </w:rPr>
        <w:t xml:space="preserve">340. </w:t>
      </w:r>
      <w:r>
        <w:rPr>
          <w:rFonts w:ascii="Times New Roman" w:hAnsi="Times New Roman" w:eastAsia="Times New Roman" w:cs="Times New Roman"/>
          <w:b w:val="0"/>
          <w:i w:val="0"/>
          <w:sz w:val="22"/>
        </w:rPr>
        <w:t>Пламенное сердце 19.02.22 07.03.22 170 500,00</w:t>
      </w:r>
    </w:p>
    <w:p>
      <w:pPr>
        <w:pStyle w:val="Heading3"/>
      </w:pPr>
      <w:r>
        <w:rPr>
          <w:rFonts w:ascii="Times New Roman" w:hAnsi="Times New Roman" w:eastAsia="Times New Roman" w:cs="Times New Roman"/>
          <w:b/>
          <w:i w:val="0"/>
          <w:sz w:val="22"/>
        </w:rPr>
        <w:t>Пункт 341. Правовой анализ</w:t>
      </w:r>
    </w:p>
    <w:p>
      <w:pPr>
        <w:spacing w:after="120" w:before="160"/>
        <w:ind w:firstLine="720"/>
        <w:jc w:val="both"/>
      </w:pPr>
      <w:r>
        <w:rPr>
          <w:rFonts w:ascii="Times New Roman" w:hAnsi="Times New Roman" w:eastAsia="Times New Roman" w:cs="Times New Roman"/>
          <w:b/>
          <w:i w:val="0"/>
          <w:sz w:val="22"/>
        </w:rPr>
        <w:t xml:space="preserve">341. </w:t>
      </w:r>
      <w:r>
        <w:rPr>
          <w:rFonts w:ascii="Times New Roman" w:hAnsi="Times New Roman" w:eastAsia="Times New Roman" w:cs="Times New Roman"/>
          <w:b w:val="0"/>
          <w:i w:val="0"/>
          <w:sz w:val="22"/>
        </w:rPr>
        <w:t>ОДНАЖДЫ В ПУСТЫНЕ 18.02.22 23.02.22 35 000,00</w:t>
      </w:r>
    </w:p>
    <w:p>
      <w:pPr>
        <w:pStyle w:val="Heading3"/>
      </w:pPr>
      <w:r>
        <w:rPr>
          <w:rFonts w:ascii="Times New Roman" w:hAnsi="Times New Roman" w:eastAsia="Times New Roman" w:cs="Times New Roman"/>
          <w:b/>
          <w:i w:val="0"/>
          <w:sz w:val="22"/>
        </w:rPr>
        <w:t>Пункт 342. Правовой анализ</w:t>
      </w:r>
    </w:p>
    <w:p>
      <w:pPr>
        <w:spacing w:after="120" w:before="160"/>
        <w:ind w:firstLine="720"/>
        <w:jc w:val="both"/>
      </w:pPr>
      <w:r>
        <w:rPr>
          <w:rFonts w:ascii="Times New Roman" w:hAnsi="Times New Roman" w:eastAsia="Times New Roman" w:cs="Times New Roman"/>
          <w:b/>
          <w:i w:val="0"/>
          <w:sz w:val="22"/>
        </w:rPr>
        <w:t xml:space="preserve">342. </w:t>
      </w:r>
      <w:r>
        <w:rPr>
          <w:rFonts w:ascii="Times New Roman" w:hAnsi="Times New Roman" w:eastAsia="Times New Roman" w:cs="Times New Roman"/>
          <w:b w:val="0"/>
          <w:i w:val="0"/>
          <w:sz w:val="22"/>
        </w:rPr>
        <w:t>Гонка со временем 18.02.22 22.02.22 36 000,00</w:t>
      </w:r>
    </w:p>
    <w:p>
      <w:pPr>
        <w:pStyle w:val="Heading3"/>
      </w:pPr>
      <w:r>
        <w:rPr>
          <w:rFonts w:ascii="Times New Roman" w:hAnsi="Times New Roman" w:eastAsia="Times New Roman" w:cs="Times New Roman"/>
          <w:b/>
          <w:i w:val="0"/>
          <w:sz w:val="22"/>
        </w:rPr>
        <w:t>Пункт 343. Правовой анализ</w:t>
      </w:r>
    </w:p>
    <w:p>
      <w:pPr>
        <w:spacing w:after="120" w:before="160"/>
        <w:ind w:firstLine="720"/>
        <w:jc w:val="both"/>
      </w:pPr>
      <w:r>
        <w:rPr>
          <w:rFonts w:ascii="Times New Roman" w:hAnsi="Times New Roman" w:eastAsia="Times New Roman" w:cs="Times New Roman"/>
          <w:b/>
          <w:i w:val="0"/>
          <w:sz w:val="22"/>
        </w:rPr>
        <w:t xml:space="preserve">343. </w:t>
      </w:r>
      <w:r>
        <w:rPr>
          <w:rFonts w:ascii="Times New Roman" w:hAnsi="Times New Roman" w:eastAsia="Times New Roman" w:cs="Times New Roman"/>
          <w:b w:val="0"/>
          <w:i w:val="0"/>
          <w:sz w:val="22"/>
        </w:rPr>
        <w:t>Одиннадцать молчаливых мужчин 17.02.22 02.03.22 458 000,00</w:t>
      </w:r>
    </w:p>
    <w:p>
      <w:pPr>
        <w:pStyle w:val="Heading3"/>
      </w:pPr>
      <w:r>
        <w:rPr>
          <w:rFonts w:ascii="Times New Roman" w:hAnsi="Times New Roman" w:eastAsia="Times New Roman" w:cs="Times New Roman"/>
          <w:b/>
          <w:i w:val="0"/>
          <w:sz w:val="22"/>
        </w:rPr>
        <w:t>Пункт 344. Правовой анализ</w:t>
      </w:r>
    </w:p>
    <w:p>
      <w:pPr>
        <w:spacing w:after="120" w:before="160"/>
        <w:ind w:firstLine="720"/>
        <w:jc w:val="both"/>
      </w:pPr>
      <w:r>
        <w:rPr>
          <w:rFonts w:ascii="Times New Roman" w:hAnsi="Times New Roman" w:eastAsia="Times New Roman" w:cs="Times New Roman"/>
          <w:b/>
          <w:i w:val="0"/>
          <w:sz w:val="22"/>
        </w:rPr>
        <w:t xml:space="preserve">344. </w:t>
      </w:r>
      <w:r>
        <w:rPr>
          <w:rFonts w:ascii="Times New Roman" w:hAnsi="Times New Roman" w:eastAsia="Times New Roman" w:cs="Times New Roman"/>
          <w:b w:val="0"/>
          <w:i w:val="0"/>
          <w:sz w:val="22"/>
        </w:rPr>
        <w:t>Жажда золота 17.02.22 22.02.22 157 000,00</w:t>
      </w:r>
    </w:p>
    <w:p>
      <w:pPr>
        <w:pStyle w:val="Heading3"/>
      </w:pPr>
      <w:r>
        <w:rPr>
          <w:rFonts w:ascii="Times New Roman" w:hAnsi="Times New Roman" w:eastAsia="Times New Roman" w:cs="Times New Roman"/>
          <w:b/>
          <w:i w:val="0"/>
          <w:sz w:val="22"/>
        </w:rPr>
        <w:t>Пункт 345. Правовой анализ</w:t>
      </w:r>
    </w:p>
    <w:p>
      <w:pPr>
        <w:spacing w:after="120" w:before="160"/>
        <w:ind w:firstLine="720"/>
        <w:jc w:val="both"/>
      </w:pPr>
      <w:r>
        <w:rPr>
          <w:rFonts w:ascii="Times New Roman" w:hAnsi="Times New Roman" w:eastAsia="Times New Roman" w:cs="Times New Roman"/>
          <w:b/>
          <w:i w:val="0"/>
          <w:sz w:val="22"/>
        </w:rPr>
        <w:t xml:space="preserve">345. </w:t>
      </w:r>
      <w:r>
        <w:rPr>
          <w:rFonts w:ascii="Times New Roman" w:hAnsi="Times New Roman" w:eastAsia="Times New Roman" w:cs="Times New Roman"/>
          <w:b w:val="0"/>
          <w:i w:val="0"/>
          <w:sz w:val="22"/>
        </w:rPr>
        <w:t>Пиноккио. Правдивая история 17.02.22 06.03.22 57 500,00</w:t>
      </w:r>
    </w:p>
    <w:p>
      <w:pPr>
        <w:pStyle w:val="Heading3"/>
      </w:pPr>
      <w:r>
        <w:rPr>
          <w:rFonts w:ascii="Times New Roman" w:hAnsi="Times New Roman" w:eastAsia="Times New Roman" w:cs="Times New Roman"/>
          <w:b/>
          <w:i w:val="0"/>
          <w:sz w:val="22"/>
        </w:rPr>
        <w:t>Пункт 346. Правовой анализ</w:t>
      </w:r>
    </w:p>
    <w:p>
      <w:pPr>
        <w:spacing w:after="120" w:before="160"/>
        <w:ind w:firstLine="720"/>
        <w:jc w:val="both"/>
      </w:pPr>
      <w:r>
        <w:rPr>
          <w:rFonts w:ascii="Times New Roman" w:hAnsi="Times New Roman" w:eastAsia="Times New Roman" w:cs="Times New Roman"/>
          <w:b/>
          <w:i w:val="0"/>
          <w:sz w:val="22"/>
        </w:rPr>
        <w:t xml:space="preserve">346. </w:t>
      </w:r>
      <w:r>
        <w:rPr>
          <w:rFonts w:ascii="Times New Roman" w:hAnsi="Times New Roman" w:eastAsia="Times New Roman" w:cs="Times New Roman"/>
          <w:b w:val="0"/>
          <w:i w:val="0"/>
          <w:sz w:val="22"/>
        </w:rPr>
        <w:t>Анчартед: На картах не значится 10.02.22 20.04.22 3 332 000,00</w:t>
      </w:r>
    </w:p>
    <w:p>
      <w:pPr>
        <w:pStyle w:val="Heading3"/>
      </w:pPr>
      <w:r>
        <w:rPr>
          <w:rFonts w:ascii="Times New Roman" w:hAnsi="Times New Roman" w:eastAsia="Times New Roman" w:cs="Times New Roman"/>
          <w:b/>
          <w:i w:val="0"/>
          <w:sz w:val="22"/>
        </w:rPr>
        <w:t>Пункт 347. Правовой анализ</w:t>
      </w:r>
    </w:p>
    <w:p>
      <w:pPr>
        <w:spacing w:after="120" w:before="160"/>
        <w:ind w:firstLine="720"/>
        <w:jc w:val="both"/>
      </w:pPr>
      <w:r>
        <w:rPr>
          <w:rFonts w:ascii="Times New Roman" w:hAnsi="Times New Roman" w:eastAsia="Times New Roman" w:cs="Times New Roman"/>
          <w:b/>
          <w:i w:val="0"/>
          <w:sz w:val="22"/>
        </w:rPr>
        <w:t xml:space="preserve">347. </w:t>
      </w:r>
      <w:r>
        <w:rPr>
          <w:rFonts w:ascii="Times New Roman" w:hAnsi="Times New Roman" w:eastAsia="Times New Roman" w:cs="Times New Roman"/>
          <w:b w:val="0"/>
          <w:i w:val="0"/>
          <w:sz w:val="22"/>
        </w:rPr>
        <w:t>Первый встречный 10.02.22 23.02.22 506 000,00</w:t>
      </w:r>
    </w:p>
    <w:p>
      <w:pPr>
        <w:pStyle w:val="Heading3"/>
      </w:pPr>
      <w:r>
        <w:rPr>
          <w:rFonts w:ascii="Times New Roman" w:hAnsi="Times New Roman" w:eastAsia="Times New Roman" w:cs="Times New Roman"/>
          <w:b/>
          <w:i w:val="0"/>
          <w:sz w:val="22"/>
        </w:rPr>
        <w:t>Пункт 348. Правовой анализ</w:t>
      </w:r>
    </w:p>
    <w:p>
      <w:pPr>
        <w:spacing w:after="120" w:before="160"/>
        <w:ind w:firstLine="720"/>
        <w:jc w:val="both"/>
      </w:pPr>
      <w:r>
        <w:rPr>
          <w:rFonts w:ascii="Times New Roman" w:hAnsi="Times New Roman" w:eastAsia="Times New Roman" w:cs="Times New Roman"/>
          <w:b/>
          <w:i w:val="0"/>
          <w:sz w:val="22"/>
        </w:rPr>
        <w:t xml:space="preserve">348. </w:t>
      </w:r>
      <w:r>
        <w:rPr>
          <w:rFonts w:ascii="Times New Roman" w:hAnsi="Times New Roman" w:eastAsia="Times New Roman" w:cs="Times New Roman"/>
          <w:b w:val="0"/>
          <w:i w:val="0"/>
          <w:sz w:val="22"/>
        </w:rPr>
        <w:t>Смерть на Ниле 10.02.22 06.04.22 7 263 000,00</w:t>
      </w:r>
    </w:p>
    <w:p>
      <w:pPr>
        <w:pStyle w:val="Heading3"/>
      </w:pPr>
      <w:r>
        <w:rPr>
          <w:rFonts w:ascii="Times New Roman" w:hAnsi="Times New Roman" w:eastAsia="Times New Roman" w:cs="Times New Roman"/>
          <w:b/>
          <w:i w:val="0"/>
          <w:sz w:val="22"/>
        </w:rPr>
        <w:t>Пункт 349. Правовой анализ</w:t>
      </w:r>
    </w:p>
    <w:p>
      <w:pPr>
        <w:spacing w:after="120" w:before="160"/>
        <w:ind w:firstLine="720"/>
        <w:jc w:val="both"/>
      </w:pPr>
      <w:r>
        <w:rPr>
          <w:rFonts w:ascii="Times New Roman" w:hAnsi="Times New Roman" w:eastAsia="Times New Roman" w:cs="Times New Roman"/>
          <w:b/>
          <w:i w:val="0"/>
          <w:sz w:val="22"/>
        </w:rPr>
        <w:t xml:space="preserve">349. </w:t>
      </w:r>
      <w:r>
        <w:rPr>
          <w:rFonts w:ascii="Times New Roman" w:hAnsi="Times New Roman" w:eastAsia="Times New Roman" w:cs="Times New Roman"/>
          <w:b w:val="0"/>
          <w:i w:val="0"/>
          <w:sz w:val="22"/>
        </w:rPr>
        <w:t>Фантазии для взрослых 05.02.22 09.02.22 42 000,00</w:t>
      </w:r>
    </w:p>
    <w:p>
      <w:pPr>
        <w:pStyle w:val="Heading3"/>
      </w:pPr>
      <w:r>
        <w:rPr>
          <w:rFonts w:ascii="Times New Roman" w:hAnsi="Times New Roman" w:eastAsia="Times New Roman" w:cs="Times New Roman"/>
          <w:b/>
          <w:i w:val="0"/>
          <w:sz w:val="22"/>
        </w:rPr>
        <w:t>Пункт 350. Правовой анализ</w:t>
      </w:r>
    </w:p>
    <w:p>
      <w:pPr>
        <w:spacing w:after="120" w:before="160"/>
        <w:ind w:firstLine="720"/>
        <w:jc w:val="both"/>
      </w:pPr>
      <w:r>
        <w:rPr>
          <w:rFonts w:ascii="Times New Roman" w:hAnsi="Times New Roman" w:eastAsia="Times New Roman" w:cs="Times New Roman"/>
          <w:b/>
          <w:i w:val="0"/>
          <w:sz w:val="22"/>
        </w:rPr>
        <w:t xml:space="preserve">350. </w:t>
      </w:r>
      <w:r>
        <w:rPr>
          <w:rFonts w:ascii="Times New Roman" w:hAnsi="Times New Roman" w:eastAsia="Times New Roman" w:cs="Times New Roman"/>
          <w:b w:val="0"/>
          <w:i w:val="0"/>
          <w:sz w:val="22"/>
        </w:rPr>
        <w:t>Параллельные матери 04.02.22 09.02.22 81 000,00</w:t>
      </w:r>
    </w:p>
    <w:p>
      <w:pPr>
        <w:pStyle w:val="Heading3"/>
      </w:pPr>
      <w:r>
        <w:rPr>
          <w:rFonts w:ascii="Times New Roman" w:hAnsi="Times New Roman" w:eastAsia="Times New Roman" w:cs="Times New Roman"/>
          <w:b/>
          <w:i w:val="0"/>
          <w:sz w:val="22"/>
        </w:rPr>
        <w:t>Пункт 351. Правовой анализ</w:t>
      </w:r>
    </w:p>
    <w:p>
      <w:pPr>
        <w:spacing w:after="120" w:before="160"/>
        <w:ind w:firstLine="720"/>
        <w:jc w:val="both"/>
      </w:pPr>
      <w:r>
        <w:rPr>
          <w:rFonts w:ascii="Times New Roman" w:hAnsi="Times New Roman" w:eastAsia="Times New Roman" w:cs="Times New Roman"/>
          <w:b/>
          <w:i w:val="0"/>
          <w:sz w:val="22"/>
        </w:rPr>
        <w:t xml:space="preserve">351. </w:t>
      </w:r>
      <w:r>
        <w:rPr>
          <w:rFonts w:ascii="Times New Roman" w:hAnsi="Times New Roman" w:eastAsia="Times New Roman" w:cs="Times New Roman"/>
          <w:b w:val="0"/>
          <w:i w:val="0"/>
          <w:sz w:val="22"/>
        </w:rPr>
        <w:t>Другое имя 04.02.22 05.02.22 36 000,00</w:t>
      </w:r>
    </w:p>
    <w:p>
      <w:pPr>
        <w:pStyle w:val="Heading3"/>
      </w:pPr>
      <w:r>
        <w:rPr>
          <w:rFonts w:ascii="Times New Roman" w:hAnsi="Times New Roman" w:eastAsia="Times New Roman" w:cs="Times New Roman"/>
          <w:b/>
          <w:i w:val="0"/>
          <w:sz w:val="22"/>
        </w:rPr>
        <w:t>Пункт 352. Правовой анализ</w:t>
      </w:r>
    </w:p>
    <w:p>
      <w:pPr>
        <w:spacing w:after="120" w:before="160"/>
        <w:ind w:firstLine="720"/>
        <w:jc w:val="both"/>
      </w:pPr>
      <w:r>
        <w:rPr>
          <w:rFonts w:ascii="Times New Roman" w:hAnsi="Times New Roman" w:eastAsia="Times New Roman" w:cs="Times New Roman"/>
          <w:b/>
          <w:i w:val="0"/>
          <w:sz w:val="22"/>
        </w:rPr>
        <w:t xml:space="preserve">352. </w:t>
      </w:r>
      <w:r>
        <w:rPr>
          <w:rFonts w:ascii="Times New Roman" w:hAnsi="Times New Roman" w:eastAsia="Times New Roman" w:cs="Times New Roman"/>
          <w:b w:val="0"/>
          <w:i w:val="0"/>
          <w:sz w:val="22"/>
        </w:rPr>
        <w:t>Непослушник 03.02.22 26.02.22 413 000,00</w:t>
      </w:r>
    </w:p>
    <w:p>
      <w:pPr>
        <w:pStyle w:val="Heading3"/>
      </w:pPr>
      <w:r>
        <w:rPr>
          <w:rFonts w:ascii="Times New Roman" w:hAnsi="Times New Roman" w:eastAsia="Times New Roman" w:cs="Times New Roman"/>
          <w:b/>
          <w:i w:val="0"/>
          <w:sz w:val="22"/>
        </w:rPr>
        <w:t>Пункт 353. Правовой анализ</w:t>
      </w:r>
    </w:p>
    <w:p>
      <w:pPr>
        <w:spacing w:after="120" w:before="160"/>
        <w:ind w:firstLine="720"/>
        <w:jc w:val="both"/>
      </w:pPr>
      <w:r>
        <w:rPr>
          <w:rFonts w:ascii="Times New Roman" w:hAnsi="Times New Roman" w:eastAsia="Times New Roman" w:cs="Times New Roman"/>
          <w:b/>
          <w:i w:val="0"/>
          <w:sz w:val="22"/>
        </w:rPr>
        <w:t xml:space="preserve">353. </w:t>
      </w:r>
      <w:r>
        <w:rPr>
          <w:rFonts w:ascii="Times New Roman" w:hAnsi="Times New Roman" w:eastAsia="Times New Roman" w:cs="Times New Roman"/>
          <w:b w:val="0"/>
          <w:i w:val="0"/>
          <w:sz w:val="22"/>
        </w:rPr>
        <w:t>Падение Луны 03.02.22 07.03.22 1 403 000,00</w:t>
      </w:r>
    </w:p>
    <w:p>
      <w:pPr>
        <w:pStyle w:val="Heading3"/>
      </w:pPr>
      <w:r>
        <w:rPr>
          <w:rFonts w:ascii="Times New Roman" w:hAnsi="Times New Roman" w:eastAsia="Times New Roman" w:cs="Times New Roman"/>
          <w:b/>
          <w:i w:val="0"/>
          <w:sz w:val="22"/>
        </w:rPr>
        <w:t>Пункт 354. Правовой анализ</w:t>
      </w:r>
    </w:p>
    <w:p>
      <w:pPr>
        <w:spacing w:after="120" w:before="160"/>
        <w:ind w:firstLine="720"/>
        <w:jc w:val="both"/>
      </w:pPr>
      <w:r>
        <w:rPr>
          <w:rFonts w:ascii="Times New Roman" w:hAnsi="Times New Roman" w:eastAsia="Times New Roman" w:cs="Times New Roman"/>
          <w:b/>
          <w:i w:val="0"/>
          <w:sz w:val="22"/>
        </w:rPr>
        <w:t xml:space="preserve">354. </w:t>
      </w:r>
      <w:r>
        <w:rPr>
          <w:rFonts w:ascii="Times New Roman" w:hAnsi="Times New Roman" w:eastAsia="Times New Roman" w:cs="Times New Roman"/>
          <w:b w:val="0"/>
          <w:i w:val="0"/>
          <w:sz w:val="22"/>
        </w:rPr>
        <w:t>День слепого Валентина 03.02.22 14.02.22 402 000,00</w:t>
      </w:r>
    </w:p>
    <w:p>
      <w:pPr>
        <w:pStyle w:val="Heading3"/>
      </w:pPr>
      <w:r>
        <w:rPr>
          <w:rFonts w:ascii="Times New Roman" w:hAnsi="Times New Roman" w:eastAsia="Times New Roman" w:cs="Times New Roman"/>
          <w:b/>
          <w:i w:val="0"/>
          <w:sz w:val="22"/>
        </w:rPr>
        <w:t>Пункт 355. Правовой анализ</w:t>
      </w:r>
    </w:p>
    <w:p>
      <w:pPr>
        <w:spacing w:after="120" w:before="160"/>
        <w:ind w:firstLine="720"/>
        <w:jc w:val="both"/>
      </w:pPr>
      <w:r>
        <w:rPr>
          <w:rFonts w:ascii="Times New Roman" w:hAnsi="Times New Roman" w:eastAsia="Times New Roman" w:cs="Times New Roman"/>
          <w:b/>
          <w:i w:val="0"/>
          <w:sz w:val="22"/>
        </w:rPr>
        <w:t xml:space="preserve">355. </w:t>
      </w:r>
      <w:r>
        <w:rPr>
          <w:rFonts w:ascii="Times New Roman" w:hAnsi="Times New Roman" w:eastAsia="Times New Roman" w:cs="Times New Roman"/>
          <w:b w:val="0"/>
          <w:i w:val="0"/>
          <w:sz w:val="22"/>
        </w:rPr>
        <w:t>Я - Златан 30.01.22 02.02.22 38 000,00</w:t>
      </w:r>
    </w:p>
    <w:p>
      <w:pPr>
        <w:pStyle w:val="Heading3"/>
      </w:pPr>
      <w:r>
        <w:rPr>
          <w:rFonts w:ascii="Times New Roman" w:hAnsi="Times New Roman" w:eastAsia="Times New Roman" w:cs="Times New Roman"/>
          <w:b/>
          <w:i w:val="0"/>
          <w:sz w:val="22"/>
        </w:rPr>
        <w:t>Пункт 356. Правовой анализ</w:t>
      </w:r>
    </w:p>
    <w:p>
      <w:pPr>
        <w:spacing w:after="120" w:before="160"/>
        <w:ind w:firstLine="720"/>
        <w:jc w:val="both"/>
      </w:pPr>
      <w:r>
        <w:rPr>
          <w:rFonts w:ascii="Times New Roman" w:hAnsi="Times New Roman" w:eastAsia="Times New Roman" w:cs="Times New Roman"/>
          <w:b/>
          <w:i w:val="0"/>
          <w:sz w:val="22"/>
        </w:rPr>
        <w:t xml:space="preserve">356. </w:t>
      </w:r>
      <w:r>
        <w:rPr>
          <w:rFonts w:ascii="Times New Roman" w:hAnsi="Times New Roman" w:eastAsia="Times New Roman" w:cs="Times New Roman"/>
          <w:b w:val="0"/>
          <w:i w:val="0"/>
          <w:sz w:val="22"/>
        </w:rPr>
        <w:t>Один на один 29.01.22 01.02.22 74 000,00</w:t>
      </w:r>
    </w:p>
    <w:p>
      <w:pPr>
        <w:pStyle w:val="Heading3"/>
      </w:pPr>
      <w:r>
        <w:rPr>
          <w:rFonts w:ascii="Times New Roman" w:hAnsi="Times New Roman" w:eastAsia="Times New Roman" w:cs="Times New Roman"/>
          <w:b/>
          <w:i w:val="0"/>
          <w:sz w:val="22"/>
        </w:rPr>
        <w:t>Пункт 357. Правовой анализ</w:t>
      </w:r>
    </w:p>
    <w:p>
      <w:pPr>
        <w:spacing w:after="120" w:before="160"/>
        <w:ind w:firstLine="720"/>
        <w:jc w:val="both"/>
      </w:pPr>
      <w:r>
        <w:rPr>
          <w:rFonts w:ascii="Times New Roman" w:hAnsi="Times New Roman" w:eastAsia="Times New Roman" w:cs="Times New Roman"/>
          <w:b/>
          <w:i w:val="0"/>
          <w:sz w:val="22"/>
        </w:rPr>
        <w:t xml:space="preserve">357. </w:t>
      </w:r>
      <w:r>
        <w:rPr>
          <w:rFonts w:ascii="Times New Roman" w:hAnsi="Times New Roman" w:eastAsia="Times New Roman" w:cs="Times New Roman"/>
          <w:b w:val="0"/>
          <w:i w:val="0"/>
          <w:sz w:val="22"/>
        </w:rPr>
        <w:t>Мы - монстры! 2 29.01.22 05.02.22 94 500,00</w:t>
      </w:r>
    </w:p>
    <w:p>
      <w:pPr>
        <w:pStyle w:val="Heading3"/>
      </w:pPr>
      <w:r>
        <w:rPr>
          <w:rFonts w:ascii="Times New Roman" w:hAnsi="Times New Roman" w:eastAsia="Times New Roman" w:cs="Times New Roman"/>
          <w:b/>
          <w:i w:val="0"/>
          <w:sz w:val="22"/>
        </w:rPr>
        <w:t>Пункт 358. Правовой анализ</w:t>
      </w:r>
    </w:p>
    <w:p>
      <w:pPr>
        <w:spacing w:after="120" w:before="160"/>
        <w:ind w:firstLine="720"/>
        <w:jc w:val="both"/>
      </w:pPr>
      <w:r>
        <w:rPr>
          <w:rFonts w:ascii="Times New Roman" w:hAnsi="Times New Roman" w:eastAsia="Times New Roman" w:cs="Times New Roman"/>
          <w:b/>
          <w:i w:val="0"/>
          <w:sz w:val="22"/>
        </w:rPr>
        <w:t xml:space="preserve">358. </w:t>
      </w:r>
      <w:r>
        <w:rPr>
          <w:rFonts w:ascii="Times New Roman" w:hAnsi="Times New Roman" w:eastAsia="Times New Roman" w:cs="Times New Roman"/>
          <w:b w:val="0"/>
          <w:i w:val="0"/>
          <w:sz w:val="22"/>
        </w:rPr>
        <w:t>Агент 117. Из Африки с любовью 27.01.22 02.02.22 161 000,00</w:t>
      </w:r>
    </w:p>
    <w:p>
      <w:pPr>
        <w:pStyle w:val="Heading3"/>
      </w:pPr>
      <w:r>
        <w:rPr>
          <w:rFonts w:ascii="Times New Roman" w:hAnsi="Times New Roman" w:eastAsia="Times New Roman" w:cs="Times New Roman"/>
          <w:b/>
          <w:i w:val="0"/>
          <w:sz w:val="22"/>
        </w:rPr>
        <w:t>Пункт 359. Правовой анализ</w:t>
      </w:r>
    </w:p>
    <w:p>
      <w:pPr>
        <w:spacing w:after="120" w:before="160"/>
        <w:ind w:firstLine="720"/>
        <w:jc w:val="both"/>
      </w:pPr>
      <w:r>
        <w:rPr>
          <w:rFonts w:ascii="Times New Roman" w:hAnsi="Times New Roman" w:eastAsia="Times New Roman" w:cs="Times New Roman"/>
          <w:b/>
          <w:i w:val="0"/>
          <w:sz w:val="22"/>
        </w:rPr>
        <w:t xml:space="preserve">359. </w:t>
      </w:r>
      <w:r>
        <w:rPr>
          <w:rFonts w:ascii="Times New Roman" w:hAnsi="Times New Roman" w:eastAsia="Times New Roman" w:cs="Times New Roman"/>
          <w:b w:val="0"/>
          <w:i w:val="0"/>
          <w:sz w:val="22"/>
        </w:rPr>
        <w:t>Любовь как бестселлер 27.01.22 07.02.22 178 000,00</w:t>
      </w:r>
    </w:p>
    <w:p>
      <w:pPr>
        <w:pStyle w:val="Heading3"/>
      </w:pPr>
      <w:r>
        <w:rPr>
          <w:rFonts w:ascii="Times New Roman" w:hAnsi="Times New Roman" w:eastAsia="Times New Roman" w:cs="Times New Roman"/>
          <w:b/>
          <w:i w:val="0"/>
          <w:sz w:val="22"/>
        </w:rPr>
        <w:t>Пункт 360. Правовой анализ</w:t>
      </w:r>
    </w:p>
    <w:p>
      <w:pPr>
        <w:spacing w:after="120" w:before="160"/>
        <w:ind w:firstLine="720"/>
        <w:jc w:val="both"/>
      </w:pPr>
      <w:r>
        <w:rPr>
          <w:rFonts w:ascii="Times New Roman" w:hAnsi="Times New Roman" w:eastAsia="Times New Roman" w:cs="Times New Roman"/>
          <w:b/>
          <w:i w:val="0"/>
          <w:sz w:val="22"/>
        </w:rPr>
        <w:t xml:space="preserve">360. </w:t>
      </w:r>
      <w:r>
        <w:rPr>
          <w:rFonts w:ascii="Times New Roman" w:hAnsi="Times New Roman" w:eastAsia="Times New Roman" w:cs="Times New Roman"/>
          <w:b w:val="0"/>
          <w:i w:val="0"/>
          <w:sz w:val="22"/>
        </w:rPr>
        <w:t>Вальдо 27.01.22 09.02.22 511 000,00</w:t>
      </w:r>
    </w:p>
    <w:p>
      <w:pPr>
        <w:pStyle w:val="Heading3"/>
      </w:pPr>
      <w:r>
        <w:rPr>
          <w:rFonts w:ascii="Times New Roman" w:hAnsi="Times New Roman" w:eastAsia="Times New Roman" w:cs="Times New Roman"/>
          <w:b/>
          <w:i w:val="0"/>
          <w:sz w:val="22"/>
        </w:rPr>
        <w:t>Пункт 361. Правовой анализ</w:t>
      </w:r>
    </w:p>
    <w:p>
      <w:pPr>
        <w:spacing w:after="120" w:before="160"/>
        <w:ind w:firstLine="720"/>
        <w:jc w:val="both"/>
      </w:pPr>
      <w:r>
        <w:rPr>
          <w:rFonts w:ascii="Times New Roman" w:hAnsi="Times New Roman" w:eastAsia="Times New Roman" w:cs="Times New Roman"/>
          <w:b/>
          <w:i w:val="0"/>
          <w:sz w:val="22"/>
        </w:rPr>
        <w:t xml:space="preserve">361. </w:t>
      </w:r>
      <w:r>
        <w:rPr>
          <w:rFonts w:ascii="Times New Roman" w:hAnsi="Times New Roman" w:eastAsia="Times New Roman" w:cs="Times New Roman"/>
          <w:b w:val="0"/>
          <w:i w:val="0"/>
          <w:sz w:val="22"/>
        </w:rPr>
        <w:t>Руки прочь! 20.01.22 25.01.22 33 000,00</w:t>
      </w:r>
    </w:p>
    <w:p>
      <w:pPr>
        <w:pStyle w:val="Heading3"/>
      </w:pPr>
      <w:r>
        <w:rPr>
          <w:rFonts w:ascii="Times New Roman" w:hAnsi="Times New Roman" w:eastAsia="Times New Roman" w:cs="Times New Roman"/>
          <w:b/>
          <w:i w:val="0"/>
          <w:sz w:val="22"/>
        </w:rPr>
        <w:t>Пункт 362. Правовой анализ</w:t>
      </w:r>
    </w:p>
    <w:p>
      <w:pPr>
        <w:spacing w:after="120" w:before="160"/>
        <w:ind w:firstLine="720"/>
        <w:jc w:val="both"/>
      </w:pPr>
      <w:r>
        <w:rPr>
          <w:rFonts w:ascii="Times New Roman" w:hAnsi="Times New Roman" w:eastAsia="Times New Roman" w:cs="Times New Roman"/>
          <w:b/>
          <w:i w:val="0"/>
          <w:sz w:val="22"/>
        </w:rPr>
        <w:t xml:space="preserve">362. </w:t>
      </w:r>
      <w:r>
        <w:rPr>
          <w:rFonts w:ascii="Times New Roman" w:hAnsi="Times New Roman" w:eastAsia="Times New Roman" w:cs="Times New Roman"/>
          <w:b w:val="0"/>
          <w:i w:val="0"/>
          <w:sz w:val="22"/>
        </w:rPr>
        <w:t>Код 355 20.01.22 02.02.22 385 000,00</w:t>
      </w:r>
    </w:p>
    <w:p>
      <w:pPr>
        <w:pStyle w:val="Heading3"/>
      </w:pPr>
      <w:r>
        <w:rPr>
          <w:rFonts w:ascii="Times New Roman" w:hAnsi="Times New Roman" w:eastAsia="Times New Roman" w:cs="Times New Roman"/>
          <w:b/>
          <w:i w:val="0"/>
          <w:sz w:val="22"/>
        </w:rPr>
        <w:t>Пункт 363. Правовой анализ</w:t>
      </w:r>
    </w:p>
    <w:p>
      <w:pPr>
        <w:spacing w:after="120" w:before="160"/>
        <w:ind w:firstLine="720"/>
        <w:jc w:val="both"/>
      </w:pPr>
      <w:r>
        <w:rPr>
          <w:rFonts w:ascii="Times New Roman" w:hAnsi="Times New Roman" w:eastAsia="Times New Roman" w:cs="Times New Roman"/>
          <w:b/>
          <w:i w:val="0"/>
          <w:sz w:val="22"/>
        </w:rPr>
        <w:t xml:space="preserve">363. </w:t>
      </w:r>
      <w:r>
        <w:rPr>
          <w:rFonts w:ascii="Times New Roman" w:hAnsi="Times New Roman" w:eastAsia="Times New Roman" w:cs="Times New Roman"/>
          <w:b w:val="0"/>
          <w:i w:val="0"/>
          <w:sz w:val="22"/>
        </w:rPr>
        <w:t>Аллея кошмаров 20.01.22 09.02.22 2 248 000,00</w:t>
      </w:r>
    </w:p>
    <w:p>
      <w:pPr>
        <w:pStyle w:val="Heading3"/>
      </w:pPr>
      <w:r>
        <w:rPr>
          <w:rFonts w:ascii="Times New Roman" w:hAnsi="Times New Roman" w:eastAsia="Times New Roman" w:cs="Times New Roman"/>
          <w:b/>
          <w:i w:val="0"/>
          <w:sz w:val="22"/>
        </w:rPr>
        <w:t>Пункт 364. Правовой анализ</w:t>
      </w:r>
    </w:p>
    <w:p>
      <w:pPr>
        <w:spacing w:after="120" w:before="160"/>
        <w:ind w:firstLine="720"/>
        <w:jc w:val="both"/>
      </w:pPr>
      <w:r>
        <w:rPr>
          <w:rFonts w:ascii="Times New Roman" w:hAnsi="Times New Roman" w:eastAsia="Times New Roman" w:cs="Times New Roman"/>
          <w:b/>
          <w:i w:val="0"/>
          <w:sz w:val="22"/>
        </w:rPr>
        <w:t xml:space="preserve">364. </w:t>
      </w:r>
      <w:r>
        <w:rPr>
          <w:rFonts w:ascii="Times New Roman" w:hAnsi="Times New Roman" w:eastAsia="Times New Roman" w:cs="Times New Roman"/>
          <w:b w:val="0"/>
          <w:i w:val="0"/>
          <w:sz w:val="22"/>
        </w:rPr>
        <w:t>9 причин, чтобы жить 20.01.22 25.01.22 56 000,00</w:t>
      </w:r>
    </w:p>
    <w:p>
      <w:pPr>
        <w:pStyle w:val="Heading3"/>
      </w:pPr>
      <w:r>
        <w:rPr>
          <w:rFonts w:ascii="Times New Roman" w:hAnsi="Times New Roman" w:eastAsia="Times New Roman" w:cs="Times New Roman"/>
          <w:b/>
          <w:i w:val="0"/>
          <w:sz w:val="22"/>
        </w:rPr>
        <w:t>Пункт 365. Правовой анализ</w:t>
      </w:r>
    </w:p>
    <w:p>
      <w:pPr>
        <w:spacing w:after="120" w:before="160"/>
        <w:ind w:firstLine="720"/>
        <w:jc w:val="both"/>
      </w:pPr>
      <w:r>
        <w:rPr>
          <w:rFonts w:ascii="Times New Roman" w:hAnsi="Times New Roman" w:eastAsia="Times New Roman" w:cs="Times New Roman"/>
          <w:b/>
          <w:i w:val="0"/>
          <w:sz w:val="22"/>
        </w:rPr>
        <w:t xml:space="preserve">365. </w:t>
      </w:r>
      <w:r>
        <w:rPr>
          <w:rFonts w:ascii="Times New Roman" w:hAnsi="Times New Roman" w:eastAsia="Times New Roman" w:cs="Times New Roman"/>
          <w:b w:val="0"/>
          <w:i w:val="0"/>
          <w:sz w:val="22"/>
        </w:rPr>
        <w:t>Тихая ночь 20.01.22 23.01.22 118 000,00</w:t>
      </w:r>
    </w:p>
    <w:p>
      <w:pPr>
        <w:pStyle w:val="Heading3"/>
      </w:pPr>
      <w:r>
        <w:rPr>
          <w:rFonts w:ascii="Times New Roman" w:hAnsi="Times New Roman" w:eastAsia="Times New Roman" w:cs="Times New Roman"/>
          <w:b/>
          <w:i w:val="0"/>
          <w:sz w:val="22"/>
        </w:rPr>
        <w:t>Пункт 366. Правовой анализ</w:t>
      </w:r>
    </w:p>
    <w:p>
      <w:pPr>
        <w:spacing w:after="120" w:before="160"/>
        <w:ind w:firstLine="720"/>
        <w:jc w:val="both"/>
      </w:pPr>
      <w:r>
        <w:rPr>
          <w:rFonts w:ascii="Times New Roman" w:hAnsi="Times New Roman" w:eastAsia="Times New Roman" w:cs="Times New Roman"/>
          <w:b/>
          <w:i w:val="0"/>
          <w:sz w:val="22"/>
        </w:rPr>
        <w:t xml:space="preserve">366. </w:t>
      </w:r>
      <w:r>
        <w:rPr>
          <w:rFonts w:ascii="Times New Roman" w:hAnsi="Times New Roman" w:eastAsia="Times New Roman" w:cs="Times New Roman"/>
          <w:b w:val="0"/>
          <w:i w:val="0"/>
          <w:sz w:val="22"/>
        </w:rPr>
        <w:t>Фальшивомонетчик 15.01.22 21.01.22 143 000,00</w:t>
      </w:r>
    </w:p>
    <w:p>
      <w:pPr>
        <w:pStyle w:val="Heading3"/>
      </w:pPr>
      <w:r>
        <w:rPr>
          <w:rFonts w:ascii="Times New Roman" w:hAnsi="Times New Roman" w:eastAsia="Times New Roman" w:cs="Times New Roman"/>
          <w:b/>
          <w:i w:val="0"/>
          <w:sz w:val="22"/>
        </w:rPr>
        <w:t>Пункт 367. Правовой анализ</w:t>
      </w:r>
    </w:p>
    <w:p>
      <w:pPr>
        <w:spacing w:after="120" w:before="160"/>
        <w:ind w:firstLine="720"/>
        <w:jc w:val="both"/>
      </w:pPr>
      <w:r>
        <w:rPr>
          <w:rFonts w:ascii="Times New Roman" w:hAnsi="Times New Roman" w:eastAsia="Times New Roman" w:cs="Times New Roman"/>
          <w:b/>
          <w:i w:val="0"/>
          <w:sz w:val="22"/>
        </w:rPr>
        <w:t xml:space="preserve">367. </w:t>
      </w:r>
      <w:r>
        <w:rPr>
          <w:rFonts w:ascii="Times New Roman" w:hAnsi="Times New Roman" w:eastAsia="Times New Roman" w:cs="Times New Roman"/>
          <w:b w:val="0"/>
          <w:i w:val="0"/>
          <w:sz w:val="22"/>
        </w:rPr>
        <w:t>King ' s Man: Начало 13.01.22 02.02.22 3 039 000,00</w:t>
      </w:r>
    </w:p>
    <w:p>
      <w:pPr>
        <w:pStyle w:val="Heading3"/>
      </w:pPr>
      <w:r>
        <w:rPr>
          <w:rFonts w:ascii="Times New Roman" w:hAnsi="Times New Roman" w:eastAsia="Times New Roman" w:cs="Times New Roman"/>
          <w:b/>
          <w:i w:val="0"/>
          <w:sz w:val="22"/>
        </w:rPr>
        <w:t>Пункт 368. Правовой анализ</w:t>
      </w:r>
    </w:p>
    <w:p>
      <w:pPr>
        <w:spacing w:after="120" w:before="160"/>
        <w:ind w:firstLine="720"/>
        <w:jc w:val="both"/>
      </w:pPr>
      <w:r>
        <w:rPr>
          <w:rFonts w:ascii="Times New Roman" w:hAnsi="Times New Roman" w:eastAsia="Times New Roman" w:cs="Times New Roman"/>
          <w:b/>
          <w:i w:val="0"/>
          <w:sz w:val="22"/>
        </w:rPr>
        <w:t xml:space="preserve">368. </w:t>
      </w:r>
      <w:r>
        <w:rPr>
          <w:rFonts w:ascii="Times New Roman" w:hAnsi="Times New Roman" w:eastAsia="Times New Roman" w:cs="Times New Roman"/>
          <w:b w:val="0"/>
          <w:i w:val="0"/>
          <w:sz w:val="22"/>
        </w:rPr>
        <w:t>Крик 13.01.22 23.01.22 291 000,00</w:t>
      </w:r>
    </w:p>
    <w:p>
      <w:pPr>
        <w:pStyle w:val="Heading3"/>
      </w:pPr>
      <w:r>
        <w:rPr>
          <w:rFonts w:ascii="Times New Roman" w:hAnsi="Times New Roman" w:eastAsia="Times New Roman" w:cs="Times New Roman"/>
          <w:b/>
          <w:i w:val="0"/>
          <w:sz w:val="22"/>
        </w:rPr>
        <w:t>Пункт 369. Правовой анализ</w:t>
      </w:r>
    </w:p>
    <w:p>
      <w:pPr>
        <w:spacing w:after="120" w:before="160"/>
        <w:ind w:firstLine="720"/>
        <w:jc w:val="both"/>
      </w:pPr>
      <w:r>
        <w:rPr>
          <w:rFonts w:ascii="Times New Roman" w:hAnsi="Times New Roman" w:eastAsia="Times New Roman" w:cs="Times New Roman"/>
          <w:b/>
          <w:i w:val="0"/>
          <w:sz w:val="22"/>
        </w:rPr>
        <w:t xml:space="preserve">369. </w:t>
      </w:r>
      <w:r>
        <w:rPr>
          <w:rFonts w:ascii="Times New Roman" w:hAnsi="Times New Roman" w:eastAsia="Times New Roman" w:cs="Times New Roman"/>
          <w:b w:val="0"/>
          <w:i w:val="0"/>
          <w:sz w:val="22"/>
        </w:rPr>
        <w:t>Лакричная пицца 13.01.22 25.01.22 63 000,00</w:t>
      </w:r>
    </w:p>
    <w:p>
      <w:pPr>
        <w:pStyle w:val="Heading3"/>
      </w:pPr>
      <w:r>
        <w:rPr>
          <w:rFonts w:ascii="Times New Roman" w:hAnsi="Times New Roman" w:eastAsia="Times New Roman" w:cs="Times New Roman"/>
          <w:b/>
          <w:i w:val="0"/>
          <w:sz w:val="22"/>
        </w:rPr>
        <w:t>Пункт 370. Правовой анализ</w:t>
      </w:r>
    </w:p>
    <w:p>
      <w:pPr>
        <w:spacing w:after="120" w:before="160"/>
        <w:ind w:firstLine="720"/>
        <w:jc w:val="both"/>
      </w:pPr>
      <w:r>
        <w:rPr>
          <w:rFonts w:ascii="Times New Roman" w:hAnsi="Times New Roman" w:eastAsia="Times New Roman" w:cs="Times New Roman"/>
          <w:b/>
          <w:i w:val="0"/>
          <w:sz w:val="22"/>
        </w:rPr>
        <w:t xml:space="preserve">370. </w:t>
      </w:r>
      <w:r>
        <w:rPr>
          <w:rFonts w:ascii="Times New Roman" w:hAnsi="Times New Roman" w:eastAsia="Times New Roman" w:cs="Times New Roman"/>
          <w:b w:val="0"/>
          <w:i w:val="0"/>
          <w:sz w:val="22"/>
        </w:rPr>
        <w:t>Звёздный разум 11.01.22 19.01.22 17 000,00</w:t>
      </w:r>
    </w:p>
    <w:p>
      <w:pPr>
        <w:pStyle w:val="Heading3"/>
      </w:pPr>
      <w:r>
        <w:rPr>
          <w:rFonts w:ascii="Times New Roman" w:hAnsi="Times New Roman" w:eastAsia="Times New Roman" w:cs="Times New Roman"/>
          <w:b/>
          <w:i w:val="0"/>
          <w:sz w:val="22"/>
        </w:rPr>
        <w:t>Пункт 371. Правовой анализ</w:t>
      </w:r>
    </w:p>
    <w:p>
      <w:pPr>
        <w:spacing w:after="120" w:before="160"/>
        <w:ind w:firstLine="720"/>
        <w:jc w:val="both"/>
      </w:pPr>
      <w:r>
        <w:rPr>
          <w:rFonts w:ascii="Times New Roman" w:hAnsi="Times New Roman" w:eastAsia="Times New Roman" w:cs="Times New Roman"/>
          <w:b/>
          <w:i w:val="0"/>
          <w:sz w:val="22"/>
        </w:rPr>
        <w:t xml:space="preserve">371. </w:t>
      </w:r>
      <w:r>
        <w:rPr>
          <w:rFonts w:ascii="Times New Roman" w:hAnsi="Times New Roman" w:eastAsia="Times New Roman" w:cs="Times New Roman"/>
          <w:b w:val="0"/>
          <w:i w:val="0"/>
          <w:sz w:val="22"/>
        </w:rPr>
        <w:t>Свингеры 06.01.22 12.01.22 285 000,00</w:t>
      </w:r>
    </w:p>
    <w:p>
      <w:pPr>
        <w:pStyle w:val="Heading3"/>
      </w:pPr>
      <w:r>
        <w:rPr>
          <w:rFonts w:ascii="Times New Roman" w:hAnsi="Times New Roman" w:eastAsia="Times New Roman" w:cs="Times New Roman"/>
          <w:b/>
          <w:i w:val="0"/>
          <w:sz w:val="22"/>
        </w:rPr>
        <w:t>Пункт 372. Правовой анализ</w:t>
      </w:r>
    </w:p>
    <w:p>
      <w:pPr>
        <w:spacing w:after="120" w:before="160"/>
        <w:ind w:firstLine="720"/>
        <w:jc w:val="both"/>
      </w:pPr>
      <w:r>
        <w:rPr>
          <w:rFonts w:ascii="Times New Roman" w:hAnsi="Times New Roman" w:eastAsia="Times New Roman" w:cs="Times New Roman"/>
          <w:b/>
          <w:i w:val="0"/>
          <w:sz w:val="22"/>
        </w:rPr>
        <w:t xml:space="preserve">372. </w:t>
      </w:r>
      <w:r>
        <w:rPr>
          <w:rFonts w:ascii="Times New Roman" w:hAnsi="Times New Roman" w:eastAsia="Times New Roman" w:cs="Times New Roman"/>
          <w:b w:val="0"/>
          <w:i w:val="0"/>
          <w:sz w:val="22"/>
        </w:rPr>
        <w:t>Черный ящик 06.01.22 19.01.22 292 000,00</w:t>
      </w:r>
    </w:p>
    <w:p>
      <w:pPr>
        <w:pStyle w:val="Heading3"/>
      </w:pPr>
      <w:r>
        <w:rPr>
          <w:rFonts w:ascii="Times New Roman" w:hAnsi="Times New Roman" w:eastAsia="Times New Roman" w:cs="Times New Roman"/>
          <w:b/>
          <w:i w:val="0"/>
          <w:sz w:val="22"/>
        </w:rPr>
        <w:t>Пункт 373. Правовой анализ</w:t>
      </w:r>
    </w:p>
    <w:p>
      <w:pPr>
        <w:spacing w:after="120" w:before="160"/>
        <w:ind w:firstLine="720"/>
        <w:jc w:val="both"/>
      </w:pPr>
      <w:r>
        <w:rPr>
          <w:rFonts w:ascii="Times New Roman" w:hAnsi="Times New Roman" w:eastAsia="Times New Roman" w:cs="Times New Roman"/>
          <w:b/>
          <w:i w:val="0"/>
          <w:sz w:val="22"/>
        </w:rPr>
        <w:t xml:space="preserve">373. </w:t>
      </w:r>
      <w:r>
        <w:rPr>
          <w:rFonts w:ascii="Times New Roman" w:hAnsi="Times New Roman" w:eastAsia="Times New Roman" w:cs="Times New Roman"/>
          <w:b w:val="0"/>
          <w:i w:val="0"/>
          <w:sz w:val="22"/>
        </w:rPr>
        <w:t>Три богатыря и конь на троне 02.01.22 09.01.22 96 500,00</w:t>
      </w:r>
    </w:p>
    <w:p>
      <w:pPr>
        <w:pStyle w:val="Heading3"/>
      </w:pPr>
      <w:r>
        <w:rPr>
          <w:rFonts w:ascii="Times New Roman" w:hAnsi="Times New Roman" w:eastAsia="Times New Roman" w:cs="Times New Roman"/>
          <w:b/>
          <w:i w:val="0"/>
          <w:sz w:val="22"/>
        </w:rPr>
        <w:t>Пункт 374. Правовой анализ</w:t>
      </w:r>
    </w:p>
    <w:p>
      <w:pPr>
        <w:spacing w:after="120" w:before="160"/>
        <w:ind w:firstLine="720"/>
        <w:jc w:val="both"/>
      </w:pPr>
      <w:r>
        <w:rPr>
          <w:rFonts w:ascii="Times New Roman" w:hAnsi="Times New Roman" w:eastAsia="Times New Roman" w:cs="Times New Roman"/>
          <w:b/>
          <w:i w:val="0"/>
          <w:sz w:val="22"/>
        </w:rPr>
        <w:t xml:space="preserve">374. </w:t>
      </w:r>
      <w:r>
        <w:rPr>
          <w:rFonts w:ascii="Times New Roman" w:hAnsi="Times New Roman" w:eastAsia="Times New Roman" w:cs="Times New Roman"/>
          <w:b w:val="0"/>
          <w:i w:val="0"/>
          <w:sz w:val="22"/>
        </w:rPr>
        <w:t>Чемпион мира 30.12.21 02.02.22 2 596 500,00</w:t>
      </w:r>
    </w:p>
    <w:p>
      <w:pPr>
        <w:pStyle w:val="Heading3"/>
      </w:pPr>
      <w:r>
        <w:rPr>
          <w:rFonts w:ascii="Times New Roman" w:hAnsi="Times New Roman" w:eastAsia="Times New Roman" w:cs="Times New Roman"/>
          <w:b/>
          <w:i w:val="0"/>
          <w:sz w:val="22"/>
        </w:rPr>
        <w:t>Пункт 375. Правовой анализ</w:t>
      </w:r>
    </w:p>
    <w:p>
      <w:pPr>
        <w:spacing w:after="120" w:before="160"/>
        <w:ind w:firstLine="720"/>
        <w:jc w:val="both"/>
      </w:pPr>
      <w:r>
        <w:rPr>
          <w:rFonts w:ascii="Times New Roman" w:hAnsi="Times New Roman" w:eastAsia="Times New Roman" w:cs="Times New Roman"/>
          <w:b/>
          <w:i w:val="0"/>
          <w:sz w:val="22"/>
        </w:rPr>
        <w:t xml:space="preserve">375. </w:t>
      </w:r>
      <w:r>
        <w:rPr>
          <w:rFonts w:ascii="Times New Roman" w:hAnsi="Times New Roman" w:eastAsia="Times New Roman" w:cs="Times New Roman"/>
          <w:b w:val="0"/>
          <w:i w:val="0"/>
          <w:sz w:val="22"/>
        </w:rPr>
        <w:t>Снегурочка против всех 30.12.21 08.01.22 280 000,00</w:t>
      </w:r>
    </w:p>
    <w:p>
      <w:pPr>
        <w:pStyle w:val="Heading3"/>
      </w:pPr>
      <w:r>
        <w:rPr>
          <w:rFonts w:ascii="Times New Roman" w:hAnsi="Times New Roman" w:eastAsia="Times New Roman" w:cs="Times New Roman"/>
          <w:b/>
          <w:i w:val="0"/>
          <w:sz w:val="22"/>
        </w:rPr>
        <w:t>Пункт 376. Правовой анализ</w:t>
      </w:r>
    </w:p>
    <w:p>
      <w:pPr>
        <w:spacing w:after="120" w:before="160"/>
        <w:ind w:firstLine="720"/>
        <w:jc w:val="both"/>
      </w:pPr>
      <w:r>
        <w:rPr>
          <w:rFonts w:ascii="Times New Roman" w:hAnsi="Times New Roman" w:eastAsia="Times New Roman" w:cs="Times New Roman"/>
          <w:b/>
          <w:i w:val="0"/>
          <w:sz w:val="22"/>
        </w:rPr>
        <w:t xml:space="preserve">376. </w:t>
      </w:r>
      <w:r>
        <w:rPr>
          <w:rFonts w:ascii="Times New Roman" w:hAnsi="Times New Roman" w:eastAsia="Times New Roman" w:cs="Times New Roman"/>
          <w:b w:val="0"/>
          <w:i w:val="0"/>
          <w:sz w:val="22"/>
        </w:rPr>
        <w:t>Последний Богатырь: Посланник Тьмы 23.12.21 30.01.22 1 713 000,00</w:t>
      </w:r>
    </w:p>
    <w:p>
      <w:pPr>
        <w:pStyle w:val="Heading3"/>
      </w:pPr>
      <w:r>
        <w:rPr>
          <w:rFonts w:ascii="Times New Roman" w:hAnsi="Times New Roman" w:eastAsia="Times New Roman" w:cs="Times New Roman"/>
          <w:b/>
          <w:i w:val="0"/>
          <w:sz w:val="22"/>
        </w:rPr>
        <w:t>Пункт 377. Правовой анализ</w:t>
      </w:r>
    </w:p>
    <w:p>
      <w:pPr>
        <w:spacing w:after="120" w:before="160"/>
        <w:ind w:firstLine="720"/>
        <w:jc w:val="both"/>
      </w:pPr>
      <w:r>
        <w:rPr>
          <w:rFonts w:ascii="Times New Roman" w:hAnsi="Times New Roman" w:eastAsia="Times New Roman" w:cs="Times New Roman"/>
          <w:b/>
          <w:i w:val="0"/>
          <w:sz w:val="22"/>
        </w:rPr>
        <w:t xml:space="preserve">377. </w:t>
      </w:r>
      <w:r>
        <w:rPr>
          <w:rFonts w:ascii="Times New Roman" w:hAnsi="Times New Roman" w:eastAsia="Times New Roman" w:cs="Times New Roman"/>
          <w:b w:val="0"/>
          <w:i w:val="0"/>
          <w:sz w:val="22"/>
        </w:rPr>
        <w:t>Зверопой 2 18.12.21 10.01.22 485 000,00</w:t>
      </w:r>
    </w:p>
    <w:p>
      <w:pPr>
        <w:pStyle w:val="Heading3"/>
      </w:pPr>
      <w:r>
        <w:rPr>
          <w:rFonts w:ascii="Times New Roman" w:hAnsi="Times New Roman" w:eastAsia="Times New Roman" w:cs="Times New Roman"/>
          <w:b/>
          <w:i w:val="0"/>
          <w:sz w:val="22"/>
        </w:rPr>
        <w:t>Пункт 378. Правовой анализ</w:t>
      </w:r>
    </w:p>
    <w:p>
      <w:pPr>
        <w:spacing w:after="120" w:before="160"/>
        <w:ind w:firstLine="720"/>
        <w:jc w:val="both"/>
      </w:pPr>
      <w:r>
        <w:rPr>
          <w:rFonts w:ascii="Times New Roman" w:hAnsi="Times New Roman" w:eastAsia="Times New Roman" w:cs="Times New Roman"/>
          <w:b/>
          <w:i w:val="0"/>
          <w:sz w:val="22"/>
        </w:rPr>
        <w:t xml:space="preserve">378. </w:t>
      </w:r>
      <w:r>
        <w:rPr>
          <w:rFonts w:ascii="Times New Roman" w:hAnsi="Times New Roman" w:eastAsia="Times New Roman" w:cs="Times New Roman"/>
          <w:b w:val="0"/>
          <w:i w:val="0"/>
          <w:sz w:val="22"/>
        </w:rPr>
        <w:t>Елки 8 16.12.21 04.01.22 549 000,00</w:t>
      </w:r>
    </w:p>
    <w:p>
      <w:pPr>
        <w:pStyle w:val="Heading3"/>
      </w:pPr>
      <w:r>
        <w:rPr>
          <w:rFonts w:ascii="Times New Roman" w:hAnsi="Times New Roman" w:eastAsia="Times New Roman" w:cs="Times New Roman"/>
          <w:b/>
          <w:i w:val="0"/>
          <w:sz w:val="22"/>
        </w:rPr>
        <w:t>Пункт 379. Правовой анализ</w:t>
      </w:r>
    </w:p>
    <w:p>
      <w:pPr>
        <w:spacing w:after="120" w:before="160"/>
        <w:ind w:firstLine="720"/>
        <w:jc w:val="both"/>
      </w:pPr>
      <w:r>
        <w:rPr>
          <w:rFonts w:ascii="Times New Roman" w:hAnsi="Times New Roman" w:eastAsia="Times New Roman" w:cs="Times New Roman"/>
          <w:b/>
          <w:i w:val="0"/>
          <w:sz w:val="22"/>
        </w:rPr>
        <w:t xml:space="preserve">379. </w:t>
      </w:r>
      <w:r>
        <w:rPr>
          <w:rFonts w:ascii="Times New Roman" w:hAnsi="Times New Roman" w:eastAsia="Times New Roman" w:cs="Times New Roman"/>
          <w:b w:val="0"/>
          <w:i w:val="0"/>
          <w:sz w:val="22"/>
        </w:rPr>
        <w:t>Матрица: Воскрешение 16.12.21 08.01.22 3 738 000,00</w:t>
      </w:r>
    </w:p>
    <w:p>
      <w:pPr>
        <w:pStyle w:val="Heading3"/>
      </w:pPr>
      <w:r>
        <w:rPr>
          <w:rFonts w:ascii="Times New Roman" w:hAnsi="Times New Roman" w:eastAsia="Times New Roman" w:cs="Times New Roman"/>
          <w:b/>
          <w:i w:val="0"/>
          <w:sz w:val="22"/>
        </w:rPr>
        <w:t>Пункт 380. Правовой анализ</w:t>
      </w:r>
    </w:p>
    <w:p>
      <w:pPr>
        <w:spacing w:after="120" w:before="160"/>
        <w:ind w:firstLine="720"/>
        <w:jc w:val="both"/>
      </w:pPr>
      <w:r>
        <w:rPr>
          <w:rFonts w:ascii="Times New Roman" w:hAnsi="Times New Roman" w:eastAsia="Times New Roman" w:cs="Times New Roman"/>
          <w:b/>
          <w:i w:val="0"/>
          <w:sz w:val="22"/>
        </w:rPr>
        <w:t xml:space="preserve">380. </w:t>
      </w:r>
      <w:r>
        <w:rPr>
          <w:rFonts w:ascii="Times New Roman" w:hAnsi="Times New Roman" w:eastAsia="Times New Roman" w:cs="Times New Roman"/>
          <w:b w:val="0"/>
          <w:i w:val="0"/>
          <w:sz w:val="22"/>
        </w:rPr>
        <w:t>Чело век-паук: Нет пути домой 15.12.21 18.01.22 4 504 000,00</w:t>
      </w:r>
    </w:p>
    <w:p>
      <w:pPr>
        <w:pStyle w:val="Heading3"/>
      </w:pPr>
      <w:r>
        <w:rPr>
          <w:rFonts w:ascii="Times New Roman" w:hAnsi="Times New Roman" w:eastAsia="Times New Roman" w:cs="Times New Roman"/>
          <w:b/>
          <w:i w:val="0"/>
          <w:sz w:val="22"/>
        </w:rPr>
        <w:t>Пункт 381. Правовой анализ</w:t>
      </w:r>
    </w:p>
    <w:p>
      <w:pPr>
        <w:spacing w:after="120" w:before="160"/>
        <w:ind w:firstLine="720"/>
        <w:jc w:val="both"/>
      </w:pPr>
      <w:r>
        <w:rPr>
          <w:rFonts w:ascii="Times New Roman" w:hAnsi="Times New Roman" w:eastAsia="Times New Roman" w:cs="Times New Roman"/>
          <w:b/>
          <w:i w:val="0"/>
          <w:sz w:val="22"/>
        </w:rPr>
        <w:t xml:space="preserve">381. </w:t>
      </w:r>
      <w:r>
        <w:rPr>
          <w:rFonts w:ascii="Times New Roman" w:hAnsi="Times New Roman" w:eastAsia="Times New Roman" w:cs="Times New Roman"/>
          <w:b w:val="0"/>
          <w:i w:val="0"/>
          <w:sz w:val="22"/>
        </w:rPr>
        <w:t>Большой красный пёс Клиффорд 11.12.21 15.12.21 72 000,00</w:t>
      </w:r>
    </w:p>
    <w:p>
      <w:pPr>
        <w:pStyle w:val="Heading3"/>
      </w:pPr>
      <w:r>
        <w:rPr>
          <w:rFonts w:ascii="Times New Roman" w:hAnsi="Times New Roman" w:eastAsia="Times New Roman" w:cs="Times New Roman"/>
          <w:b/>
          <w:i w:val="0"/>
          <w:sz w:val="22"/>
        </w:rPr>
        <w:t>Пункт 382. Правовой анализ</w:t>
      </w:r>
    </w:p>
    <w:p>
      <w:pPr>
        <w:spacing w:after="120" w:before="160"/>
        <w:ind w:firstLine="720"/>
        <w:jc w:val="both"/>
      </w:pPr>
      <w:r>
        <w:rPr>
          <w:rFonts w:ascii="Times New Roman" w:hAnsi="Times New Roman" w:eastAsia="Times New Roman" w:cs="Times New Roman"/>
          <w:b/>
          <w:i w:val="0"/>
          <w:sz w:val="22"/>
        </w:rPr>
        <w:t xml:space="preserve">382. </w:t>
      </w:r>
      <w:r>
        <w:rPr>
          <w:rFonts w:ascii="Times New Roman" w:hAnsi="Times New Roman" w:eastAsia="Times New Roman" w:cs="Times New Roman"/>
          <w:b w:val="0"/>
          <w:i w:val="0"/>
          <w:sz w:val="22"/>
        </w:rPr>
        <w:t>Спенсер 09.12.21 15.12.21 222 000,00</w:t>
      </w:r>
    </w:p>
    <w:p>
      <w:pPr>
        <w:pStyle w:val="Heading3"/>
      </w:pPr>
      <w:r>
        <w:rPr>
          <w:rFonts w:ascii="Times New Roman" w:hAnsi="Times New Roman" w:eastAsia="Times New Roman" w:cs="Times New Roman"/>
          <w:b/>
          <w:i w:val="0"/>
          <w:sz w:val="22"/>
        </w:rPr>
        <w:t>Пункт 383. Правовой анализ</w:t>
      </w:r>
    </w:p>
    <w:p>
      <w:pPr>
        <w:spacing w:after="120" w:before="160"/>
        <w:ind w:firstLine="720"/>
        <w:jc w:val="both"/>
      </w:pPr>
      <w:r>
        <w:rPr>
          <w:rFonts w:ascii="Times New Roman" w:hAnsi="Times New Roman" w:eastAsia="Times New Roman" w:cs="Times New Roman"/>
          <w:b/>
          <w:i w:val="0"/>
          <w:sz w:val="22"/>
        </w:rPr>
        <w:t xml:space="preserve">383. </w:t>
      </w:r>
      <w:r>
        <w:rPr>
          <w:rFonts w:ascii="Times New Roman" w:hAnsi="Times New Roman" w:eastAsia="Times New Roman" w:cs="Times New Roman"/>
          <w:b w:val="0"/>
          <w:i w:val="0"/>
          <w:sz w:val="22"/>
        </w:rPr>
        <w:t>Честный развод 09.12.21 15.12.21 99 000,00</w:t>
      </w:r>
    </w:p>
    <w:p>
      <w:pPr>
        <w:pStyle w:val="Heading3"/>
      </w:pPr>
      <w:r>
        <w:rPr>
          <w:rFonts w:ascii="Times New Roman" w:hAnsi="Times New Roman" w:eastAsia="Times New Roman" w:cs="Times New Roman"/>
          <w:b/>
          <w:i w:val="0"/>
          <w:sz w:val="22"/>
        </w:rPr>
        <w:t>Пункт 384. Правовой анализ</w:t>
      </w:r>
    </w:p>
    <w:p>
      <w:pPr>
        <w:spacing w:after="120" w:before="160"/>
        <w:ind w:firstLine="720"/>
        <w:jc w:val="both"/>
      </w:pPr>
      <w:r>
        <w:rPr>
          <w:rFonts w:ascii="Times New Roman" w:hAnsi="Times New Roman" w:eastAsia="Times New Roman" w:cs="Times New Roman"/>
          <w:b/>
          <w:i w:val="0"/>
          <w:sz w:val="22"/>
        </w:rPr>
        <w:t xml:space="preserve">384. </w:t>
      </w:r>
      <w:r>
        <w:rPr>
          <w:rFonts w:ascii="Times New Roman" w:hAnsi="Times New Roman" w:eastAsia="Times New Roman" w:cs="Times New Roman"/>
          <w:b w:val="0"/>
          <w:i w:val="0"/>
          <w:sz w:val="22"/>
        </w:rPr>
        <w:t>Вестсайдская история 09.12.21 15.12.21 287 000,00</w:t>
      </w:r>
    </w:p>
    <w:p>
      <w:pPr>
        <w:pStyle w:val="Heading3"/>
      </w:pPr>
      <w:r>
        <w:rPr>
          <w:rFonts w:ascii="Times New Roman" w:hAnsi="Times New Roman" w:eastAsia="Times New Roman" w:cs="Times New Roman"/>
          <w:b/>
          <w:i w:val="0"/>
          <w:sz w:val="22"/>
        </w:rPr>
        <w:t>Пункт 385. Правовой анализ</w:t>
      </w:r>
    </w:p>
    <w:p>
      <w:pPr>
        <w:spacing w:after="120" w:before="160"/>
        <w:ind w:firstLine="720"/>
        <w:jc w:val="both"/>
      </w:pPr>
      <w:r>
        <w:rPr>
          <w:rFonts w:ascii="Times New Roman" w:hAnsi="Times New Roman" w:eastAsia="Times New Roman" w:cs="Times New Roman"/>
          <w:b/>
          <w:i w:val="0"/>
          <w:sz w:val="22"/>
        </w:rPr>
        <w:t xml:space="preserve">385. </w:t>
      </w:r>
      <w:r>
        <w:rPr>
          <w:rFonts w:ascii="Times New Roman" w:hAnsi="Times New Roman" w:eastAsia="Times New Roman" w:cs="Times New Roman"/>
          <w:b w:val="0"/>
          <w:i w:val="0"/>
          <w:sz w:val="22"/>
        </w:rPr>
        <w:t>Бумеранг 02.12.21 15.12.21 486 000,00</w:t>
      </w:r>
    </w:p>
    <w:p>
      <w:pPr>
        <w:pStyle w:val="Heading3"/>
      </w:pPr>
      <w:r>
        <w:rPr>
          <w:rFonts w:ascii="Times New Roman" w:hAnsi="Times New Roman" w:eastAsia="Times New Roman" w:cs="Times New Roman"/>
          <w:b/>
          <w:i w:val="0"/>
          <w:sz w:val="22"/>
        </w:rPr>
        <w:t>Пункт 386. Правовой анализ</w:t>
      </w:r>
    </w:p>
    <w:p>
      <w:pPr>
        <w:spacing w:after="120" w:before="160"/>
        <w:ind w:firstLine="720"/>
        <w:jc w:val="both"/>
      </w:pPr>
      <w:r>
        <w:rPr>
          <w:rFonts w:ascii="Times New Roman" w:hAnsi="Times New Roman" w:eastAsia="Times New Roman" w:cs="Times New Roman"/>
          <w:b/>
          <w:i w:val="0"/>
          <w:sz w:val="22"/>
        </w:rPr>
        <w:t xml:space="preserve">386. </w:t>
      </w:r>
      <w:r>
        <w:rPr>
          <w:rFonts w:ascii="Times New Roman" w:hAnsi="Times New Roman" w:eastAsia="Times New Roman" w:cs="Times New Roman"/>
          <w:b w:val="0"/>
          <w:i w:val="0"/>
          <w:sz w:val="22"/>
        </w:rPr>
        <w:t>Летчик 02.12.21 12.12.21 72 000,00</w:t>
      </w:r>
    </w:p>
    <w:p>
      <w:pPr>
        <w:pStyle w:val="Heading3"/>
      </w:pPr>
      <w:r>
        <w:rPr>
          <w:rFonts w:ascii="Times New Roman" w:hAnsi="Times New Roman" w:eastAsia="Times New Roman" w:cs="Times New Roman"/>
          <w:b/>
          <w:i w:val="0"/>
          <w:sz w:val="22"/>
        </w:rPr>
        <w:t>Пункт 387. Правовой анализ</w:t>
      </w:r>
    </w:p>
    <w:p>
      <w:pPr>
        <w:spacing w:after="120" w:before="160"/>
        <w:ind w:firstLine="720"/>
        <w:jc w:val="both"/>
      </w:pPr>
      <w:r>
        <w:rPr>
          <w:rFonts w:ascii="Times New Roman" w:hAnsi="Times New Roman" w:eastAsia="Times New Roman" w:cs="Times New Roman"/>
          <w:b/>
          <w:i w:val="0"/>
          <w:sz w:val="22"/>
        </w:rPr>
        <w:t xml:space="preserve">387. </w:t>
      </w:r>
      <w:r>
        <w:rPr>
          <w:rFonts w:ascii="Times New Roman" w:hAnsi="Times New Roman" w:eastAsia="Times New Roman" w:cs="Times New Roman"/>
          <w:b w:val="0"/>
          <w:i w:val="0"/>
          <w:sz w:val="22"/>
        </w:rPr>
        <w:t>Дом Gucci 02.12.21 01.02.22 8 472 000,00</w:t>
      </w:r>
    </w:p>
    <w:p>
      <w:pPr>
        <w:pStyle w:val="Heading3"/>
      </w:pPr>
      <w:r>
        <w:rPr>
          <w:rFonts w:ascii="Times New Roman" w:hAnsi="Times New Roman" w:eastAsia="Times New Roman" w:cs="Times New Roman"/>
          <w:b/>
          <w:i w:val="0"/>
          <w:sz w:val="22"/>
        </w:rPr>
        <w:t>Пункт 388. Правовой анализ</w:t>
      </w:r>
    </w:p>
    <w:p>
      <w:pPr>
        <w:spacing w:after="120" w:before="160"/>
        <w:ind w:firstLine="720"/>
        <w:jc w:val="both"/>
      </w:pPr>
      <w:r>
        <w:rPr>
          <w:rFonts w:ascii="Times New Roman" w:hAnsi="Times New Roman" w:eastAsia="Times New Roman" w:cs="Times New Roman"/>
          <w:b/>
          <w:i w:val="0"/>
          <w:sz w:val="22"/>
        </w:rPr>
        <w:t xml:space="preserve">388. </w:t>
      </w:r>
      <w:r>
        <w:rPr>
          <w:rFonts w:ascii="Times New Roman" w:hAnsi="Times New Roman" w:eastAsia="Times New Roman" w:cs="Times New Roman"/>
          <w:b w:val="0"/>
          <w:i w:val="0"/>
          <w:sz w:val="22"/>
        </w:rPr>
        <w:t>Охотники за привидениями: Наследники 27.11.21 12.12.21 1 132 000,00</w:t>
      </w:r>
    </w:p>
    <w:p>
      <w:pPr>
        <w:pStyle w:val="Heading3"/>
      </w:pPr>
      <w:r>
        <w:rPr>
          <w:rFonts w:ascii="Times New Roman" w:hAnsi="Times New Roman" w:eastAsia="Times New Roman" w:cs="Times New Roman"/>
          <w:b/>
          <w:i w:val="0"/>
          <w:sz w:val="22"/>
        </w:rPr>
        <w:t>Пункт 389. Правовой анализ</w:t>
      </w:r>
    </w:p>
    <w:p>
      <w:pPr>
        <w:spacing w:after="120" w:before="160"/>
        <w:ind w:firstLine="720"/>
        <w:jc w:val="both"/>
      </w:pPr>
      <w:r>
        <w:rPr>
          <w:rFonts w:ascii="Times New Roman" w:hAnsi="Times New Roman" w:eastAsia="Times New Roman" w:cs="Times New Roman"/>
          <w:b/>
          <w:i w:val="0"/>
          <w:sz w:val="22"/>
        </w:rPr>
        <w:t xml:space="preserve">389. </w:t>
      </w:r>
      <w:r>
        <w:rPr>
          <w:rFonts w:ascii="Times New Roman" w:hAnsi="Times New Roman" w:eastAsia="Times New Roman" w:cs="Times New Roman"/>
          <w:b w:val="0"/>
          <w:i w:val="0"/>
          <w:sz w:val="22"/>
        </w:rPr>
        <w:t>Энканто 26.11.21 15.12.21 511 000,00</w:t>
      </w:r>
    </w:p>
    <w:p>
      <w:pPr>
        <w:pStyle w:val="Heading3"/>
      </w:pPr>
      <w:r>
        <w:rPr>
          <w:rFonts w:ascii="Times New Roman" w:hAnsi="Times New Roman" w:eastAsia="Times New Roman" w:cs="Times New Roman"/>
          <w:b/>
          <w:i w:val="0"/>
          <w:sz w:val="22"/>
        </w:rPr>
        <w:t>Пункт 390. Правовой анализ</w:t>
      </w:r>
    </w:p>
    <w:p>
      <w:pPr>
        <w:spacing w:after="120" w:before="160"/>
        <w:ind w:firstLine="720"/>
        <w:jc w:val="both"/>
      </w:pPr>
      <w:r>
        <w:rPr>
          <w:rFonts w:ascii="Times New Roman" w:hAnsi="Times New Roman" w:eastAsia="Times New Roman" w:cs="Times New Roman"/>
          <w:b/>
          <w:i w:val="0"/>
          <w:sz w:val="22"/>
        </w:rPr>
        <w:t xml:space="preserve">390. </w:t>
      </w:r>
      <w:r>
        <w:rPr>
          <w:rFonts w:ascii="Times New Roman" w:hAnsi="Times New Roman" w:eastAsia="Times New Roman" w:cs="Times New Roman"/>
          <w:b w:val="0"/>
          <w:i w:val="0"/>
          <w:sz w:val="22"/>
        </w:rPr>
        <w:t>Прошлой ночью в Сохо 25.11.21 01.12.21 316 000,00</w:t>
      </w:r>
    </w:p>
    <w:p>
      <w:pPr>
        <w:pStyle w:val="Heading3"/>
      </w:pPr>
      <w:r>
        <w:rPr>
          <w:rFonts w:ascii="Times New Roman" w:hAnsi="Times New Roman" w:eastAsia="Times New Roman" w:cs="Times New Roman"/>
          <w:b/>
          <w:i w:val="0"/>
          <w:sz w:val="22"/>
        </w:rPr>
        <w:t>Пункт 391. Правовой анализ</w:t>
      </w:r>
    </w:p>
    <w:p>
      <w:pPr>
        <w:spacing w:after="120" w:before="160"/>
        <w:ind w:firstLine="720"/>
        <w:jc w:val="both"/>
      </w:pPr>
      <w:r>
        <w:rPr>
          <w:rFonts w:ascii="Times New Roman" w:hAnsi="Times New Roman" w:eastAsia="Times New Roman" w:cs="Times New Roman"/>
          <w:b/>
          <w:i w:val="0"/>
          <w:sz w:val="22"/>
        </w:rPr>
        <w:t xml:space="preserve">391. </w:t>
      </w:r>
      <w:r>
        <w:rPr>
          <w:rFonts w:ascii="Times New Roman" w:hAnsi="Times New Roman" w:eastAsia="Times New Roman" w:cs="Times New Roman"/>
          <w:b w:val="0"/>
          <w:i w:val="0"/>
          <w:sz w:val="22"/>
        </w:rPr>
        <w:t>Купе номер 6 25.11.21 30.11.21 92 000,00</w:t>
      </w:r>
    </w:p>
    <w:p>
      <w:pPr>
        <w:pStyle w:val="Heading3"/>
      </w:pPr>
      <w:r>
        <w:rPr>
          <w:rFonts w:ascii="Times New Roman" w:hAnsi="Times New Roman" w:eastAsia="Times New Roman" w:cs="Times New Roman"/>
          <w:b/>
          <w:i w:val="0"/>
          <w:sz w:val="22"/>
        </w:rPr>
        <w:t>Пункт 392. Правовой анализ</w:t>
      </w:r>
    </w:p>
    <w:p>
      <w:pPr>
        <w:spacing w:after="120" w:before="160"/>
        <w:ind w:firstLine="720"/>
        <w:jc w:val="both"/>
      </w:pPr>
      <w:r>
        <w:rPr>
          <w:rFonts w:ascii="Times New Roman" w:hAnsi="Times New Roman" w:eastAsia="Times New Roman" w:cs="Times New Roman"/>
          <w:b/>
          <w:i w:val="0"/>
          <w:sz w:val="22"/>
        </w:rPr>
        <w:t xml:space="preserve">392. </w:t>
      </w:r>
      <w:r>
        <w:rPr>
          <w:rFonts w:ascii="Times New Roman" w:hAnsi="Times New Roman" w:eastAsia="Times New Roman" w:cs="Times New Roman"/>
          <w:b w:val="0"/>
          <w:i w:val="0"/>
          <w:sz w:val="22"/>
        </w:rPr>
        <w:t>Обитель Зла: Раккун-Сити 25.11.21 06.12.21 321 000,00</w:t>
      </w:r>
    </w:p>
    <w:p>
      <w:pPr>
        <w:pStyle w:val="Heading3"/>
      </w:pPr>
      <w:r>
        <w:rPr>
          <w:rFonts w:ascii="Times New Roman" w:hAnsi="Times New Roman" w:eastAsia="Times New Roman" w:cs="Times New Roman"/>
          <w:b/>
          <w:i w:val="0"/>
          <w:sz w:val="22"/>
        </w:rPr>
        <w:t>Пункт 393. Правовой анализ</w:t>
      </w:r>
    </w:p>
    <w:p>
      <w:pPr>
        <w:spacing w:after="120" w:before="160"/>
        <w:ind w:firstLine="720"/>
        <w:jc w:val="both"/>
      </w:pPr>
      <w:r>
        <w:rPr>
          <w:rFonts w:ascii="Times New Roman" w:hAnsi="Times New Roman" w:eastAsia="Times New Roman" w:cs="Times New Roman"/>
          <w:b/>
          <w:i w:val="0"/>
          <w:sz w:val="22"/>
        </w:rPr>
        <w:t xml:space="preserve">393. </w:t>
      </w:r>
      <w:r>
        <w:rPr>
          <w:rFonts w:ascii="Times New Roman" w:hAnsi="Times New Roman" w:eastAsia="Times New Roman" w:cs="Times New Roman"/>
          <w:b w:val="0"/>
          <w:i w:val="0"/>
          <w:sz w:val="22"/>
        </w:rPr>
        <w:t>Плюшевый Бум! 21.11.21 28.11.21 88 500,00</w:t>
      </w:r>
    </w:p>
    <w:p>
      <w:pPr>
        <w:pStyle w:val="Heading3"/>
      </w:pPr>
      <w:r>
        <w:rPr>
          <w:rFonts w:ascii="Times New Roman" w:hAnsi="Times New Roman" w:eastAsia="Times New Roman" w:cs="Times New Roman"/>
          <w:b/>
          <w:i w:val="0"/>
          <w:sz w:val="22"/>
        </w:rPr>
        <w:t>Пункт 394. Правовой анализ</w:t>
      </w:r>
    </w:p>
    <w:p>
      <w:pPr>
        <w:spacing w:after="120" w:before="160"/>
        <w:ind w:firstLine="720"/>
        <w:jc w:val="both"/>
      </w:pPr>
      <w:r>
        <w:rPr>
          <w:rFonts w:ascii="Times New Roman" w:hAnsi="Times New Roman" w:eastAsia="Times New Roman" w:cs="Times New Roman"/>
          <w:b/>
          <w:i w:val="0"/>
          <w:sz w:val="22"/>
        </w:rPr>
        <w:t xml:space="preserve">394. </w:t>
      </w:r>
      <w:r>
        <w:rPr>
          <w:rFonts w:ascii="Times New Roman" w:hAnsi="Times New Roman" w:eastAsia="Times New Roman" w:cs="Times New Roman"/>
          <w:b w:val="0"/>
          <w:i w:val="0"/>
          <w:sz w:val="22"/>
        </w:rPr>
        <w:t>Французский вестник. Приложение к газете "Либерти. Канзас ивнинг сан" 18.11.21 30.11.21 544 000,00</w:t>
      </w:r>
    </w:p>
    <w:p>
      <w:pPr>
        <w:pStyle w:val="Heading3"/>
      </w:pPr>
      <w:r>
        <w:rPr>
          <w:rFonts w:ascii="Times New Roman" w:hAnsi="Times New Roman" w:eastAsia="Times New Roman" w:cs="Times New Roman"/>
          <w:b/>
          <w:i w:val="0"/>
          <w:sz w:val="22"/>
        </w:rPr>
        <w:t>Пункт 395. Правовой анализ</w:t>
      </w:r>
    </w:p>
    <w:p>
      <w:pPr>
        <w:spacing w:after="120" w:before="160"/>
        <w:ind w:firstLine="720"/>
        <w:jc w:val="both"/>
      </w:pPr>
      <w:r>
        <w:rPr>
          <w:rFonts w:ascii="Times New Roman" w:hAnsi="Times New Roman" w:eastAsia="Times New Roman" w:cs="Times New Roman"/>
          <w:b/>
          <w:i w:val="0"/>
          <w:sz w:val="22"/>
        </w:rPr>
        <w:t xml:space="preserve">395. </w:t>
      </w:r>
      <w:r>
        <w:rPr>
          <w:rFonts w:ascii="Times New Roman" w:hAnsi="Times New Roman" w:eastAsia="Times New Roman" w:cs="Times New Roman"/>
          <w:b w:val="0"/>
          <w:i w:val="0"/>
          <w:sz w:val="22"/>
        </w:rPr>
        <w:t>ФИО12 18.11.21 01.12.21 757 000,00</w:t>
      </w:r>
    </w:p>
    <w:p>
      <w:pPr>
        <w:pStyle w:val="Heading3"/>
      </w:pPr>
      <w:r>
        <w:rPr>
          <w:rFonts w:ascii="Times New Roman" w:hAnsi="Times New Roman" w:eastAsia="Times New Roman" w:cs="Times New Roman"/>
          <w:b/>
          <w:i w:val="0"/>
          <w:sz w:val="22"/>
        </w:rPr>
        <w:t>Пункт 396. Правовой анализ</w:t>
      </w:r>
    </w:p>
    <w:p>
      <w:pPr>
        <w:spacing w:after="120" w:before="160"/>
        <w:ind w:firstLine="720"/>
        <w:jc w:val="both"/>
      </w:pPr>
      <w:r>
        <w:rPr>
          <w:rFonts w:ascii="Times New Roman" w:hAnsi="Times New Roman" w:eastAsia="Times New Roman" w:cs="Times New Roman"/>
          <w:b/>
          <w:i w:val="0"/>
          <w:sz w:val="22"/>
        </w:rPr>
        <w:t xml:space="preserve">396. </w:t>
      </w:r>
      <w:r>
        <w:rPr>
          <w:rFonts w:ascii="Times New Roman" w:hAnsi="Times New Roman" w:eastAsia="Times New Roman" w:cs="Times New Roman"/>
          <w:b w:val="0"/>
          <w:i w:val="0"/>
          <w:sz w:val="22"/>
        </w:rPr>
        <w:t>Последняя дуэль 18.11.21 07.12.21 1 977 000,00</w:t>
      </w:r>
    </w:p>
    <w:p>
      <w:pPr>
        <w:pStyle w:val="Heading3"/>
      </w:pPr>
      <w:r>
        <w:rPr>
          <w:rFonts w:ascii="Times New Roman" w:hAnsi="Times New Roman" w:eastAsia="Times New Roman" w:cs="Times New Roman"/>
          <w:b/>
          <w:i w:val="0"/>
          <w:sz w:val="22"/>
        </w:rPr>
        <w:t>Пункт 397. Правовой анализ</w:t>
      </w:r>
    </w:p>
    <w:p>
      <w:pPr>
        <w:spacing w:after="120" w:before="160"/>
        <w:ind w:firstLine="720"/>
        <w:jc w:val="both"/>
      </w:pPr>
      <w:r>
        <w:rPr>
          <w:rFonts w:ascii="Times New Roman" w:hAnsi="Times New Roman" w:eastAsia="Times New Roman" w:cs="Times New Roman"/>
          <w:b/>
          <w:i w:val="0"/>
          <w:sz w:val="22"/>
        </w:rPr>
        <w:t xml:space="preserve">397. </w:t>
      </w:r>
      <w:r>
        <w:rPr>
          <w:rFonts w:ascii="Times New Roman" w:hAnsi="Times New Roman" w:eastAsia="Times New Roman" w:cs="Times New Roman"/>
          <w:b w:val="0"/>
          <w:i w:val="0"/>
          <w:sz w:val="22"/>
        </w:rPr>
        <w:t>Небо 18.11.21 01.12.21 258 000,00</w:t>
      </w:r>
    </w:p>
    <w:p>
      <w:pPr>
        <w:pStyle w:val="Heading3"/>
      </w:pPr>
      <w:r>
        <w:rPr>
          <w:rFonts w:ascii="Times New Roman" w:hAnsi="Times New Roman" w:eastAsia="Times New Roman" w:cs="Times New Roman"/>
          <w:b/>
          <w:i w:val="0"/>
          <w:sz w:val="22"/>
        </w:rPr>
        <w:t>Пункт 398. Правовой анализ</w:t>
      </w:r>
    </w:p>
    <w:p>
      <w:pPr>
        <w:spacing w:after="120" w:before="160"/>
        <w:ind w:firstLine="720"/>
        <w:jc w:val="both"/>
      </w:pPr>
      <w:r>
        <w:rPr>
          <w:rFonts w:ascii="Times New Roman" w:hAnsi="Times New Roman" w:eastAsia="Times New Roman" w:cs="Times New Roman"/>
          <w:b/>
          <w:i w:val="0"/>
          <w:sz w:val="22"/>
        </w:rPr>
        <w:t xml:space="preserve">398. </w:t>
      </w:r>
      <w:r>
        <w:rPr>
          <w:rFonts w:ascii="Times New Roman" w:hAnsi="Times New Roman" w:eastAsia="Times New Roman" w:cs="Times New Roman"/>
          <w:b w:val="0"/>
          <w:i w:val="0"/>
          <w:sz w:val="22"/>
        </w:rPr>
        <w:t>Кощей. Начало 13.11.21 21.11.21 106 500,00</w:t>
      </w:r>
    </w:p>
    <w:p>
      <w:pPr>
        <w:pStyle w:val="Heading3"/>
      </w:pPr>
      <w:r>
        <w:rPr>
          <w:rFonts w:ascii="Times New Roman" w:hAnsi="Times New Roman" w:eastAsia="Times New Roman" w:cs="Times New Roman"/>
          <w:b/>
          <w:i w:val="0"/>
          <w:sz w:val="22"/>
        </w:rPr>
        <w:t>Пункт 399. Правовой анализ</w:t>
      </w:r>
    </w:p>
    <w:p>
      <w:pPr>
        <w:spacing w:after="120" w:before="160"/>
        <w:ind w:firstLine="720"/>
        <w:jc w:val="both"/>
      </w:pPr>
      <w:r>
        <w:rPr>
          <w:rFonts w:ascii="Times New Roman" w:hAnsi="Times New Roman" w:eastAsia="Times New Roman" w:cs="Times New Roman"/>
          <w:b/>
          <w:i w:val="0"/>
          <w:sz w:val="22"/>
        </w:rPr>
        <w:t xml:space="preserve">399. </w:t>
      </w:r>
      <w:r>
        <w:rPr>
          <w:rFonts w:ascii="Times New Roman" w:hAnsi="Times New Roman" w:eastAsia="Times New Roman" w:cs="Times New Roman"/>
          <w:b w:val="0"/>
          <w:i w:val="0"/>
          <w:sz w:val="22"/>
        </w:rPr>
        <w:t>Вкус жизни 11.11.21 21.11.21 172 000,00</w:t>
      </w:r>
    </w:p>
    <w:p>
      <w:pPr>
        <w:pStyle w:val="Heading3"/>
      </w:pPr>
      <w:r>
        <w:rPr>
          <w:rFonts w:ascii="Times New Roman" w:hAnsi="Times New Roman" w:eastAsia="Times New Roman" w:cs="Times New Roman"/>
          <w:b/>
          <w:i w:val="0"/>
          <w:sz w:val="22"/>
        </w:rPr>
        <w:t>Пункт 400. Правовой анализ</w:t>
      </w:r>
    </w:p>
    <w:p>
      <w:pPr>
        <w:spacing w:after="120" w:before="160"/>
        <w:ind w:firstLine="720"/>
        <w:jc w:val="both"/>
      </w:pPr>
      <w:r>
        <w:rPr>
          <w:rFonts w:ascii="Times New Roman" w:hAnsi="Times New Roman" w:eastAsia="Times New Roman" w:cs="Times New Roman"/>
          <w:b/>
          <w:i w:val="0"/>
          <w:sz w:val="22"/>
        </w:rPr>
        <w:t xml:space="preserve">400. </w:t>
      </w:r>
      <w:r>
        <w:rPr>
          <w:rFonts w:ascii="Times New Roman" w:hAnsi="Times New Roman" w:eastAsia="Times New Roman" w:cs="Times New Roman"/>
          <w:b w:val="0"/>
          <w:i w:val="0"/>
          <w:sz w:val="22"/>
        </w:rPr>
        <w:t>Вечные 08.11.21 01.12.21 2 366 000,00</w:t>
      </w:r>
    </w:p>
    <w:p>
      <w:pPr>
        <w:pStyle w:val="Heading3"/>
      </w:pPr>
      <w:r>
        <w:rPr>
          <w:rFonts w:ascii="Times New Roman" w:hAnsi="Times New Roman" w:eastAsia="Times New Roman" w:cs="Times New Roman"/>
          <w:b/>
          <w:i w:val="0"/>
          <w:sz w:val="22"/>
        </w:rPr>
        <w:t>Пункт 401. Правовой анализ</w:t>
      </w:r>
    </w:p>
    <w:p>
      <w:pPr>
        <w:spacing w:after="120" w:before="160"/>
        <w:ind w:firstLine="720"/>
        <w:jc w:val="both"/>
      </w:pPr>
      <w:r>
        <w:rPr>
          <w:rFonts w:ascii="Times New Roman" w:hAnsi="Times New Roman" w:eastAsia="Times New Roman" w:cs="Times New Roman"/>
          <w:b/>
          <w:i w:val="0"/>
          <w:sz w:val="22"/>
        </w:rPr>
        <w:t xml:space="preserve">401. </w:t>
      </w:r>
      <w:r>
        <w:rPr>
          <w:rFonts w:ascii="Times New Roman" w:hAnsi="Times New Roman" w:eastAsia="Times New Roman" w:cs="Times New Roman"/>
          <w:b w:val="0"/>
          <w:i w:val="0"/>
          <w:sz w:val="22"/>
        </w:rPr>
        <w:t>Учёности плоды 23.10.21 16.11.21 24 000,00</w:t>
      </w:r>
    </w:p>
    <w:p>
      <w:pPr>
        <w:pStyle w:val="Heading3"/>
      </w:pPr>
      <w:r>
        <w:rPr>
          <w:rFonts w:ascii="Times New Roman" w:hAnsi="Times New Roman" w:eastAsia="Times New Roman" w:cs="Times New Roman"/>
          <w:b/>
          <w:i w:val="0"/>
          <w:sz w:val="22"/>
        </w:rPr>
        <w:t>Пункт 402. Правовой анализ</w:t>
      </w:r>
    </w:p>
    <w:p>
      <w:pPr>
        <w:spacing w:after="120" w:before="160"/>
        <w:ind w:firstLine="720"/>
        <w:jc w:val="both"/>
      </w:pPr>
      <w:r>
        <w:rPr>
          <w:rFonts w:ascii="Times New Roman" w:hAnsi="Times New Roman" w:eastAsia="Times New Roman" w:cs="Times New Roman"/>
          <w:b/>
          <w:i w:val="0"/>
          <w:sz w:val="22"/>
        </w:rPr>
        <w:t xml:space="preserve">402. </w:t>
      </w:r>
      <w:r>
        <w:rPr>
          <w:rFonts w:ascii="Times New Roman" w:hAnsi="Times New Roman" w:eastAsia="Times New Roman" w:cs="Times New Roman"/>
          <w:b w:val="0"/>
          <w:i w:val="0"/>
          <w:sz w:val="22"/>
        </w:rPr>
        <w:t>Неисправимый Рон 22.10.21 21.11.21 446 000,00</w:t>
      </w:r>
    </w:p>
    <w:p>
      <w:pPr>
        <w:pStyle w:val="Heading3"/>
      </w:pPr>
      <w:r>
        <w:rPr>
          <w:rFonts w:ascii="Times New Roman" w:hAnsi="Times New Roman" w:eastAsia="Times New Roman" w:cs="Times New Roman"/>
          <w:b/>
          <w:i w:val="0"/>
          <w:sz w:val="22"/>
        </w:rPr>
        <w:t>Пункт 403. Правовой анализ</w:t>
      </w:r>
    </w:p>
    <w:p>
      <w:pPr>
        <w:spacing w:after="120" w:before="160"/>
        <w:ind w:firstLine="720"/>
        <w:jc w:val="both"/>
      </w:pPr>
      <w:r>
        <w:rPr>
          <w:rFonts w:ascii="Times New Roman" w:hAnsi="Times New Roman" w:eastAsia="Times New Roman" w:cs="Times New Roman"/>
          <w:b/>
          <w:i w:val="0"/>
          <w:sz w:val="22"/>
        </w:rPr>
        <w:t xml:space="preserve">403. </w:t>
      </w:r>
      <w:r>
        <w:rPr>
          <w:rFonts w:ascii="Times New Roman" w:hAnsi="Times New Roman" w:eastAsia="Times New Roman" w:cs="Times New Roman"/>
          <w:b w:val="0"/>
          <w:i w:val="0"/>
          <w:sz w:val="22"/>
        </w:rPr>
        <w:t>ФИО13 21.10.21 27.10.21 126 000,00</w:t>
      </w:r>
    </w:p>
    <w:p>
      <w:pPr>
        <w:pStyle w:val="Heading3"/>
      </w:pPr>
      <w:r>
        <w:rPr>
          <w:rFonts w:ascii="Times New Roman" w:hAnsi="Times New Roman" w:eastAsia="Times New Roman" w:cs="Times New Roman"/>
          <w:b/>
          <w:i w:val="0"/>
          <w:sz w:val="22"/>
        </w:rPr>
        <w:t>Пункт 404. Правовой анализ</w:t>
      </w:r>
    </w:p>
    <w:p>
      <w:pPr>
        <w:spacing w:after="120" w:before="160"/>
        <w:ind w:firstLine="720"/>
        <w:jc w:val="both"/>
      </w:pPr>
      <w:r>
        <w:rPr>
          <w:rFonts w:ascii="Times New Roman" w:hAnsi="Times New Roman" w:eastAsia="Times New Roman" w:cs="Times New Roman"/>
          <w:b/>
          <w:i w:val="0"/>
          <w:sz w:val="22"/>
        </w:rPr>
        <w:t xml:space="preserve">404. </w:t>
      </w:r>
      <w:r>
        <w:rPr>
          <w:rFonts w:ascii="Times New Roman" w:hAnsi="Times New Roman" w:eastAsia="Times New Roman" w:cs="Times New Roman"/>
          <w:b w:val="0"/>
          <w:i w:val="0"/>
          <w:sz w:val="22"/>
        </w:rPr>
        <w:t>Кошачьи миры Луиса Уэйна 21.10.21 16.11.21 227 000,00</w:t>
      </w:r>
    </w:p>
    <w:p>
      <w:pPr>
        <w:pStyle w:val="Heading3"/>
      </w:pPr>
      <w:r>
        <w:rPr>
          <w:rFonts w:ascii="Times New Roman" w:hAnsi="Times New Roman" w:eastAsia="Times New Roman" w:cs="Times New Roman"/>
          <w:b/>
          <w:i w:val="0"/>
          <w:sz w:val="22"/>
        </w:rPr>
        <w:t>Пункт 405. Правовой анализ</w:t>
      </w:r>
    </w:p>
    <w:p>
      <w:pPr>
        <w:spacing w:after="120" w:before="160"/>
        <w:ind w:firstLine="720"/>
        <w:jc w:val="both"/>
      </w:pPr>
      <w:r>
        <w:rPr>
          <w:rFonts w:ascii="Times New Roman" w:hAnsi="Times New Roman" w:eastAsia="Times New Roman" w:cs="Times New Roman"/>
          <w:b/>
          <w:i w:val="0"/>
          <w:sz w:val="22"/>
        </w:rPr>
        <w:t xml:space="preserve">405. </w:t>
      </w:r>
      <w:r>
        <w:rPr>
          <w:rFonts w:ascii="Times New Roman" w:hAnsi="Times New Roman" w:eastAsia="Times New Roman" w:cs="Times New Roman"/>
          <w:b w:val="0"/>
          <w:i w:val="0"/>
          <w:sz w:val="22"/>
        </w:rPr>
        <w:t>Хороший, плохой, коп 21.10.21 17.11.21 884 000,00</w:t>
      </w:r>
    </w:p>
    <w:p>
      <w:pPr>
        <w:pStyle w:val="Heading3"/>
      </w:pPr>
      <w:r>
        <w:rPr>
          <w:rFonts w:ascii="Times New Roman" w:hAnsi="Times New Roman" w:eastAsia="Times New Roman" w:cs="Times New Roman"/>
          <w:b/>
          <w:i w:val="0"/>
          <w:sz w:val="22"/>
        </w:rPr>
        <w:t>Пункт 406. Правовой анализ</w:t>
      </w:r>
    </w:p>
    <w:p>
      <w:pPr>
        <w:spacing w:after="120" w:before="160"/>
        <w:ind w:firstLine="720"/>
        <w:jc w:val="both"/>
      </w:pPr>
      <w:r>
        <w:rPr>
          <w:rFonts w:ascii="Times New Roman" w:hAnsi="Times New Roman" w:eastAsia="Times New Roman" w:cs="Times New Roman"/>
          <w:b/>
          <w:i w:val="0"/>
          <w:sz w:val="22"/>
        </w:rPr>
        <w:t xml:space="preserve">406. </w:t>
      </w:r>
      <w:r>
        <w:rPr>
          <w:rFonts w:ascii="Times New Roman" w:hAnsi="Times New Roman" w:eastAsia="Times New Roman" w:cs="Times New Roman"/>
          <w:b w:val="0"/>
          <w:i w:val="0"/>
          <w:sz w:val="22"/>
        </w:rPr>
        <w:t>Эйфель 15.10.21 20.10.21 66 000,00</w:t>
      </w:r>
    </w:p>
    <w:p>
      <w:pPr>
        <w:pStyle w:val="Heading3"/>
      </w:pPr>
      <w:r>
        <w:rPr>
          <w:rFonts w:ascii="Times New Roman" w:hAnsi="Times New Roman" w:eastAsia="Times New Roman" w:cs="Times New Roman"/>
          <w:b/>
          <w:i w:val="0"/>
          <w:sz w:val="22"/>
        </w:rPr>
        <w:t>Пункт 407. Правовой анализ</w:t>
      </w:r>
    </w:p>
    <w:p>
      <w:pPr>
        <w:spacing w:after="120" w:before="160"/>
        <w:ind w:firstLine="720"/>
        <w:jc w:val="both"/>
      </w:pPr>
      <w:r>
        <w:rPr>
          <w:rFonts w:ascii="Times New Roman" w:hAnsi="Times New Roman" w:eastAsia="Times New Roman" w:cs="Times New Roman"/>
          <w:b/>
          <w:i w:val="0"/>
          <w:sz w:val="22"/>
        </w:rPr>
        <w:t xml:space="preserve">407. </w:t>
      </w:r>
      <w:r>
        <w:rPr>
          <w:rFonts w:ascii="Times New Roman" w:hAnsi="Times New Roman" w:eastAsia="Times New Roman" w:cs="Times New Roman"/>
          <w:b w:val="0"/>
          <w:i w:val="0"/>
          <w:sz w:val="22"/>
        </w:rPr>
        <w:t>Королевская игра 14.10.21 26.10.21 300 000,00</w:t>
      </w:r>
    </w:p>
    <w:p>
      <w:pPr>
        <w:pStyle w:val="Heading3"/>
      </w:pPr>
      <w:r>
        <w:rPr>
          <w:rFonts w:ascii="Times New Roman" w:hAnsi="Times New Roman" w:eastAsia="Times New Roman" w:cs="Times New Roman"/>
          <w:b/>
          <w:i w:val="0"/>
          <w:sz w:val="22"/>
        </w:rPr>
        <w:t>Пункт 408. Правовой анализ</w:t>
      </w:r>
    </w:p>
    <w:p>
      <w:pPr>
        <w:spacing w:after="120" w:before="160"/>
        <w:ind w:firstLine="720"/>
        <w:jc w:val="both"/>
      </w:pPr>
      <w:r>
        <w:rPr>
          <w:rFonts w:ascii="Times New Roman" w:hAnsi="Times New Roman" w:eastAsia="Times New Roman" w:cs="Times New Roman"/>
          <w:b/>
          <w:i w:val="0"/>
          <w:sz w:val="22"/>
        </w:rPr>
        <w:t xml:space="preserve">408. </w:t>
      </w:r>
      <w:r>
        <w:rPr>
          <w:rFonts w:ascii="Times New Roman" w:hAnsi="Times New Roman" w:eastAsia="Times New Roman" w:cs="Times New Roman"/>
          <w:b w:val="0"/>
          <w:i w:val="0"/>
          <w:sz w:val="22"/>
        </w:rPr>
        <w:t>Исчезнувший 14.10.21 27.10.21 265 000,00</w:t>
      </w:r>
    </w:p>
    <w:p>
      <w:pPr>
        <w:pStyle w:val="Heading3"/>
      </w:pPr>
      <w:r>
        <w:rPr>
          <w:rFonts w:ascii="Times New Roman" w:hAnsi="Times New Roman" w:eastAsia="Times New Roman" w:cs="Times New Roman"/>
          <w:b/>
          <w:i w:val="0"/>
          <w:sz w:val="22"/>
        </w:rPr>
        <w:t>Пункт 409. Правовой анализ</w:t>
      </w:r>
    </w:p>
    <w:p>
      <w:pPr>
        <w:spacing w:after="120" w:before="160"/>
        <w:ind w:firstLine="720"/>
        <w:jc w:val="both"/>
      </w:pPr>
      <w:r>
        <w:rPr>
          <w:rFonts w:ascii="Times New Roman" w:hAnsi="Times New Roman" w:eastAsia="Times New Roman" w:cs="Times New Roman"/>
          <w:b/>
          <w:i w:val="0"/>
          <w:sz w:val="22"/>
        </w:rPr>
        <w:t xml:space="preserve">409. </w:t>
      </w:r>
      <w:r>
        <w:rPr>
          <w:rFonts w:ascii="Times New Roman" w:hAnsi="Times New Roman" w:eastAsia="Times New Roman" w:cs="Times New Roman"/>
          <w:b w:val="0"/>
          <w:i w:val="0"/>
          <w:sz w:val="22"/>
        </w:rPr>
        <w:t>Суперзвезда 10.10.21 19.10.21 27 000,00</w:t>
      </w:r>
    </w:p>
    <w:p>
      <w:pPr>
        <w:pStyle w:val="Heading3"/>
      </w:pPr>
      <w:r>
        <w:rPr>
          <w:rFonts w:ascii="Times New Roman" w:hAnsi="Times New Roman" w:eastAsia="Times New Roman" w:cs="Times New Roman"/>
          <w:b/>
          <w:i w:val="0"/>
          <w:sz w:val="22"/>
        </w:rPr>
        <w:t>Пункт 410. Правовой анализ</w:t>
      </w:r>
    </w:p>
    <w:p>
      <w:pPr>
        <w:spacing w:after="120" w:before="160"/>
        <w:ind w:firstLine="720"/>
        <w:jc w:val="both"/>
      </w:pPr>
      <w:r>
        <w:rPr>
          <w:rFonts w:ascii="Times New Roman" w:hAnsi="Times New Roman" w:eastAsia="Times New Roman" w:cs="Times New Roman"/>
          <w:b/>
          <w:i w:val="0"/>
          <w:sz w:val="22"/>
        </w:rPr>
        <w:t xml:space="preserve">410. </w:t>
      </w:r>
      <w:r>
        <w:rPr>
          <w:rFonts w:ascii="Times New Roman" w:hAnsi="Times New Roman" w:eastAsia="Times New Roman" w:cs="Times New Roman"/>
          <w:b w:val="0"/>
          <w:i w:val="0"/>
          <w:sz w:val="22"/>
        </w:rPr>
        <w:t>Семейка Аддамс: Горящий тур 09.10.21 27.10.21 590 000,00</w:t>
      </w:r>
    </w:p>
    <w:p>
      <w:pPr>
        <w:pStyle w:val="Heading3"/>
      </w:pPr>
      <w:r>
        <w:rPr>
          <w:rFonts w:ascii="Times New Roman" w:hAnsi="Times New Roman" w:eastAsia="Times New Roman" w:cs="Times New Roman"/>
          <w:b/>
          <w:i w:val="0"/>
          <w:sz w:val="22"/>
        </w:rPr>
        <w:t>Пункт 411. Правовой анализ</w:t>
      </w:r>
    </w:p>
    <w:p>
      <w:pPr>
        <w:spacing w:after="120" w:before="160"/>
        <w:ind w:firstLine="720"/>
        <w:jc w:val="both"/>
      </w:pPr>
      <w:r>
        <w:rPr>
          <w:rFonts w:ascii="Times New Roman" w:hAnsi="Times New Roman" w:eastAsia="Times New Roman" w:cs="Times New Roman"/>
          <w:b/>
          <w:i w:val="0"/>
          <w:sz w:val="22"/>
        </w:rPr>
        <w:t xml:space="preserve">411. </w:t>
      </w:r>
      <w:r>
        <w:rPr>
          <w:rFonts w:ascii="Times New Roman" w:hAnsi="Times New Roman" w:eastAsia="Times New Roman" w:cs="Times New Roman"/>
          <w:b w:val="0"/>
          <w:i w:val="0"/>
          <w:sz w:val="22"/>
        </w:rPr>
        <w:t>Не время умирать 07.10.21 24.11.21 9 712 000,00</w:t>
      </w:r>
    </w:p>
    <w:p>
      <w:pPr>
        <w:pStyle w:val="Heading3"/>
      </w:pPr>
      <w:r>
        <w:rPr>
          <w:rFonts w:ascii="Times New Roman" w:hAnsi="Times New Roman" w:eastAsia="Times New Roman" w:cs="Times New Roman"/>
          <w:b/>
          <w:i w:val="0"/>
          <w:sz w:val="22"/>
        </w:rPr>
        <w:t>Пункт 412. Правовой анализ</w:t>
      </w:r>
    </w:p>
    <w:p>
      <w:pPr>
        <w:spacing w:after="120" w:before="160"/>
        <w:ind w:firstLine="720"/>
        <w:jc w:val="both"/>
      </w:pPr>
      <w:r>
        <w:rPr>
          <w:rFonts w:ascii="Times New Roman" w:hAnsi="Times New Roman" w:eastAsia="Times New Roman" w:cs="Times New Roman"/>
          <w:b/>
          <w:i w:val="0"/>
          <w:sz w:val="22"/>
        </w:rPr>
        <w:t xml:space="preserve">412. </w:t>
      </w:r>
      <w:r>
        <w:rPr>
          <w:rFonts w:ascii="Times New Roman" w:hAnsi="Times New Roman" w:eastAsia="Times New Roman" w:cs="Times New Roman"/>
          <w:b w:val="0"/>
          <w:i w:val="0"/>
          <w:sz w:val="22"/>
        </w:rPr>
        <w:t>Веном 2 30.09.21 27.10.21 4 066 000,00</w:t>
      </w:r>
    </w:p>
    <w:p>
      <w:pPr>
        <w:pStyle w:val="Heading3"/>
      </w:pPr>
      <w:r>
        <w:rPr>
          <w:rFonts w:ascii="Times New Roman" w:hAnsi="Times New Roman" w:eastAsia="Times New Roman" w:cs="Times New Roman"/>
          <w:b/>
          <w:i w:val="0"/>
          <w:sz w:val="22"/>
        </w:rPr>
        <w:t>Пункт 413. Правовой анализ</w:t>
      </w:r>
    </w:p>
    <w:p>
      <w:pPr>
        <w:spacing w:after="120" w:before="160"/>
        <w:ind w:firstLine="720"/>
        <w:jc w:val="both"/>
      </w:pPr>
      <w:r>
        <w:rPr>
          <w:rFonts w:ascii="Times New Roman" w:hAnsi="Times New Roman" w:eastAsia="Times New Roman" w:cs="Times New Roman"/>
          <w:b/>
          <w:i w:val="0"/>
          <w:sz w:val="22"/>
        </w:rPr>
        <w:t xml:space="preserve">413. </w:t>
      </w:r>
      <w:r>
        <w:rPr>
          <w:rFonts w:ascii="Times New Roman" w:hAnsi="Times New Roman" w:eastAsia="Times New Roman" w:cs="Times New Roman"/>
          <w:b w:val="0"/>
          <w:i w:val="0"/>
          <w:sz w:val="22"/>
        </w:rPr>
        <w:t>Бестселлер 30.09.21 03.10.21 54 000,00</w:t>
      </w:r>
    </w:p>
    <w:p>
      <w:pPr>
        <w:pStyle w:val="Heading3"/>
      </w:pPr>
      <w:r>
        <w:rPr>
          <w:rFonts w:ascii="Times New Roman" w:hAnsi="Times New Roman" w:eastAsia="Times New Roman" w:cs="Times New Roman"/>
          <w:b/>
          <w:i w:val="0"/>
          <w:sz w:val="22"/>
        </w:rPr>
        <w:t>Пункт 414. Правовой анализ</w:t>
      </w:r>
    </w:p>
    <w:p>
      <w:pPr>
        <w:spacing w:after="120" w:before="160"/>
        <w:ind w:firstLine="720"/>
        <w:jc w:val="both"/>
      </w:pPr>
      <w:r>
        <w:rPr>
          <w:rFonts w:ascii="Times New Roman" w:hAnsi="Times New Roman" w:eastAsia="Times New Roman" w:cs="Times New Roman"/>
          <w:b/>
          <w:i w:val="0"/>
          <w:sz w:val="22"/>
        </w:rPr>
        <w:t xml:space="preserve">414. </w:t>
      </w:r>
      <w:r>
        <w:rPr>
          <w:rFonts w:ascii="Times New Roman" w:hAnsi="Times New Roman" w:eastAsia="Times New Roman" w:cs="Times New Roman"/>
          <w:b w:val="0"/>
          <w:i w:val="0"/>
          <w:sz w:val="22"/>
        </w:rPr>
        <w:t>ФИО14 23.09.21 02.10.21 106 000,00</w:t>
      </w:r>
    </w:p>
    <w:p>
      <w:pPr>
        <w:pStyle w:val="Heading3"/>
      </w:pPr>
      <w:r>
        <w:rPr>
          <w:rFonts w:ascii="Times New Roman" w:hAnsi="Times New Roman" w:eastAsia="Times New Roman" w:cs="Times New Roman"/>
          <w:b/>
          <w:i w:val="0"/>
          <w:sz w:val="22"/>
        </w:rPr>
        <w:t>Пункт 415. Правовой анализ</w:t>
      </w:r>
    </w:p>
    <w:p>
      <w:pPr>
        <w:spacing w:after="120" w:before="160"/>
        <w:ind w:firstLine="720"/>
        <w:jc w:val="both"/>
      </w:pPr>
      <w:r>
        <w:rPr>
          <w:rFonts w:ascii="Times New Roman" w:hAnsi="Times New Roman" w:eastAsia="Times New Roman" w:cs="Times New Roman"/>
          <w:b/>
          <w:i w:val="0"/>
          <w:sz w:val="22"/>
        </w:rPr>
        <w:t xml:space="preserve">415. </w:t>
      </w:r>
      <w:r>
        <w:rPr>
          <w:rFonts w:ascii="Times New Roman" w:hAnsi="Times New Roman" w:eastAsia="Times New Roman" w:cs="Times New Roman"/>
          <w:b w:val="0"/>
          <w:i w:val="0"/>
          <w:sz w:val="22"/>
        </w:rPr>
        <w:t>После пробуждения 23.09.21 27.09.21 105 000,00</w:t>
      </w:r>
    </w:p>
    <w:p>
      <w:pPr>
        <w:pStyle w:val="Heading3"/>
      </w:pPr>
      <w:r>
        <w:rPr>
          <w:rFonts w:ascii="Times New Roman" w:hAnsi="Times New Roman" w:eastAsia="Times New Roman" w:cs="Times New Roman"/>
          <w:b/>
          <w:i w:val="0"/>
          <w:sz w:val="22"/>
        </w:rPr>
        <w:t>Пункт 416. Правовой анализ</w:t>
      </w:r>
    </w:p>
    <w:p>
      <w:pPr>
        <w:spacing w:after="120" w:before="160"/>
        <w:ind w:firstLine="720"/>
        <w:jc w:val="both"/>
      </w:pPr>
      <w:r>
        <w:rPr>
          <w:rFonts w:ascii="Times New Roman" w:hAnsi="Times New Roman" w:eastAsia="Times New Roman" w:cs="Times New Roman"/>
          <w:b/>
          <w:i w:val="0"/>
          <w:sz w:val="22"/>
        </w:rPr>
        <w:t xml:space="preserve">416. </w:t>
      </w:r>
      <w:r>
        <w:rPr>
          <w:rFonts w:ascii="Times New Roman" w:hAnsi="Times New Roman" w:eastAsia="Times New Roman" w:cs="Times New Roman"/>
          <w:b w:val="0"/>
          <w:i w:val="0"/>
          <w:sz w:val="22"/>
        </w:rPr>
        <w:t>Клаустрофобы 2: Лига выживших 23.09.21 06.10.21 208 000,00</w:t>
      </w:r>
    </w:p>
    <w:p>
      <w:pPr>
        <w:pStyle w:val="Heading3"/>
      </w:pPr>
      <w:r>
        <w:rPr>
          <w:rFonts w:ascii="Times New Roman" w:hAnsi="Times New Roman" w:eastAsia="Times New Roman" w:cs="Times New Roman"/>
          <w:b/>
          <w:i w:val="0"/>
          <w:sz w:val="22"/>
        </w:rPr>
        <w:t>Пункт 417. Правовой анализ</w:t>
      </w:r>
    </w:p>
    <w:p>
      <w:pPr>
        <w:spacing w:after="120" w:before="160"/>
        <w:ind w:firstLine="720"/>
        <w:jc w:val="both"/>
      </w:pPr>
      <w:r>
        <w:rPr>
          <w:rFonts w:ascii="Times New Roman" w:hAnsi="Times New Roman" w:eastAsia="Times New Roman" w:cs="Times New Roman"/>
          <w:b/>
          <w:i w:val="0"/>
          <w:sz w:val="22"/>
        </w:rPr>
        <w:t xml:space="preserve">417. </w:t>
      </w:r>
      <w:r>
        <w:rPr>
          <w:rFonts w:ascii="Times New Roman" w:hAnsi="Times New Roman" w:eastAsia="Times New Roman" w:cs="Times New Roman"/>
          <w:b w:val="0"/>
          <w:i w:val="0"/>
          <w:sz w:val="22"/>
        </w:rPr>
        <w:t>Холодный расчёт 23.09.21 06.10.21 773 000,00</w:t>
      </w:r>
    </w:p>
    <w:p>
      <w:pPr>
        <w:pStyle w:val="Heading3"/>
      </w:pPr>
      <w:r>
        <w:rPr>
          <w:rFonts w:ascii="Times New Roman" w:hAnsi="Times New Roman" w:eastAsia="Times New Roman" w:cs="Times New Roman"/>
          <w:b/>
          <w:i w:val="0"/>
          <w:sz w:val="22"/>
        </w:rPr>
        <w:t>Пункт 418. Правовой анализ</w:t>
      </w:r>
    </w:p>
    <w:p>
      <w:pPr>
        <w:spacing w:after="120" w:before="160"/>
        <w:ind w:firstLine="720"/>
        <w:jc w:val="both"/>
      </w:pPr>
      <w:r>
        <w:rPr>
          <w:rFonts w:ascii="Times New Roman" w:hAnsi="Times New Roman" w:eastAsia="Times New Roman" w:cs="Times New Roman"/>
          <w:b/>
          <w:i w:val="0"/>
          <w:sz w:val="22"/>
        </w:rPr>
        <w:t xml:space="preserve">418. </w:t>
      </w:r>
      <w:r>
        <w:rPr>
          <w:rFonts w:ascii="Times New Roman" w:hAnsi="Times New Roman" w:eastAsia="Times New Roman" w:cs="Times New Roman"/>
          <w:b w:val="0"/>
          <w:i w:val="0"/>
          <w:sz w:val="22"/>
        </w:rPr>
        <w:t>My Little Pony: Новое поколение 23.09.21 06.10.21 101 500,00</w:t>
      </w:r>
    </w:p>
    <w:p>
      <w:pPr>
        <w:pStyle w:val="Heading3"/>
      </w:pPr>
      <w:r>
        <w:rPr>
          <w:rFonts w:ascii="Times New Roman" w:hAnsi="Times New Roman" w:eastAsia="Times New Roman" w:cs="Times New Roman"/>
          <w:b/>
          <w:i w:val="0"/>
          <w:sz w:val="22"/>
        </w:rPr>
        <w:t>Пункт 419. Правовой анализ</w:t>
      </w:r>
    </w:p>
    <w:p>
      <w:pPr>
        <w:spacing w:after="120" w:before="160"/>
        <w:ind w:firstLine="720"/>
        <w:jc w:val="both"/>
      </w:pPr>
      <w:r>
        <w:rPr>
          <w:rFonts w:ascii="Times New Roman" w:hAnsi="Times New Roman" w:eastAsia="Times New Roman" w:cs="Times New Roman"/>
          <w:b/>
          <w:i w:val="0"/>
          <w:sz w:val="22"/>
        </w:rPr>
        <w:t xml:space="preserve">419. </w:t>
      </w:r>
      <w:r>
        <w:rPr>
          <w:rFonts w:ascii="Times New Roman" w:hAnsi="Times New Roman" w:eastAsia="Times New Roman" w:cs="Times New Roman"/>
          <w:b w:val="0"/>
          <w:i w:val="0"/>
          <w:sz w:val="22"/>
        </w:rPr>
        <w:t>Холостяк на свадьбе 16.09.21 29.09.21 275 000,00</w:t>
      </w:r>
    </w:p>
    <w:p>
      <w:pPr>
        <w:pStyle w:val="Heading3"/>
      </w:pPr>
      <w:r>
        <w:rPr>
          <w:rFonts w:ascii="Times New Roman" w:hAnsi="Times New Roman" w:eastAsia="Times New Roman" w:cs="Times New Roman"/>
          <w:b/>
          <w:i w:val="0"/>
          <w:sz w:val="22"/>
        </w:rPr>
        <w:t>Пункт 420. Правовой анализ</w:t>
      </w:r>
    </w:p>
    <w:p>
      <w:pPr>
        <w:spacing w:after="120" w:before="160"/>
        <w:ind w:firstLine="720"/>
        <w:jc w:val="both"/>
      </w:pPr>
      <w:r>
        <w:rPr>
          <w:rFonts w:ascii="Times New Roman" w:hAnsi="Times New Roman" w:eastAsia="Times New Roman" w:cs="Times New Roman"/>
          <w:b/>
          <w:i w:val="0"/>
          <w:sz w:val="22"/>
        </w:rPr>
        <w:t xml:space="preserve">420. </w:t>
      </w:r>
      <w:r>
        <w:rPr>
          <w:rFonts w:ascii="Times New Roman" w:hAnsi="Times New Roman" w:eastAsia="Times New Roman" w:cs="Times New Roman"/>
          <w:b w:val="0"/>
          <w:i w:val="0"/>
          <w:sz w:val="22"/>
        </w:rPr>
        <w:t>Дюна 16.09.21 20.10.21 6 054 000,00</w:t>
      </w:r>
    </w:p>
    <w:p>
      <w:pPr>
        <w:pStyle w:val="Heading3"/>
      </w:pPr>
      <w:r>
        <w:rPr>
          <w:rFonts w:ascii="Times New Roman" w:hAnsi="Times New Roman" w:eastAsia="Times New Roman" w:cs="Times New Roman"/>
          <w:b/>
          <w:i w:val="0"/>
          <w:sz w:val="22"/>
        </w:rPr>
        <w:t>Пункт 421. Правовой анализ</w:t>
      </w:r>
    </w:p>
    <w:p>
      <w:pPr>
        <w:spacing w:after="120" w:before="160"/>
        <w:ind w:firstLine="720"/>
        <w:jc w:val="both"/>
      </w:pPr>
      <w:r>
        <w:rPr>
          <w:rFonts w:ascii="Times New Roman" w:hAnsi="Times New Roman" w:eastAsia="Times New Roman" w:cs="Times New Roman"/>
          <w:b/>
          <w:i w:val="0"/>
          <w:sz w:val="22"/>
        </w:rPr>
        <w:t xml:space="preserve">421. </w:t>
      </w:r>
      <w:r>
        <w:rPr>
          <w:rFonts w:ascii="Times New Roman" w:hAnsi="Times New Roman" w:eastAsia="Times New Roman" w:cs="Times New Roman"/>
          <w:b w:val="0"/>
          <w:i w:val="0"/>
          <w:sz w:val="22"/>
        </w:rPr>
        <w:t>Вокруг света за 80 дней 11.09.21 19.09.21 69 000,00</w:t>
      </w:r>
    </w:p>
    <w:p>
      <w:pPr>
        <w:pStyle w:val="Heading3"/>
      </w:pPr>
      <w:r>
        <w:rPr>
          <w:rFonts w:ascii="Times New Roman" w:hAnsi="Times New Roman" w:eastAsia="Times New Roman" w:cs="Times New Roman"/>
          <w:b/>
          <w:i w:val="0"/>
          <w:sz w:val="22"/>
        </w:rPr>
        <w:t>Пункт 422. Правовой анализ</w:t>
      </w:r>
    </w:p>
    <w:p>
      <w:pPr>
        <w:spacing w:after="120" w:before="160"/>
        <w:ind w:firstLine="720"/>
        <w:jc w:val="both"/>
      </w:pPr>
      <w:r>
        <w:rPr>
          <w:rFonts w:ascii="Times New Roman" w:hAnsi="Times New Roman" w:eastAsia="Times New Roman" w:cs="Times New Roman"/>
          <w:b/>
          <w:i w:val="0"/>
          <w:sz w:val="22"/>
        </w:rPr>
        <w:t xml:space="preserve">422. </w:t>
      </w:r>
      <w:r>
        <w:rPr>
          <w:rFonts w:ascii="Times New Roman" w:hAnsi="Times New Roman" w:eastAsia="Times New Roman" w:cs="Times New Roman"/>
          <w:b w:val="0"/>
          <w:i w:val="0"/>
          <w:sz w:val="22"/>
        </w:rPr>
        <w:t>Небесная команда 09.09.21 16.09.21 116 000,00</w:t>
      </w:r>
    </w:p>
    <w:p>
      <w:pPr>
        <w:pStyle w:val="Heading3"/>
      </w:pPr>
      <w:r>
        <w:rPr>
          <w:rFonts w:ascii="Times New Roman" w:hAnsi="Times New Roman" w:eastAsia="Times New Roman" w:cs="Times New Roman"/>
          <w:b/>
          <w:i w:val="0"/>
          <w:sz w:val="22"/>
        </w:rPr>
        <w:t>Пункт 423. Правовой анализ</w:t>
      </w:r>
    </w:p>
    <w:p>
      <w:pPr>
        <w:spacing w:after="120" w:before="160"/>
        <w:ind w:firstLine="720"/>
        <w:jc w:val="both"/>
      </w:pPr>
      <w:r>
        <w:rPr>
          <w:rFonts w:ascii="Times New Roman" w:hAnsi="Times New Roman" w:eastAsia="Times New Roman" w:cs="Times New Roman"/>
          <w:b/>
          <w:i w:val="0"/>
          <w:sz w:val="22"/>
        </w:rPr>
        <w:t xml:space="preserve">423. </w:t>
      </w:r>
      <w:r>
        <w:rPr>
          <w:rFonts w:ascii="Times New Roman" w:hAnsi="Times New Roman" w:eastAsia="Times New Roman" w:cs="Times New Roman"/>
          <w:b w:val="0"/>
          <w:i w:val="0"/>
          <w:sz w:val="22"/>
        </w:rPr>
        <w:t>Отчаянные аферистки 09.09.21 05.10.21 1 059 000,00</w:t>
      </w:r>
    </w:p>
    <w:p>
      <w:pPr>
        <w:pStyle w:val="Heading3"/>
      </w:pPr>
      <w:r>
        <w:rPr>
          <w:rFonts w:ascii="Times New Roman" w:hAnsi="Times New Roman" w:eastAsia="Times New Roman" w:cs="Times New Roman"/>
          <w:b/>
          <w:i w:val="0"/>
          <w:sz w:val="22"/>
        </w:rPr>
        <w:t>Пункт 424. Правовой анализ</w:t>
      </w:r>
    </w:p>
    <w:p>
      <w:pPr>
        <w:spacing w:after="120" w:before="160"/>
        <w:ind w:firstLine="720"/>
        <w:jc w:val="both"/>
      </w:pPr>
      <w:r>
        <w:rPr>
          <w:rFonts w:ascii="Times New Roman" w:hAnsi="Times New Roman" w:eastAsia="Times New Roman" w:cs="Times New Roman"/>
          <w:b/>
          <w:i w:val="0"/>
          <w:sz w:val="22"/>
        </w:rPr>
        <w:t xml:space="preserve">424. </w:t>
      </w:r>
      <w:r>
        <w:rPr>
          <w:rFonts w:ascii="Times New Roman" w:hAnsi="Times New Roman" w:eastAsia="Times New Roman" w:cs="Times New Roman"/>
          <w:b w:val="0"/>
          <w:i w:val="0"/>
          <w:sz w:val="22"/>
        </w:rPr>
        <w:t>Соври мне правду 09.09.21 19.09.21 85 000,00</w:t>
      </w:r>
    </w:p>
    <w:p>
      <w:pPr>
        <w:pStyle w:val="Heading3"/>
      </w:pPr>
      <w:r>
        <w:rPr>
          <w:rFonts w:ascii="Times New Roman" w:hAnsi="Times New Roman" w:eastAsia="Times New Roman" w:cs="Times New Roman"/>
          <w:b/>
          <w:i w:val="0"/>
          <w:sz w:val="22"/>
        </w:rPr>
        <w:t>Пункт 425. Правовой анализ</w:t>
      </w:r>
    </w:p>
    <w:p>
      <w:pPr>
        <w:spacing w:after="120" w:before="160"/>
        <w:ind w:firstLine="720"/>
        <w:jc w:val="both"/>
      </w:pPr>
      <w:r>
        <w:rPr>
          <w:rFonts w:ascii="Times New Roman" w:hAnsi="Times New Roman" w:eastAsia="Times New Roman" w:cs="Times New Roman"/>
          <w:b/>
          <w:i w:val="0"/>
          <w:sz w:val="22"/>
        </w:rPr>
        <w:t xml:space="preserve">425. </w:t>
      </w:r>
      <w:r>
        <w:rPr>
          <w:rFonts w:ascii="Times New Roman" w:hAnsi="Times New Roman" w:eastAsia="Times New Roman" w:cs="Times New Roman"/>
          <w:b w:val="0"/>
          <w:i w:val="0"/>
          <w:sz w:val="22"/>
        </w:rPr>
        <w:t>П-вы в гриппе 09.09.21 22.09.21 227 000,00</w:t>
      </w:r>
    </w:p>
    <w:p>
      <w:pPr>
        <w:pStyle w:val="Heading3"/>
      </w:pPr>
      <w:r>
        <w:rPr>
          <w:rFonts w:ascii="Times New Roman" w:hAnsi="Times New Roman" w:eastAsia="Times New Roman" w:cs="Times New Roman"/>
          <w:b/>
          <w:i w:val="0"/>
          <w:sz w:val="22"/>
        </w:rPr>
        <w:t>Пункт 426. Правовой анализ</w:t>
      </w:r>
    </w:p>
    <w:p>
      <w:pPr>
        <w:spacing w:after="120" w:before="160"/>
        <w:ind w:firstLine="720"/>
        <w:jc w:val="both"/>
      </w:pPr>
      <w:r>
        <w:rPr>
          <w:rFonts w:ascii="Times New Roman" w:hAnsi="Times New Roman" w:eastAsia="Times New Roman" w:cs="Times New Roman"/>
          <w:b/>
          <w:i w:val="0"/>
          <w:sz w:val="22"/>
        </w:rPr>
        <w:t xml:space="preserve">426. </w:t>
      </w:r>
      <w:r>
        <w:rPr>
          <w:rFonts w:ascii="Times New Roman" w:hAnsi="Times New Roman" w:eastAsia="Times New Roman" w:cs="Times New Roman"/>
          <w:b w:val="0"/>
          <w:i w:val="0"/>
          <w:sz w:val="22"/>
        </w:rPr>
        <w:t>Злое 06.09.21 21.09.21 102 000,00</w:t>
      </w:r>
    </w:p>
    <w:p>
      <w:pPr>
        <w:pStyle w:val="Heading3"/>
      </w:pPr>
      <w:r>
        <w:rPr>
          <w:rFonts w:ascii="Times New Roman" w:hAnsi="Times New Roman" w:eastAsia="Times New Roman" w:cs="Times New Roman"/>
          <w:b/>
          <w:i w:val="0"/>
          <w:sz w:val="22"/>
        </w:rPr>
        <w:t>Пункт 427. Правовой анализ</w:t>
      </w:r>
    </w:p>
    <w:p>
      <w:pPr>
        <w:spacing w:after="120" w:before="160"/>
        <w:ind w:firstLine="720"/>
        <w:jc w:val="both"/>
      </w:pPr>
      <w:r>
        <w:rPr>
          <w:rFonts w:ascii="Times New Roman" w:hAnsi="Times New Roman" w:eastAsia="Times New Roman" w:cs="Times New Roman"/>
          <w:b/>
          <w:i w:val="0"/>
          <w:sz w:val="22"/>
        </w:rPr>
        <w:t xml:space="preserve">427. </w:t>
      </w:r>
      <w:r>
        <w:rPr>
          <w:rFonts w:ascii="Times New Roman" w:hAnsi="Times New Roman" w:eastAsia="Times New Roman" w:cs="Times New Roman"/>
          <w:b w:val="0"/>
          <w:i w:val="0"/>
          <w:sz w:val="22"/>
        </w:rPr>
        <w:t>В западне 03.09.21 07.09.21 154 000,00</w:t>
      </w:r>
    </w:p>
    <w:p>
      <w:pPr>
        <w:pStyle w:val="Heading3"/>
      </w:pPr>
      <w:r>
        <w:rPr>
          <w:rFonts w:ascii="Times New Roman" w:hAnsi="Times New Roman" w:eastAsia="Times New Roman" w:cs="Times New Roman"/>
          <w:b/>
          <w:i w:val="0"/>
          <w:sz w:val="22"/>
        </w:rPr>
        <w:t>Пункт 428. Правовой анализ</w:t>
      </w:r>
    </w:p>
    <w:p>
      <w:pPr>
        <w:spacing w:after="120" w:before="160"/>
        <w:ind w:firstLine="720"/>
        <w:jc w:val="both"/>
      </w:pPr>
      <w:r>
        <w:rPr>
          <w:rFonts w:ascii="Times New Roman" w:hAnsi="Times New Roman" w:eastAsia="Times New Roman" w:cs="Times New Roman"/>
          <w:b/>
          <w:i w:val="0"/>
          <w:sz w:val="22"/>
        </w:rPr>
        <w:t xml:space="preserve">428. </w:t>
      </w:r>
      <w:r>
        <w:rPr>
          <w:rFonts w:ascii="Times New Roman" w:hAnsi="Times New Roman" w:eastAsia="Times New Roman" w:cs="Times New Roman"/>
          <w:b w:val="0"/>
          <w:i w:val="0"/>
          <w:sz w:val="22"/>
        </w:rPr>
        <w:t>Шан -Чи и легенда десяти колец 02.09.21 26.09.21 1 529 000,00</w:t>
      </w:r>
    </w:p>
    <w:p>
      <w:pPr>
        <w:pStyle w:val="Heading3"/>
      </w:pPr>
      <w:r>
        <w:rPr>
          <w:rFonts w:ascii="Times New Roman" w:hAnsi="Times New Roman" w:eastAsia="Times New Roman" w:cs="Times New Roman"/>
          <w:b/>
          <w:i w:val="0"/>
          <w:sz w:val="22"/>
        </w:rPr>
        <w:t>Пункт 429. Правовой анализ</w:t>
      </w:r>
    </w:p>
    <w:p>
      <w:pPr>
        <w:spacing w:after="120" w:before="160"/>
        <w:ind w:firstLine="720"/>
        <w:jc w:val="both"/>
      </w:pPr>
      <w:r>
        <w:rPr>
          <w:rFonts w:ascii="Times New Roman" w:hAnsi="Times New Roman" w:eastAsia="Times New Roman" w:cs="Times New Roman"/>
          <w:b/>
          <w:i w:val="0"/>
          <w:sz w:val="22"/>
        </w:rPr>
        <w:t xml:space="preserve">429. </w:t>
      </w:r>
      <w:r>
        <w:rPr>
          <w:rFonts w:ascii="Times New Roman" w:hAnsi="Times New Roman" w:eastAsia="Times New Roman" w:cs="Times New Roman"/>
          <w:b w:val="0"/>
          <w:i w:val="0"/>
          <w:sz w:val="22"/>
        </w:rPr>
        <w:t>Нефутбол 02.09.21 07.09.21 40 000,00</w:t>
      </w:r>
    </w:p>
    <w:p>
      <w:pPr>
        <w:pStyle w:val="Heading3"/>
      </w:pPr>
      <w:r>
        <w:rPr>
          <w:rFonts w:ascii="Times New Roman" w:hAnsi="Times New Roman" w:eastAsia="Times New Roman" w:cs="Times New Roman"/>
          <w:b/>
          <w:i w:val="0"/>
          <w:sz w:val="22"/>
        </w:rPr>
        <w:t>Пункт 430. Правовой анализ</w:t>
      </w:r>
    </w:p>
    <w:p>
      <w:pPr>
        <w:spacing w:after="120" w:before="160"/>
        <w:ind w:firstLine="720"/>
        <w:jc w:val="both"/>
      </w:pPr>
      <w:r>
        <w:rPr>
          <w:rFonts w:ascii="Times New Roman" w:hAnsi="Times New Roman" w:eastAsia="Times New Roman" w:cs="Times New Roman"/>
          <w:b/>
          <w:i w:val="0"/>
          <w:sz w:val="22"/>
        </w:rPr>
        <w:t xml:space="preserve">430. </w:t>
      </w:r>
      <w:r>
        <w:rPr>
          <w:rFonts w:ascii="Times New Roman" w:hAnsi="Times New Roman" w:eastAsia="Times New Roman" w:cs="Times New Roman"/>
          <w:b w:val="0"/>
          <w:i w:val="0"/>
          <w:sz w:val="22"/>
        </w:rPr>
        <w:t>После. Глава 3 02.09.21 15.09.21 303 000,00</w:t>
      </w:r>
    </w:p>
    <w:p>
      <w:pPr>
        <w:pStyle w:val="Heading3"/>
      </w:pPr>
      <w:r>
        <w:rPr>
          <w:rFonts w:ascii="Times New Roman" w:hAnsi="Times New Roman" w:eastAsia="Times New Roman" w:cs="Times New Roman"/>
          <w:b/>
          <w:i w:val="0"/>
          <w:sz w:val="22"/>
        </w:rPr>
        <w:t>Пункт 431. Правовой анализ</w:t>
      </w:r>
    </w:p>
    <w:p>
      <w:pPr>
        <w:spacing w:after="120" w:before="160"/>
        <w:ind w:firstLine="720"/>
        <w:jc w:val="both"/>
      </w:pPr>
      <w:r>
        <w:rPr>
          <w:rFonts w:ascii="Times New Roman" w:hAnsi="Times New Roman" w:eastAsia="Times New Roman" w:cs="Times New Roman"/>
          <w:b/>
          <w:i w:val="0"/>
          <w:sz w:val="22"/>
        </w:rPr>
        <w:t xml:space="preserve">431. </w:t>
      </w:r>
      <w:r>
        <w:rPr>
          <w:rFonts w:ascii="Times New Roman" w:hAnsi="Times New Roman" w:eastAsia="Times New Roman" w:cs="Times New Roman"/>
          <w:b w:val="0"/>
          <w:i w:val="0"/>
          <w:sz w:val="22"/>
        </w:rPr>
        <w:t>Чужая Земля 02.09.21 15.09.21 143 000,00</w:t>
      </w:r>
    </w:p>
    <w:p>
      <w:pPr>
        <w:pStyle w:val="Heading3"/>
      </w:pPr>
      <w:r>
        <w:rPr>
          <w:rFonts w:ascii="Times New Roman" w:hAnsi="Times New Roman" w:eastAsia="Times New Roman" w:cs="Times New Roman"/>
          <w:b/>
          <w:i w:val="0"/>
          <w:sz w:val="22"/>
        </w:rPr>
        <w:t>Пункт 432. Правовой анализ</w:t>
      </w:r>
    </w:p>
    <w:p>
      <w:pPr>
        <w:spacing w:after="120" w:before="160"/>
        <w:ind w:firstLine="720"/>
        <w:jc w:val="both"/>
      </w:pPr>
      <w:r>
        <w:rPr>
          <w:rFonts w:ascii="Times New Roman" w:hAnsi="Times New Roman" w:eastAsia="Times New Roman" w:cs="Times New Roman"/>
          <w:b/>
          <w:i w:val="0"/>
          <w:sz w:val="22"/>
        </w:rPr>
        <w:t xml:space="preserve">432. </w:t>
      </w:r>
      <w:r>
        <w:rPr>
          <w:rFonts w:ascii="Times New Roman" w:hAnsi="Times New Roman" w:eastAsia="Times New Roman" w:cs="Times New Roman"/>
          <w:b w:val="0"/>
          <w:i w:val="0"/>
          <w:sz w:val="22"/>
        </w:rPr>
        <w:t>Последний день Земли 27.08.21 01.09.21 189 000,00</w:t>
      </w:r>
    </w:p>
    <w:p>
      <w:pPr>
        <w:pStyle w:val="Heading3"/>
      </w:pPr>
      <w:r>
        <w:rPr>
          <w:rFonts w:ascii="Times New Roman" w:hAnsi="Times New Roman" w:eastAsia="Times New Roman" w:cs="Times New Roman"/>
          <w:b/>
          <w:i w:val="0"/>
          <w:sz w:val="22"/>
        </w:rPr>
        <w:t>Пункт 433. Правовой анализ</w:t>
      </w:r>
    </w:p>
    <w:p>
      <w:pPr>
        <w:spacing w:after="120" w:before="160"/>
        <w:ind w:firstLine="720"/>
        <w:jc w:val="both"/>
      </w:pPr>
      <w:r>
        <w:rPr>
          <w:rFonts w:ascii="Times New Roman" w:hAnsi="Times New Roman" w:eastAsia="Times New Roman" w:cs="Times New Roman"/>
          <w:b/>
          <w:i w:val="0"/>
          <w:sz w:val="22"/>
        </w:rPr>
        <w:t xml:space="preserve">433. </w:t>
      </w:r>
      <w:r>
        <w:rPr>
          <w:rFonts w:ascii="Times New Roman" w:hAnsi="Times New Roman" w:eastAsia="Times New Roman" w:cs="Times New Roman"/>
          <w:b w:val="0"/>
          <w:i w:val="0"/>
          <w:sz w:val="22"/>
        </w:rPr>
        <w:t>Легенда о Зеленом рыцаре 26.08.21 01.09.21 262 000,00</w:t>
      </w:r>
    </w:p>
    <w:p>
      <w:pPr>
        <w:pStyle w:val="Heading3"/>
      </w:pPr>
      <w:r>
        <w:rPr>
          <w:rFonts w:ascii="Times New Roman" w:hAnsi="Times New Roman" w:eastAsia="Times New Roman" w:cs="Times New Roman"/>
          <w:b/>
          <w:i w:val="0"/>
          <w:sz w:val="22"/>
        </w:rPr>
        <w:t>Пункт 434. Правовой анализ</w:t>
      </w:r>
    </w:p>
    <w:p>
      <w:pPr>
        <w:spacing w:after="120" w:before="160"/>
        <w:ind w:firstLine="720"/>
        <w:jc w:val="both"/>
      </w:pPr>
      <w:r>
        <w:rPr>
          <w:rFonts w:ascii="Times New Roman" w:hAnsi="Times New Roman" w:eastAsia="Times New Roman" w:cs="Times New Roman"/>
          <w:b/>
          <w:i w:val="0"/>
          <w:sz w:val="22"/>
        </w:rPr>
        <w:t xml:space="preserve">434. </w:t>
      </w:r>
      <w:r>
        <w:rPr>
          <w:rFonts w:ascii="Times New Roman" w:hAnsi="Times New Roman" w:eastAsia="Times New Roman" w:cs="Times New Roman"/>
          <w:b w:val="0"/>
          <w:i w:val="0"/>
          <w:sz w:val="22"/>
        </w:rPr>
        <w:t>Кэндимен 26.08.21 04.09.21 129 000,00</w:t>
      </w:r>
    </w:p>
    <w:p>
      <w:pPr>
        <w:pStyle w:val="Heading3"/>
      </w:pPr>
      <w:r>
        <w:rPr>
          <w:rFonts w:ascii="Times New Roman" w:hAnsi="Times New Roman" w:eastAsia="Times New Roman" w:cs="Times New Roman"/>
          <w:b/>
          <w:i w:val="0"/>
          <w:sz w:val="22"/>
        </w:rPr>
        <w:t>Пункт 435. Правовой анализ</w:t>
      </w:r>
    </w:p>
    <w:p>
      <w:pPr>
        <w:spacing w:after="120" w:before="160"/>
        <w:ind w:firstLine="720"/>
        <w:jc w:val="both"/>
      </w:pPr>
      <w:r>
        <w:rPr>
          <w:rFonts w:ascii="Times New Roman" w:hAnsi="Times New Roman" w:eastAsia="Times New Roman" w:cs="Times New Roman"/>
          <w:b/>
          <w:i w:val="0"/>
          <w:sz w:val="22"/>
        </w:rPr>
        <w:t xml:space="preserve">435. </w:t>
      </w:r>
      <w:r>
        <w:rPr>
          <w:rFonts w:ascii="Times New Roman" w:hAnsi="Times New Roman" w:eastAsia="Times New Roman" w:cs="Times New Roman"/>
          <w:b w:val="0"/>
          <w:i w:val="0"/>
          <w:sz w:val="22"/>
        </w:rPr>
        <w:t>Щенячий патруль в кино 26.08.21 11.09.21 114 500,00</w:t>
      </w:r>
    </w:p>
    <w:p>
      <w:pPr>
        <w:pStyle w:val="Heading3"/>
      </w:pPr>
      <w:r>
        <w:rPr>
          <w:rFonts w:ascii="Times New Roman" w:hAnsi="Times New Roman" w:eastAsia="Times New Roman" w:cs="Times New Roman"/>
          <w:b/>
          <w:i w:val="0"/>
          <w:sz w:val="22"/>
        </w:rPr>
        <w:t>Пункт 436. Правовой анализ</w:t>
      </w:r>
    </w:p>
    <w:p>
      <w:pPr>
        <w:spacing w:after="120" w:before="160"/>
        <w:ind w:firstLine="720"/>
        <w:jc w:val="both"/>
      </w:pPr>
      <w:r>
        <w:rPr>
          <w:rFonts w:ascii="Times New Roman" w:hAnsi="Times New Roman" w:eastAsia="Times New Roman" w:cs="Times New Roman"/>
          <w:b/>
          <w:i w:val="0"/>
          <w:sz w:val="22"/>
        </w:rPr>
        <w:t xml:space="preserve">436. </w:t>
      </w:r>
      <w:r>
        <w:rPr>
          <w:rFonts w:ascii="Times New Roman" w:hAnsi="Times New Roman" w:eastAsia="Times New Roman" w:cs="Times New Roman"/>
          <w:b w:val="0"/>
          <w:i w:val="0"/>
          <w:sz w:val="22"/>
        </w:rPr>
        <w:t>Воспоминания 20.08.21 20.09.21 2 054 000,00</w:t>
      </w:r>
    </w:p>
    <w:p>
      <w:pPr>
        <w:pStyle w:val="Heading3"/>
      </w:pPr>
      <w:r>
        <w:rPr>
          <w:rFonts w:ascii="Times New Roman" w:hAnsi="Times New Roman" w:eastAsia="Times New Roman" w:cs="Times New Roman"/>
          <w:b/>
          <w:i w:val="0"/>
          <w:sz w:val="22"/>
        </w:rPr>
        <w:t>Пункт 437. Правовой анализ</w:t>
      </w:r>
    </w:p>
    <w:p>
      <w:pPr>
        <w:spacing w:after="120" w:before="160"/>
        <w:ind w:firstLine="720"/>
        <w:jc w:val="both"/>
      </w:pPr>
      <w:r>
        <w:rPr>
          <w:rFonts w:ascii="Times New Roman" w:hAnsi="Times New Roman" w:eastAsia="Times New Roman" w:cs="Times New Roman"/>
          <w:b/>
          <w:i w:val="0"/>
          <w:sz w:val="22"/>
        </w:rPr>
        <w:t xml:space="preserve">437. </w:t>
      </w:r>
      <w:r>
        <w:rPr>
          <w:rFonts w:ascii="Times New Roman" w:hAnsi="Times New Roman" w:eastAsia="Times New Roman" w:cs="Times New Roman"/>
          <w:b w:val="0"/>
          <w:i w:val="0"/>
          <w:sz w:val="22"/>
        </w:rPr>
        <w:t>Коде кс киллера 19.08.21 25.08.21 216 000,00</w:t>
      </w:r>
    </w:p>
    <w:p>
      <w:pPr>
        <w:pStyle w:val="Heading3"/>
      </w:pPr>
      <w:r>
        <w:rPr>
          <w:rFonts w:ascii="Times New Roman" w:hAnsi="Times New Roman" w:eastAsia="Times New Roman" w:cs="Times New Roman"/>
          <w:b/>
          <w:i w:val="0"/>
          <w:sz w:val="22"/>
        </w:rPr>
        <w:t>Пункт 438. Правовой анализ</w:t>
      </w:r>
    </w:p>
    <w:p>
      <w:pPr>
        <w:spacing w:after="120" w:before="160"/>
        <w:ind w:firstLine="720"/>
        <w:jc w:val="both"/>
      </w:pPr>
      <w:r>
        <w:rPr>
          <w:rFonts w:ascii="Times New Roman" w:hAnsi="Times New Roman" w:eastAsia="Times New Roman" w:cs="Times New Roman"/>
          <w:b/>
          <w:i w:val="0"/>
          <w:sz w:val="22"/>
        </w:rPr>
        <w:t xml:space="preserve">438. </w:t>
      </w:r>
      <w:r>
        <w:rPr>
          <w:rFonts w:ascii="Times New Roman" w:hAnsi="Times New Roman" w:eastAsia="Times New Roman" w:cs="Times New Roman"/>
          <w:b w:val="0"/>
          <w:i w:val="0"/>
          <w:sz w:val="22"/>
        </w:rPr>
        <w:t>Охотник за разумом. Схватка 19.08.21 01.09.21 353 000,00</w:t>
      </w:r>
    </w:p>
    <w:p>
      <w:pPr>
        <w:pStyle w:val="Heading3"/>
      </w:pPr>
      <w:r>
        <w:rPr>
          <w:rFonts w:ascii="Times New Roman" w:hAnsi="Times New Roman" w:eastAsia="Times New Roman" w:cs="Times New Roman"/>
          <w:b/>
          <w:i w:val="0"/>
          <w:sz w:val="22"/>
        </w:rPr>
        <w:t>Пункт 439. Правовой анализ</w:t>
      </w:r>
    </w:p>
    <w:p>
      <w:pPr>
        <w:spacing w:after="120" w:before="160"/>
        <w:ind w:firstLine="720"/>
        <w:jc w:val="both"/>
      </w:pPr>
      <w:r>
        <w:rPr>
          <w:rFonts w:ascii="Times New Roman" w:hAnsi="Times New Roman" w:eastAsia="Times New Roman" w:cs="Times New Roman"/>
          <w:b/>
          <w:i w:val="0"/>
          <w:sz w:val="22"/>
        </w:rPr>
        <w:t xml:space="preserve">439. </w:t>
      </w:r>
      <w:r>
        <w:rPr>
          <w:rFonts w:ascii="Times New Roman" w:hAnsi="Times New Roman" w:eastAsia="Times New Roman" w:cs="Times New Roman"/>
          <w:b w:val="0"/>
          <w:i w:val="0"/>
          <w:sz w:val="22"/>
        </w:rPr>
        <w:t>Босс-молокосос 2 14.08.21 05.09.21 547 500,00</w:t>
      </w:r>
    </w:p>
    <w:p>
      <w:pPr>
        <w:pStyle w:val="Heading3"/>
      </w:pPr>
      <w:r>
        <w:rPr>
          <w:rFonts w:ascii="Times New Roman" w:hAnsi="Times New Roman" w:eastAsia="Times New Roman" w:cs="Times New Roman"/>
          <w:b/>
          <w:i w:val="0"/>
          <w:sz w:val="22"/>
        </w:rPr>
        <w:t>Пункт 440. Правовой анализ</w:t>
      </w:r>
    </w:p>
    <w:p>
      <w:pPr>
        <w:spacing w:after="120" w:before="160"/>
        <w:ind w:firstLine="720"/>
        <w:jc w:val="both"/>
      </w:pPr>
      <w:r>
        <w:rPr>
          <w:rFonts w:ascii="Times New Roman" w:hAnsi="Times New Roman" w:eastAsia="Times New Roman" w:cs="Times New Roman"/>
          <w:b/>
          <w:i w:val="0"/>
          <w:sz w:val="22"/>
        </w:rPr>
        <w:t xml:space="preserve">440. </w:t>
      </w:r>
      <w:r>
        <w:rPr>
          <w:rFonts w:ascii="Times New Roman" w:hAnsi="Times New Roman" w:eastAsia="Times New Roman" w:cs="Times New Roman"/>
          <w:b w:val="0"/>
          <w:i w:val="0"/>
          <w:sz w:val="22"/>
        </w:rPr>
        <w:t>Остров проклятых 14.08.21 24.08.21 83 000,00</w:t>
      </w:r>
    </w:p>
    <w:p>
      <w:pPr>
        <w:pStyle w:val="Heading3"/>
      </w:pPr>
      <w:r>
        <w:rPr>
          <w:rFonts w:ascii="Times New Roman" w:hAnsi="Times New Roman" w:eastAsia="Times New Roman" w:cs="Times New Roman"/>
          <w:b/>
          <w:i w:val="0"/>
          <w:sz w:val="22"/>
        </w:rPr>
        <w:t>Пункт 441. Правовой анализ</w:t>
      </w:r>
    </w:p>
    <w:p>
      <w:pPr>
        <w:spacing w:after="120" w:before="160"/>
        <w:ind w:firstLine="720"/>
        <w:jc w:val="both"/>
      </w:pPr>
      <w:r>
        <w:rPr>
          <w:rFonts w:ascii="Times New Roman" w:hAnsi="Times New Roman" w:eastAsia="Times New Roman" w:cs="Times New Roman"/>
          <w:b/>
          <w:i w:val="0"/>
          <w:sz w:val="22"/>
        </w:rPr>
        <w:t xml:space="preserve">441. </w:t>
      </w:r>
      <w:r>
        <w:rPr>
          <w:rFonts w:ascii="Times New Roman" w:hAnsi="Times New Roman" w:eastAsia="Times New Roman" w:cs="Times New Roman"/>
          <w:b w:val="0"/>
          <w:i w:val="0"/>
          <w:sz w:val="22"/>
        </w:rPr>
        <w:t>Главный герой 12.08.21 15.09.21 2 857 000,00</w:t>
      </w:r>
    </w:p>
    <w:p>
      <w:pPr>
        <w:pStyle w:val="Heading3"/>
      </w:pPr>
      <w:r>
        <w:rPr>
          <w:rFonts w:ascii="Times New Roman" w:hAnsi="Times New Roman" w:eastAsia="Times New Roman" w:cs="Times New Roman"/>
          <w:b/>
          <w:i w:val="0"/>
          <w:sz w:val="22"/>
        </w:rPr>
        <w:t>Пункт 442. Правовой анализ</w:t>
      </w:r>
    </w:p>
    <w:p>
      <w:pPr>
        <w:spacing w:after="120" w:before="160"/>
        <w:ind w:firstLine="720"/>
        <w:jc w:val="both"/>
      </w:pPr>
      <w:r>
        <w:rPr>
          <w:rFonts w:ascii="Times New Roman" w:hAnsi="Times New Roman" w:eastAsia="Times New Roman" w:cs="Times New Roman"/>
          <w:b/>
          <w:i w:val="0"/>
          <w:sz w:val="22"/>
        </w:rPr>
        <w:t xml:space="preserve">442. </w:t>
      </w:r>
      <w:r>
        <w:rPr>
          <w:rFonts w:ascii="Times New Roman" w:hAnsi="Times New Roman" w:eastAsia="Times New Roman" w:cs="Times New Roman"/>
          <w:b w:val="0"/>
          <w:i w:val="0"/>
          <w:sz w:val="22"/>
        </w:rPr>
        <w:t>Аннетт 12.08.21 12.08.21 14 000,00</w:t>
      </w:r>
    </w:p>
    <w:p>
      <w:pPr>
        <w:pStyle w:val="Heading3"/>
      </w:pPr>
      <w:r>
        <w:rPr>
          <w:rFonts w:ascii="Times New Roman" w:hAnsi="Times New Roman" w:eastAsia="Times New Roman" w:cs="Times New Roman"/>
          <w:b/>
          <w:i w:val="0"/>
          <w:sz w:val="22"/>
        </w:rPr>
        <w:t>Пункт 443. Правовой анализ</w:t>
      </w:r>
    </w:p>
    <w:p>
      <w:pPr>
        <w:spacing w:after="120" w:before="160"/>
        <w:ind w:firstLine="720"/>
        <w:jc w:val="both"/>
      </w:pPr>
      <w:r>
        <w:rPr>
          <w:rFonts w:ascii="Times New Roman" w:hAnsi="Times New Roman" w:eastAsia="Times New Roman" w:cs="Times New Roman"/>
          <w:b/>
          <w:i w:val="0"/>
          <w:sz w:val="22"/>
        </w:rPr>
        <w:t xml:space="preserve">443. </w:t>
      </w:r>
      <w:r>
        <w:rPr>
          <w:rFonts w:ascii="Times New Roman" w:hAnsi="Times New Roman" w:eastAsia="Times New Roman" w:cs="Times New Roman"/>
          <w:b w:val="0"/>
          <w:i w:val="0"/>
          <w:sz w:val="22"/>
        </w:rPr>
        <w:t>Не дыши 2 12.08.21 22.08.21 178 000,00</w:t>
      </w:r>
    </w:p>
    <w:p>
      <w:pPr>
        <w:pStyle w:val="Heading3"/>
      </w:pPr>
      <w:r>
        <w:rPr>
          <w:rFonts w:ascii="Times New Roman" w:hAnsi="Times New Roman" w:eastAsia="Times New Roman" w:cs="Times New Roman"/>
          <w:b/>
          <w:i w:val="0"/>
          <w:sz w:val="22"/>
        </w:rPr>
        <w:t>Пункт 444. Правовой анализ</w:t>
      </w:r>
    </w:p>
    <w:p>
      <w:pPr>
        <w:spacing w:after="120" w:before="160"/>
        <w:ind w:firstLine="720"/>
        <w:jc w:val="both"/>
      </w:pPr>
      <w:r>
        <w:rPr>
          <w:rFonts w:ascii="Times New Roman" w:hAnsi="Times New Roman" w:eastAsia="Times New Roman" w:cs="Times New Roman"/>
          <w:b/>
          <w:i w:val="0"/>
          <w:sz w:val="22"/>
        </w:rPr>
        <w:t xml:space="preserve">444. </w:t>
      </w:r>
      <w:r>
        <w:rPr>
          <w:rFonts w:ascii="Times New Roman" w:hAnsi="Times New Roman" w:eastAsia="Times New Roman" w:cs="Times New Roman"/>
          <w:b w:val="0"/>
          <w:i w:val="0"/>
          <w:sz w:val="22"/>
        </w:rPr>
        <w:t>Незваные детки 06.08.21 10.08.21 49 000,00</w:t>
      </w:r>
    </w:p>
    <w:p>
      <w:pPr>
        <w:pStyle w:val="Heading3"/>
      </w:pPr>
      <w:r>
        <w:rPr>
          <w:rFonts w:ascii="Times New Roman" w:hAnsi="Times New Roman" w:eastAsia="Times New Roman" w:cs="Times New Roman"/>
          <w:b/>
          <w:i w:val="0"/>
          <w:sz w:val="22"/>
        </w:rPr>
        <w:t>Пункт 445. Правовой анализ</w:t>
      </w:r>
    </w:p>
    <w:p>
      <w:pPr>
        <w:spacing w:after="120" w:before="160"/>
        <w:ind w:firstLine="720"/>
        <w:jc w:val="both"/>
      </w:pPr>
      <w:r>
        <w:rPr>
          <w:rFonts w:ascii="Times New Roman" w:hAnsi="Times New Roman" w:eastAsia="Times New Roman" w:cs="Times New Roman"/>
          <w:b/>
          <w:i w:val="0"/>
          <w:sz w:val="22"/>
        </w:rPr>
        <w:t xml:space="preserve">445. </w:t>
      </w:r>
      <w:r>
        <w:rPr>
          <w:rFonts w:ascii="Times New Roman" w:hAnsi="Times New Roman" w:eastAsia="Times New Roman" w:cs="Times New Roman"/>
          <w:b w:val="0"/>
          <w:i w:val="0"/>
          <w:sz w:val="22"/>
        </w:rPr>
        <w:t>Я создан для тебя 05.08.21 11.08.21 139 000,00</w:t>
      </w:r>
    </w:p>
    <w:p>
      <w:pPr>
        <w:pStyle w:val="Heading3"/>
      </w:pPr>
      <w:r>
        <w:rPr>
          <w:rFonts w:ascii="Times New Roman" w:hAnsi="Times New Roman" w:eastAsia="Times New Roman" w:cs="Times New Roman"/>
          <w:b/>
          <w:i w:val="0"/>
          <w:sz w:val="22"/>
        </w:rPr>
        <w:t>Пункт 446. Правовой анализ</w:t>
      </w:r>
    </w:p>
    <w:p>
      <w:pPr>
        <w:spacing w:after="120" w:before="160"/>
        <w:ind w:firstLine="720"/>
        <w:jc w:val="both"/>
      </w:pPr>
      <w:r>
        <w:rPr>
          <w:rFonts w:ascii="Times New Roman" w:hAnsi="Times New Roman" w:eastAsia="Times New Roman" w:cs="Times New Roman"/>
          <w:b/>
          <w:i w:val="0"/>
          <w:sz w:val="22"/>
        </w:rPr>
        <w:t xml:space="preserve">446. </w:t>
      </w:r>
      <w:r>
        <w:rPr>
          <w:rFonts w:ascii="Times New Roman" w:hAnsi="Times New Roman" w:eastAsia="Times New Roman" w:cs="Times New Roman"/>
          <w:b w:val="0"/>
          <w:i w:val="0"/>
          <w:sz w:val="22"/>
        </w:rPr>
        <w:t>Отряд самоубийц: Миссия навылет 05.08.21 31.08.21 2 162 000,00</w:t>
      </w:r>
    </w:p>
    <w:p>
      <w:pPr>
        <w:pStyle w:val="Heading3"/>
      </w:pPr>
      <w:r>
        <w:rPr>
          <w:rFonts w:ascii="Times New Roman" w:hAnsi="Times New Roman" w:eastAsia="Times New Roman" w:cs="Times New Roman"/>
          <w:b/>
          <w:i w:val="0"/>
          <w:sz w:val="22"/>
        </w:rPr>
        <w:t>Пункт 447. Правовой анализ</w:t>
      </w:r>
    </w:p>
    <w:p>
      <w:pPr>
        <w:spacing w:after="120" w:before="160"/>
        <w:ind w:firstLine="720"/>
        <w:jc w:val="both"/>
      </w:pPr>
      <w:r>
        <w:rPr>
          <w:rFonts w:ascii="Times New Roman" w:hAnsi="Times New Roman" w:eastAsia="Times New Roman" w:cs="Times New Roman"/>
          <w:b/>
          <w:i w:val="0"/>
          <w:sz w:val="22"/>
        </w:rPr>
        <w:t xml:space="preserve">447. </w:t>
      </w:r>
      <w:r>
        <w:rPr>
          <w:rFonts w:ascii="Times New Roman" w:hAnsi="Times New Roman" w:eastAsia="Times New Roman" w:cs="Times New Roman"/>
          <w:b w:val="0"/>
          <w:i w:val="0"/>
          <w:sz w:val="22"/>
        </w:rPr>
        <w:t>Основной инстинкт 29.07.21 11.08.21 404 000,00</w:t>
      </w:r>
    </w:p>
    <w:p>
      <w:pPr>
        <w:pStyle w:val="Heading3"/>
      </w:pPr>
      <w:r>
        <w:rPr>
          <w:rFonts w:ascii="Times New Roman" w:hAnsi="Times New Roman" w:eastAsia="Times New Roman" w:cs="Times New Roman"/>
          <w:b/>
          <w:i w:val="0"/>
          <w:sz w:val="22"/>
        </w:rPr>
        <w:t>Пункт 448. Правовой анализ</w:t>
      </w:r>
    </w:p>
    <w:p>
      <w:pPr>
        <w:spacing w:after="120" w:before="160"/>
        <w:ind w:firstLine="720"/>
        <w:jc w:val="both"/>
      </w:pPr>
      <w:r>
        <w:rPr>
          <w:rFonts w:ascii="Times New Roman" w:hAnsi="Times New Roman" w:eastAsia="Times New Roman" w:cs="Times New Roman"/>
          <w:b/>
          <w:i w:val="0"/>
          <w:sz w:val="22"/>
        </w:rPr>
        <w:t xml:space="preserve">448. </w:t>
      </w:r>
      <w:r>
        <w:rPr>
          <w:rFonts w:ascii="Times New Roman" w:hAnsi="Times New Roman" w:eastAsia="Times New Roman" w:cs="Times New Roman"/>
          <w:b w:val="0"/>
          <w:i w:val="0"/>
          <w:sz w:val="22"/>
        </w:rPr>
        <w:t>Круиз по джунглям 29.07.21 25.08.21 1 373 500,00</w:t>
      </w:r>
    </w:p>
    <w:p>
      <w:pPr>
        <w:pStyle w:val="Heading3"/>
      </w:pPr>
      <w:r>
        <w:rPr>
          <w:rFonts w:ascii="Times New Roman" w:hAnsi="Times New Roman" w:eastAsia="Times New Roman" w:cs="Times New Roman"/>
          <w:b/>
          <w:i w:val="0"/>
          <w:sz w:val="22"/>
        </w:rPr>
        <w:t>Пункт 449. Правовой анализ</w:t>
      </w:r>
    </w:p>
    <w:p>
      <w:pPr>
        <w:spacing w:after="120" w:before="160"/>
        <w:ind w:firstLine="720"/>
        <w:jc w:val="both"/>
      </w:pPr>
      <w:r>
        <w:rPr>
          <w:rFonts w:ascii="Times New Roman" w:hAnsi="Times New Roman" w:eastAsia="Times New Roman" w:cs="Times New Roman"/>
          <w:b/>
          <w:i w:val="0"/>
          <w:sz w:val="22"/>
        </w:rPr>
        <w:t xml:space="preserve">449. </w:t>
      </w:r>
      <w:r>
        <w:rPr>
          <w:rFonts w:ascii="Times New Roman" w:hAnsi="Times New Roman" w:eastAsia="Times New Roman" w:cs="Times New Roman"/>
          <w:b w:val="0"/>
          <w:i w:val="0"/>
          <w:sz w:val="22"/>
        </w:rPr>
        <w:t>Красотка на взводе 29.07.21 06.08.21 134 000,00</w:t>
      </w:r>
    </w:p>
    <w:p>
      <w:pPr>
        <w:pStyle w:val="Heading3"/>
      </w:pPr>
      <w:r>
        <w:rPr>
          <w:rFonts w:ascii="Times New Roman" w:hAnsi="Times New Roman" w:eastAsia="Times New Roman" w:cs="Times New Roman"/>
          <w:b/>
          <w:i w:val="0"/>
          <w:sz w:val="22"/>
        </w:rPr>
        <w:t>Пункт 450. Правовой анализ</w:t>
      </w:r>
    </w:p>
    <w:p>
      <w:pPr>
        <w:spacing w:after="120" w:before="160"/>
        <w:ind w:firstLine="720"/>
        <w:jc w:val="both"/>
      </w:pPr>
      <w:r>
        <w:rPr>
          <w:rFonts w:ascii="Times New Roman" w:hAnsi="Times New Roman" w:eastAsia="Times New Roman" w:cs="Times New Roman"/>
          <w:b/>
          <w:i w:val="0"/>
          <w:sz w:val="22"/>
        </w:rPr>
        <w:t xml:space="preserve">450. </w:t>
      </w:r>
      <w:r>
        <w:rPr>
          <w:rFonts w:ascii="Times New Roman" w:hAnsi="Times New Roman" w:eastAsia="Times New Roman" w:cs="Times New Roman"/>
          <w:b w:val="0"/>
          <w:i w:val="0"/>
          <w:sz w:val="22"/>
        </w:rPr>
        <w:t>Золушка и заколдованный принц 24.07.21 11.08.21 140 500,00</w:t>
      </w:r>
    </w:p>
    <w:p>
      <w:pPr>
        <w:pStyle w:val="Heading3"/>
      </w:pPr>
      <w:r>
        <w:rPr>
          <w:rFonts w:ascii="Times New Roman" w:hAnsi="Times New Roman" w:eastAsia="Times New Roman" w:cs="Times New Roman"/>
          <w:b/>
          <w:i w:val="0"/>
          <w:sz w:val="22"/>
        </w:rPr>
        <w:t>Пункт 451. Правовой анализ</w:t>
      </w:r>
    </w:p>
    <w:p>
      <w:pPr>
        <w:spacing w:after="120" w:before="160"/>
        <w:ind w:firstLine="720"/>
        <w:jc w:val="both"/>
      </w:pPr>
      <w:r>
        <w:rPr>
          <w:rFonts w:ascii="Times New Roman" w:hAnsi="Times New Roman" w:eastAsia="Times New Roman" w:cs="Times New Roman"/>
          <w:b/>
          <w:i w:val="0"/>
          <w:sz w:val="22"/>
        </w:rPr>
        <w:t xml:space="preserve">451. </w:t>
      </w:r>
      <w:r>
        <w:rPr>
          <w:rFonts w:ascii="Times New Roman" w:hAnsi="Times New Roman" w:eastAsia="Times New Roman" w:cs="Times New Roman"/>
          <w:b w:val="0"/>
          <w:i w:val="0"/>
          <w:sz w:val="22"/>
        </w:rPr>
        <w:t>G. I. Joe. Бросок кобры: Снейк Айз 22.07.21 03.08.21 353 000,00</w:t>
      </w:r>
    </w:p>
    <w:p>
      <w:pPr>
        <w:pStyle w:val="Heading3"/>
      </w:pPr>
      <w:r>
        <w:rPr>
          <w:rFonts w:ascii="Times New Roman" w:hAnsi="Times New Roman" w:eastAsia="Times New Roman" w:cs="Times New Roman"/>
          <w:b/>
          <w:i w:val="0"/>
          <w:sz w:val="22"/>
        </w:rPr>
        <w:t>Пункт 452. Правовой анализ</w:t>
      </w:r>
    </w:p>
    <w:p>
      <w:pPr>
        <w:spacing w:after="120" w:before="160"/>
        <w:ind w:firstLine="720"/>
        <w:jc w:val="both"/>
      </w:pPr>
      <w:r>
        <w:rPr>
          <w:rFonts w:ascii="Times New Roman" w:hAnsi="Times New Roman" w:eastAsia="Times New Roman" w:cs="Times New Roman"/>
          <w:b/>
          <w:i w:val="0"/>
          <w:sz w:val="22"/>
        </w:rPr>
        <w:t xml:space="preserve">452. </w:t>
      </w:r>
      <w:r>
        <w:rPr>
          <w:rFonts w:ascii="Times New Roman" w:hAnsi="Times New Roman" w:eastAsia="Times New Roman" w:cs="Times New Roman"/>
          <w:b w:val="0"/>
          <w:i w:val="0"/>
          <w:sz w:val="22"/>
        </w:rPr>
        <w:t>Время 22.07.21 23.08.21 1 671 000,00</w:t>
      </w:r>
    </w:p>
    <w:p>
      <w:pPr>
        <w:pStyle w:val="Heading3"/>
      </w:pPr>
      <w:r>
        <w:rPr>
          <w:rFonts w:ascii="Times New Roman" w:hAnsi="Times New Roman" w:eastAsia="Times New Roman" w:cs="Times New Roman"/>
          <w:b/>
          <w:i w:val="0"/>
          <w:sz w:val="22"/>
        </w:rPr>
        <w:t>Пункт 453. Правовой анализ</w:t>
      </w:r>
    </w:p>
    <w:p>
      <w:pPr>
        <w:spacing w:after="120" w:before="160"/>
        <w:ind w:firstLine="720"/>
        <w:jc w:val="both"/>
      </w:pPr>
      <w:r>
        <w:rPr>
          <w:rFonts w:ascii="Times New Roman" w:hAnsi="Times New Roman" w:eastAsia="Times New Roman" w:cs="Times New Roman"/>
          <w:b/>
          <w:i w:val="0"/>
          <w:sz w:val="22"/>
        </w:rPr>
        <w:t xml:space="preserve">453. </w:t>
      </w:r>
      <w:r>
        <w:rPr>
          <w:rFonts w:ascii="Times New Roman" w:hAnsi="Times New Roman" w:eastAsia="Times New Roman" w:cs="Times New Roman"/>
          <w:b w:val="0"/>
          <w:i w:val="0"/>
          <w:sz w:val="22"/>
        </w:rPr>
        <w:t>Тайна Сен-Тропе 22.07.21 08.08.21 330 000,00</w:t>
      </w:r>
    </w:p>
    <w:p>
      <w:pPr>
        <w:pStyle w:val="Heading3"/>
      </w:pPr>
      <w:r>
        <w:rPr>
          <w:rFonts w:ascii="Times New Roman" w:hAnsi="Times New Roman" w:eastAsia="Times New Roman" w:cs="Times New Roman"/>
          <w:b/>
          <w:i w:val="0"/>
          <w:sz w:val="22"/>
        </w:rPr>
        <w:t>Пункт 454. Правовой анализ</w:t>
      </w:r>
    </w:p>
    <w:p>
      <w:pPr>
        <w:spacing w:after="120" w:before="160"/>
        <w:ind w:firstLine="720"/>
        <w:jc w:val="both"/>
      </w:pPr>
      <w:r>
        <w:rPr>
          <w:rFonts w:ascii="Times New Roman" w:hAnsi="Times New Roman" w:eastAsia="Times New Roman" w:cs="Times New Roman"/>
          <w:b/>
          <w:i w:val="0"/>
          <w:sz w:val="22"/>
        </w:rPr>
        <w:t xml:space="preserve">454. </w:t>
      </w:r>
      <w:r>
        <w:rPr>
          <w:rFonts w:ascii="Times New Roman" w:hAnsi="Times New Roman" w:eastAsia="Times New Roman" w:cs="Times New Roman"/>
          <w:b w:val="0"/>
          <w:i w:val="0"/>
          <w:sz w:val="22"/>
        </w:rPr>
        <w:t>Двойное счастье 17.07.21 28.07.21 58 000,00</w:t>
      </w:r>
    </w:p>
    <w:p>
      <w:pPr>
        <w:pStyle w:val="Heading3"/>
      </w:pPr>
      <w:r>
        <w:rPr>
          <w:rFonts w:ascii="Times New Roman" w:hAnsi="Times New Roman" w:eastAsia="Times New Roman" w:cs="Times New Roman"/>
          <w:b/>
          <w:i w:val="0"/>
          <w:sz w:val="22"/>
        </w:rPr>
        <w:t>Пункт 455. Правовой анализ</w:t>
      </w:r>
    </w:p>
    <w:p>
      <w:pPr>
        <w:spacing w:after="120" w:before="160"/>
        <w:ind w:firstLine="720"/>
        <w:jc w:val="both"/>
      </w:pPr>
      <w:r>
        <w:rPr>
          <w:rFonts w:ascii="Times New Roman" w:hAnsi="Times New Roman" w:eastAsia="Times New Roman" w:cs="Times New Roman"/>
          <w:b/>
          <w:i w:val="0"/>
          <w:sz w:val="22"/>
        </w:rPr>
        <w:t xml:space="preserve">455. </w:t>
      </w:r>
      <w:r>
        <w:rPr>
          <w:rFonts w:ascii="Times New Roman" w:hAnsi="Times New Roman" w:eastAsia="Times New Roman" w:cs="Times New Roman"/>
          <w:b w:val="0"/>
          <w:i w:val="0"/>
          <w:sz w:val="22"/>
        </w:rPr>
        <w:t>Любовь по ту сторону 16.07.21 24.07.21 57 000,00</w:t>
      </w:r>
    </w:p>
    <w:p>
      <w:pPr>
        <w:pStyle w:val="Heading3"/>
      </w:pPr>
      <w:r>
        <w:rPr>
          <w:rFonts w:ascii="Times New Roman" w:hAnsi="Times New Roman" w:eastAsia="Times New Roman" w:cs="Times New Roman"/>
          <w:b/>
          <w:i w:val="0"/>
          <w:sz w:val="22"/>
        </w:rPr>
        <w:t>Пункт 456. Правовой анализ</w:t>
      </w:r>
    </w:p>
    <w:p>
      <w:pPr>
        <w:spacing w:after="120" w:before="160"/>
        <w:ind w:firstLine="720"/>
        <w:jc w:val="both"/>
      </w:pPr>
      <w:r>
        <w:rPr>
          <w:rFonts w:ascii="Times New Roman" w:hAnsi="Times New Roman" w:eastAsia="Times New Roman" w:cs="Times New Roman"/>
          <w:b/>
          <w:i w:val="0"/>
          <w:sz w:val="22"/>
        </w:rPr>
        <w:t xml:space="preserve">456. </w:t>
      </w:r>
      <w:r>
        <w:rPr>
          <w:rFonts w:ascii="Times New Roman" w:hAnsi="Times New Roman" w:eastAsia="Times New Roman" w:cs="Times New Roman"/>
          <w:b w:val="0"/>
          <w:i w:val="0"/>
          <w:sz w:val="22"/>
        </w:rPr>
        <w:t>Город тайн 15.07.21 26.07.21 214 000,00</w:t>
      </w:r>
    </w:p>
    <w:p>
      <w:pPr>
        <w:pStyle w:val="Heading3"/>
      </w:pPr>
      <w:r>
        <w:rPr>
          <w:rFonts w:ascii="Times New Roman" w:hAnsi="Times New Roman" w:eastAsia="Times New Roman" w:cs="Times New Roman"/>
          <w:b/>
          <w:i w:val="0"/>
          <w:sz w:val="22"/>
        </w:rPr>
        <w:t>Пункт 457. Правовой анализ</w:t>
      </w:r>
    </w:p>
    <w:p>
      <w:pPr>
        <w:spacing w:after="120" w:before="160"/>
        <w:ind w:firstLine="720"/>
        <w:jc w:val="both"/>
      </w:pPr>
      <w:r>
        <w:rPr>
          <w:rFonts w:ascii="Times New Roman" w:hAnsi="Times New Roman" w:eastAsia="Times New Roman" w:cs="Times New Roman"/>
          <w:b/>
          <w:i w:val="0"/>
          <w:sz w:val="22"/>
        </w:rPr>
        <w:t xml:space="preserve">457. </w:t>
      </w:r>
      <w:r>
        <w:rPr>
          <w:rFonts w:ascii="Times New Roman" w:hAnsi="Times New Roman" w:eastAsia="Times New Roman" w:cs="Times New Roman"/>
          <w:b w:val="0"/>
          <w:i w:val="0"/>
          <w:sz w:val="22"/>
        </w:rPr>
        <w:t>Пороховой коктейль 15.07.21 25.07.21 188 000,00</w:t>
      </w:r>
    </w:p>
    <w:p>
      <w:pPr>
        <w:pStyle w:val="Heading3"/>
      </w:pPr>
      <w:r>
        <w:rPr>
          <w:rFonts w:ascii="Times New Roman" w:hAnsi="Times New Roman" w:eastAsia="Times New Roman" w:cs="Times New Roman"/>
          <w:b/>
          <w:i w:val="0"/>
          <w:sz w:val="22"/>
        </w:rPr>
        <w:t>Пункт 458. Правовой анализ</w:t>
      </w:r>
    </w:p>
    <w:p>
      <w:pPr>
        <w:spacing w:after="120" w:before="160"/>
        <w:ind w:firstLine="720"/>
        <w:jc w:val="both"/>
      </w:pPr>
      <w:r>
        <w:rPr>
          <w:rFonts w:ascii="Times New Roman" w:hAnsi="Times New Roman" w:eastAsia="Times New Roman" w:cs="Times New Roman"/>
          <w:b/>
          <w:i w:val="0"/>
          <w:sz w:val="22"/>
        </w:rPr>
        <w:t xml:space="preserve">458. </w:t>
      </w:r>
      <w:r>
        <w:rPr>
          <w:rFonts w:ascii="Times New Roman" w:hAnsi="Times New Roman" w:eastAsia="Times New Roman" w:cs="Times New Roman"/>
          <w:b w:val="0"/>
          <w:i w:val="0"/>
          <w:sz w:val="22"/>
        </w:rPr>
        <w:t>Бендер: Золото империи 15.07.21 20.07.21 66 000,00</w:t>
      </w:r>
    </w:p>
    <w:p>
      <w:pPr>
        <w:pStyle w:val="Heading3"/>
      </w:pPr>
      <w:r>
        <w:rPr>
          <w:rFonts w:ascii="Times New Roman" w:hAnsi="Times New Roman" w:eastAsia="Times New Roman" w:cs="Times New Roman"/>
          <w:b/>
          <w:i w:val="0"/>
          <w:sz w:val="22"/>
        </w:rPr>
        <w:t>Пункт 459. Правовой анализ</w:t>
      </w:r>
    </w:p>
    <w:p>
      <w:pPr>
        <w:spacing w:after="120" w:before="160"/>
        <w:ind w:firstLine="720"/>
        <w:jc w:val="both"/>
      </w:pPr>
      <w:r>
        <w:rPr>
          <w:rFonts w:ascii="Times New Roman" w:hAnsi="Times New Roman" w:eastAsia="Times New Roman" w:cs="Times New Roman"/>
          <w:b/>
          <w:i w:val="0"/>
          <w:sz w:val="22"/>
        </w:rPr>
        <w:t xml:space="preserve">459. </w:t>
      </w:r>
      <w:r>
        <w:rPr>
          <w:rFonts w:ascii="Times New Roman" w:hAnsi="Times New Roman" w:eastAsia="Times New Roman" w:cs="Times New Roman"/>
          <w:b w:val="0"/>
          <w:i w:val="0"/>
          <w:sz w:val="22"/>
        </w:rPr>
        <w:t>Космический джем: Новое поколение 10.07.21 02.08.21 281 000,00</w:t>
      </w:r>
    </w:p>
    <w:p>
      <w:pPr>
        <w:pStyle w:val="Heading3"/>
      </w:pPr>
      <w:r>
        <w:rPr>
          <w:rFonts w:ascii="Times New Roman" w:hAnsi="Times New Roman" w:eastAsia="Times New Roman" w:cs="Times New Roman"/>
          <w:b/>
          <w:i w:val="0"/>
          <w:sz w:val="22"/>
        </w:rPr>
        <w:t>Пункт 460. Правовой анализ</w:t>
      </w:r>
    </w:p>
    <w:p>
      <w:pPr>
        <w:spacing w:after="120" w:before="160"/>
        <w:ind w:firstLine="720"/>
        <w:jc w:val="both"/>
      </w:pPr>
      <w:r>
        <w:rPr>
          <w:rFonts w:ascii="Times New Roman" w:hAnsi="Times New Roman" w:eastAsia="Times New Roman" w:cs="Times New Roman"/>
          <w:b/>
          <w:i w:val="0"/>
          <w:sz w:val="22"/>
        </w:rPr>
        <w:t xml:space="preserve">460. </w:t>
      </w:r>
      <w:r>
        <w:rPr>
          <w:rFonts w:ascii="Times New Roman" w:hAnsi="Times New Roman" w:eastAsia="Times New Roman" w:cs="Times New Roman"/>
          <w:b w:val="0"/>
          <w:i w:val="0"/>
          <w:sz w:val="22"/>
        </w:rPr>
        <w:t>Чёрная вдова 08.07.21 01.08.21 1 421 000,00</w:t>
      </w:r>
    </w:p>
    <w:p>
      <w:pPr>
        <w:pStyle w:val="Heading3"/>
      </w:pPr>
      <w:r>
        <w:rPr>
          <w:rFonts w:ascii="Times New Roman" w:hAnsi="Times New Roman" w:eastAsia="Times New Roman" w:cs="Times New Roman"/>
          <w:b/>
          <w:i w:val="0"/>
          <w:sz w:val="22"/>
        </w:rPr>
        <w:t>Пункт 461. Правовой анализ</w:t>
      </w:r>
    </w:p>
    <w:p>
      <w:pPr>
        <w:spacing w:after="120" w:before="160"/>
        <w:ind w:firstLine="720"/>
        <w:jc w:val="both"/>
      </w:pPr>
      <w:r>
        <w:rPr>
          <w:rFonts w:ascii="Times New Roman" w:hAnsi="Times New Roman" w:eastAsia="Times New Roman" w:cs="Times New Roman"/>
          <w:b/>
          <w:i w:val="0"/>
          <w:sz w:val="22"/>
        </w:rPr>
        <w:t xml:space="preserve">461. </w:t>
      </w:r>
      <w:r>
        <w:rPr>
          <w:rFonts w:ascii="Times New Roman" w:hAnsi="Times New Roman" w:eastAsia="Times New Roman" w:cs="Times New Roman"/>
          <w:b w:val="0"/>
          <w:i w:val="0"/>
          <w:sz w:val="22"/>
        </w:rPr>
        <w:t>Магазинные воришки всего мира 08.07.21 08.07.21 12 000,00</w:t>
      </w:r>
    </w:p>
    <w:p>
      <w:pPr>
        <w:pStyle w:val="Heading3"/>
      </w:pPr>
      <w:r>
        <w:rPr>
          <w:rFonts w:ascii="Times New Roman" w:hAnsi="Times New Roman" w:eastAsia="Times New Roman" w:cs="Times New Roman"/>
          <w:b/>
          <w:i w:val="0"/>
          <w:sz w:val="22"/>
        </w:rPr>
        <w:t>Пункт 462. Правовой анализ</w:t>
      </w:r>
    </w:p>
    <w:p>
      <w:pPr>
        <w:spacing w:after="120" w:before="160"/>
        <w:ind w:firstLine="720"/>
        <w:jc w:val="both"/>
      </w:pPr>
      <w:r>
        <w:rPr>
          <w:rFonts w:ascii="Times New Roman" w:hAnsi="Times New Roman" w:eastAsia="Times New Roman" w:cs="Times New Roman"/>
          <w:b/>
          <w:i w:val="0"/>
          <w:sz w:val="22"/>
        </w:rPr>
        <w:t xml:space="preserve">462. </w:t>
      </w:r>
      <w:r>
        <w:rPr>
          <w:rFonts w:ascii="Times New Roman" w:hAnsi="Times New Roman" w:eastAsia="Times New Roman" w:cs="Times New Roman"/>
          <w:b w:val="0"/>
          <w:i w:val="0"/>
          <w:sz w:val="22"/>
        </w:rPr>
        <w:t>Начать с нуля 07.07.21 09.07.21 30 000,00</w:t>
      </w:r>
    </w:p>
    <w:p>
      <w:pPr>
        <w:pStyle w:val="Heading3"/>
      </w:pPr>
      <w:r>
        <w:rPr>
          <w:rFonts w:ascii="Times New Roman" w:hAnsi="Times New Roman" w:eastAsia="Times New Roman" w:cs="Times New Roman"/>
          <w:b/>
          <w:i w:val="0"/>
          <w:sz w:val="22"/>
        </w:rPr>
        <w:t>Пункт 463. Правовой анализ</w:t>
      </w:r>
    </w:p>
    <w:p>
      <w:pPr>
        <w:spacing w:after="120" w:before="160"/>
        <w:ind w:firstLine="720"/>
        <w:jc w:val="both"/>
      </w:pPr>
      <w:r>
        <w:rPr>
          <w:rFonts w:ascii="Times New Roman" w:hAnsi="Times New Roman" w:eastAsia="Times New Roman" w:cs="Times New Roman"/>
          <w:b/>
          <w:i w:val="0"/>
          <w:sz w:val="22"/>
        </w:rPr>
        <w:t xml:space="preserve">463. </w:t>
      </w:r>
      <w:r>
        <w:rPr>
          <w:rFonts w:ascii="Times New Roman" w:hAnsi="Times New Roman" w:eastAsia="Times New Roman" w:cs="Times New Roman"/>
          <w:b w:val="0"/>
          <w:i w:val="0"/>
          <w:sz w:val="22"/>
        </w:rPr>
        <w:t>Бегущая в лабиринте 04.07.21 14.07.21 108 000,00</w:t>
      </w:r>
    </w:p>
    <w:p>
      <w:pPr>
        <w:pStyle w:val="Heading3"/>
      </w:pPr>
      <w:r>
        <w:rPr>
          <w:rFonts w:ascii="Times New Roman" w:hAnsi="Times New Roman" w:eastAsia="Times New Roman" w:cs="Times New Roman"/>
          <w:b/>
          <w:i w:val="0"/>
          <w:sz w:val="22"/>
        </w:rPr>
        <w:t>Пункт 464. Правовой анализ</w:t>
      </w:r>
    </w:p>
    <w:p>
      <w:pPr>
        <w:spacing w:after="120" w:before="160"/>
        <w:ind w:firstLine="720"/>
        <w:jc w:val="both"/>
      </w:pPr>
      <w:r>
        <w:rPr>
          <w:rFonts w:ascii="Times New Roman" w:hAnsi="Times New Roman" w:eastAsia="Times New Roman" w:cs="Times New Roman"/>
          <w:b/>
          <w:i w:val="0"/>
          <w:sz w:val="22"/>
        </w:rPr>
        <w:t xml:space="preserve">464. </w:t>
      </w:r>
      <w:r>
        <w:rPr>
          <w:rFonts w:ascii="Times New Roman" w:hAnsi="Times New Roman" w:eastAsia="Times New Roman" w:cs="Times New Roman"/>
          <w:b w:val="0"/>
          <w:i w:val="0"/>
          <w:sz w:val="22"/>
        </w:rPr>
        <w:t>Джетлаг 02.07.21 08.07.21 67 000,00</w:t>
      </w:r>
    </w:p>
    <w:p>
      <w:pPr>
        <w:pStyle w:val="Heading3"/>
      </w:pPr>
      <w:r>
        <w:rPr>
          <w:rFonts w:ascii="Times New Roman" w:hAnsi="Times New Roman" w:eastAsia="Times New Roman" w:cs="Times New Roman"/>
          <w:b/>
          <w:i w:val="0"/>
          <w:sz w:val="22"/>
        </w:rPr>
        <w:t>Пункт 465. Правовой анализ</w:t>
      </w:r>
    </w:p>
    <w:p>
      <w:pPr>
        <w:spacing w:after="120" w:before="160"/>
        <w:ind w:firstLine="720"/>
        <w:jc w:val="both"/>
      </w:pPr>
      <w:r>
        <w:rPr>
          <w:rFonts w:ascii="Times New Roman" w:hAnsi="Times New Roman" w:eastAsia="Times New Roman" w:cs="Times New Roman"/>
          <w:b/>
          <w:i w:val="0"/>
          <w:sz w:val="22"/>
        </w:rPr>
        <w:t xml:space="preserve">465. </w:t>
      </w:r>
      <w:r>
        <w:rPr>
          <w:rFonts w:ascii="Times New Roman" w:hAnsi="Times New Roman" w:eastAsia="Times New Roman" w:cs="Times New Roman"/>
          <w:b w:val="0"/>
          <w:i w:val="0"/>
          <w:sz w:val="22"/>
        </w:rPr>
        <w:t>Страсть, любовь и стволы 01.07.21 02.07.21 42 000,00</w:t>
      </w:r>
    </w:p>
    <w:p>
      <w:pPr>
        <w:pStyle w:val="Heading3"/>
      </w:pPr>
      <w:r>
        <w:rPr>
          <w:rFonts w:ascii="Times New Roman" w:hAnsi="Times New Roman" w:eastAsia="Times New Roman" w:cs="Times New Roman"/>
          <w:b/>
          <w:i w:val="0"/>
          <w:sz w:val="22"/>
        </w:rPr>
        <w:t>Пункт 466. Правовой анализ</w:t>
      </w:r>
    </w:p>
    <w:p>
      <w:pPr>
        <w:spacing w:after="120" w:before="160"/>
        <w:ind w:firstLine="720"/>
        <w:jc w:val="both"/>
      </w:pPr>
      <w:r>
        <w:rPr>
          <w:rFonts w:ascii="Times New Roman" w:hAnsi="Times New Roman" w:eastAsia="Times New Roman" w:cs="Times New Roman"/>
          <w:b/>
          <w:i w:val="0"/>
          <w:sz w:val="22"/>
        </w:rPr>
        <w:t xml:space="preserve">466. </w:t>
      </w:r>
      <w:r>
        <w:rPr>
          <w:rFonts w:ascii="Times New Roman" w:hAnsi="Times New Roman" w:eastAsia="Times New Roman" w:cs="Times New Roman"/>
          <w:b w:val="0"/>
          <w:i w:val="0"/>
          <w:sz w:val="22"/>
        </w:rPr>
        <w:t>Судная ночь навсегда 01.07.21 20.07.21 290 000,00</w:t>
      </w:r>
    </w:p>
    <w:p>
      <w:pPr>
        <w:pStyle w:val="Heading3"/>
      </w:pPr>
      <w:r>
        <w:rPr>
          <w:rFonts w:ascii="Times New Roman" w:hAnsi="Times New Roman" w:eastAsia="Times New Roman" w:cs="Times New Roman"/>
          <w:b/>
          <w:i w:val="0"/>
          <w:sz w:val="22"/>
        </w:rPr>
        <w:t>Пункт 467. Правовой анализ</w:t>
      </w:r>
    </w:p>
    <w:p>
      <w:pPr>
        <w:spacing w:after="120" w:before="160"/>
        <w:ind w:firstLine="720"/>
        <w:jc w:val="both"/>
      </w:pPr>
      <w:r>
        <w:rPr>
          <w:rFonts w:ascii="Times New Roman" w:hAnsi="Times New Roman" w:eastAsia="Times New Roman" w:cs="Times New Roman"/>
          <w:b/>
          <w:i w:val="0"/>
          <w:sz w:val="22"/>
        </w:rPr>
        <w:t xml:space="preserve">467. </w:t>
      </w:r>
      <w:r>
        <w:rPr>
          <w:rFonts w:ascii="Times New Roman" w:hAnsi="Times New Roman" w:eastAsia="Times New Roman" w:cs="Times New Roman"/>
          <w:b w:val="0"/>
          <w:i w:val="0"/>
          <w:sz w:val="22"/>
        </w:rPr>
        <w:t>Самая безумная свадьба 01.07.21 13.07.21 38 000,00</w:t>
      </w:r>
    </w:p>
    <w:p>
      <w:pPr>
        <w:pStyle w:val="Heading3"/>
      </w:pPr>
      <w:r>
        <w:rPr>
          <w:rFonts w:ascii="Times New Roman" w:hAnsi="Times New Roman" w:eastAsia="Times New Roman" w:cs="Times New Roman"/>
          <w:b/>
          <w:i w:val="0"/>
          <w:sz w:val="22"/>
        </w:rPr>
        <w:t>Пункт 468. Правовой анализ</w:t>
      </w:r>
    </w:p>
    <w:p>
      <w:pPr>
        <w:spacing w:after="120" w:before="160"/>
        <w:ind w:firstLine="720"/>
        <w:jc w:val="both"/>
      </w:pPr>
      <w:r>
        <w:rPr>
          <w:rFonts w:ascii="Times New Roman" w:hAnsi="Times New Roman" w:eastAsia="Times New Roman" w:cs="Times New Roman"/>
          <w:b/>
          <w:i w:val="0"/>
          <w:sz w:val="22"/>
        </w:rPr>
        <w:t xml:space="preserve">468. </w:t>
      </w:r>
      <w:r>
        <w:rPr>
          <w:rFonts w:ascii="Times New Roman" w:hAnsi="Times New Roman" w:eastAsia="Times New Roman" w:cs="Times New Roman"/>
          <w:b w:val="0"/>
          <w:i w:val="0"/>
          <w:sz w:val="22"/>
        </w:rPr>
        <w:t>Проклятый чиновник 26.06.21 28.06.21 105 000,00</w:t>
      </w:r>
    </w:p>
    <w:p>
      <w:pPr>
        <w:pStyle w:val="Heading3"/>
      </w:pPr>
      <w:r>
        <w:rPr>
          <w:rFonts w:ascii="Times New Roman" w:hAnsi="Times New Roman" w:eastAsia="Times New Roman" w:cs="Times New Roman"/>
          <w:b/>
          <w:i w:val="0"/>
          <w:sz w:val="22"/>
        </w:rPr>
        <w:t>Пункт 469. Правовой анализ</w:t>
      </w:r>
    </w:p>
    <w:p>
      <w:pPr>
        <w:spacing w:after="120" w:before="160"/>
        <w:ind w:firstLine="720"/>
        <w:jc w:val="both"/>
      </w:pPr>
      <w:r>
        <w:rPr>
          <w:rFonts w:ascii="Times New Roman" w:hAnsi="Times New Roman" w:eastAsia="Times New Roman" w:cs="Times New Roman"/>
          <w:b/>
          <w:i w:val="0"/>
          <w:sz w:val="22"/>
        </w:rPr>
        <w:t xml:space="preserve">469. </w:t>
      </w:r>
      <w:r>
        <w:rPr>
          <w:rFonts w:ascii="Times New Roman" w:hAnsi="Times New Roman" w:eastAsia="Times New Roman" w:cs="Times New Roman"/>
          <w:b w:val="0"/>
          <w:i w:val="0"/>
          <w:sz w:val="22"/>
        </w:rPr>
        <w:t>Ледяной драйв 25.06.21 06.07.21 238 000,00</w:t>
      </w:r>
    </w:p>
    <w:p>
      <w:pPr>
        <w:pStyle w:val="Heading3"/>
      </w:pPr>
      <w:r>
        <w:rPr>
          <w:rFonts w:ascii="Times New Roman" w:hAnsi="Times New Roman" w:eastAsia="Times New Roman" w:cs="Times New Roman"/>
          <w:b/>
          <w:i w:val="0"/>
          <w:sz w:val="22"/>
        </w:rPr>
        <w:t>Пункт 470. Правовой анализ</w:t>
      </w:r>
    </w:p>
    <w:p>
      <w:pPr>
        <w:spacing w:after="120" w:before="160"/>
        <w:ind w:firstLine="720"/>
        <w:jc w:val="both"/>
      </w:pPr>
      <w:r>
        <w:rPr>
          <w:rFonts w:ascii="Times New Roman" w:hAnsi="Times New Roman" w:eastAsia="Times New Roman" w:cs="Times New Roman"/>
          <w:b/>
          <w:i w:val="0"/>
          <w:sz w:val="22"/>
        </w:rPr>
        <w:t xml:space="preserve">470. </w:t>
      </w:r>
      <w:r>
        <w:rPr>
          <w:rFonts w:ascii="Times New Roman" w:hAnsi="Times New Roman" w:eastAsia="Times New Roman" w:cs="Times New Roman"/>
          <w:b w:val="0"/>
          <w:i w:val="0"/>
          <w:sz w:val="22"/>
        </w:rPr>
        <w:t>Бендер: Начало 24.06.21 05.07.21 279 000,00</w:t>
      </w:r>
    </w:p>
    <w:p>
      <w:pPr>
        <w:pStyle w:val="Heading3"/>
      </w:pPr>
      <w:r>
        <w:rPr>
          <w:rFonts w:ascii="Times New Roman" w:hAnsi="Times New Roman" w:eastAsia="Times New Roman" w:cs="Times New Roman"/>
          <w:b/>
          <w:i w:val="0"/>
          <w:sz w:val="22"/>
        </w:rPr>
        <w:t>Пункт 471. Правовой анализ</w:t>
      </w:r>
    </w:p>
    <w:p>
      <w:pPr>
        <w:spacing w:after="120" w:before="160"/>
        <w:ind w:firstLine="720"/>
        <w:jc w:val="both"/>
      </w:pPr>
      <w:r>
        <w:rPr>
          <w:rFonts w:ascii="Times New Roman" w:hAnsi="Times New Roman" w:eastAsia="Times New Roman" w:cs="Times New Roman"/>
          <w:b/>
          <w:i w:val="0"/>
          <w:sz w:val="22"/>
        </w:rPr>
        <w:t xml:space="preserve">471. </w:t>
      </w:r>
      <w:r>
        <w:rPr>
          <w:rFonts w:ascii="Times New Roman" w:hAnsi="Times New Roman" w:eastAsia="Times New Roman" w:cs="Times New Roman"/>
          <w:b w:val="0"/>
          <w:i w:val="0"/>
          <w:sz w:val="22"/>
        </w:rPr>
        <w:t>Рок Дог 2 24.06.21 26.06.21 29 000,00</w:t>
      </w:r>
    </w:p>
    <w:p>
      <w:pPr>
        <w:pStyle w:val="Heading3"/>
      </w:pPr>
      <w:r>
        <w:rPr>
          <w:rFonts w:ascii="Times New Roman" w:hAnsi="Times New Roman" w:eastAsia="Times New Roman" w:cs="Times New Roman"/>
          <w:b/>
          <w:i w:val="0"/>
          <w:sz w:val="22"/>
        </w:rPr>
        <w:t>Пункт 472. Правовой анализ</w:t>
      </w:r>
    </w:p>
    <w:p>
      <w:pPr>
        <w:spacing w:after="120" w:before="160"/>
        <w:ind w:firstLine="720"/>
        <w:jc w:val="both"/>
      </w:pPr>
      <w:r>
        <w:rPr>
          <w:rFonts w:ascii="Times New Roman" w:hAnsi="Times New Roman" w:eastAsia="Times New Roman" w:cs="Times New Roman"/>
          <w:b/>
          <w:i w:val="0"/>
          <w:sz w:val="22"/>
        </w:rPr>
        <w:t xml:space="preserve">472. </w:t>
      </w:r>
      <w:r>
        <w:rPr>
          <w:rFonts w:ascii="Times New Roman" w:hAnsi="Times New Roman" w:eastAsia="Times New Roman" w:cs="Times New Roman"/>
          <w:b w:val="0"/>
          <w:i w:val="0"/>
          <w:sz w:val="22"/>
        </w:rPr>
        <w:t>Человек, который продал свою кожу 24.06.21 29.06.21 105 000,00</w:t>
      </w:r>
    </w:p>
    <w:p>
      <w:pPr>
        <w:pStyle w:val="Heading3"/>
      </w:pPr>
      <w:r>
        <w:rPr>
          <w:rFonts w:ascii="Times New Roman" w:hAnsi="Times New Roman" w:eastAsia="Times New Roman" w:cs="Times New Roman"/>
          <w:b/>
          <w:i w:val="0"/>
          <w:sz w:val="22"/>
        </w:rPr>
        <w:t>Пункт 473. Правовой анализ</w:t>
      </w:r>
    </w:p>
    <w:p>
      <w:pPr>
        <w:spacing w:after="120" w:before="160"/>
        <w:ind w:firstLine="720"/>
        <w:jc w:val="both"/>
      </w:pPr>
      <w:r>
        <w:rPr>
          <w:rFonts w:ascii="Times New Roman" w:hAnsi="Times New Roman" w:eastAsia="Times New Roman" w:cs="Times New Roman"/>
          <w:b/>
          <w:i w:val="0"/>
          <w:sz w:val="22"/>
        </w:rPr>
        <w:t xml:space="preserve">473. </w:t>
      </w:r>
      <w:r>
        <w:rPr>
          <w:rFonts w:ascii="Times New Roman" w:hAnsi="Times New Roman" w:eastAsia="Times New Roman" w:cs="Times New Roman"/>
          <w:b w:val="0"/>
          <w:i w:val="0"/>
          <w:sz w:val="22"/>
        </w:rPr>
        <w:t>Аффект 18.06.21 28.06.21 66 000,00</w:t>
      </w:r>
    </w:p>
    <w:p>
      <w:pPr>
        <w:pStyle w:val="Heading3"/>
      </w:pPr>
      <w:r>
        <w:rPr>
          <w:rFonts w:ascii="Times New Roman" w:hAnsi="Times New Roman" w:eastAsia="Times New Roman" w:cs="Times New Roman"/>
          <w:b/>
          <w:i w:val="0"/>
          <w:sz w:val="22"/>
        </w:rPr>
        <w:t>Пункт 474. Правовой анализ</w:t>
      </w:r>
    </w:p>
    <w:p>
      <w:pPr>
        <w:spacing w:after="120" w:before="160"/>
        <w:ind w:firstLine="720"/>
        <w:jc w:val="both"/>
      </w:pPr>
      <w:r>
        <w:rPr>
          <w:rFonts w:ascii="Times New Roman" w:hAnsi="Times New Roman" w:eastAsia="Times New Roman" w:cs="Times New Roman"/>
          <w:b/>
          <w:i w:val="0"/>
          <w:sz w:val="22"/>
        </w:rPr>
        <w:t xml:space="preserve">474. </w:t>
      </w:r>
      <w:r>
        <w:rPr>
          <w:rFonts w:ascii="Times New Roman" w:hAnsi="Times New Roman" w:eastAsia="Times New Roman" w:cs="Times New Roman"/>
          <w:b w:val="0"/>
          <w:i w:val="0"/>
          <w:sz w:val="22"/>
        </w:rPr>
        <w:t>Игра на выживание 17.06.21 23.06.21 112 000,00</w:t>
      </w:r>
    </w:p>
    <w:p>
      <w:pPr>
        <w:pStyle w:val="Heading3"/>
      </w:pPr>
      <w:r>
        <w:rPr>
          <w:rFonts w:ascii="Times New Roman" w:hAnsi="Times New Roman" w:eastAsia="Times New Roman" w:cs="Times New Roman"/>
          <w:b/>
          <w:i w:val="0"/>
          <w:sz w:val="22"/>
        </w:rPr>
        <w:t>Пункт 475. Правовой анализ</w:t>
      </w:r>
    </w:p>
    <w:p>
      <w:pPr>
        <w:spacing w:after="120" w:before="160"/>
        <w:ind w:firstLine="720"/>
        <w:jc w:val="both"/>
      </w:pPr>
      <w:r>
        <w:rPr>
          <w:rFonts w:ascii="Times New Roman" w:hAnsi="Times New Roman" w:eastAsia="Times New Roman" w:cs="Times New Roman"/>
          <w:b/>
          <w:i w:val="0"/>
          <w:sz w:val="22"/>
        </w:rPr>
        <w:t xml:space="preserve">475. </w:t>
      </w:r>
      <w:r>
        <w:rPr>
          <w:rFonts w:ascii="Times New Roman" w:hAnsi="Times New Roman" w:eastAsia="Times New Roman" w:cs="Times New Roman"/>
          <w:b w:val="0"/>
          <w:i w:val="0"/>
          <w:sz w:val="22"/>
        </w:rPr>
        <w:t>Сердце и как им пользоваться 17.06.21 27.06.21 79 000,00</w:t>
      </w:r>
    </w:p>
    <w:p>
      <w:pPr>
        <w:pStyle w:val="Heading3"/>
      </w:pPr>
      <w:r>
        <w:rPr>
          <w:rFonts w:ascii="Times New Roman" w:hAnsi="Times New Roman" w:eastAsia="Times New Roman" w:cs="Times New Roman"/>
          <w:b/>
          <w:i w:val="0"/>
          <w:sz w:val="22"/>
        </w:rPr>
        <w:t>Пункт 476. Правовой анализ</w:t>
      </w:r>
    </w:p>
    <w:p>
      <w:pPr>
        <w:spacing w:after="120" w:before="160"/>
        <w:ind w:firstLine="720"/>
        <w:jc w:val="both"/>
      </w:pPr>
      <w:r>
        <w:rPr>
          <w:rFonts w:ascii="Times New Roman" w:hAnsi="Times New Roman" w:eastAsia="Times New Roman" w:cs="Times New Roman"/>
          <w:b/>
          <w:i w:val="0"/>
          <w:sz w:val="22"/>
        </w:rPr>
        <w:t xml:space="preserve">476. </w:t>
      </w:r>
      <w:r>
        <w:rPr>
          <w:rFonts w:ascii="Times New Roman" w:hAnsi="Times New Roman" w:eastAsia="Times New Roman" w:cs="Times New Roman"/>
          <w:b w:val="0"/>
          <w:i w:val="0"/>
          <w:sz w:val="22"/>
        </w:rPr>
        <w:t>Лука 17.06.21 10.07.21 346 500,00</w:t>
      </w:r>
    </w:p>
    <w:p>
      <w:pPr>
        <w:pStyle w:val="Heading3"/>
      </w:pPr>
      <w:r>
        <w:rPr>
          <w:rFonts w:ascii="Times New Roman" w:hAnsi="Times New Roman" w:eastAsia="Times New Roman" w:cs="Times New Roman"/>
          <w:b/>
          <w:i w:val="0"/>
          <w:sz w:val="22"/>
        </w:rPr>
        <w:t>Пункт 477. Правовой анализ</w:t>
      </w:r>
    </w:p>
    <w:p>
      <w:pPr>
        <w:spacing w:after="120" w:before="160"/>
        <w:ind w:firstLine="720"/>
        <w:jc w:val="both"/>
      </w:pPr>
      <w:r>
        <w:rPr>
          <w:rFonts w:ascii="Times New Roman" w:hAnsi="Times New Roman" w:eastAsia="Times New Roman" w:cs="Times New Roman"/>
          <w:b/>
          <w:i w:val="0"/>
          <w:sz w:val="22"/>
        </w:rPr>
        <w:t xml:space="preserve">477. </w:t>
      </w:r>
      <w:r>
        <w:rPr>
          <w:rFonts w:ascii="Times New Roman" w:hAnsi="Times New Roman" w:eastAsia="Times New Roman" w:cs="Times New Roman"/>
          <w:b w:val="0"/>
          <w:i w:val="0"/>
          <w:sz w:val="22"/>
        </w:rPr>
        <w:t>Телохранитель жены киллера 16.06.21 17.07.21 2 140 000,00</w:t>
      </w:r>
    </w:p>
    <w:p>
      <w:pPr>
        <w:pStyle w:val="Heading3"/>
      </w:pPr>
      <w:r>
        <w:rPr>
          <w:rFonts w:ascii="Times New Roman" w:hAnsi="Times New Roman" w:eastAsia="Times New Roman" w:cs="Times New Roman"/>
          <w:b/>
          <w:i w:val="0"/>
          <w:sz w:val="22"/>
        </w:rPr>
        <w:t>Пункт 478. Правовой анализ</w:t>
      </w:r>
    </w:p>
    <w:p>
      <w:pPr>
        <w:spacing w:after="120" w:before="160"/>
        <w:ind w:firstLine="720"/>
        <w:jc w:val="both"/>
      </w:pPr>
      <w:r>
        <w:rPr>
          <w:rFonts w:ascii="Times New Roman" w:hAnsi="Times New Roman" w:eastAsia="Times New Roman" w:cs="Times New Roman"/>
          <w:b/>
          <w:i w:val="0"/>
          <w:sz w:val="22"/>
        </w:rPr>
        <w:t xml:space="preserve">478. </w:t>
      </w:r>
      <w:r>
        <w:rPr>
          <w:rFonts w:ascii="Times New Roman" w:hAnsi="Times New Roman" w:eastAsia="Times New Roman" w:cs="Times New Roman"/>
          <w:b w:val="0"/>
          <w:i w:val="0"/>
          <w:sz w:val="22"/>
        </w:rPr>
        <w:t>Ночная прогулка 13.06.21 16.06.21 40 000,00</w:t>
      </w:r>
    </w:p>
    <w:p>
      <w:pPr>
        <w:pStyle w:val="Heading3"/>
      </w:pPr>
      <w:r>
        <w:rPr>
          <w:rFonts w:ascii="Times New Roman" w:hAnsi="Times New Roman" w:eastAsia="Times New Roman" w:cs="Times New Roman"/>
          <w:b/>
          <w:i w:val="0"/>
          <w:sz w:val="22"/>
        </w:rPr>
        <w:t>Пункт 479. Правовой анализ</w:t>
      </w:r>
    </w:p>
    <w:p>
      <w:pPr>
        <w:spacing w:after="120" w:before="160"/>
        <w:ind w:firstLine="720"/>
        <w:jc w:val="both"/>
      </w:pPr>
      <w:r>
        <w:rPr>
          <w:rFonts w:ascii="Times New Roman" w:hAnsi="Times New Roman" w:eastAsia="Times New Roman" w:cs="Times New Roman"/>
          <w:b/>
          <w:i w:val="0"/>
          <w:sz w:val="22"/>
        </w:rPr>
        <w:t xml:space="preserve">479. </w:t>
      </w:r>
      <w:r>
        <w:rPr>
          <w:rFonts w:ascii="Times New Roman" w:hAnsi="Times New Roman" w:eastAsia="Times New Roman" w:cs="Times New Roman"/>
          <w:b w:val="0"/>
          <w:i w:val="0"/>
          <w:sz w:val="22"/>
        </w:rPr>
        <w:t>Красный призрак 11.06.21 14.06.21 70 000,00</w:t>
      </w:r>
    </w:p>
    <w:p>
      <w:pPr>
        <w:pStyle w:val="Heading3"/>
      </w:pPr>
      <w:r>
        <w:rPr>
          <w:rFonts w:ascii="Times New Roman" w:hAnsi="Times New Roman" w:eastAsia="Times New Roman" w:cs="Times New Roman"/>
          <w:b/>
          <w:i w:val="0"/>
          <w:sz w:val="22"/>
        </w:rPr>
        <w:t>Пункт 480. Правовой анализ</w:t>
      </w:r>
    </w:p>
    <w:p>
      <w:pPr>
        <w:spacing w:after="120" w:before="160"/>
        <w:ind w:firstLine="720"/>
        <w:jc w:val="both"/>
      </w:pPr>
      <w:r>
        <w:rPr>
          <w:rFonts w:ascii="Times New Roman" w:hAnsi="Times New Roman" w:eastAsia="Times New Roman" w:cs="Times New Roman"/>
          <w:b/>
          <w:i w:val="0"/>
          <w:sz w:val="22"/>
        </w:rPr>
        <w:t xml:space="preserve">480. </w:t>
      </w:r>
      <w:r>
        <w:rPr>
          <w:rFonts w:ascii="Times New Roman" w:hAnsi="Times New Roman" w:eastAsia="Times New Roman" w:cs="Times New Roman"/>
          <w:b w:val="0"/>
          <w:i w:val="0"/>
          <w:sz w:val="22"/>
        </w:rPr>
        <w:t>Свадьбы не будет! 11.06.21 23.06.21 78 000,00</w:t>
      </w:r>
    </w:p>
    <w:p>
      <w:pPr>
        <w:pStyle w:val="Heading3"/>
      </w:pPr>
      <w:r>
        <w:rPr>
          <w:rFonts w:ascii="Times New Roman" w:hAnsi="Times New Roman" w:eastAsia="Times New Roman" w:cs="Times New Roman"/>
          <w:b/>
          <w:i w:val="0"/>
          <w:sz w:val="22"/>
        </w:rPr>
        <w:t>Пункт 481. Правовой анализ</w:t>
      </w:r>
    </w:p>
    <w:p>
      <w:pPr>
        <w:spacing w:after="120" w:before="160"/>
        <w:ind w:firstLine="720"/>
        <w:jc w:val="both"/>
      </w:pPr>
      <w:r>
        <w:rPr>
          <w:rFonts w:ascii="Times New Roman" w:hAnsi="Times New Roman" w:eastAsia="Times New Roman" w:cs="Times New Roman"/>
          <w:b/>
          <w:i w:val="0"/>
          <w:sz w:val="22"/>
        </w:rPr>
        <w:t xml:space="preserve">481. </w:t>
      </w:r>
      <w:r>
        <w:rPr>
          <w:rFonts w:ascii="Times New Roman" w:hAnsi="Times New Roman" w:eastAsia="Times New Roman" w:cs="Times New Roman"/>
          <w:b w:val="0"/>
          <w:i w:val="0"/>
          <w:sz w:val="22"/>
        </w:rPr>
        <w:t>Ограбление по-джентльменски 10.06.21 14.07.21 1 565 000,00</w:t>
      </w:r>
    </w:p>
    <w:p>
      <w:pPr>
        <w:pStyle w:val="Heading3"/>
      </w:pPr>
      <w:r>
        <w:rPr>
          <w:rFonts w:ascii="Times New Roman" w:hAnsi="Times New Roman" w:eastAsia="Times New Roman" w:cs="Times New Roman"/>
          <w:b/>
          <w:i w:val="0"/>
          <w:sz w:val="22"/>
        </w:rPr>
        <w:t>Пункт 482. Правовой анализ</w:t>
      </w:r>
    </w:p>
    <w:p>
      <w:pPr>
        <w:spacing w:after="120" w:before="160"/>
        <w:ind w:firstLine="720"/>
        <w:jc w:val="both"/>
      </w:pPr>
      <w:r>
        <w:rPr>
          <w:rFonts w:ascii="Times New Roman" w:hAnsi="Times New Roman" w:eastAsia="Times New Roman" w:cs="Times New Roman"/>
          <w:b/>
          <w:i w:val="0"/>
          <w:sz w:val="22"/>
        </w:rPr>
        <w:t xml:space="preserve">482. </w:t>
      </w:r>
      <w:r>
        <w:rPr>
          <w:rFonts w:ascii="Times New Roman" w:hAnsi="Times New Roman" w:eastAsia="Times New Roman" w:cs="Times New Roman"/>
          <w:b w:val="0"/>
          <w:i w:val="0"/>
          <w:sz w:val="22"/>
        </w:rPr>
        <w:t>Заклятие 3: По воле дьявола 10.06.21 20.06.21 188 000,00</w:t>
      </w:r>
    </w:p>
    <w:p>
      <w:pPr>
        <w:pStyle w:val="Heading3"/>
      </w:pPr>
      <w:r>
        <w:rPr>
          <w:rFonts w:ascii="Times New Roman" w:hAnsi="Times New Roman" w:eastAsia="Times New Roman" w:cs="Times New Roman"/>
          <w:b/>
          <w:i w:val="0"/>
          <w:sz w:val="22"/>
        </w:rPr>
        <w:t>Пункт 483. Правовой анализ</w:t>
      </w:r>
    </w:p>
    <w:p>
      <w:pPr>
        <w:spacing w:after="120" w:before="160"/>
        <w:ind w:firstLine="720"/>
        <w:jc w:val="both"/>
      </w:pPr>
      <w:r>
        <w:rPr>
          <w:rFonts w:ascii="Times New Roman" w:hAnsi="Times New Roman" w:eastAsia="Times New Roman" w:cs="Times New Roman"/>
          <w:b/>
          <w:i w:val="0"/>
          <w:sz w:val="22"/>
        </w:rPr>
        <w:t xml:space="preserve">483. </w:t>
      </w:r>
      <w:r>
        <w:rPr>
          <w:rFonts w:ascii="Times New Roman" w:hAnsi="Times New Roman" w:eastAsia="Times New Roman" w:cs="Times New Roman"/>
          <w:b w:val="0"/>
          <w:i w:val="0"/>
          <w:sz w:val="22"/>
        </w:rPr>
        <w:t>Мейнстрим 09.06.21 09.06.21 12 000,00</w:t>
      </w:r>
    </w:p>
    <w:p>
      <w:pPr>
        <w:pStyle w:val="Heading3"/>
      </w:pPr>
      <w:r>
        <w:rPr>
          <w:rFonts w:ascii="Times New Roman" w:hAnsi="Times New Roman" w:eastAsia="Times New Roman" w:cs="Times New Roman"/>
          <w:b/>
          <w:i w:val="0"/>
          <w:sz w:val="22"/>
        </w:rPr>
        <w:t>Пункт 484. Правовой анализ</w:t>
      </w:r>
    </w:p>
    <w:p>
      <w:pPr>
        <w:spacing w:after="120" w:before="160"/>
        <w:ind w:firstLine="720"/>
        <w:jc w:val="both"/>
      </w:pPr>
      <w:r>
        <w:rPr>
          <w:rFonts w:ascii="Times New Roman" w:hAnsi="Times New Roman" w:eastAsia="Times New Roman" w:cs="Times New Roman"/>
          <w:b/>
          <w:i w:val="0"/>
          <w:sz w:val="22"/>
        </w:rPr>
        <w:t xml:space="preserve">484. </w:t>
      </w:r>
      <w:r>
        <w:rPr>
          <w:rFonts w:ascii="Times New Roman" w:hAnsi="Times New Roman" w:eastAsia="Times New Roman" w:cs="Times New Roman"/>
          <w:b w:val="0"/>
          <w:i w:val="0"/>
          <w:sz w:val="22"/>
        </w:rPr>
        <w:t>4 сапога и барсук 08.06.21 12.06.21 20 000,00</w:t>
      </w:r>
    </w:p>
    <w:p>
      <w:pPr>
        <w:pStyle w:val="Heading3"/>
      </w:pPr>
      <w:r>
        <w:rPr>
          <w:rFonts w:ascii="Times New Roman" w:hAnsi="Times New Roman" w:eastAsia="Times New Roman" w:cs="Times New Roman"/>
          <w:b/>
          <w:i w:val="0"/>
          <w:sz w:val="22"/>
        </w:rPr>
        <w:t>Пункт 485. Правовой анализ</w:t>
      </w:r>
    </w:p>
    <w:p>
      <w:pPr>
        <w:spacing w:after="120" w:before="160"/>
        <w:ind w:firstLine="720"/>
        <w:jc w:val="both"/>
      </w:pPr>
      <w:r>
        <w:rPr>
          <w:rFonts w:ascii="Times New Roman" w:hAnsi="Times New Roman" w:eastAsia="Times New Roman" w:cs="Times New Roman"/>
          <w:b/>
          <w:i w:val="0"/>
          <w:sz w:val="22"/>
        </w:rPr>
        <w:t xml:space="preserve">485. </w:t>
      </w:r>
      <w:r>
        <w:rPr>
          <w:rFonts w:ascii="Times New Roman" w:hAnsi="Times New Roman" w:eastAsia="Times New Roman" w:cs="Times New Roman"/>
          <w:b w:val="0"/>
          <w:i w:val="0"/>
          <w:sz w:val="22"/>
        </w:rPr>
        <w:t>Гнев человеческий 08.06.21 16.06.21 152 000,00</w:t>
      </w:r>
    </w:p>
    <w:p>
      <w:pPr>
        <w:pStyle w:val="Heading3"/>
      </w:pPr>
      <w:r>
        <w:rPr>
          <w:rFonts w:ascii="Times New Roman" w:hAnsi="Times New Roman" w:eastAsia="Times New Roman" w:cs="Times New Roman"/>
          <w:b/>
          <w:i w:val="0"/>
          <w:sz w:val="22"/>
        </w:rPr>
        <w:t>Пункт 486. Правовой анализ</w:t>
      </w:r>
    </w:p>
    <w:p>
      <w:pPr>
        <w:spacing w:after="120" w:before="160"/>
        <w:ind w:firstLine="720"/>
        <w:jc w:val="both"/>
      </w:pPr>
      <w:r>
        <w:rPr>
          <w:rFonts w:ascii="Times New Roman" w:hAnsi="Times New Roman" w:eastAsia="Times New Roman" w:cs="Times New Roman"/>
          <w:b/>
          <w:i w:val="0"/>
          <w:sz w:val="22"/>
        </w:rPr>
        <w:t xml:space="preserve">486. </w:t>
      </w:r>
      <w:r>
        <w:rPr>
          <w:rFonts w:ascii="Times New Roman" w:hAnsi="Times New Roman" w:eastAsia="Times New Roman" w:cs="Times New Roman"/>
          <w:b w:val="0"/>
          <w:i w:val="0"/>
          <w:sz w:val="22"/>
        </w:rPr>
        <w:t>Круэлла 07.06.21 03.07.21 1 480 000,00</w:t>
      </w:r>
    </w:p>
    <w:p>
      <w:pPr>
        <w:pStyle w:val="Heading3"/>
      </w:pPr>
      <w:r>
        <w:rPr>
          <w:rFonts w:ascii="Times New Roman" w:hAnsi="Times New Roman" w:eastAsia="Times New Roman" w:cs="Times New Roman"/>
          <w:b/>
          <w:i w:val="0"/>
          <w:sz w:val="22"/>
        </w:rPr>
        <w:t>Пункт 487. Правовой анализ</w:t>
      </w:r>
    </w:p>
    <w:p>
      <w:pPr>
        <w:spacing w:after="120" w:before="160"/>
        <w:ind w:firstLine="720"/>
        <w:jc w:val="both"/>
      </w:pPr>
      <w:r>
        <w:rPr>
          <w:rFonts w:ascii="Times New Roman" w:hAnsi="Times New Roman" w:eastAsia="Times New Roman" w:cs="Times New Roman"/>
          <w:b/>
          <w:i w:val="0"/>
          <w:sz w:val="22"/>
        </w:rPr>
        <w:t xml:space="preserve">487. </w:t>
      </w:r>
      <w:r>
        <w:rPr>
          <w:rFonts w:ascii="Times New Roman" w:hAnsi="Times New Roman" w:eastAsia="Times New Roman" w:cs="Times New Roman"/>
          <w:b w:val="0"/>
          <w:i w:val="0"/>
          <w:sz w:val="22"/>
        </w:rPr>
        <w:t>Итальянские каникулы 07.06.21 15.06.21 72 000,00</w:t>
      </w:r>
    </w:p>
    <w:p>
      <w:pPr>
        <w:pStyle w:val="Heading3"/>
      </w:pPr>
      <w:r>
        <w:rPr>
          <w:rFonts w:ascii="Times New Roman" w:hAnsi="Times New Roman" w:eastAsia="Times New Roman" w:cs="Times New Roman"/>
          <w:b/>
          <w:i w:val="0"/>
          <w:sz w:val="22"/>
        </w:rPr>
        <w:t>Пункт 488. Правовой анализ</w:t>
      </w:r>
    </w:p>
    <w:p>
      <w:pPr>
        <w:spacing w:after="120" w:before="160"/>
        <w:ind w:firstLine="720"/>
        <w:jc w:val="both"/>
      </w:pPr>
      <w:r>
        <w:rPr>
          <w:rFonts w:ascii="Times New Roman" w:hAnsi="Times New Roman" w:eastAsia="Times New Roman" w:cs="Times New Roman"/>
          <w:b/>
          <w:i w:val="0"/>
          <w:sz w:val="22"/>
        </w:rPr>
        <w:t xml:space="preserve">488. </w:t>
      </w:r>
      <w:r>
        <w:rPr>
          <w:rFonts w:ascii="Times New Roman" w:hAnsi="Times New Roman" w:eastAsia="Times New Roman" w:cs="Times New Roman"/>
          <w:b w:val="0"/>
          <w:i w:val="0"/>
          <w:sz w:val="22"/>
        </w:rPr>
        <w:t>Форсаж 9 07.06.21 12.06.21 106 000,00</w:t>
      </w:r>
    </w:p>
    <w:p>
      <w:pPr>
        <w:pStyle w:val="Heading3"/>
      </w:pPr>
      <w:r>
        <w:rPr>
          <w:rFonts w:ascii="Times New Roman" w:hAnsi="Times New Roman" w:eastAsia="Times New Roman" w:cs="Times New Roman"/>
          <w:b/>
          <w:i w:val="0"/>
          <w:sz w:val="22"/>
        </w:rPr>
        <w:t>Пункт 489. Выводы</w:t>
      </w:r>
    </w:p>
    <w:p>
      <w:pPr>
        <w:spacing w:after="120" w:before="160"/>
        <w:ind w:firstLine="720"/>
        <w:jc w:val="both"/>
      </w:pPr>
      <w:r>
        <w:rPr>
          <w:rFonts w:ascii="Times New Roman" w:hAnsi="Times New Roman" w:eastAsia="Times New Roman" w:cs="Times New Roman"/>
          <w:b/>
          <w:i w:val="0"/>
          <w:sz w:val="22"/>
        </w:rPr>
        <w:t xml:space="preserve">489. </w:t>
      </w:r>
      <w:r>
        <w:rPr>
          <w:rFonts w:ascii="Times New Roman" w:hAnsi="Times New Roman" w:eastAsia="Times New Roman" w:cs="Times New Roman"/>
          <w:b w:val="0"/>
          <w:i w:val="0"/>
          <w:sz w:val="22"/>
        </w:rPr>
        <w:t>Тихое место 2 07.06.21 21.06.21 372 000,00 ИТОГ 222 933 000 В отношении российских правообладателей истец в материалы дела представил копии договоров о передаче полномочий по управлению правами, заключенных правообладателями напрямую с РАО. В договорах правообладатели передали РАО право на совершение всех юридических действий, необходимых для защиты их прав и законных интересов, включая обращение в суд от своего имени, представление правообладателей в процессе без доверенности, действия по взысканию присужденных денежных средств и их получение для последующего распределения правообладателям и т.п. В отношении иностранных правообладателей Истец в материалы дела представил составленные иностранными организациями по управлению правами на коллективной основе справки по каждому фильму (Que Sheet Report) и копии договоров о передаче полномочий по управлению правами, заключенных между РАО и такими организациями. В соответствии с условиями таких договоров, иностранные ОКУП передали РАО полномочия осуществлять на территории РФ судебную защиту прав и законных интересов правообладателей -членов иностранных ОКУП, включая право на обращение в суд от своего имени, получение присужденных денежных средств и т.п. Исковые требования заявлены истцом в связи с публичным исполнением ответчиком в период с 07.06.2021 по 31.10.2023 вышеперечисленных аудиовизуальных произведений в кинотеатре «Романов Синема» без выплаты вознаграждения правообладателям. Предметом исковых требований явилось требование о выплате ответчиком вознаграждения в размере 3% от сумм валового сбора от продажи билетов на показы вышеперечисленных аудиовизуальных произведений для последующего распределения авторам музыкальных произведений, использованных в этих аудиовизуальных произведениях. В соответствии с полученной РАО информацией общая сумма валового сбора, поступившая от продажи билетов на указанные в исковом заявлении аудиовизуальные произведения за период с 07.06.2021 по 31.10.2023 в кинотеатре «Романов Синема», составила 222 933 000 рублей, следовательно, возможная ко взысканию компенсация – 6?687?990 руб. Неисполнение ответчиком досудебной претензии послужило поводом для обращения истцом в суд с заявленными требованиями. Суд первой инстанции признал обоснованными заявленные истцом требования и удовлетворил их в полном объеме. Обжалуя решение суда первой инстанции, ответчик указывает, что присуждение компенсации в данном споре противоречит правовой доктрине Российской Федерации с учетом санкционного давления на Российскую Федерацию со стороны «недружественных стран». Истец злоупотребляет предоставленными правами, норма ст. 1263 ГК РФ не должна использоваться в целях постоянного или временного материального обогащения иных лиц, в том числе выполняющих функции аккредитованных организаций по управлению правами на коллективной основе. Ответчиком не представлено ни одного договора с правообладателями, полномочия истца на защиту интересов правообладателей не подтверждены. Ни в решении суда, ни в иске РАО не указаны авторы произведений, конкретная сумма, причитающаяся каждому автору, что нарушает позицию высших судебных инстанций. Представленные истцом справки не являются допустимыми доказательствами в соответствии с нормами АПК РФ. Суд апелляционной инстанции находит доводы заявителя апелляционной жалобы несостоятельными, направленными на переоценку выводов суда первой инстанции, оснований для которой суд апелляционной инстанции не усматривает. В соответствии с п. 1 ст. 1229 ГК РФ гражданин или юридическое лицо, обладающие исключительным правом на результат интеллектуальной деятельности (правообладатель), вправе использовать такой результат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согласия правообладателя, за исключением случаев, предусмотренных ГК РФ. Использование результата интеллектуальной деятельности (в том числе их использование способами, предусмотренными ГК РФ), если такое использование осуществляется без согласия правообладателя, является незаконным и влечет ответственность, установленную ГК РФ, другими законами, за исключением случаев, когда использование результата интеллектуальной деятельности лицами иными, чем правообладатель, без его согласия допускается Гражданским кодексом Российской Федерации. Одним из способов использования произведения считается его публичное исполнение, т.е. представление произведения в живом исполнении или с помощью технических средств (радио, телевидения и иных),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 (пп. 6 п. 2 ст. 1270 ГК РФ ). В соответствии со статьей 6.1 Федерального закона № 126-ФЗ демонстратор фильма, осуществляющий платный показ фильма в кинозале, обязан передавать информацию относительно каждого проданного при проведении показа фильма в кинозале билета о названии кинотеатра, дате, времени, названии сеанса, названии фильма, номере прокатного удостоверения, номере или названии кинозала, номере ряда, номере места, цене билета, скидке на билет в Единую федеральную автоматизированную информационную систему сведений о показах фильмов в кинозалах, которая предназначена для обеспечения защиты исключительных прав на аудиовизуальные произведения, прав потребителей и обеспечения федерального органа исполнительной власти в области кинематографии достоверной и оперативной информацией о состоянии внутреннего рынка проката фильмов. При публичном исполнении либо сообщении в эфир или по кабелю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 (п. 3 ст. 1263 ГК РФ , в редакции Федерального закона от 12.03.2014 N 35-ФЗ). С учетом специфики аудиовизуального произведения как объекта интеллектуальной собственности и субъектов соответствующих правоотношений законодатель при выборе модели регулирования использования охраняемых результатов такой интеллектуальной деятельности в п. 3 ст. 1263 ГК РФ предусмотрел гарантию права на вознаграждение для автора музыкального произведения (с текстом или без текста), использованного в аудиовизуальном произведении, при публичном его исполнении или сообщении в эфир либо по кабелю (определения Конституционного Суда Российской Федерации от 30.09.2010 № 1354-О-О, от 28.02.2017 № 429-О). Автор музыкального произведения, использованного в аудиовизуальном произведении, сохраняет право на вознаграждение при публичном исполнении либо сообщении в эфир или по кабелю этого аудиовизуального произведения. Даже если исключительное право на соответствующее музыкальное произведение в целом принадлежит другому лицу, право на вознаграждение сохраняется за автором. В соответствии с положением п. 1 ст. 1243 ГК РФ в случаях, если объекты авторских и смежных прав в соответствии с настоящим Кодексом могут быть использованы без согласия правообладателя, но с выплатой ему вознаграждения, организация по управлению правами на коллективной основе заключает с пользователями, иными лицами, на которых настоящим Кодексом возлагается обязанность по уплате средств для выплаты вознаграждения, договоры о выплате вознаграждения и собирает средства на эти цели. Таким образом, выплата авторского вознаграждения является обязанностью ответчика, в целях исполнения такой обязанности законодательно предусмотрен такой инструмент, как аккредитованная организация по коллективному управлению правами, позволяющий пользователю выплатить авторское вознаграждение в пользу всех авторов единовременно с минимальными оперативными затратами на выполнение этой обязанности. Постановлением Правительства Российской Федерации от 21.03.1994 № 218 «О минимальных ставках авторского вознаграждения за некоторые виды использования произведений литературы и искусства» установлено, что за использование музыкальных произведений с текстом или без текста при демонстрации аудиовизуальных произведений в кинотеатрах при платном для зрителей входе авторское вознаграждение составляет 3% от суммы валового сбора, поступившего от продажи билетов. Согласно позиции Верховного Суда, изложенной в определении от 08.07.2020 по делу № 309-ЭС19-20255 иной порядок расчета авторского вознаграждения (например, по хронометражу звучания музыкального произведения в кинофильме) данным постановлением не предусмотрен. Таким образом, выплата авторского вознаграждения, рассчитанного как 3% от сумм валового сбора, поступивших от продажи билетов – является обязанностью пользователя, которую он должен исполнить напрямую правообладателям или через аккредитованную организацию по коллективному управлению правами, в силу положений ст. 1263 ГК РФ . Распределение собранного авторского вознаграждения – обязанность истца, возложенная на него действующим законодательством, государственной аккредитацией и осуществляемая под контролем Министерства культуры Российской Федерации. Заключение договора о выплате авторского вознаграждения, предусмотренного п.3 ст. 1263 ГК РФ , между аккредитованной организацией по коллективному управлению правами и пользователем (организацией, осуществляющей использование соответствующих объектов интеллектуальной собственности) – является обязанностью сторон. Судом также установлено, что истец является членом Международной конфедерации обществ авторов и композиторов CISAC (СИЗАК) (основана в 1926 году в Париже), созданной с целью обеспечения охраны и защиты создателей духовных ценностей и координации технической деятельности между входящими в нее авторско-правовыми организациями. Так, в соответствии со ст.ст. 1231 , 1256 ГК РФ произведения иностранных авторов на территории Российской Федерации охраняются в соответствии с международными договорами. С 27 мая 1973 г. Российская Федерация является участником Всемирной (Женевской) конвенции об авторском праве 1952 г., а с 13 марта 1995 г. - Бернской конвенции по охране литературных и художественных произведений 1886 г. Международные договоры Российской Федерации являются составной частью ее правовой системы. Если международным договором установлены иные правила, чем те, которые предусмотрены гражданским законодательством, применяются правила международного договора (ст. 7 ГК РФ ). Согласно п. 1 ст. 5 Бернской конвенции в отношении произведений, по которым авторам предоставляется охрана в силу настоящей Конвенции, авторы пользуются в странах Союза, кроме страны происхождения произведения, правами, которые предоставляются в настоящее время или будут предоставлены в дальнейшем соответствующими законами этих стран своим гражданам. Гражданским кодексом РФ также предусмотрены одинаковые правила, регулирующие использование произведений как российских, так и иностранных авторов. В силу статьи II Всемирной Конвенции об авторском праве выпущенные в свет произведения граждан любого Договаривающегося государства, равно как произведения, впервые выпущенные в свет на территории такого государства, пользуются в каждом другом Договаривающемся государстве охраной, которую такое государство предоставляет произведениям своих граждан, впервые выпущенным в свет на его собственной территории. Согласно ст. 5 Бернской конвенции в отношении произведений, по которым авторам предоставляется охрана в силу названной Конвенции, авторы пользуются в странах Союза, кроме страны происхождения произведения, правами, которые предоставляются в настоящее время или могут быть предоставлены в дальнейшем соответствующими законами этих стран своим гражданам, а также правами, особо предоставляемыми настоящей Конвенцией. Пунктом 3 ст. 1256 ГК РФ установлено, что если на территории России произведению предоставляется охрана в соответствии с международным договором России, то автор произведения или иной первоначальный правообладатель определяется по закону того государства, на территории которого имел место юридический факт, послуживший основанием для приобретения авторских прав. Данная норма рассчитана на законодательство об авторском праве государств, где авторами или первоначальными правообладателями признаются так же и юридические лица. В этих случаях и на территории Российской Федерации то же самое лицо должно быть признано автором (или первоначальным обладателем авторских прав) на это произведение. При этом согласно п. 2 (а) ст. 14 Бернской конвенции определение лиц-обладателей авторского права на кинематографическое произведение осуществляется в соответствии с законодательством страны, в которой потребуется охрана. Из изложенного следует, что для иностранных лиц, чьи произведения используются на территории Российской Федерации и в защиту прав и законных интересов которых заявлен иск, на территории России предоставляется охрана в объеме прав, которые Российская Федерация предоставляет своим гражданам, при доказанности у этих лиц прав автора спорных произведений по закону того государства, на территории которого имел место юридический факт, послуживший основанием для приобретения авторских прав. Данные относительно иностранных авторов содержатся в международной системе (в том числе в электронном виде) под контролем CISAC. Истец, как член CISAC, представил сведения об авторах всех музыкальных произведений, которые были получены им от иностранных организаций по защите прав авторов (международной конфедерации CISAC). Следовательно, все сведения, относительно музыкальных произведений, включенных в состав аудиовизуальных произведений, публичное исполнение которых осуществлял ответчик в период, заявленный в исковом заявлении, получены истцом из документов, формируемых непосредственно изготовителями аудиовизуальных произведений или от иностранных организаций по коллективному управлению, которые были сформированы на основании сведений от изготовителей аудиовизуальных произведений (музыкальные справки и Cue sheet reports). Таким образом, информация о музыкальных произведениях и их авторах получена истцом непосредственно из первоисточника, никакими документами ответчика не опровергнута и оспорена не была. В материалы дела истец представил перечень аудиовизуальных произведений, музыкальных произведений, включенных в состав аудиовизуальных произведений, правообладателей таких музыкальных произведений, размер авторского вознаграждения, подлежащего выплате каждому правообладателю. Поскольку доказательств опровергающих сведения об авторах музыкальных произведений, содержащихся в представленных истцом доказательствах, ответчик не представил, арбитражный суд, принимая во внимание существующий порядок получения истцом – специально созданной и уполномоченной (государственная аккредитация) организацией по коллективному управлению правами – сведений об отечественных и иностранных авторах, сделал обоснованный вывод о доказанности того юридически значимого обстоятельства, что поименованные в представленном детализированном расчете физические лица являются авторами соответствующих музыкальных произведений. В отношении иностранных правообладателей истец в материалы дела представил составленные иностранными организациями по управлению правами на коллективной основе справки по каждому фильму (Que Sheet Report) и копии договоров о передаче полномочий по управлению правами, заключенных между РАО и такими организациями. В соответствии с условиями таких договоров, иностранные ОКУП передали РАО полномочия осуществлять на территории РФ судебную защиту прав и законных интересов правообладателей – членов иностранных ОКУП, включая право на обращение в суд от своего имени, получение присужденных денежных средств и т.п. Исковые требования заявлены истцом в связи с публичным исполнением ответчиком в период с 07.06.2021 по 31.10.2023 перечисленных аудиовизуальных произведений в кинотеатре «Романов Синема» без выплаты вознаграждения правообладателям. Предметом исковых требований явилось требование о выплате Ответчиком вознаграждения в размере 3% от сумм валового сбора от продажи билетов на показы вышеперечисленных аудиовизуальных произведений для последующего распределения авторам музыкальных произведений, использованных в этих аудиовизуальных произведениях. Поскольку доказательств опровергающих сведения об авторах музыкальных произведений, содержащихся в представленных истцом доказательствах, ответчик не представил, арбитражный суд, принимая во внимание существующий порядок получения истцом – специально созданной и уполномоченной (государственная аккредитация) организацией по коллективному управлению правами – сведений об отечественных и иностранных авторах, приходит к выводу о доказанности того юридически значимого обстоятельства, что поименованные в представленном детализированном расчете физические лица являются авторами соответствующих музыкальных произведений. Вопреки доводам апелляционной жалобы обстоятельства перечисления истцом компенсации в адрес правообладателей не имеют правового значения для правильного разрешения настоящего спора при наличии у истца права на предъявление требований, не свидетельствуют о злоупотреблении истцом своими правами, не имеют отношения к ответчику как обязанному лицу. Равным образом отсутствие в резолютивной части указания на авторов произведений не препятствует исполнению решения суда. Доводы заявителя апелляционной жалобы не основаны на нормах права и противоречат сложившейся судебной практике, на которую ссылается сам ответчик по взаимоотношениям с истцом: А40-933/2018, А40-315928/2018. Учитывая изложенное, суд апелляционной инстанции приходит к выводу о том, что решение суда первой инстанции соответствует фактическим обстоятельствам дела и имеющимся в нем доказательствам, нарушений норм материального и процессуального права, в том числе на основании ч. 4 ст. 270 АПК РФ , не выявлено, в связи с чем апелляционная жалоба по изложенным в ней доводам удовлетворению не подлежит. В связи с отказом в удовлетворении апелляционной жалобы судебные расходы по уплате государственной пошлины при ее подаче в силу ст. 110 АПК РФ относятся на заявителя. Руководствуясь статьями 110 , 176 , 266 - 268 , пунктом 1 статьи 269 , 271 Арбитражного процессуального кодекса Российской Федерации, арбитражный суд п о с т а н о в и л: решение Арбитражного суда города Москвы от 03.02.2025 по делу № А40-126668/24 оставить без изменения, а апелляционную жалобу – без удовлетворения. Постановление Девятого арбитражного апелляционного суда вступает в законную силу со дня его принятия и может быть обжаловано в течение двух месяцев со дня изготовления постановления в полном объеме в Суд по интеллектуальным правам. Председательствующий судья В.В. Валюшкина Судьи: Ю.Н. Кухаренко Т.В.Захарова Суд: 9 ААС (Девятый арбитражный апелляционный суд) (подробнее) Истцы: ОБЩЕРОССИЙСКАЯ "РОССИЙСКОЕ АВТОРСКОЕ ОБЩЕСТВО" (подробнее) Ответчики: ООО "МЕДИА-ХОЛД" (подробнее) Судьи дела: Кухаренко Ю.Н. (судья) (подробнее) Судебная практика по: По авторскому праву Судебная практика по применению норм ст. 1255, 1256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