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Взыскать с ООО «Механизация 7» в пользу ООО «Интерлизинг» задолженность по лизинговым платежам на 16.02.2024 по договорам лизинга в размере 7 504 075 рублей 72 копейки, из которых: – по договору лизинга № ЛД-42-2297/22 от 03.06.22 года 3 313 620,00 руб.; – по договору лизинга № ЛД-42-2454/23 от 27.03.23 года 609 372,46 руб.; – по договору лизинга № ЛД-42-2461/23 от 27.03.23 года 500 972,10 руб.; – по договору лизинга № ЛД-42-5100/21 от 07.09.21 года 2 266 001,10 руб.; – по договору лизинга № ЛД-42-7736/21 от 17.12.21 года 814 110,06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солидарно с ООО «Механизация 7», ООО «Кволити-Сервис» в пользу ООО «Интерлизинг» задолженность по лизинговым платежам на 16.02.2024 по договорам лизинга в размере 1 407 309 рублей 32 копейки, из которых: – по договору лизинга № ЛД-42-1606/21 от 31.03.21 года 1 168 502,32 руб.; – по договору лизинга № ЛД-42-3154/21 от 11.06.21 года 238 807,00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ООО «Механизация 7» в пользу ООО «Интерлизинг» пени за просрочку уплаты лизинговых платежей по договорам лизинга на 30.04.2024 в размере 3 261 532 рубля 53 копеек, из которых: – по договору № ЛД-42-2297/22 от 03.06.22 года за период с 01.11.2023 по 30.04.2024г - 1 388 406,78 руб.; – по договору № ЛД-42-2454/23 от 27.03.23 года за период с 01.11.2023 по 30.04.2024г - 470 391,34 руб.; – по договору № ЛД-42-2461/23 от 27.03.23 года за период с 01.11.2023 по 30.04.2024г - 212 412,17 руб.; – по договору № ЛД-42-5100/21 от 07.09.21 года за период с 01.11.2023 по 30.04.2024г - 940 390,46 руб.; – по договору № ЛД-42-7736/21 от 17.12.21 года за период с 01.11.2023 по 30.04.2024г - 249 931,78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Взыскать солидарно с ООО «Механизация 7», ООО «Кволити-Сервис» в пользу ООО «Интерлизинг» пени за просрочку уплаты лизинговых платежей по договорам лизинга на 15.02.2024г. в размере 666 500 рублей 02 копейки, из которых: – по договору № ЛД-42-1606/21 от 31.03.21 года за период с 01.11.2023 по 30.04.2024г - 564 768,23 руб.; – по договору № ЛД-42-3154/21 от 11.06.21 года за период с 01.11.2023 по 30.04.2024г - 101 731,79 руб.</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Взыскать с ООО «Механизация 7» в пользу ООО «Интерлизинг» пени с 01.05.2024 по дату фактического исполнения обязательств по Договорам лизинга № ЛД-42- 2297/22 от 03.06.22, ЛД-42-2454/23 от 27.03.23, ЛД-42-2461/23 от 27.03.23, ЛД-42-5100/21 от 07.09.21, ЛД-42-7736/21 от 17.12.21 исходя из ставки 0,3% от суммы неисполненного обязательства по уплате лизинговых платежей за каждый день просрочки.</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Взыскать солидарно с ООО «Механизация 7», ООО «Кволити-Сервис» в пользу ООО «Интерлизинг» пени с 01.05.2024 по дату фактического исполнения обязательств по Договорам лизинга № ЛД-42-1606/21 от 31.03.21, ЛД-42-3154/21 от 11.06.21 исходя из ставки 0,3% от суммы неисполненного обязательства по уплате лизинговых платежей за каждый день просрочки. К участию в деле в качестве третьего лица, не заявляющего самостоятельных требований относительно предмета спора, привлечен ФИО2. Решением Арбитражного суда города Санкт-Петербурга и Ленинградской области от 02.06.2024 исковые требования удовлетворены. 09.07.2024 Арбитражным судом города Санкт-Петербурга и Ленинградской области выдан исполнительный лист ФС 045912271. 25.04.2025 ООО «Механизация 7» обратилось в суд первой инстанции с заявлением об уменьшении размера взыскиваемого с должника исполнительского сбора, установленного постановлением судебного пристава-исполнителя ФИО3 от 12.08.2024, с 804 034руб. 90 коп. на 201 008 руб. 73 коп., что составляет ¼ от его общей суммы. Определением Арбитражного суда города Санкт-Петербурга и Ленинградской области от 30.06.2025 уменьшен размер взыскиваемого с ООО «Механизация 7» исполнительского сбора, установленного постановлением судебного пристава-исполнителя от 09.09.2024 № 42037/24/222355, до 603 026,17 руб. Не согласившись с определением суда, ведущий судебный пристав-исполнитель ОСП г. Новокузнецка по ЮЛ ГУ ФССП по Кемеровской области-Кузбассу ФИО1 обратилась с апелляционной жалобой, в которой просит определение отменить, принять по делу новый судебный акт об отказе в удовлетворении заявления ООО «Механизация 7». В обоснование жалобы ее податель указывает, что исполнительский сбор носит обязательный характер, то есть взыскивается всегда в предусмотренных ст. 112 Федерального закона от 02.10.2007 № 229-ФЗ «Об исполнительном производстве» ситуациях и в установленном законом размере. По мнению подателя жалобы, судом первой инстанции судом необоснованно признаны уважительными доводы заявителя о наличии тяжелого материального положения из-за наличия на счетах, должника ограничений со стороны налогового органа и ограничений со стороны ФССП.; не изучены материалы исполнительного производства № 176982/24/42037-ИП, 176980/24/42037-СД в отношении ООО «Механизация 7», из которых усматривается систематическое противоправное поведение должника (факты открытия счетов, сокрытие имущества, уклонение от явки на прием). Согласно части 2 статьи 272 Арбитражного процессуального кодекса Российской Федерации (далее - АПК РФ) апелляционные жалобы на определения арбитражного суда первой инстанции, за исключением случаев, предусмотренных АПК РФ, рассматриваются судьей арбитражного суда апелляционной инстанции единолично. Информация о времени и месте рассмотрения апелляционной жалобы опубликована на официальном сайте Тринадцатого арбитражного апелляционного суда. Надлежащим образом извещенные о времени и месте судебного разбирательства участвующие в деле лица своих представителей в судебное заседание не направили, жалоба рассмотрена в их отсутствие в соответствии со статьей 156 АПК РФ . Законность и обоснованность обжалуемого определения суда проверены в апелляционном порядке. Частями 1, 2 статьи 5 Федерального закона от 02.10.2007 N 229-ФЗ «Об исполнительном производстве» (далее - Закон № 229-ФЗ) установлено, что принудительное исполнение судебных актов, актов других органов и должностных лиц в порядке, установленном этим Федеральным законом, возлагается на Федеральную службу судебных приставов и ее территориальные органы. Непосредственное осуществление функций по принудительному исполнению судебных актов, актов других органов и должностных лиц возлагается на судебных приставов-исполнителей структурных подразделений Федеральной службы судебных приставов и судебных приставов-исполнителей структурных подразделений территориальных органов Федеральной службы судебных приставов. В соответствии с частью 1 статьи 30 Закона № 229-ФЗ судебный пристав-исполнитель возбуждает исполнительное производство на основании исполнительного документа по заявлению взыскателя, если иное не установлено этим Федеральным законом. Частью 11 статьи 30 Закона N 229-ФЗ установлено, что если исполнительный документ впервые поступил в службу судебных приставов, то судебный пристав-исполнитель в постановлении о возбуждении исполнительного производства устанавливает срок для добровольного исполнения должником содержащихся в исполнительном документе требований и предупреждает должника о принудительном исполнении указанных требований по истечении срока для добровольного исполнения с взысканием с него исполнительского сбора и расходов по совершению исполнительных действий, предусмотренных статьями 112 и 116 Закона N 229-ФЗ. В силу части 12 статьи 30 Закона N 229-ФЗ срок для добровольного исполнения составляет пять дней со дня получения должником постановления о возбуждении исполнительного производства либо с момента доставки извещения о размещении информации о возбуждении исполнительного производства в банке данных, отправленного посредством передачи короткого текстового сообщения по сети подвижной радиотелефонной связи, либо иного извещения или постановления о возбуждении исполнительного производства, вынесенного в форме электронного документа и направленного адресату, в том числе в его единый личный кабинет на Едином портале государственных и муниципальных услуг, в соответствии с частью 2.1 статьи 14 настоящего Федерального закона, если иное не установлено настоящим Федеральным законом. Как указано в пункте 22 постановления Пленума Верховного Суда Российской Федерации от 17.11.2015 N 50 «О применении судами законодательства при рассмотрении некоторых вопросов, возникающих в ходе исполнительного производства» (далее - Постановление N 50), в соответствии с частями 11 и 12 статьи 30 Закона N 229-ФЗ срок для добровольного исполнения требований, содержащихся в исполнительном документе, составляет пять дней со дня получения должником постановления о возбуждении исполнительного производства. Иные сроки могут быть установлены в случаях, предусмотренных, в том числе частью 14 статьи 30, частью 5 статьи 103 названного Закона. Копия постановления судебного пристава-исполнителя о возбуждении исполнительного производства не позднее дня, следующего за днем вынесения указанного постановления, направляется взыскателю, должнику, а также в суд, другой орган или должностному лицу, выдавшим исполнительный документ (часть 17 статьи 30 Закона об исполнительном производстве). В силу части 1 статьи 112 Закона N 229-ФЗ исполнительский сбор является денежным взысканием, налагаемым на должника в случае неисполнения им исполнительного документа в срок, установленный для добровольного исполнения исполнительного документа, а также в случае неисполнения им исполнительного документа, подлежащего немедленному исполнению, в течение суток с момента получения копии постановления судебного пристава-исполнителя о возбуждении исполнительного производства. Исполнительский сбор зачисляется в федеральный бюджет. Исполнительский сбор устанавливается судебным приставом-исполнителем по истечении срока, указанного в части 1 этой статьи, если должник не представил судебному приставу-исполнителю доказательств того, что исполнение было невозможным вследствие непреодолимой силы, то есть чрезвычайных и непредотвратимых при данных условиях обстоятельств (часть 2 статьи 112 Закона N 229-ФЗ). Исполнительский сбор устанавливается в размере семи процентов от подлежащей взысканию суммы или стоимости взыскиваемого имущества, но не менее одной тысячи рублей с должника-гражданина или должника - индивидуального предпринимателя и десяти тысяч рублей с должника-организации. В случае неисполнения исполнительного документа неимущественного характера исполнительский сбор с должника-гражданина или должника - индивидуального предпринимателя устанавливается в размере пяти тысяч рублей, с должника- организации - пятидесяти тысяч рублей (часть 3 статьи 112 Закона N 229-ФЗ). В силу требований Закона N 229-ФЗ для принятия решения о вынесении постановления о взыскании исполнительского сбора необходимо наличие следующих обстоятельств: истечение срока, установленного должнику для добровольного исполнения требований исполнительного документа; документальное подтверждение факта получения должником постановления о возбуждении исполнительного производства либо отказа от его получения; требования исполнительного документа должником не исполнены в установленный для добровольного исполнения срок; должником не представлены доказательства того, что исполнение было невозможно вследствие непреодолимой силы, то есть чрезвычайных и непредотвратимых при данных условиях обстоятельствах. Как следует из материалов дела, на основании исполнительного листа № ФС 045912271, выданного, 09.07.2024 Арбитражного суда города Санкт-Петербурга и Ленинградской области по делу № А56-16957/2024, о взыскании с ООО «Механизация 7» задолженности в пользу ООО «Интерлизинг» в размере 12 220 691.73 руб., 12.08.2024 судебным приставом-исполнителем вынесено постановление о возбуждении исполнительного производства № 176982/24/42037-ИП. Данное постановление направлено в Личный Кабинет должника ООО «Механизация 7» на Едином портале государственных и муниципальных услуг и получено должником 20.08.2024. Указанное обстоятельство должником не оспаривалось. Из материалов дела усматривается и ООО «Механизация 7» не оспаривается, что в установленный в постановлении о возбуждении исполнительного производства срок должником не были исполнены требования, содержащиеся в исполнительном документе. Срок для добровольного исполнения должником требований исполнительного документа истек 27.08.2024. Указанные обстоятельства послужили основанием для вынесения судебным приставом-исполнителем 09.09.2024 постановления о взыскании исполнительского сбора в размере 804 034,90 руб. В силу части 6 статьи 112 Закона N 229-ФЗ должник вправе в порядке, установленном настоящим Федеральным законом, обратиться в суд с заявлением об оспаривании постановления судебного пристава-исполнителя о взыскании исполнительского сбора, с иском об отсрочке или о рассрочке его взыскания, об уменьшении его размера или освобождении от взыскания исполнительского сбора. В соответствии с частью 2.1 статьи 324 АПК РФ по правилам, установленным частью 2 настоящей статьи, рассматриваются вопросы об отсрочке или о рассрочке взыскания исполнительского сбора, об уменьшении его размера или освобождении от его взыскания, а также иные вопросы, возникающие в процессе исполнительного производства и в силу закона подлежащие рассмотрению судом. Согласно правилам части 1 статьи 324 АПК РФ при наличии обстоятельств, затрудняющих исполнение судебного акта, арбитражный суд, выдавший исполнительный лист, по заявлению взыскателя, должника или судебного пристава-исполнителя вправе отсрочить или рассрочить исполнение судебного акта, изменить способ и порядок его исполнения. В силу части 7 статьи 112 Закона N 229-ФЗ суд вправе с учетом степени вины должника в неисполнении в срок исполнительного документа, имущественного положения должника, иных существенных обстоятельств отсрочить или рассрочить взыскание исполнительского сбора, а также уменьшить его размер, но не более чем на одну четверть от размера, установленного в соответствии с частью 3 названной статьи. При отсутствии установленных Гражданским кодексом Российской Федерации оснований ответственности за нарушение обязательства суд вправе освободить должника от взыскания исполнительского сбора. Как указано в Постановлении Конституционного Суда Российской Федерации от 30.07.2001 N 13-П, исполнительский сбор в размере семи процентов от суммы, подлежащей взысканию, представляет собой допустимый максимум штрафной санкции, который с учетом характера совершенного правонарушения, размера причиненного вреда, степени вины, имущественного положения правонарушителя и иных существенных обстоятельств может быть снижен правоприменителем. В противном случае несоизмеримо большой штраф может превратиться из меры воздействия в инструмент подавления экономической самостоятельности и инициативы, чрезмерного ограничения свободы предпринимательства и права собственности, что в силу статей 34 (часть 1), 35 (части 1 - 3) и 55 (часть 3) Конституции Российской Федерации недопустимо. В Определении Конституционного Суда Российской Федерации от 02.04.2015 N 654-О отмечено, что в силу особенностей публично-правовой ответственности за нарушение условий и порядка исполнительного производства правоприменитель во всяком случае обязан обеспечить должнику возможность надлежащим образом подтвердить, что нарушение установленных сроков исполнения исполнительного документа вызвано чрезвычайными, объективно непредотвратимыми обстоятельствами и другими непредвиденными, непреодолимыми препятствиями, находящимися вне его контроля, при соблюдении им той степени заботливости и осмотрительности, какая требовалась от него в целях надлежащего исполнения обязанности, вытекающей из предписаний постановления о возбуждении исполнительного производства. Бремя доказывания обстоятельств, объективно препятствующих своевременному исполнению требований исполнительного документа, возлагается на должника. Согласно правовой позиции Высшего Арбитражного Суда Российской Федерации, изложенной в пункте 26 Информационного письма Президиума от 21.06.2004 N 77 «О практике рассмотрения дел, связанных с исполнением судебных актов арбитражных судов», арбитражный суд вправе по заявлению должника уменьшить размер исполнительского сбора, установленный постановлением судебного пристава-исполнителя, с учетом характера правонарушения, размера причиненного вреда, степени вины правонарушителя, его имущественного положения и иных существенных обстоятельств. Указанным правом суд пользуется исходя из обстоятельств каждого конкретного дела, основываясь на том, что исполнительский сбор является мерой публично-правовой ответственности должника, возникающей в связи с совершенным им правонарушением в рамках исполнительного производства, которая не должна существенно ухудшать имущественное положение последнего. В рассматриваемом случае в обоснование заявления о снижении суммы исполнительского сбора, взысканного постановлением от 09.09.2024, ООО «Механизация 7» сослалось на тяжелое финансовое положение, пояснив, что на расчетных счетах ООО «Механизация 7» отсутствуют денежные средства ввиду отсутствия оплат со стороны контрагентов ООО «Механизация 7» и наличия задолженности перед другими контрагентами (помимо истца), налоговой задолженности. Как указал заявитель, в отношении всех его расчетных счетов наложены аресты и ограничения как со стороны органов ФССП на сумму 17 077 153,06 руб., так и со стороны налоговых органов на сумму 66 736 237,9 руб. С учетом изложенного, по мнению заявителя, ООО «Механизация 7» лишено возможности своевременно исполнить возложенные на него финансовые обязательства. Между тем в нарушение положений статьи 65 АПК РФ в подтверждение указанных обстоятельств ООО «Механизация 7» не представлены допустимые и достаточные доказательства, свидетельствующие о его тяжелом материальном положении. Вопреки доводам заявителя, материалы дела не содержат доказательства того, что по состоянию на дату истечения срока для добровольного исполнения требований исполнительного документа (август 2024 года) на счетах ООО «Механизация 7» отсутствовали денежные средства в размере, достаточном для исполнения требований данного исполнительного документа. Сам по себе факт возбуждения в отношении ООО «Механизация 7» ряда исполнительных производств не может достоверно свидетельствовать о тяжелом материальном положении ООО «Механизация 7» и невозможности последнего исполнять возложенные на него финансовые обязательства. Исходя из положений части 7 статьи 112 Закона N 229-ФЗ, вопрос о наличии оснований для уменьшения размера исполнительского сбора разрешается судом с учетом, в том числе, степени вины должника в неисполнении в срок исполнительного документа. Отсутствие вины доказывается лицом, нарушившим обязательство (пункт 2 статьи 401 ГК РФ ). В данном случае ООО «Механизация 7» не доказано отсутствие его вины в неисполнении в установленный срок требований исполнительного документа. Так, ООО «Механизация 7» в порядке статьи 65 АПК РФ не подтверждено, что на момент принятия судебным приставом постановления о взыскании исполнительского сбора у должника имелись чрезвычайные и непреодолимые препятствия к исполнению обязательства. Таким образом, ООО «Механизация 7» не подтвердило наличие чрезвычайных, объективно непредотвратимых обстоятельств и других непредвиденных, непреодолимых препятствий, находящихся вне его контроля, которые не позволили ему добровольно исполнить требования исполнительного документа в установленный срок. Каких-либо уважительных причин, которые бы действительно препятствовали (затрудняли) в установленный срок в добровольном порядке исполнить требования исполнительного документа, апелляционным судом не установлено. При этом, как указал судебный пристав-исполнитель, 26.08.2024 исполнительные производства в отношении ООО «Механизация 7» объединены в сводное исполнительное производство № 176980/24/42037-СД, которое ведется с 12.08.2024; в рамках сводного исполнительного производства ООО «Механизация 7» не проявляло намерений погасить требования исполнительных документов ни в период сроков для добровольного исполнения, ни после; более того, в период исполнения сводного исполнительного производства № 176980/24/42037-СД должником неоднократно совершены действия по сокрытию имущества (денежных средств), а именно открытию расчетных счетов в банках; сведения об открытии счетов судебному приставу-исполнителю должником не предоставлялись; так, 30.10.2024 и 25.11.2024 должником открыты счета в ПАО Банк Уралсиб, 28.11.2024 - в АО «Т-Банк», 21.02.2025 - в АО «Россельхозбанк». Указанные обстоятельства ООО «Механизация 7» не оспаривались, отзыв на апелляционную жалобу ООО «Механизация 7» не представлен. Приняв во внимание отсутствие допустимых доказательств того, что ООО «Механизация 7» предпринимало меры, направленные на своевременное исполнение требований исполнительного документа, однако столкнулось с обстоятельствами, объективно затрудняющими такое исполнение, суд апелляционной инстанции не усмотрел правовых оснований для уменьшения исполнительского сбора в соответствии со статьей 112 Закона N 229-ФЗ. Учитывая изложенное, обжалуемое определение подлежит отмене с принятием судом апелляционной инстанции нового судебного акта об отказе в удовлетворении заявления ООО «Механизация 7». В соответствии с частью 5 статьи 110 АПК РФ судебные расходы, понесенные лицами, участвующими в деле, в связи с рассмотрением апелляционной, кассационной жалобы, распределяются по правилам, установленным настоящей статьей. Согласно части 3 статьи 110 АПК РФ государственная пошлина, от уплаты которой в установленном порядке истец был освобожден, взыскивается с ответчика в доход федерального бюджета пропорционально размеру удовлетворенных исковых требований, если ответчик не освобожден от уплаты государственной пошлины. При таких обстоятельствах с ООО «Механизация 7» в доход федерального бюджета подлежит взысканию 30 000 руб. государственной пошлины за подачу апелляционной жалобы. На основании изложенного и руководствуясь статьями 269 - 272 Арбитражного процессуального кодекса Российской Федерации, Тринадцатый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