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(ИНН &lt;***&gt;, СНИЛС 14256749072, место жительства: 663690, Россия, &lt;...&gt;) банкротом и ввести в отношении должника процедуру реализации имущества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 - Ассоциации «ДМСО» - Ассоциации «Дальневосточная межрегиональная саморегулируемая организация профессиональных арбитражных управляющих» (680020, &lt;...&gt;, ИНН &lt;***&gt;, ОГРН &lt;***&gt;). Определением от 08.08.2025 заявление принято к производству, возбуждено производство по делу о банкротстве. К участию в деле привлечен Отдел по опеки и попечительства по г. Зеленогорск Красноярского края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20664, ИНН &lt;***&gt;, адрес для направления корреспонденции: 675004,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3 915 933,36 руб. перед 3 кредиторами. Должник с 22.07.2017 состоит в браке с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ФИО5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ООО «Смарт». Средняя заработная плата составляет около 38 023,18 руб. в месяц. Должник зарегистрирован по прописке по адресу г. Зеленогорск, Красноярский край, ул. Строителей 25-32. Сведения о наличии иного имущества, в том числе совместно нажитого, не представлены. За должником зарегистрировано недвижимое имущество - 1/2 доли в праве общей долевой собственности на квартиру, расположенную по адресу: 663690, Россия, &lt;...&gt;, общей площадью 43,8 кв.м., кадастровый номер 24:59:0303035:338, является единственным жилым помещением. Согласно сведениям из МЧС, ГИБДД, ГосТехНадзор и Единого государственного реестра налогоплательщиков за должником зарегистрировано транспортное средство - автомобиль легковой CHERY ARRIZO 8, 2023 года выпуска, идентификационный номер &lt;***&gt;. Представлены сведения о совершении должником сделок по отчуждении транспортных средств в преддверии банкротства.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238248 от 16.06.2025.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супруга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24.03.2026,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20664, ИНН &lt;***&gt;, адрес для направления корреспонденции: 675004,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Зеленогорск Красноярского края, ИНН &lt;***&gt;, СНИЛС &lt;***&gt; , адрес регистрации Россия 663690, г. Зеленогорск, Красноярский край, ул. Строителей 25-32)банкротом и ввести в отношении должника процедуру реализации имущества гражданина сроком до 24.03.2026.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ФИО2 (ДД.ММ.ГГГГ г.р., место рождения: г. Зеленогорск Красноярского края, ИНН &lt;***&gt;, СНИЛС &lt;***&gt; , адрес регистрации Россия 663690, г. Зеленогорск, Красноярский край, ул. Строителей 25-32)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Отдел опеки и попечительства по городу Зеленогорск (подробнее) Судьи дела: Брыль О.В. (судья) (подробнее) Последние документы по делу: Резолютивная часть решения от 23 сентября 2025 г. по делу № А33-20499/2025 Решение от 3 октября 2025 г. по делу № А33-20499/2025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