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Минусинск Красноярский край, СНИЛС 18971996460, ИНН &lt;***&gt;, адрес регистрации Россия 662610, г. Минусинск, Красноярский край, проезд Сафьяновых 7-75)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"ЭВЕРЕСТ"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ПАО Сбербанк (подробнее) ПАО Совкомбанк (подробнее) Судьи дела: Мухлыгина Е.А. (судья) (подробнее) Последние документы по делу: Резолютивная часть решения от 10 октября 2025 г. по делу № А33-18006/2025 Решение от 16 октября 2025 г. по делу № А33-18006/2025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