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с. Восточное Минусинского района Красноярского края, СНИЛС &lt;***&gt;, ИНН &lt;***&gt;, адрес регистрации Россия 662625, с. Восточное, Красноярский край, ул. Ленина 70-1)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"АЛЬФА-БАНК" (подробнее) СРО ААУ "СоБР" (подробнее) Судьи дела: Мухлыгина Е.А. (судья) (подробнее) Последние документы по делу: Резолютивная часть решения от 10 октября 2025 г. по делу № А33-16251/2025 Решение от 16 октября 2025 г. по делу № А33-16251/2025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