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Красноярск, СНИЛС &lt;***&gt;, ИНН &lt;***&gt;, адрес регистрации Россия 662204, г. Назарово, Красноярский край, ул. Новокомсомольская д.11 кв.4)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АО ПКО Центр долгового управления (подробнее) Ассоциация арбитражных управляющих "Синергия" (подробнее) ПАО Сбербанк (подробнее) Судьи дела: Мухлыгина Е.А. (судья) (подробнее) Последние документы по делу: Решение от 16 октября 2025 г. по делу № А33-18410/2025 Резолютивная часть решения от 10 октября 2025 г. по делу № А33-18410/2025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