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Семипалатинск КАЗ ССР; ИНН: &lt;***&gt;; СНИЛС: &lt;***&gt;; зарегистрированный по адресу: &lt;...&gt; кв.24)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ФИО2, (номер в реестре арбитражных управляющих, являющихся членами саморегулируемой организации арбитражных управляющих № 21316, ИНН &lt;***&gt;, адрес: 236035, Калининградская Область, Город Калининград, а/я 5780).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Иные лица: ГУ Управлению по вопросам миграции МВД России по Санкт-Петербургу и Ленинградской Области (подробнее) ООО ПКО "Вернем" (подробнее) ПАО "Совкомбанк" (подробнее) Союз "Саморегулируемая организация "Гильдия Арбитражных Управляющих" (подробнее) Управление Федеральной налоговой службы по Ленинградской области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