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Ленинград; ИНН: &lt;***&gt;; СНИЛС: &lt;***&gt;; зарегистрированный по адресу: &lt;...&gt;)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ФИО2, (номер в реестре арбитражных управляющих, являющихся членами саморегулируемой организации арбитражных управляющих № 21316, ИНН &lt;***&gt;, адрес: 236035, Калининградская Область, Город Калининград, а/я 5780).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Истцы: Комитет по делам записи актов гражданского состояния Санкт-Петербурга (подробнее) Иные лица: АО "Тинькофф банк" (подробнее) ГУ Управлению по вопросам миграции МВД России по Санкт-Петербургу и Ленинградской Области (подробнее) ООО "Профессиональная коллекторская организация Траст" (подробнее) Союз "Саморегулируемая организация "Гильдия арбитражных управляющих" (подробнее) Управление Федеральной налоговой службы по Ленинградской области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