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127</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ФИО1 (дата рождения: 23.12.1979, место рождения: г. Нолинск Кировская обл., ИНН &lt;***&gt;, СНИЛС &lt;***&gt;, адрес: Кировская обл., Нолинский р-н, г. Нолинск) несостоятельной (банкротом) и ввести в отношении нее процедуру реализации имущества гражданина сроком на 6 (шесть) месяцев – до 20.02.2026.</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Утвердить финансовым управляющим ФИО1 (дата рождения: 23.12.1979, место рождения: г. Нолинск Кировская обл., ИНН &lt;***&gt;, СНИЛС &lt;***&gt;, адрес: Кировская обл., Нолинский р-н, г. Нолинск) ФИО3 (ИНН &lt;***&gt;, регистрационный номер в сводном государственном реестре арбитражных управляющих - 23122, адрес для направления корреспонденции арбитражному управляющему: 305000, г. Курск, а/я 146), члена Ассоциации профессиональных арбитражных управляющих «ГАРАНТ».</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Финансовому управляющему в срок до 20 февраля 2026 года представить в суд и направить лицам, участвующим в деле, отчет о результатах процедуры банкротства с приложением подтверждающих документов; сведения о направленных в адрес финансового управляющего в соответствии с пунктом 7 части 1 статьи 47 Федерального закона от 02.10.2007 № 229-ФЗ «Об исполнительном производстве» исполнительных документах, доказательства уведомления взыскателей по исполнительным производствам о получении соответствующих исполнительных документов и о необходимости заявления требований в рамках дела о банкротстве должника (пункт 15 постановления Пленума ВАС РФ от 23.07.2009 № 59 «О некоторых вопросах практики применения Федерального закона «Об исполнительном производстве»).</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Разъяснить лицам, участвующим в деле, что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(пункт 2 статьи 213.24 Федерального закона «О несостоятельности (банкротстве)»). Автоматическое продление срока реализации имущества гражданина (без принятия арбитражным судом отдельного судебного акта о продлении срока) не препятствует рассмотрению арбитражным судом вопроса о завершении указанной процедуры в случае проведения всех мероприятий реализации имущества гражданина. Судебное заседание по рассмотрению вопроса о завершении реализации имущества гражданина будет назначено арбитражным судом после поступления в суд от финансового управляющего соответствующего ходатайства с отчетом о результатах реализации имущества гражданина, с приложением копий документов, предусмотренных статьей 213.28 Федерального закона «О несостоятельности (банкротстве)». Арбитражный суд вправе по своей инициативе назначить судебное заседание по рассмотрению вопроса о завершении реализации имущества гражданина. Полномочия финансового управляющего действуют до вынесения определения о завершении процедуры банкротства в отношении должника.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 даты признания гражданина банкротом наступают последствия, предусмотренные статьей 213.25 Федерального закона «О несостоятельности (банкротстве)».</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соответствии с частью 5 статьи 3 , частью 7 статьи 66 Арбитражного процессуального кодекса Российской Федерации -обязать органы государственной власти (их территориальные органы) - Росреестр, Госавтоинспекцию, Гостехнадзор, Росгвардию, ГИМС МЧС России, Федеральную службу по интеллектуальной собственности, Федеральное агентство воздушного транспорта предоставить сведения (документы), касающиеся имущества должника, имущества его супруга, бывшего супруга (учтенного, зарегистрированного в период брака); -обязать органы МВД России предоставить персональные данные в отношении должника, супруга (бывшего супруга) должника; -обязать органы ЗАГС предоставить сведения о государственной регистрации актов гражданского состояния в отношении должника (о рождении, заключении/расторжении брака, перемене имени, рождении детей, установлении отцовства в отношении детей), в отношении супруга (бывшего супруга) должника (о рождении, о смерти); -обязать органы ФНС России предоставить сведения о доходах, об объектах налогообложения, об открытых в кредитных организациях счетах и вкладах (депозитах) должника, о регистрации должника в качестве индивидуального предпринимателя и руководителя общества, о регистрации должника в качестве учредителя (участника) общества; сведения об объектах налогообложения его супруга, бывшего супруга (учтенных за период брака), о регистрации супруга (бывшего супруга) в качестве учредителя (участника) общества (в период брака); -обязать органы Социального фонда России предоставить сведения о состоянии индивидуального лицевого счета должника в системе обязательного пенсионного страхования. Указанные сведения (документы) предоставлять по запросу финансового управляющего должника (ему на руки или в арбитражный суд). В силу пункта 9 статьи 213.9 Федерального закона от 26.10.2002 № 127-ФЗ «О несостоятельности (банкротстве)» незаконное воспрепятствование деятельности финансового управляющего, в том числе уклонение или отказ от предоставления финансовому управляющему сведений в случаях, предусмотренных настоящим Федеральным законом, передачи финансовому управляющему документов, необходимых для исполнения возложенных на него обязанностей, влечет за собой ответственность в соответствии с законодательством Российской Федерации.</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Привлечь к участию в деле органы опеки и попечительства.</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Код доступа к оригиналам судебных актов, подписанных электронной подписью судьи, размещенных в «Картотеке арбитражных дел», содержится в нижнем колонтитуле на первой странице судебного акта. Для реализации ограниченного доступа к оригиналу судебного акта необходима регистрация на портале государственных услуг (получение учетной записи ЕСИА). Лицам, участвующим в деле разъясняется, что в соответствии с частью 1 статьи 122 , частью 1 статьи 177 , частью 1 статьи 186 Арбитражного процессуального кодекса Российской Федерации последующие судебные акты по делу, в том числе финальные, на бумажном носителе участникам арбитражного процесса не направляются, а предоставляются в форме электронного документа, подписанного электронной цифровой подписью судьи, посредством размещения этих судебных актов в информационно-телекоммуникационной сети «Интернет» (информационная система «Картотека арбитражных дел») в режиме ограниченного доступа по указанному в настоящем судебном акте коду. По ходатайству лиц, участвующих в деле, копии судебных актов на бумажном носителе могут быть вручены им под расписку или направлены заказным письмом с уведомлением о вручении в пятидневный срок со дня поступления соответствующего ходатайства в арбитражный суд. Лица, участвующие в деле, могут подать документы в арбитражный суд нарочно, почтой либо в электронном виде через систему подачи документов «Мой Арбитр» в соответствии с Порядком подачи в арбитражные суды Российской Федерации документов в электронном виде, в том числе в форме электронного документа, утвержденным приказом Судебного департамента при Верховном Суде Российской Федерации от 28.12.2016 № 252. Сервис подачи документов в электронном виде доступен по адресу: http://my.arbitr.ru или по ссылке «Подать документ» на сайте Арбитражного суда Кировской области. Лица, участвующие в деле, извещаются о возможности получения информации о движении дела на официальном сайте Арбитражного суда Кировской области в сети Интернет по следующему веб-адресу: http://kirov.arbitr.ru, по телефону справочной службы: &lt;***&gt;.</w:t>
      </w:r>
    </w:p>
    <w:p>
      <w:pPr>
        <w:pStyle w:val="Heading3"/>
      </w:pPr>
      <w:r>
        <w:rPr>
          <w:rFonts w:ascii="Times New Roman" w:hAnsi="Times New Roman" w:eastAsia="Times New Roman" w:cs="Times New Roman"/>
          <w:b/>
          <w:i w:val="0"/>
          <w:sz w:val="22"/>
        </w:rPr>
        <w:t>Пункт 9. Выводы</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Решение подлежит немедленному исполнению и может быть обжаловано во Второй арбитражный апелляционный суд в течение месяца со дня его принятия. Апелляционная жалоба подается через Арбитражный суд Кировской области. Судья Л.А. Харюшина Суд: АС Кировской области (подробнее) Иные лица: АО Коммерческий банк "Пойдем!" (подробнее) Ассоциация профессиональных арбитражных управляющих "Гарант" (подробнее) Главное управление Федеральной службы судебных приставов по Кировской области (подробнее) Мировой судья судебного участка №72 Первомайского судебного района г. Кирова (подробнее) Отдел опеки и попечительства администрации Нолинского района Кировской области (подробнее) Отдел учета и хранения документов (архив ЗАГС) Министерства юстиции Кировской области (подробнее) ПАО Банк ВТБ (подробнее) ПАО "СБЕРБАНК РОССИИ" (подробнее) Управление Росреестра по Кировской области (подробнее) УФНС России по Кировской области (подробнее) Филиал ППК "Роскадастр" по Кировской области (подробнее) Судьи дела: Харюшина Л.А. (судья) (подробнее) Последние документы по делу: Решение от 17 октября 2025 г. по делу № А28-5088/2025 Резолютивная часть решения от 19 августа 2025 г. по делу № А28-5088/2025 Показать все документы по этому делу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