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проценты за несвоевременный возврат суммы займов по ставке 1,5 % с даты выдачи займа по 17 сентября 2025 г.: 3.1. Договору займа № 1/2021 от 12.05.2021 г. – 5 277 300,00 руб. 3.2. Договору займа № 2/2021 от 19.05.2021 г. – 2 477 100,00 руб. 3.3. Договору займа № 3/2021 от 27.05.2021 г. – 430 800,00 руб. 3.4. Договору займа № 4/2021 от 16.09.2021 г. – 430 800,00 руб. 3.5. Договору займа № 5/2021 от 17.09.2021 г. – 323 100,00 руб. 3.6. Договору займа № 6/2021 от 24.09.2021 г. – 1 615 500,00 руб. 3.7. Договору займа № 7/2021 от 15.10.2021 г. – 1 507 800,00 руб. 3.8. Договору займа № 8/2021 от 15.10.2021 г. – 2 046 300,00 руб. 3.9. Договору займа № 9/2021 от 15.12.2021 г. – 2 154 000,00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Взыскивать с ответчика проценты за пользование займами по ставке 9,5 % годовых за период с 18 сентября 2025 г. по дату фактического исполнения обязательства по: 4.1. Договору займа № 1/2021 от 12.05.2021 г. с суммы 490 000 руб. 00 коп.4.2. Договору займа № 2/2021 от 19.05.2021 г. с суммы 230 000 руб. 00 коп.4.3. Договору займа № 3/2021 от 27.05.2021 г. с суммы 40 000 руб. 00 коп.4.4. Договору займа № 4/2021 от 16.09.2021 г. с суммы 40 000 руб. 00 коп.4.5. Договору займа № 5/2021 от 17.09.2021 г. с суммы 30 000 руб. 00 коп.4.6. Договору займа № 6/2021 от 24.09.2021 г. с суммы 150 000 руб. 00 коп.4.7. Договору займа № 7/2021 от 15.10.2021 г. с сумы 140 000 руб. 00 коп.4.8. Договору займа № 8/2021 от 15.10.2021 г. с суммы 190 000 руб. 00 коп.4.9. Договору займа № 9/2021 от 15.12.2021 г. с суммы 200 000 руб. 00 коп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Взыскивать суммы процентов за несвоевременный возврат суммы займов по ставке 1,5 % годовых за период с 18 сентября 2025 г. по дату фактического исполнения обязательства по: 5.1. Договору займа № 1/2021 от 12.05.2021 г. с суммы 490 000 руб. 00 коп.5.2. Договору займа № 2/2021 от 19.05.2021 г. с суммы 230 000 руб. 00 коп.5.3. Договору займа № 3/2021 от 27.05.2021 г. с суммы 40 000 руб. 00 коп.5.4. Договору займа № 4/2021 от 16.09.2021 г. с суммы 40 000 руб. 00 коп.5.5. Договору займа № 5/2021 от 17.09.2021 г. с суммы 30 000 руб. 00 коп.5.6. Договору займа № 6/2021 от 24.09.2021 г. с суммы 150 000 руб. 00 коп.5.7. Договору займа № 7/2021 от 15.10.2021 г. с сумы 140 000 руб. 00 коп.5.8. Договору займа № 8/2021 от 15.10.2021 г. с суммы 190 000 руб. 00 коп.5.9. Договору займа № 9/2021 от 15.12.2021 г. с суммы 200 000 руб. 00 коп При отсутствии возражений лиц, участвующих в деле, суд в соответствии со статьей 137 Арбитражного процессуального кодекса Российской Федерации (далее - АПК РФ) завершил предварительное судебное заседание и перешел к судебному разбирательству. В судебном заседании представитель истца поддержал иск, ответчик возражал против удовлетворения иска, доводов в обоснование возражений не привел, доказательств не представил. Исследовав материалы дела, заслушав представителей сторон, суд установил следующее. Между истцом и ответчиком заключены следующие договоры займа: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№ 1/2021 от 12.05.2021 г. на сумму размере 490 000 рублей 00 коп. (Платежное поручение № 197 от 12.05.2021 г.). Срок возврата до 30.09.2023 г. За пользование займом договором предусмотрены проценты в размере 9,5 % годовых (п. 1.4 договора займа).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№ 2/2021 от 19.05.2021 г. на сумму в размере 230 000 рублей 00 коп. (Платежное поручение № 209 от 19.05.2021 г.). Срок возврата до 30.09.2023 г. За пользование займом договором предусмотрены проценты в размере 9,5 % годовых (п. 1.4 договора займа).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№ 3/2021 от 27.05.2021 г. на сумму в размере 40 000 рублей 00 коп. (Платежное поручение № 218 от 27.05.2021 г.). Срок возврата до 30.09.2023 г. За пользование займом договором предусмотрены проценты в размере 9,5 % годовых (п. 1.4 договора займа).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№ 4/2021 от 16.09.2021 г. на сумму в размере 40 000 рублей 00 коп. (Платежное поручение № 399 от 16.09.2021 г.). Срок возврата до 30.09.2023 г. За пользование займом договором предусмотрены проценты в размере 9,5 % годовых (п. 1.4 договора займа).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№ 5/2021 от 17.09.2021 г. на сумму в размере 30 000 рублей 00 коп. (Платежное поручение № 400 от 17.09.2021 г.). Срок возврата до 30.09.2023 г. За пользование займом договором предусмотрены проценты в размере 9,5 % годовых (п. 1.4 договора займа).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№ 6/2021 от 24.09.2021 г. на сумму в размере 150 000 рублей 00 коп. (Платежное поручение № 404 от 24.09.2021 г.). Срок возврата до 30.09.2023 г. За пользование займом договором предусмотрены проценты в размере 9,5 % годовых (п. 1.4 договора займа).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№ 7/2021 от 15.10.2021 г. на сумму в размере 140 000 рублей 00 коп. (Платежное поручение № 443 от 15.10.2021 г.). Срок возврата до 30.09.2023 г. За пользование займом договором предусмотрены проценты в размере 9,5 % годовых (п. 1.4 договора займа).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№ 8/2021 от 15.10.2021 г. на сумму в размере 190 000 рублей 00 коп. (Платежное поручение № 444 от 15.10.2021 г., Платежное поручение № 448 от 18.10.2021 г.). Срок возврата до 30.09.2023 г. За пользование займом договором предусмотрены проценты в размере 9,5 % годовых (п. 1.4 договора займа).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Договор займа № 9/2021 от 15.12.2021 г. в размере 200 000 рублей 00 коп. (Платежное поручение № 540 от 15.12.2021 г.). Срок возврата до 30.09.2023 г. За пользование займом договором предусмотрены проценты в размере 9,5 % годовых (п. 1.4 договора займа). До настоящего момента обязательства по возврату указанных сумм займа не исполнены, так же, как и не исполнены обязательства по оплате процентов за пользование займом. Договорами предусмотрена ответственность заемщика на случай просрочки возврата суммы займа (или её части) в виде пени в размере 1,5 % (одна целая и пять десятых процента) от суммы задолженности за каждый день просрочки до даты фактического исполнения обязательств по договору займа в полном объеме. В адрес Ответчика Истцом направлена претензия 05.02.2025, оставленная без удовлетворения. В связи с тем, что требования не были удовлетворены, Истец обратился в Арбитражный суд города Санкт-Петербурга и Ленинградской области с настоящим исковым заявлением. В силу статей 309 и 310 Гражданского кодекса Российской Федерации (далее - ГК РФ)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 Односторонний отказ от исполнения обязательства не допускается. Согласно пункту 1 статьи 807 ГК РФ по договору займа одна сторона (займодавец) передает в собственность другой стороне (заемщику) деньги или другие вещи, определенные родовыми признаками, а заемщик обязуется возвратить займодавцу такую же сумму денег (сумму займа) или равное количество других полученных им вещей того же рода и качества. Согласно статье 809 ГК РФ , если иное не предусмотрено законом или договором займа, займодавец имеет право на получение с заемщика процентов за пользование займом в размерах и в порядке, определенных договором. Пунктом 1 статьи 810 ГК РФ установлено, что заемщик обязан возвратить займодавцу полученную сумму займа в срок и в порядке, которые предусмотрены договором займа. В силу п.1 ст. 330 ГК РФ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исполнения. По требованию об уплате неустойки кредитор не обязан доказывать причинение ему убытков. Факт предоставления денежных средств подтверждается представленными в материалы дела платежными поручениями, доказательств возврата долга ответчик не представил. Расчет процентов за пользование займом, неустойки представленный истцом, судом проверены, признан не противоречащими условиям договора и арифметически верными. Срок пользования займом истек, доказательства уплаты долга Ответчиком в суд не представлены. При таких обстоятельствах, исходя из вышеприведенного правового регулирования требования подлежат удовлетворению В соответствии со статьей 110 АПК РФ расходы Истца по уплате государственной пошлины подлежат взысканию с Ответчика в пользу Истца. Руководствуясь статьями 110 , 167 - 170 Арбитражного процессуального кодекса Российской Федерации, Арбитражный суд города Санкт-Петербурга и Ленинградской области решил: Взыскать с общества с ограниченной ответственностью "АТ ИНЖИНИРИНГ" (ОГРН: &lt;***&gt;) в пользу общества с ограниченной ответственностью "ИНТЕР-СИТИ" (ОГРН: &lt;***&gt;) 1.суммы займа: 1.1. Договору займа № 1/2021 от 12.05.2021 г. – 490 000 рублей 00 коп.1.2. Договору займа № 2/2021 от 19.05.2021 г. - 230 000 рублей 00 коп.1.3. Договору займа № 3/2021 от 27.05.2021 г. - 40 000 рублей 00 коп.1.4. Договору займа № 4/2021 от 16.09.2021 г. - 40 000 рублей 00 коп.1.5. Договору займа № 5/2021 от 17.09.2021 г. - 30 000 рублей 00 коп.1.6. Договору займа № 6/2021 от 24.09.2021 г. - 150 000 рублей 00 коп.1.7. Договору займа № 7/2021 от 15.10.2021 г. - 140 000 рублей 00 коп.1.8. Договору займа № 8/2021 от 15.10.2021 г. - 190 000 рублей 00 коп.1.9. Договору займа № 9/2021 от 15.12.2021 г. - 200 000 рублей 00 коп.2. проценты за пользование займами по ставке 9,5 % годовых за период с даты выдачи займа по 17 сентября 2025 г.: 2.1. Договору займа № 1/2021 от 12.05.2021 г. – 174 976, 98 рублей. 2.2. Договору займа № 2/2021 от 19.05.2021 г. – 94 703, 28 рублей. 2.3. Договору займа № 3/2021 от 27.05.2021 г. – 16 386, 85 рублей. 2.4. Договору займа № 4/2021 от 16.09.2021 г. – 15 220, 82 рублей. 2.5. Договору займа № 5/2021 от 17.09.2021 г. – 11 407, 81 рублей. 2.6. Договору займа № 6/2021 от 24.09.2021 г. – 56 765, 75 рублей. 2.7. Договору займа № 7/2021 от 15.10.2021 г. – 52 216, 16 рублей. 2.8. Договору займа № 8/2021 от 15.10.2021 г. – 70 841, 36 рублей. 2.9. Договору займа № 9/2021 от 15.12.2021 г. – 71 419, 18 рублей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проценты за несвоевременный возврат суммы займов по : 3.1. Договору займа № 1/2021 от 12.05.2021 г. – 5 277 300,00 руб. 3.2. Договору займа № 2/2021 от 19.05.2021 г. – 2 477 100,00 руб. 3.3. Договору займа № 3/2021 от 27.05.2021 г. – 430 800,00 руб. 3.4. Договору займа № 4/2021 от 16.09.2021 г. – 430 800,00 руб. 3.5. Договору займа № 5/2021 от 17.09.2021 г. – 323 100,00 руб. 3.6. Договору займа № 6/2021 от 24.09.2021 г. – 1 615 500,00 руб. 3.7. Договору займа № 7/2021 от 15.10.2021 г. – 1 507 800,00 руб. 3.8. Договору займа № 8/2021 от 15.10.2021 г. – 2 046 300,00 руб. 3.9. Договору займа № 9/2021 от 15.12.2021 г. – 2 154 000,00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Взыскивать с ответчика проценты за пользование займами по ставке 9,5 % годовых за период с 18 сентября 2025 г. по дату фактического исполнения обязательства по: 4.1. Договору займа № 1/2021 от 12.05.2021 г. с суммы 490 000 руб. 00 коп.4.2. Договору займа № 2/2021 от 19.05.2021 г. с суммы 230 000 руб. 00 коп.4.3. Договору займа № 3/2021 от 27.05.2021 г. с суммы 40 000 руб. 00 коп.4.4. Договору займа № 4/2021 от 16.09.2021 г. с суммы 40 000 руб. 00 коп.4.5. Договору займа № 5/2021 от 17.09.2021 г. с суммы 30 000 руб. 00 коп.4.6. Договору займа № 6/2021 от 24.09.2021 г. с суммы 150 000 руб. 00 коп.4.7. Договору займа № 7/2021 от 15.10.2021 г. с сумы 140 000 руб. 00 коп.4.8. Договору займа № 8/2021 от 15.10.2021 г. с суммы 190 000 руб. 00 коп.4.9. Договору займа № 9/2021 от 15.12.2021 г. с суммы 200 000 руб. 00 коп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Взыскивать суммы процентов за несвоевременный возврат суммы займов по ставке 1,5 % годовых за период с 18 сентября 2025 г. по дату фактического исполнения обязательства по: 5.1. Договору займа № 1/2021 от 12.05.2021 г. с суммы 490 000 руб. 00 коп.5.2. Договору займа № 2/2021 от 19.05.2021 г. с суммы 230 000 руб. 00 коп.5.3. Договору займа № 3/2021 от 27.05.2021 г. с суммы 40 000 руб. 00 коп.5.4. Договору займа № 4/2021 от 16.09.2021 г. с суммы 40 000 руб. 00 коп.5.5. Договору займа № 5/2021 от 17.09.2021 г. с суммы 30 000 руб. 00 коп.5.6. Договору займа № 6/2021 от 24.09.2021 г. с суммы 150 000 руб. 00 коп.5.7. Договору займа № 7/2021 от 15.10.2021 г. с сумы 140 000 руб. 00 коп.5.8. Договору займа № 8/2021 от 15.10.2021 г. с суммы 190 000 руб. 00 коп.5.9. Договору займа № 9/2021 от 15.12.2021 г. с суммы 200 000 руб. 00 коп Взыскать с общества с ограниченной ответственностью «АТ ИНЖИНИРИНГ» в пользу общества с ограниченной ответственностью «ИНТЕР-СИТИ» 60 000 руб. расходов по оплате государственной пошлины. Решение может быть обжаловано в Тринадцатый арбитражный апелляционный суд в течение месяца со дня принятия Решения. Судья Ларионова Н.А. Суд: АС Санкт-Петербурга и Ленинградской обл. (подробнее) Истцы: ООО "Интер-Сити" (подробнее) Ответчики: ООО "АТ ИНЖИНИРИНГ" (подробнее) Судьи дела: Ларионова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