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ФИО2 несостоятельным (банкротом) и ввести процедуру реализации имущества Должника;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саморегулируемой организации Ассоциация «ДМСО» - Ассоциация «Дальневосточная межрегиональная саморегулируемая организация профессиональных арбитражных управляющих», юридический адрес: 680020, &lt;...&gt;, фактический адрес: 680020, &lt;...&gt;, почтовый адрес: 680020, &lt;...&gt;. ОГРН &lt;***&gt;, ИНН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заявление о признании гражданина несостоятельным (банкротом) в отсутствие гражданина или его представителя. Определением от 12.09.2025 заявление принято к производству, возбуждено производство по делу о банкротстве. К участию в деле привлечен Отдел по опеки и попечительства по г. Железногорск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23668, ИНН &lt;***&gt;, адрес для направления корреспонденции: 305 048, Курская область, г. Курск, а/я 3)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Код доступа к материалам дела -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1 651 269,54 руб. перед 20 кредиторами. Должник не состоит в браке. У должника на иждивении находятся несовершеннолетние дети – ФИО4 ДД.ММ.ГГГГ г.р. Выпиской из ЕГРИП подтверждается отсутствие у должника статуса индивидуального предпринимателя. Должник не осуществляет трудовую деятельность с 15.07.2025. Должник зарегистрирован по прописке по адресу г. Железногорск, Красноярский край, пр-д Поселковый д.4 кв.8. Должнику принадлежит объект на праве собственности на объект недвижимости по прописке. Указывает также на наличии в собственности ½ доли в прав собственности на объект нежвижимости по адресу: ЗАТО город Железногорск, &lt;...&gt;. Имеются сведения об обременении в виде ипотеки. Должник в описи указывает на наличие автомобиля СУБАРУ ФОРЕСТЕР.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11777 от 19.08.2025.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15.04.2026,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23668, ИНН &lt;***&gt;, адрес для направления корреспонденции: 305 048, Курская область, г. Курск, а/я 3)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(17.04.1977 г.р, место рождения: гор. Красноярск-26 Красноярский край, ИНН &lt;***&gt;, СНИЛС: &lt;***&gt;, адрес регистрации Россия 662973, г.Железногорск, Красноярский край, пр-д Поселковый д.4 кв.8) банкротом и ввести в отношении должника процедуру реализации имущества гражданина сроком до 15.04.2026.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(17.04.1977 г.р, место рождения: гор. Красноярск-26 Красноярский край, ИНН &lt;***&gt;, СНИЛС: &lt;***&gt;, адрес регистрации Россия 662973, г.Железногорск, Красноярский край, пр-д Поселковый д.4 кв.8)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АО ПКО ЦДУ (подробнее) АССОЦИАЦИЯ "ДАЛЬНЕВОСТОЧНАЯ МЕЖРЕГИОНАЛЬНАЯ САМОРЕГУЛИРУЕМАЯ ОРГАНИЗАЦИЯ ПРОФЕССИОНАЛЬНЫХ АРБИТРАЖНЫХ УПРАВЛЯЮЩИХ" (подробнее) ЗАТО г.Железногорск (подробнее) МЕЖРАЙОННАЯ ИНСПЕКЦИЯ ФЕДЕРАЛЬНОЙ НАЛОГОВОЙ СЛУЖБЫ №1 ПО КРАСНОЯРСКОМУ КРАЮ (подробнее) ООО ПКО АЙДИ КОЛЛЕКТ (подробнее) ООО "Предприятие материально-технического снабжения "Профснаб" (подробнее) ПАО Сбербанк (подробнее) ПАО Совкомбанк (подробнее) Судьи дела: Брыль О.В. (судья) (подробнее) Последние документы по делу: Решение от 24 октября 2025 г. по делу № А33-23853/2025 Резолютивная часть решения от 14 октября 2025 г. по делу № А33-23853/2025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