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обоснованным, ввести процедуру, применяемую в деле о банкротстве граждан – ввести процедуру реализации имущества гражданина;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кандидатуру финансового управляющего из числа саморегулируемой организации НПС СОПАУ «Альянс Управляющих» адрес: 350015,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истребовать и получать справки сведения и информацию в отношении и его (ее) супруга (бывшего супруга) из органов, осуществляющих государственную регистрацию актов гражданского состояния, органов, осуществляющих непосредственный учет, регистрацию движимого имущества (автомототранспорта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нормативно-правовому регулированию в сфере обеспечения установленного порядка деятельности судов и вступивших в законную силу судебных актов, органов, осуществляющих функции персонифицированный и налоговой учет любого имущества, подлежащего налогообложению и такого учета, органов, осуществляющих функции учета интеллектуальных прав на результаты интеллектуальной деятельности. Определением от 29.04.2025 заявление принято к производству Арбитражного суда Московской области, возбуждено производство по делу. Определением от 01.07.2025 дело передано по подсудности на рассмотрение Арбитражного суда Красноярского края. Определением от 28.08.2025 заявление назначено к рассмотрению в судебном заседании.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Код доступа к материалам дела - Сергеевича в реестре НПС СОПАУ «Альянс управляющих» № 699 от 17.10.2024, ИНН: &lt;***&gt;, СНИЛС: &lt;***&gt;, имеет высшее образование, имеет стаж руководящей работы более одного года, Почтовый адрес: 630048, &lt;...&gt;, а/я 90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19 118 530 руб. перед 4 кредиторами в связи с предъявлением задолженности к должнику как поручителю.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осуществлял трудовую деятельность в ООО «Сибирское снабжение» (ОГРН: &lt;***&gt;, ИНН: &lt;***&gt;) по 15.01.2024. Не являет получателем пенсии или пособия. Должнику на праве собственности принадлежит ¼ доли в праве собственности по адресу г. Красноярск, Красноярский край, ул. Краснодарская д.15, кв.109. Должник имеет временную регистрацию по прописке в Москве. Также должник имеет долю в ООО «Сибирское снабжение» (ОГРН: &lt;***&gt;, ИНН: &lt;***&gt;).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3058 от 08.08.2025, а также платежное поручение № 581958 от 02.09.2025 в размере 10 000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в реестре НПС СОПАУ «Альянс управляющих» № 699 от 17.10.2024, ИНН: &lt;***&gt;, СНИЛС: &lt;***&gt;, имеет высшее образование, имеет стаж руководящей работы более одного года, Почтовый адрес: 630048, &lt;...&gt;, а/я 90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Красноярск, ИНН &lt;***&gt;, СНИЛС &lt;***&gt;, адрес регистрации Россия 660005, г.Красноярск, Красноярский край, ул.Краснодарская д.15, кв.109) 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 Красноярск, ИНН &lt;***&gt;, СНИЛС &lt;***&gt;, адрес регистрации Россия 660005, г.Красноярск, Красноярский край, ул.Краснодарская д.15, кв.109)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НПС СОПАУ "Альянс Управляющих" (подробнее) ПАО Сбербанк (подробнее) Судьи дела: Брыль О.В. (судья) (подробнее) Последние документы по делу: Решение от 24 октября 2025 г. по делу № А33-21865/2025 Резолютивная часть решения от 12 октября 2025 г. по делу № А33-21865/2025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