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несостоятельной (банкротом) и ввести процедуру реализации имущества Должника;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Союза СРО «ГАУ» - Союз «Саморегулируемой организация «Гильдия арбитражных управляющих», ОГРН &lt;***&gt;, ИНН &lt;***&gt;, адрес: 420034, &lt;...&gt;»;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Рассмотреть заявление о признании гражданина несостоятельным (банкротом) в отсутствие гражданина или его представителя;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ФИО2 отсрочку внесения средств на выплату вознаграждения финансовому управляющему в размере 25 000 (двадцати пяти тысяч) рублей сроком до даты судебного заседания по рассмотрению обоснованности заявления о признании гражданина банкротом. Определением от 25.08.2025 заявление принято к производству, возбуждено производство по делу о банкротстве. К участию в деле привлечен Отдел по опеки и попечительства по Октябрьскому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(ИНН &lt;***&gt;, рег. № ФРС 23630, адрес: 115280, &lt;...&gt;, а/я 53)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Код доступа к материалам дела -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2 847 257,95 руб. перед 6 кредиторами. Должник в браке не состоит, с 25.12.2023 брак с ФИО4 ДД.ММ.ГГГГ г.р. прекращен. Заявитель указывает, что договор, соглашение о разделе совместно нажитого имущества между супругами не заключались. У должника на иждивении находится несовершеннолетний ребенок ФИО5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Красноярском краевом суде. Согласно справке 2-НДФЛ за 2025 год общий доход составил 776 019,07 руб., за 2024 год составил 1185655.29 руб. Должник зарегистрирован по прописке по адресу г. Красноярск, Красноярский край, ул. Свободная 5б-51. Сведения о наличии иного имущества, в том числе совместно нажитого, не представлены. В собственности у Должника есть недвижимое имущество, являющееся единственным жильем должника: - доля в квартире по адресу: &lt;...&gt;. Имеется обременение в виде ипотеки. В собственности у Должника отсутствуют транспортные средства, что подтверждается выпиской из единого государственного реестра налогоплательщиков, справками ГИБДД, Гостехнадзор, МЧС России.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2749 от 30.09.2025, а также платежное поручение № 2816 от 02.10.2025 в размере 15 000 руб.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10.04.2026,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(ИНН &lt;***&gt;, рег. № ФРС 23630, адрес: 115280, &lt;...&gt;, а/я 53)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г. Елец Липецкая обл, СНИЛС: &lt;***&gt;, ИНН: &lt;***&gt;, адрес регистрации Россия 660013, г.Красноярск, Красноярский край, ул. Свободная 5б-51) банкротом и ввести в отношении должника процедуру реализации имущества гражданина сроком до 10.04.2026.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г. Елец Липецкая обл, СНИЛС: &lt;***&gt;, ИНН: &lt;***&gt;, адрес регистрации Россия 660013, г.Красноярск, Красноярский край, ул. Свободная 5б-51)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АО "Газпромбанк" (подробнее) ПАО Банк ВТБ (подробнее) СРО СО "ГАУ" (подробнее) Судьи дела: Брыль О.В. (судья) (подробнее) Последние документы по делу: Резолютивная часть решения от 9 октября 2025 г. по делу № А33-21682/2025 Решение от 24 октября 2025 г. по делу № А33-21682/2025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