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финансового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арбитражный суд с ходатайством о признании ФИО1 банкротом и введении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арбитражного управляющего или саморегулируемой организации, из членов которой арбитражный суд утверждает арбитражного управляющего. Лица, имеющие право на участие в собрании кредиторов, уведомлены о проведении собрания в форме заочного голосования в соответствии с требованиями абзаца 3 пункта 7 статьи 213.8 Федерального закона от 26.10.2002 N 127-ФЗ "О несостоятельности (банкротстве)". В установленный срок в адрес финансового управляющего не поступили заполненные бюллетени, таким образом, лиц, принявших участие в собрании кредиторов, нет, собрание кредиторов признано несостоявшимся. Согласно пункту 12 статьи 213.8 ФЗ «О несостоятельности (банкротстве)» к исключительной компетенции собрания кредиторов относится принятие решения об обращении в арбитражный суд с ходатайством о признании гражданина банкротом и введении реализации имущества гражданина. При этом в соответствии с пунктом 1 статьи 213.24 Федерального закона «О несостоятельности (банкротстве)», арбитражный суд принимает решение о признании гражданина банкротом в случае, если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Федеральным законом. Ни должником, ни конкурсными кредиторами, план реструктуризации долгов гражданина ФИО1 не представлен. При этом судом установлено, что обязательства должником не исполнены перед кредиторами в течение трех месяцев с момента наступления даты их исполнения, сумма кредиторской задолженности в совокупности превышает пятьсот тысяч рублей,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настоящим Федеральным законом, что в соответствии со статьями 6 , пунктом 2 статьи 213.3 , пунктом 1 статьи 213.24 ФЗ «О несостоятельности (банкротстве)» является основанием для признания гражданина несостоятельным (банкротом) и введения процедуры реализации имущества должника. Согласно пункту 3 статьи 213.6 ФЗ «О несостоятельности (банкротстве)»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 Если не доказано иного, гражданин предполагается неплатежеспособным при условии, что имеет место хотя бы одно из следующих обстоятельств: 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 размер задолженности гражданина превышает стоимость его имущества, в том числе права требования;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 В случае, если по результатам рассмотрения обоснованности заявления о признании гражданина банкротом будет установлено не соответствие гражданина требованиям для утверждения плана реструктуризации долгов, предусмотренным пунктом 1 статьи 213.13 Закона о банкротстве, арбитражный суд вправе на основании ходатайства гражданина вынести решение о признании его банкротом и о введении процедуры реализации имущества, под которой понимается реабилитационная процедура, применяемая в деле о банкротстве к признанному банкротом гражданину в целях соразмерного удовлетворения требований кредиторов (абзац восемнадцатый статьи 2 , пункт 8 статьи 213.6 Закона о банкротстве). Арбитражный суд, рассмотрев материалы дела, представленный отчет финансового управляющего гражданина ФИО1, считает ходатайство о введении в отношении гражданина ФИО1, процедуры реализации имущества обоснованным.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 (абзац второй пункта 2 статьи 213.24 Федерального закона «О несостоятельности (банкротстве)»). Иная кандидатура финансового управляющего гражданина ФИО1, собранием кредиторов не предложена. В соответствии с положениями пункта 2 статьи 213.9 Федерального закона «О несостоятельности (банкротстве)» финансовый управляющий, утверждаемый арбитражным судом в деле о банкротстве гражданина, должен соответствовать требованиям, установленным настоящим Федеральным законом к арбитражному управляющему в целях утверждения его в деле о банкротстве гражданина. Арбитражный суд утверждает финансового управляющего в порядке, установленном статьей 45 Федерального закона «О несостоятельности (банкротстве)», с учетом положений статьи 213.4 настоящего Федерального закона и настоящей статьи. Согласно статье 213.9 Федерального закона «О несостоятельности (банкротстве)» вознаграждение финансовому управляющему выплачивается в размере фиксированной суммы и суммы процентов, установленных статьей 20.6 указанного Закона, с учетом особенностей, предусмотренных данной статьей. Фиксированное вознаграждение финансового управляющего составляет двадцать пять тысяч рублей единовременно за проведение процедуры, применяемой в деле о банкротстве. Суд полагает возможным утвердить финансовым управляющим должника ФИО2, утвердить финансовому управляющему фиксированную сумму вознаграждения в размере 25 000 руб. единовременно за счет средств гражданина ФИО3 В соответствии с требованиями статьи 213.9 Федерального закона «О несостоятельности (банкротстве)» вознаграждение финансовому управляющему выплачивается в размере фиксированной суммы и суммы процентов, установленных статьей 20.6 указанного Закона, с учетом особенностей, предусмотренных данной статьей. В силу пункта 3 статьи 20.6 ФЗ «О несостоятельности (банкротстве)» (в ред. Федерального закона от 03.07.2016 N 360-ФЗ) размер фиксированной суммы вознаграждения, выплачиваемого финансовому управляющему в деле о банкротстве, составляет 25 000 рублей единовременно за проведение процедуры, применяемой в деле о банкротстве. Должником на депозитный счет Арбитражного суда Иркутской области по платежному поручению № 644102 от 21.02.2025 внесены денежные средства в общем размере 25 000 руб. Указанные денежные средства подлежат перечислению с депозитного счета Арбитражного суда Иркутской области арбитражному управляющему ФИО2 за исполнение обязанностей финансового управляющего гражданина ФИО1, в процедуре реструктуризации долгов гражданина. С даты принятия настоящего решения наступают последствия, установленные пунктами 5, 7 статьи 213.25 Федерального закона «О несостоятельности (банкротстве)»: -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лично; - сделки, совершенные гражданином лично (без участия финансового управляющего) в отношении имущества, составляющего конкурсную массу, ничтожны. - требования кредиторов по сделкам гражданина, совершенным им лично (без участия финансового управляющего), не подлежат удовлетворению за счет конкурсной массы. - регистрация перехода или обременения прав гражданина на имущество, в том числе на недвижимое имущество и бездокументарные ценные бумаги, осуществляется только на основании заявления финансового управляющего. Поданные до этой даты заявления гражданина не подлежат исполнению; - исполнение третьими лицами обязательств перед гражданином по передаче ему имущества, в том числе по уплате денежных средств, возможно только в отношении финансового управляющего и запрещается в отношении гражданина лично; - должник не вправе лично открывать банковские счета и вклады в кредитных организациях и получать по ним денежные средства. На основании пункта 4 статьи 213.24 Федерального закона от 26.10.2002 № 127-ФЗ «О несостоятельности (банкротстве)» в ходе процедуры реализации имущества гражданина требования конкурсных кредиторов и уполномоченного органа подлежат рассмотрению в порядке, установленном статьей 100 указанного закона. Пропущенный кредитором по уважительной причине срок закрытия реестра может быть восстановлен арбитражным судом. Руководствуясь статьями 20.6, 59, 213.6, 213.9, 213.24, 213.30 Федерального закона от 26.10.2002 № 127-ФЗ «О несостоятельности (банкротстве)», статьями 167 - 170 , 223 Арбитражного процессуального кодекса Российской Федерации, суд решил: Признать ФИО1 (дата и место рождения: 21.08.1988, гор. Вихоревка Братского р-на Иркутской обл., СНИЛС &lt;***&gt;, ИНН &lt;***&gt;, адрес: 665770, Иркутская обл., Братский р-н., &lt;...&gt;) банкротом, ввести реализацию имущества гражданина сроком на 6 месяцев. Утвердить финансовым управляющим в деле о банкротстве должника арбитражного управляющего ФИО2. Утвердить финансовому управляющему в деле о банкротстве должника фиксированную сумму вознаграждения в размере 25 000 рублей единовременно. Информацию о движении дела можно получить по адресу: 664025, &lt;...&gt;, телефон секретаря с/з 262-616, помощника судьи 262-525, канцелярия 262-102, официальный сайт суда www.irkutsk.arbitr.ru. Обязать должника не позднее одного рабочего дня, следующего за днем принятия настоящего решения, передать финансовому управляющему все имеющиеся у должника банковские карты; в течение трех дней с даты вынесения настоящего решения обеспечить передачу финансовому управляющему материальных и иных ценностей; акты приема-передачи представить в арбитражный суд в течение пяти дней с даты подписания актов. Обязать финансового управляющего после завершения расчетов с кредиторами представить в арбитражный суд мотивированное ходатайство о завершении процедуры реализации имущества гражданина,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кредиторов; письменное заключение с его документальным обоснованием относительно наличия (отсутствия) оснований для применения положений пункта 4 статьи 213.28 Федерального закона от 26.10.2002г. № 127-ФЗ «О несостоятельности (банкротстве)». Разъяснить, что при отсутствии ходатайства финансового управляющего о завершении реализации имущества гражданина, срок реализации имущества должника считается продленным на шесть месяцев. В соответствии с пунктом 1 статьи 213.28 Федерального закона от 26.10.2002 № 127-ФЗ «О несостоятельности (банкротстве)» арбитражный суд вправе по своей инициативе назначить судебное заседание по рассмотрению вопроса о завершении реализации имущества гражданина. В соответствии со статьей 66 Арбитражного процессуального кодекса Российской Федерации, пунктами 7, 9 статьи 213.9 Федерального закона от 26.10.2002г. № 127-ФЗ «О несостоятельности (банкротстве)» органам, осуществляющим государственную регистрацию актов гражданского состояния; органам, осуществляющим функции непосредственного учета недвижимого имущества, органам, осуществляющим непосредственный учет, регистрацию движимого имущества (автомототранспорта, плавсредств и маломерных судов, тракторов и самоходных машин, иной техники, оружия, органам, осуществляющим функции исполнения судебных актов, органам, осуществляющим функции персонифицированного и налогового учета любого имущества, подлежащего налогообложению, органам, осуществляющим функции учета интеллектуальных прав на результаты интеллектуальной деятельности, кредитным организациям и иным уполномоченным, регистрирующим органам и организациям, осуществляющим учет, регистрацию, систематизацию и хранение документов, сведений об имуществе, имущественных правах, сделках, обязательствах, предоставить по запросу финансового управляющего сведения, выписки, учетные карточки, копии документов, положенных в основу регистрационных и учетных действий, записи актов гражданского состояния и иные документы и информацию, запрошенные финансовым управляющим в отношении гражданина ФИО1. Запрошенные финансовым управляющим документы и сведения подлежат предоставлению на основании копии настоящего судебного акта с учетом предметной конкретизации истребования, определенной финансовым управляющим в запросе в отношении указанных судом лиц. Копия настоящего судебного акта, опубликованного в «Картотеке арбитражных дел», заверяется финансовым управляющим самостоятельно и является достаточной для получения финансовым управляющим необходимых сведений и документов на основании соответствующего запроса. Разъяснить финансовому управляющему, что он несет установленную законом персональную ответственность за разглашение информации, доступ к которой ограничен федеральным законом. Сведения о должнике, принадлежащем ему имуществе, в том числе об имущественных правах, и об обязательствах должника, арбитражный управляющий может получить самостоятельно посредством «Регистра арбитражных управляющих» через рабочие (личные) кабинеты арбитражных управляющих (https://rau.nalog.gov.ru/home/main). Перечислить с депозитного счета Арбитражного суда Иркутской области в пользу арбитражного управляющего ФИО2 вознаграждение за исполнение обязанностей финансового управляющего в деле о банкротстве ФИО1 в размере 25 000 руб. С даты вынесения решения наступают последствия, установленные статьями 213.24 , 213.25 , 213.30 Федерального закона «О несостоятельности (банкротстве)» № 127-ФЗ от 26.10.2002. Решение вступает в законную силу по истечении месяца со дня его принятия, если не подана апелляционная жалоба. Решение может быть обжаловано в Четвертый арбитражный апелляционный суд через Арбитражный суд Иркутской области в течение месяца со дня его принятия. Апелляционная жалоба может быть подана посредством заполнения формы, размещенной на официальном сайте арбитражного суда в сети «Интернет» через систему «Мой арбитр» » https://irkutsk.arbitr.ru.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Четвертого арбитражного апелляционного суда https://4aas.arbitr.ru. Судья М.Н. Чигринская М.Н. Чигринская Суд: АС Иркутской области (подробнее) Истцы: АО "АЗИАТСКО-ТИХООКЕАНСКИЙ БАНК" (подробнее) АО "РОССИЙСКИЙ СЕЛЬСКОХОЗЯЙСТВЕННЫЙ БАНК" (подробнее) ПАО Банк ВТБ (подробнее) Иные лица: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Судьи дела: Чигринская М.Н. (судья) (подробнее) Последние документы по делу: Решение от 25 октября 2025 г. по делу № А19-4446/2025 Резолютивная часть решения от 12 октября 2025 г. по делу № А19-4446/2025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