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Заявителя – ФИО1 несостоятельным (банкротом);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имущества; 3.Назначить финансовым управляющим одного из членов: Союз СРО «ГАУ» - Союз «Саморегулируемая организация «Гильдия арбитражных управляющих» , адрес - 420034, Респ Татарстан, &lt;...&gt;. В материалы дела заявителем представлено ходатайство о предоставлении отсрочки по внесению денежных средств в размере 25 000 рублей на выплату вознаграждения финансовому управляющему до даты судебного заседания по рассмотрению обоснованности настоящего заявления. Определением от 12.09.2025 заявление принято к производству, возбуждено производство по делу о банкротстве. К участию в деле привлечен Отдел по опеки и попечительства по Ужурскому району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рег. № ФРС 23617, адрес: 610005,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Код доступа к материалам дела -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550 656,61 руб. перед 10 кредиторами. Должник с 10.09.2010 состоит в браке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находятся несовершеннолетние дети – ФИО4 ДД.ММ.ГГГГ г.р., ФИО1 ДД.ММ.ГГГГ г.р. Выпиской из ЕГРИП подтверждается отсутствие у должника статуса индивидуального предпринимателя. Должник осуществляет трудовую деятельность в ООО «Искра». Средняя заработная плата составляет около 51 851 руб. в месяц. Должник зарегистрирован по прописке по адресу с. Локшино, Красноярский край, ул. Набережная д.46. Сведения о наличии иного имущества, в том числе совместно нажитого, не представлены. Согласно описи имущества должнику на праве собственности принадлежит: - доля в праве собственности на земельный участок кадастровый номер:. 24:39:3500001: 12; - земельный участок кадастровый номер:. 24:39:3500001: 255; - доля в праве собственности на жилой дом кадастровый номер:. 24:39:3500001: 762. Сведения о наличии иного имущества в описи не указаны. Должником представлены сведения об отчуждении земельного участка 01.07.2025.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300242 от 10.10.2025.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20.04.2026,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рег. № ФРС 23617, адрес: 610005,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с.Локшино, Ужурского р-на, Красноярского края, ИНН &lt;***&gt;, СНИЛС &lt;***&gt;, адрес регистрации Россия 662262, с.Локшино, Красноярский край, ул.Набережная д.46) банкротом и ввести в отношении должника процедуру реализации имущества гражданина сроком до 20.04.2026.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с.Локшино, Ужурского р-на, Красноярского края, ИНН &lt;***&gt;, СНИЛС &lt;***&gt;, адрес регистрации Россия 662262, с.Локшино, Красноярский край, ул.Набережная д.46)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ПАО Сбербанк (подробнее) СРО СО "ГАУ" (подробнее) Судьи дела: Брыль О.В. (судья) (подробнее) Последние документы по делу: Решение от 25 октября 2025 г. по делу № А33-24158/2025 Резолютивная часть решения от 19 октября 2025 г. по делу № А33-24158/2025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