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ФИО2 отсрочку внесения средств на выплату вознаграждения финансовому управляющему сроком до даты судебного заседания по рассмотрению обоснованности настоящего заявления;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несостоятельным (банкротом) и ввести процедуру реализации имущества гражданина без введения процедуры реструктуризации долгов;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на процедуру банкротства Должника арбитражного управляющего из числа членов Союза СРО «ГАУ» - Союз «Саморегулируемая организация «Гильдия арбитражных управляющих», ОГРН: &lt;***&gt;, ИНН: &lt;***&gt;, Адрес саморегулируемой организации: 420034, Респ Татарстан, &lt;...&gt;; 4. Рассмотреть заявление в отсутствие Должника. В материалы дела заявителем представлено ходатайство о предоставлении отсрочки по внесению денежных средств в размере 25 000 рублей (или 50 000 рублей при банкротстве супругов)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09.09.2025 заявление принято к производству, возбуждено производство по делу о банкротстве. К участию в деле привлечен Отдел по опеки и попечительства по Бирилюсскому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рег. № ФРС 23486, адрес: 115054, &lt;...&gt;, а/я 40)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Код доступа к материалам дела -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4 188 653,54 руб. перед 3 кредиторами. Должник с 16.03.2012 состоит в браке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ФИО5 ДД.ММ.ГГГГ г.р., ФИО6 ДД.ММ.ГГГГ г.р., ФИО7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МБОУ «НОВОБИРИЛЮССКАЯ СОШ». Средняя заработная плата составляет около 80 000 руб. в месяц. Должник зарегистрирован по прописке по адресу с. Новобирилюссы, Красноярский край, ул. Мира д.1А кв.1. Имущество принадлежит должнику на праве собственности.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27057 от 09.10.2025, а также платежное поручение № 27170 от 14.10.2025 в размере 10 000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протокол выбора и информация о соответствии кандидатуры арбитражного управляющего ФИО3 (ИНН &lt;***&gt;, рег. № ФРС 23486, адрес: 115054, &lt;...&gt;, а/я 40)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пос. Рассвет Бирилюсского р-на Красноярского края, ИНН &lt;***&gt;, СНИЛС &lt;***&gt;, адрес регистрации Россия 662120, с.Новобирилюссы, Красноярский край, ул.Мира д.1А кв.1) банкротом и ввести в отношении должника процедуру реализации имущества гражданина сроком до 17.04.2026.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пос. Рассвет Бирилюсского р-на Красноярского края, ИНН &lt;***&gt;, СНИЛС &lt;***&gt;, адрес регистрации Россия 662120, с.Новобирилюссы, Красноярский край, ул.Мира д.1А кв.1)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Сбербанк (подробнее) СОЮЗ "СРО ГАУ" (подробнее) Управление образования Администрации Бирилюсского района Кк (подробнее) Судьи дела: Брыль О.В. (судья) (подробнее) Последние документы по делу: Резолютивная часть решения от 16 октября 2025 г. по делу № А33-23728/2025 Решение от 25 октября 2025 г. по делу № А33-23728/2025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