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(ИНН &lt;***&gt;, СНИЛС &lt;***&gt;, дата рождения 26.12.1969, место жительства: Кировская область) несостоятельной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ФИО2 (ИНН &lt;***&gt;; члена Союза «Саморегулируемая организация «Гильдия арбитражных управляющих», регистрационный номер в реестре - 21316, адрес для направления корреспонденции арбитражному управляющему: 236035, Калининградская область, город Калининград, а/я 5780)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09 апреля 2026 годапредставить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и его супруга,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ее супруга (учтенного, зарегистрированного в период брака); - обязать органы МВД России предоставить персональные данные в отношении должника, супруга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ее супруга (учтенных за период брака), о регистрации супруга в качестве учредителя (участника) общества (в период брака);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ООО "ПКО "АйДи Коллект" (подробнее) ООО ПКО "АСВ" (подробнее) ООО ПКО "Вернем" (подробнее) ООО ПКО "Камелот" (подробнее) ООО ПКО "Киберколлект" (подробнее) ООО " ПКО "МБА Финансы" (подробнее) ООО ПКО "Служба защиты активов" (подробнее) Отдел учета и хранения документов Архив ЗАГС Министерства юстиции Кировской области в Кирове (подробнее) ПАО "Сбербанк" (подробнее) ПАО "Совкомбанк" (подробнее) Союз "СРО "ГАУ" (подробнее) судебный участок №68 Перовмайского судебного района г. Кирова (подробнее) УМВД России по Кировской области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 Последние документы по делу: Резолютивная часть решения от 8 октября 2025 г. по делу № А28-9718/2025 Решение от 25 октября 2025 г. по делу № А28-9718/2025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